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Choice Between Right and Wrong Battlefield January 26, 2007</w:t>
      </w:r>
    </w:p>
    <w:p>
      <w:r>
        <w:t>https://www.youtube.com/watch?v=Z8IW_EeyzAs</w:t>
      </w:r>
    </w:p>
    <w:p>
      <w:r>
        <w:rPr>
          <w:b/>
        </w:rPr>
        <w:t xml:space="preserve">[00:14] </w:t>
      </w:r>
      <w:r>
        <w:t>rabishrah li sadri, wa yassir li amri, wah lul uqdatan min lisani, yafqahu qawli.</w:t>
      </w:r>
    </w:p>
    <w:p>
      <w:pPr>
        <w:jc w:val="right"/>
      </w:pPr>
      <w:r>
        <w:t>رب اشرح لی صدری، ویسر لی امری، واحل العقدۃ من لسانی، یفقہ قولی۔</w:t>
      </w:r>
    </w:p>
    <w:p>
      <w:r>
        <w:rPr>
          <w:b/>
        </w:rPr>
        <w:t xml:space="preserve">[00:28] </w:t>
      </w:r>
      <w:r>
        <w:t>aaj ka jo topic hai woh yeh hai ke life ek struggle hai, har ek ke liye,</w:t>
      </w:r>
    </w:p>
    <w:p>
      <w:pPr>
        <w:jc w:val="right"/>
      </w:pPr>
      <w:r>
        <w:t>آج کا جو ٹاپک ہے وہ یہ ہے کہ لائف ایک اسٹرگل ہے، ہر ایک کے لیے،</w:t>
      </w:r>
    </w:p>
    <w:p>
      <w:r>
        <w:rPr>
          <w:b/>
        </w:rPr>
        <w:t xml:space="preserve">[00:42] </w:t>
      </w:r>
      <w:r>
        <w:t>chahe koi individual ho ya koi state ho. lekin is struggle ke liye aksar aisa hota hai ke log galat jagah intekhab kar lete hain,</w:t>
      </w:r>
    </w:p>
    <w:p>
      <w:pPr>
        <w:jc w:val="right"/>
      </w:pPr>
      <w:r>
        <w:t>چاہے کوئی انڈیویجول ہو یا کوئی اسٹیٹ ہو۔ لیکن اس اسٹرگل کے لیے اکثر ایسا ہوتا ہے کہ لوگ غلط جگہ انتخاب کر لیتے ہیں،</w:t>
      </w:r>
    </w:p>
    <w:p>
      <w:r>
        <w:rPr>
          <w:b/>
        </w:rPr>
        <w:t xml:space="preserve">[01:00] </w:t>
      </w:r>
      <w:r>
        <w:t>wrong battle ground le lete hain, isi liye fail ho jaate hain aksar log.</w:t>
      </w:r>
    </w:p>
    <w:p>
      <w:pPr>
        <w:jc w:val="right"/>
      </w:pPr>
      <w:r>
        <w:t>رانگ بیٹل گراؤنڈ لے لیتے ہیں، اسی لیے فیل ہو جاتے ہیں اکثر لوگ۔</w:t>
      </w:r>
    </w:p>
    <w:p>
      <w:r>
        <w:rPr>
          <w:b/>
        </w:rPr>
        <w:t xml:space="preserve">[01:09] </w:t>
      </w:r>
      <w:r>
        <w:t>to aaj ka jo topic hai is ko main shuru kar raha hoon times of india ki ek report se. dekhiye, yeh mere haath mein jo times of india ka jo issue hai woh hai kal ka, yani 25 january ka.</w:t>
      </w:r>
    </w:p>
    <w:p>
      <w:pPr>
        <w:jc w:val="right"/>
      </w:pPr>
      <w:r>
        <w:t>تو آج کا جو ٹاپک ہے اس کو میں شروع کر رہا ہوں ٹائمز آف انڈیا کی ایک رپورٹ سے۔ دیکھیے، یہ میرے ہاتھ میں جو ٹائمز آف انڈیا کا جو ایشو ہے وہ ہے کل کا، یعنی 25 جنوری کا۔</w:t>
      </w:r>
    </w:p>
    <w:p>
      <w:r>
        <w:rPr>
          <w:b/>
        </w:rPr>
        <w:t xml:space="preserve">[01:29] </w:t>
      </w:r>
      <w:r>
        <w:t>is ki jo heading hai woh hai yeh george bush ka, george bush ke bare mein hai.</w:t>
      </w:r>
    </w:p>
    <w:p>
      <w:pPr>
        <w:jc w:val="right"/>
      </w:pPr>
      <w:r>
        <w:t>اس کی جو ہیڈنگ ہے وہ ہے یہ جارج بش کا، جارج بش کے بارے میں ہے۔</w:t>
      </w:r>
    </w:p>
    <w:p>
      <w:r>
        <w:rPr>
          <w:b/>
        </w:rPr>
        <w:t xml:space="preserve">[01:39] </w:t>
      </w:r>
      <w:r>
        <w:t>george bush ne ek speech di hai washington mein, is ko le kar ek report banayi gayi hai, aur wahan ke survey ko le kar ke.</w:t>
      </w:r>
    </w:p>
    <w:p>
      <w:pPr>
        <w:jc w:val="right"/>
      </w:pPr>
      <w:r>
        <w:t>جارج بش نے ایک اسپیچ دی ہے واشنگٹن میں، اس کو لے کر ایک رپورٹ بنائی گئی ہے، اور وہاں کے سروے کو لے کر کے۔</w:t>
      </w:r>
    </w:p>
    <w:p>
      <w:r>
        <w:rPr>
          <w:b/>
        </w:rPr>
        <w:t xml:space="preserve">[01:51] </w:t>
      </w:r>
      <w:r>
        <w:t>to George Bush kehte hain: "You Iraq, go Iraq war a chance,</w:t>
      </w:r>
    </w:p>
    <w:p>
      <w:pPr>
        <w:jc w:val="right"/>
      </w:pPr>
      <w:r>
        <w:t>تو جارج بش کہتے ہیں: "یو عراق، گو عراق وار ا چانس،</w:t>
      </w:r>
    </w:p>
    <w:p>
      <w:r>
        <w:rPr>
          <w:b/>
        </w:rPr>
        <w:t xml:space="preserve">[02:01] </w:t>
      </w:r>
      <w:r>
        <w:t>go iraq war a chance."</w:t>
      </w:r>
    </w:p>
    <w:p>
      <w:pPr>
        <w:jc w:val="right"/>
      </w:pPr>
      <w:r>
        <w:t>گو عراق وار ا چانس۔"</w:t>
      </w:r>
    </w:p>
    <w:p>
      <w:r>
        <w:rPr>
          <w:b/>
        </w:rPr>
        <w:t xml:space="preserve">[02:07] </w:t>
      </w:r>
      <w:r>
        <w:t>to is ko le kar wahan ke bare mein ek report is mein chhapi hai, january 25 ke times of india mein. yeh bohat hi zyada lesson hai is mein hum sab ke liye.</w:t>
      </w:r>
    </w:p>
    <w:p>
      <w:pPr>
        <w:jc w:val="right"/>
      </w:pPr>
      <w:r>
        <w:t>تو اس کو لے کر وہاں کے بارے میں ایک رپورٹ اس میں چھپی ہے، جنوری 25 کے ٹائمز آف انڈیا میں۔ یہ بہت ہی زیادہ لیسن ہے اس میں ہم سب کے لیے۔</w:t>
      </w:r>
    </w:p>
    <w:p>
      <w:r>
        <w:rPr>
          <w:b/>
        </w:rPr>
        <w:t xml:space="preserve">[02:22] </w:t>
      </w:r>
      <w:r>
        <w:t>woh lesson yeh hai ke is ke is report ke aakhir mein yeh bataya gaya hai ke americans ki kya rai hai iraq war ke bare mein.</w:t>
      </w:r>
    </w:p>
    <w:p>
      <w:pPr>
        <w:jc w:val="right"/>
      </w:pPr>
      <w:r>
        <w:t>وہ لیسن یہ ہے کہ اس کے اس رپورٹ کے آخر میں یہ بتایا گیا ہے کہ امریکنز کی کیا رائے ہے عراق وار کے بارے میں۔</w:t>
      </w:r>
    </w:p>
    <w:p>
      <w:r>
        <w:rPr>
          <w:b/>
        </w:rPr>
        <w:t xml:space="preserve">[02:38] </w:t>
      </w:r>
      <w:r>
        <w:t>to bataya gaya hai ke americans ki majority samajhti hai ke america ka involvement war mein galat tha, galat tha.</w:t>
      </w:r>
    </w:p>
    <w:p>
      <w:pPr>
        <w:jc w:val="right"/>
      </w:pPr>
      <w:r>
        <w:t>تو بتایا گیا ہے کہ امریکنز کی میجورٹی سمجھتی ہے کہ امریکہ کا انوالومنٹ وار میں غلط تھا، غلط تھا۔</w:t>
      </w:r>
    </w:p>
    <w:p>
      <w:r>
        <w:rPr>
          <w:b/>
        </w:rPr>
        <w:t xml:space="preserve">[02:53] </w:t>
      </w:r>
      <w:r>
        <w:t>bohat hi clear taur par is mein yeh baat kahi gayi hai. to is ke jo jo report khatam ki hai, reporter ne woh is sentence ke saath ke: "according to the americans,</w:t>
      </w:r>
    </w:p>
    <w:p>
      <w:pPr>
        <w:jc w:val="right"/>
      </w:pPr>
      <w:r>
        <w:t>بہت ہی کلیئر طور پر اس میں یہ بات کہی گئی ہے۔ تو اس کے جو جو رپورٹ ختم کی ہے، رپورٹر نے وہ اس سینٹنس کے ساتھ کہ: "اکارڈنگ ٹو دا امریکنز،</w:t>
      </w:r>
    </w:p>
    <w:p>
      <w:r>
        <w:rPr>
          <w:b/>
        </w:rPr>
        <w:t xml:space="preserve">[03:12] </w:t>
      </w:r>
      <w:r>
        <w:t>iraq is not the real battle ground in the war on terrorism, and going there was a terrible mistake." yeh hai is ki wording.</w:t>
      </w:r>
    </w:p>
    <w:p>
      <w:pPr>
        <w:jc w:val="right"/>
      </w:pPr>
      <w:r>
        <w:t>عراق از ناٹ دا ریئل بیٹل گراؤنڈ ان دی وار ان ٹیررزم، اینڈ گوئنگ دیر واز ا ٹریبل مسٹیک۔" یہ ہے اس کی ورڈنگ۔</w:t>
      </w:r>
    </w:p>
    <w:p>
      <w:r>
        <w:rPr>
          <w:b/>
        </w:rPr>
        <w:t xml:space="preserve">[03:38] </w:t>
      </w:r>
      <w:r>
        <w:t>mein is ko repeat karunga ke: "according to the Americans, Iraq is not the real battle ground in the war on terrorism,</w:t>
      </w:r>
    </w:p>
    <w:p>
      <w:pPr>
        <w:jc w:val="right"/>
      </w:pPr>
      <w:r>
        <w:t>میں اس کو ریپیٹ کروں گا کہ: "اکارڈنگ ٹو دا امریکنز، عراق از ناٹ دا ریئل بیٹل گراؤنڈ ان دی وار ان ٹیررزم،</w:t>
      </w:r>
    </w:p>
    <w:p>
      <w:r>
        <w:rPr>
          <w:b/>
        </w:rPr>
        <w:t xml:space="preserve">[03:55] </w:t>
      </w:r>
      <w:r>
        <w:t>and going there was a terrible mistake by america." yeh hai</w:t>
      </w:r>
    </w:p>
    <w:p>
      <w:pPr>
        <w:jc w:val="right"/>
      </w:pPr>
      <w:r>
        <w:t>اینڈ گوئنگ دیر واز ا ٹریبل مسٹیک بائے امریکہ۔" یہ ہے</w:t>
      </w:r>
    </w:p>
    <w:p>
      <w:r>
        <w:rPr>
          <w:b/>
        </w:rPr>
        <w:t xml:space="preserve">[04:08] </w:t>
      </w:r>
      <w:r>
        <w:t>jo report tayyar ki gayi hai. aaj kal jo mood hai american voters ka is ko le kar ke woh yeh keh rahe hain ke</w:t>
      </w:r>
    </w:p>
    <w:p>
      <w:pPr>
        <w:jc w:val="right"/>
      </w:pPr>
      <w:r>
        <w:t>جو رپورٹ تیار کی گئی ہے۔ آج کل جو موڈ ہے امریکن ووٹرز کا اس کو لے کر کے وہ یہ کہہ رہے ہیں کہ</w:t>
      </w:r>
    </w:p>
    <w:p>
      <w:r>
        <w:rPr>
          <w:b/>
        </w:rPr>
        <w:t xml:space="preserve">[04:22] </w:t>
      </w:r>
      <w:r>
        <w:t>woh yeh keh rahe hain ke</w:t>
      </w:r>
    </w:p>
    <w:p>
      <w:pPr>
        <w:jc w:val="right"/>
      </w:pPr>
      <w:r>
        <w:t>وہ یہ کہہ رہے ہیں کہ</w:t>
      </w:r>
    </w:p>
    <w:p>
      <w:r>
        <w:rPr>
          <w:b/>
        </w:rPr>
        <w:t xml:space="preserve">[04:27] </w:t>
      </w:r>
      <w:r>
        <w:t>aik terrible mistake tha yeh, kyun ke unhon ne yeh ladaai chhedi terrorism ko khatm karne ke liye.</w:t>
      </w:r>
    </w:p>
    <w:p>
      <w:pPr>
        <w:jc w:val="right"/>
      </w:pPr>
      <w:r>
        <w:t>ایک ٹریبل مسٹیک تھا یہ، کیوں کہ انہوں نے یہ لڑائی چھیڑی ٹیررزم کو ختم کرنے کے لیے۔</w:t>
      </w:r>
    </w:p>
    <w:p>
      <w:r>
        <w:rPr>
          <w:b/>
        </w:rPr>
        <w:t xml:space="preserve">[04:38] </w:t>
      </w:r>
      <w:r>
        <w:t>lekin americans ka khayal yeh hai ke terrorism ko khatm karne ki ka right place jo hai woh iraq nahi hai, kyun ke abhi bhi jaari hai.</w:t>
      </w:r>
    </w:p>
    <w:p>
      <w:pPr>
        <w:jc w:val="right"/>
      </w:pPr>
      <w:r>
        <w:t>لیکن امریکنز کا خیال یہ ہے کہ ٹیررزم کو ختم کرنے کی کا رائٹ پلیس جو ہے وہ عراق نہیں ہے، کیونکہ ابھی بھی جاری ہے۔</w:t>
      </w:r>
    </w:p>
    <w:p>
      <w:r>
        <w:rPr>
          <w:b/>
        </w:rPr>
        <w:t xml:space="preserve">[04:48] </w:t>
      </w:r>
      <w:r>
        <w:t>woh is ko hum ne itna zyada bombardment kiya hai, itna tabah kiya, phir bhi terrorism jaari hai. is maani ke un ke apne shabdon mein wrong battle ground liya america ne apne maqsad ke liye.</w:t>
      </w:r>
    </w:p>
    <w:p>
      <w:pPr>
        <w:jc w:val="right"/>
      </w:pPr>
      <w:r>
        <w:t>وہ اس کو ہم نے اتنا زیادہ بمبارٹمنٹ کیا ہے، اتنا تباہ کیا، پھر بھی ٹیررزم جاری ہے۔ اس معنی کہ ان کے اپنے शब्दوں میں رانگ بیٹل گراؤنڈ لیا امریکہ نے اپنے مقصد کے لیے۔</w:t>
      </w:r>
    </w:p>
    <w:p>
      <w:r>
        <w:rPr>
          <w:b/>
        </w:rPr>
        <w:t xml:space="preserve">[05:12] </w:t>
      </w:r>
      <w:r>
        <w:t>is ko parh kar ke mujhe yeh khayal hua ke yeh sirf america ki baat nahi hai, har individual ki, har nation ki, har state ki baat hai.</w:t>
      </w:r>
    </w:p>
    <w:p>
      <w:pPr>
        <w:jc w:val="right"/>
      </w:pPr>
      <w:r>
        <w:t>اس کو پڑھ کر کے مجھے یہ خیال ہوا کہ یہ صرف امریکہ کی بات نہیں ہے، ہر انڈیویجول کی، ہر نیشن کی، ہر اسٹیٹ کی بات ہے۔</w:t>
      </w:r>
    </w:p>
    <w:p>
      <w:r>
        <w:rPr>
          <w:b/>
        </w:rPr>
        <w:t xml:space="preserve">[05:28] </w:t>
      </w:r>
      <w:r>
        <w:t>is zamane mein sabhi log yeh kar rahe hain ke woh</w:t>
      </w:r>
    </w:p>
    <w:p>
      <w:pPr>
        <w:jc w:val="right"/>
      </w:pPr>
      <w:r>
        <w:t>اس زمانے میں سبھی لوگ یہ کر رہے ہیں کہ وہ</w:t>
      </w:r>
    </w:p>
    <w:p>
      <w:r>
        <w:rPr>
          <w:b/>
        </w:rPr>
        <w:t xml:space="preserve">[05:36] </w:t>
      </w:r>
      <w:r>
        <w:t>wrong battle ground par apni ladaai lad rahe hain.</w:t>
      </w:r>
    </w:p>
    <w:p>
      <w:pPr>
        <w:jc w:val="right"/>
      </w:pPr>
      <w:r>
        <w:t>رانگ بیٹل گراؤنڈ پر اپنی لڑائی لڑ رہے ہیں۔</w:t>
      </w:r>
    </w:p>
    <w:p>
      <w:r>
        <w:rPr>
          <w:b/>
        </w:rPr>
        <w:t xml:space="preserve">[05:43] </w:t>
      </w:r>
      <w:r>
        <w:t>mera apna, mein boorha ho chuka hoon, bohat dekha hai mein ne dunya ko. mera apna ehsaas yeh hai ke taqreeban sabhi log yahi ghalti karte hain.</w:t>
      </w:r>
    </w:p>
    <w:p>
      <w:pPr>
        <w:jc w:val="right"/>
      </w:pPr>
      <w:r>
        <w:t>میرا اپنا، میں بوڑھا ہو چکا ہوں، بہت دیکھا ہے میں نے دنیا کو۔ میرا اپنا احساس یہ ہے کہ تقریباً سبھی لوگ یہی غلطی کرتے ہیں۔</w:t>
      </w:r>
    </w:p>
    <w:p>
      <w:r>
        <w:rPr>
          <w:b/>
        </w:rPr>
        <w:t xml:space="preserve">[05:53] </w:t>
      </w:r>
      <w:r>
        <w:t>wajah kya hai? wajah yeh hai ke woh</w:t>
      </w:r>
    </w:p>
    <w:p>
      <w:pPr>
        <w:jc w:val="right"/>
      </w:pPr>
      <w:r>
        <w:t>وجہ کیا ہے؟ وجہ یہ ہے کہ وہ</w:t>
      </w:r>
    </w:p>
    <w:p>
      <w:r>
        <w:rPr>
          <w:b/>
        </w:rPr>
        <w:t xml:space="preserve">[06:02] </w:t>
      </w:r>
      <w:r>
        <w:t>negative, un ke andar koi situation un ke khilaaf pesh aayi, ghussa aaya, un ko negative thought un ke andar aa gaye, bas khare ho gaye</w:t>
      </w:r>
    </w:p>
    <w:p>
      <w:pPr>
        <w:jc w:val="right"/>
      </w:pPr>
      <w:r>
        <w:t>نیگیٹیو، ان کے اندر کوئی سچویشن ان کے خلاف پیش آئی، غصہ آیا، ان کو نیگیٹیو تھاٹ ان کے اندر آ گئے، بس کھڑے ہو گئے</w:t>
      </w:r>
    </w:p>
    <w:p>
      <w:r>
        <w:rPr>
          <w:b/>
        </w:rPr>
        <w:t xml:space="preserve">[06:19] </w:t>
      </w:r>
      <w:r>
        <w:t>karne ke liye. to basically saare log out of reaction kar rahe hain jo kuch kar rahe hain, yaani positive reaction nahi balkeh negative reaction.</w:t>
      </w:r>
    </w:p>
    <w:p>
      <w:pPr>
        <w:jc w:val="right"/>
      </w:pPr>
      <w:r>
        <w:t>کرنے کے لیے۔ تو بیسیکلی سارے لوگ آؤٹ آف ری ایکشن کر رہے ہیں جو کچھ کر رہے ہیں، یعنی پازیٹیو ری ایکشن نہیں بلکہ نیگیٹیو ری ایکشن۔</w:t>
      </w:r>
    </w:p>
    <w:p>
      <w:r>
        <w:rPr>
          <w:b/>
        </w:rPr>
        <w:t xml:space="preserve">[06:30] </w:t>
      </w:r>
      <w:r>
        <w:t>dekhiye, principle kya hai? jab aap situation se bhark uthein, situation se aap situation aap ko provoke kar de to aap apni aqal ko sahi taur par istemal nahi kar sakte.</w:t>
      </w:r>
    </w:p>
    <w:p>
      <w:pPr>
        <w:jc w:val="right"/>
      </w:pPr>
      <w:r>
        <w:t>دیکھیے، پرنسپل کیا ہے؟ جب آپ سچویشن سے بھڑک اٹھیں، سچویشن سے آپ سچویشن آپ کو پرووک کر دے تو آپ اپنی عقل کو صحیح طور پر استعمال نہیں کر سکتے۔</w:t>
      </w:r>
    </w:p>
    <w:p>
      <w:r>
        <w:rPr>
          <w:b/>
        </w:rPr>
        <w:t xml:space="preserve">[06:51] </w:t>
      </w:r>
      <w:r>
        <w:t>halankeh aap ke mind jo hai itna bara hai ke yeh jo brain aap ka hai, is brain ke alpen ka aik jo tip hota hai, alpen ka tip jo sarson se bhi chhota hota hai,</w:t>
      </w:r>
    </w:p>
    <w:p>
      <w:pPr>
        <w:jc w:val="right"/>
      </w:pPr>
      <w:r>
        <w:t>حالانکہ آپ کے مائنڈ جو ہے اتنا بڑا ہے کہ یہ جو برین آپ کا ہے، اس برین کے الپن کا ایک جو ٹپ ہوتا ہے، الپن کا ٹپ جو سرسوں سے بھی چھوٹا ہوتا ہے،</w:t>
      </w:r>
    </w:p>
    <w:p>
      <w:r>
        <w:rPr>
          <w:b/>
        </w:rPr>
        <w:t xml:space="preserve">[07:05] </w:t>
      </w:r>
      <w:r>
        <w:t>to kaha jata hai ke is is ke andar hundred crore connections hote hain jo transmit karte hain informations ko.</w:t>
      </w:r>
    </w:p>
    <w:p>
      <w:pPr>
        <w:jc w:val="right"/>
      </w:pPr>
      <w:r>
        <w:t>تو کہا جاتا ہے کہ اس اس کے اندر ہنڈرڈ کروڑ کنیکشنز ہوتے ہیں جو ٹرانسمٹ کرتے ہیں انفارمیشنز کو۔</w:t>
      </w:r>
    </w:p>
    <w:p>
      <w:r>
        <w:rPr>
          <w:b/>
        </w:rPr>
        <w:t xml:space="preserve">[07:17] </w:t>
      </w:r>
      <w:r>
        <w:t>itna bara aap ke paas potential hai mind ki surat mein, lekin aap is ko istemal nahi kar paate, kyun ke aap ghussa ho jate hain, aap bhark uthte hain, negative thought mein aa jate hain.</w:t>
      </w:r>
    </w:p>
    <w:p>
      <w:pPr>
        <w:jc w:val="right"/>
      </w:pPr>
      <w:r>
        <w:t>اتنا بڑا آپ کے پاس پوٹینشل ہے مائنڈ کی صورت میں، لیکن آپ اس کو استعمال نہیں کر پاتے، کیوں کہ آپ غصہ ہو جاتے ہیں، آپ بھڑک اٹھتے ہیں، نیگیٹیو تھاٹ میں آ جاتے ہیں۔</w:t>
      </w:r>
    </w:p>
    <w:p>
      <w:r>
        <w:rPr>
          <w:b/>
        </w:rPr>
        <w:t xml:space="preserve">[07:30] </w:t>
      </w:r>
      <w:r>
        <w:t>aap ne dekha ke saare log negative reaction kar ke apna action plan banate hain, yaani positive thinkings ko le kar action plan nahi banate log,</w:t>
      </w:r>
    </w:p>
    <w:p>
      <w:pPr>
        <w:jc w:val="right"/>
      </w:pPr>
      <w:r>
        <w:t>آپ میں نے دیکھا کہ سارے لوگ نیگیٹیو ری ایکشن کر کے اپنا ایکشن پلان بناتے ہیں، یعنی پازیٹیو تھنکنگز کو لے کر ایکشن پلان نہیں بناتے لوگ،</w:t>
      </w:r>
    </w:p>
    <w:p>
      <w:r>
        <w:rPr>
          <w:b/>
        </w:rPr>
        <w:t xml:space="preserve">[07:46] </w:t>
      </w:r>
      <w:r>
        <w:t>balkeh negative thought ko le kar ke apna action plan banate hain. to wohi hota hai phir ke har aik apni ladaai ladta hai kahan?</w:t>
      </w:r>
    </w:p>
    <w:p>
      <w:pPr>
        <w:jc w:val="right"/>
      </w:pPr>
      <w:r>
        <w:t>بلکہ نیگیٹیو تھاٹ کو لے کر کے اپنا ایکشن پلان بناتے ہیں۔ تو وہی ہوتا ہے پھر کہ ہر ایک اپنی لڑائی لڑتا ہے کہاں؟</w:t>
      </w:r>
    </w:p>
    <w:p>
      <w:r>
        <w:rPr>
          <w:b/>
        </w:rPr>
        <w:t xml:space="preserve">[07:55] </w:t>
      </w:r>
      <w:r>
        <w:t>wrong battle field mein. itna bara super power hai, is ke paas itna bara intelligence hai, itna bara woh hai think tank hai, kya kuch hai is ke paas, tab bhi is ne wrong battle field le liya,</w:t>
      </w:r>
    </w:p>
    <w:p>
      <w:pPr>
        <w:jc w:val="right"/>
      </w:pPr>
      <w:r>
        <w:t>رانگ بیٹل فیلڈ میں۔ اتنا بڑا سپر پاور ہے، اس کے پاس اتنا بڑا انٹیلیجنس ہے، اتنا بڑا وہ ہے تھنک ٹینک ہے، کیا کچھ ہے اس کے پاس، تب بھی اس نے رانگ بیٹل فیلڈ لے لیا،</w:t>
      </w:r>
    </w:p>
    <w:p>
      <w:r>
        <w:rPr>
          <w:b/>
        </w:rPr>
        <w:t xml:space="preserve">[08:15] </w:t>
      </w:r>
      <w:r>
        <w:t>kyun ke 11 september 2001 ko aisa hua ke new york tower ko kuch logon ne tod diya,</w:t>
      </w:r>
    </w:p>
    <w:p>
      <w:pPr>
        <w:jc w:val="right"/>
      </w:pPr>
      <w:r>
        <w:t>کیوں کہ 11 ستمبر 2001 کو ایسا ہوا کہ نیویارک ٹاور کو کچھ لوگوں نے توڑ دیا،</w:t>
      </w:r>
    </w:p>
    <w:p>
      <w:r>
        <w:rPr>
          <w:b/>
        </w:rPr>
        <w:t xml:space="preserve">[08:30] </w:t>
      </w:r>
      <w:r>
        <w:t>demolish kar diya. to saare log ghussa ho gaye. mein yeh kahunga ke bilashuba yeh baat galat thi. mein pehla insan tha, kam az kam muslim world mein, jis ne is ko condemn kiya,</w:t>
      </w:r>
    </w:p>
    <w:p>
      <w:pPr>
        <w:jc w:val="right"/>
      </w:pPr>
      <w:r>
        <w:t>ڈیمالش کر دیا۔ تو سارے لوگ غصہ ہو گئے۔ میں یہ کہوں گا کہ بلاشبہ یہ بات غلط تھی۔ میں پہلا انسان تھا، کم از کم مسلم ورلڈ میں، جس نے اس کو کنڈیم کیا،</w:t>
      </w:r>
    </w:p>
    <w:p>
      <w:r>
        <w:rPr>
          <w:b/>
        </w:rPr>
        <w:t xml:space="preserve">[08:45] </w:t>
      </w:r>
      <w:r>
        <w:t>is ko condemn kiya. aur mujhe achhi tarah yaad hai ke jab mein yahan c 29 mein apne kamre mein tha aur radio par yeh khabar aayi, mein generally radio sunta hoon ke new york tower ko kuch logon ne hawa jahaz takra kar tod diya, to be ikhtiyar mein rone laga,</w:t>
      </w:r>
    </w:p>
    <w:p>
      <w:pPr>
        <w:jc w:val="right"/>
      </w:pPr>
      <w:r>
        <w:t>اس کو کنڈیم کیا۔ اور مجھے اچھی طرح یاد ہے کہ جب میں یہاں سی 29 میں اپنے کمرے میں تھا اور ریڈیو پر یہ خبر آئی، میں جنرلی ریڈیو سنتا ہوں کہ نیویارک ٹاور کو کچھ لوگوں نے ہوا جہاز ٹکرا کر توڑ دیا، تو بے اختیار میں رونے لگا،</w:t>
      </w:r>
    </w:p>
    <w:p>
      <w:r>
        <w:rPr>
          <w:b/>
        </w:rPr>
        <w:t xml:space="preserve">[09:09] </w:t>
      </w:r>
      <w:r>
        <w:t>be ikhtiyar mein rone laga, kyun ke yeh jo attack tha, yeh new york tower par nahi tha, yeh humanity par tha, humanity, insaniyat par tha.</w:t>
      </w:r>
    </w:p>
    <w:p>
      <w:pPr>
        <w:jc w:val="right"/>
      </w:pPr>
      <w:r>
        <w:t>بے اختیار میں رونے لگا، کیوں کہ یہ جو اٹیک تھا، یہ نیویارک ٹاور پر نہیں تھا، یہ ہیومینٹی پر تھا، ہیومینٹی، انسانیت پر تھا۔</w:t>
      </w:r>
    </w:p>
    <w:p>
      <w:r>
        <w:rPr>
          <w:b/>
        </w:rPr>
        <w:t xml:space="preserve">[09:24] </w:t>
      </w:r>
      <w:r>
        <w:t>to main yeh kahunga ke bilashuba main itna tadpa is par ke meri aankhon se musalsal aansu jari ho gaye.</w:t>
      </w:r>
    </w:p>
    <w:p>
      <w:pPr>
        <w:jc w:val="right"/>
      </w:pPr>
      <w:r>
        <w:t>تو میں یہ کہوں گا کہ بلاشبہ میں اتنا تڑپا اس پر کہ میری آنکھوں سے مسلسل آنسو جاری ہو گئے۔</w:t>
      </w:r>
    </w:p>
    <w:p>
      <w:r>
        <w:rPr>
          <w:b/>
        </w:rPr>
        <w:t xml:space="preserve">[09:33] </w:t>
      </w:r>
      <w:r>
        <w:t>main nahi samajhta ke dunya mein koi bhi insan aisa hoga jo itna tadpa hoga is waqeye par. ghussa to bohat hi honge log, lekin jis tarah tadpa main is waqeye par, shayad main akela insan tha is poore globe par, kyunke iske baad hi main kai international conferenceon mein gaya, Switzerland mein, London waghera mein.</w:t>
      </w:r>
    </w:p>
    <w:p>
      <w:pPr>
        <w:jc w:val="right"/>
      </w:pPr>
      <w:r>
        <w:t>میں نہیں سمجھتا کہ دنیا میں کوئی بھی انسان ایسا ہوگا جو اتنا تڑپا ہوگا اس واقعے پر۔ غصہ تو بہت ہی ہوں گے لوگ، لیکن جس طرح تڑپا میں اس واقعے پر، شاید میں اکیلا انسان تھا اس پورے گلوب پر، کیونکہ اس کے بعد ہی میں کئی انٹرنیشنل کانفرنسوں میں گیا، سویٹزرلینڈ میں، لندن وغیرہ میں۔</w:t>
      </w:r>
    </w:p>
    <w:p>
      <w:r>
        <w:rPr>
          <w:b/>
        </w:rPr>
        <w:t xml:space="preserve">[09:52] </w:t>
      </w:r>
      <w:r>
        <w:t>koi aur insan mujhe nahi mila jis jo itni bari tadap ka usko tajurba hua ho. lekin main phir kahunga ke yeh tha crisis management ka time America ke liye.</w:t>
      </w:r>
    </w:p>
    <w:p>
      <w:pPr>
        <w:jc w:val="right"/>
      </w:pPr>
      <w:r>
        <w:t>کوئی اور انسان مجھے نہیں ملا جس جو اتنی بڑی تڑپ کا اس کو تجربہ ہوا ہو۔ لیکن میں پھر کہوں گا کہ یہ تھا کرائسز مینجمنٹ کا ٹائم امریکہ کے لیے۔</w:t>
      </w:r>
    </w:p>
    <w:p>
      <w:r>
        <w:rPr>
          <w:b/>
        </w:rPr>
        <w:t xml:space="preserve">[10:08] </w:t>
      </w:r>
      <w:r>
        <w:t>crisis management ka time, crisis management ke liye aap ko positive thinking chahiye, positive mind chahiye. agar aap bhadak uthe hain, positivity ko kho dein, aap aap ke mind mein negativity aa jaye to kya hoga?</w:t>
      </w:r>
    </w:p>
    <w:p>
      <w:pPr>
        <w:jc w:val="right"/>
      </w:pPr>
      <w:r>
        <w:t>کرائسز مینجمنٹ کا ٹائم، کرائسز مینجمنٹ کے لیے آپ کو پازیٹیو تھنکنگ چاہیے، پازیٹیو مائنڈ چاہیے۔ اگر آپ بھڑک اٹھے ہیں، پازیٹیوٹی کو کھو دیں، آپ آپ کے مائنڈ میں نیگیٹیوٹی آ جائے تو کیا ہوگا؟</w:t>
      </w:r>
    </w:p>
    <w:p>
      <w:r>
        <w:rPr>
          <w:b/>
        </w:rPr>
        <w:t xml:space="preserve">[10:26] </w:t>
      </w:r>
      <w:r>
        <w:t>aap ka ek action plan jo hai sahi rukh par nahi banega. aur is report ke alfaaz mein apni ladai aap chhed dein ge wrong battlefield mein, aur jante hain iska nateeja hamesha ulta nikalta hai.</w:t>
      </w:r>
    </w:p>
    <w:p>
      <w:pPr>
        <w:jc w:val="right"/>
      </w:pPr>
      <w:r>
        <w:t>آپ کا ایکشن پلان جو ہے صحیح رخ پر نہیں بنے گا۔ اور اس رپورٹ کے الفاظ میں اپنی لڑائی آپ چھیڑ دیں گے رانگ بیٹل فیلڈ میں، اور جانتے ہیں اس کا نتیجہ ہمیشہ الٹا نکلتا ہے۔</w:t>
      </w:r>
    </w:p>
    <w:p>
      <w:r>
        <w:rPr>
          <w:b/>
        </w:rPr>
        <w:t xml:space="preserve">[10:43] </w:t>
      </w:r>
      <w:r>
        <w:t>to iski ek example dekhiye, yeh hai, yeh mere haath mein 23 ka yeh Times of India hai, 23 March, 23 January ka, isi mahina January ka 23.</w:t>
      </w:r>
    </w:p>
    <w:p>
      <w:pPr>
        <w:jc w:val="right"/>
      </w:pPr>
      <w:r>
        <w:t>تو اس کی ایک ایگزامپل دیکھیے، یہ ہے، یہ میرے ہاتھ میں 23 کا یہ ٹائمز آف انڈیا ہے، 23 مارچ، 23 جنوری کا، اسی مہینہ جنوری کا 23۔</w:t>
      </w:r>
    </w:p>
    <w:p>
      <w:r>
        <w:rPr>
          <w:b/>
        </w:rPr>
        <w:t xml:space="preserve">[10:59] </w:t>
      </w:r>
      <w:r>
        <w:t>is mein ek report hai Pakistan ke bare mein, Kashmir ke leader,</w:t>
      </w:r>
    </w:p>
    <w:p>
      <w:pPr>
        <w:jc w:val="right"/>
      </w:pPr>
      <w:r>
        <w:t>اس میں ایک رپورٹ ہے پاکستان کے بارے میں، کشمیر کے لیڈر،</w:t>
      </w:r>
    </w:p>
    <w:p>
      <w:r>
        <w:rPr>
          <w:b/>
        </w:rPr>
        <w:t xml:space="preserve">[11:08] </w:t>
      </w:r>
      <w:r>
        <w:t>main in ka naam lene ki zaroorat nahi hai, aap is mein naam padh sakte hain, is akhbar mein. Pakistan gaye, Pakistan mein ja kar unhon ne elaan kiya</w:t>
      </w:r>
    </w:p>
    <w:p>
      <w:pPr>
        <w:jc w:val="right"/>
      </w:pPr>
      <w:r>
        <w:t>میں ان کا نام لینے کی ضرورت نہیں ہے، آپ اس میں نام پڑھ سکتے ہیں، اس اخبار میں۔ پاکستان گئے، پاکستان میں جا کر انہوں نے اعلان کیا</w:t>
      </w:r>
    </w:p>
    <w:p>
      <w:r>
        <w:rPr>
          <w:b/>
        </w:rPr>
        <w:t xml:space="preserve">[11:20] </w:t>
      </w:r>
      <w:r>
        <w:t>ke violence ke zariye hum Kashmir mein kuch pa nahi sakte, main violence ko chhodna chahiye.</w:t>
      </w:r>
    </w:p>
    <w:p>
      <w:pPr>
        <w:jc w:val="right"/>
      </w:pPr>
      <w:r>
        <w:t>کہ وائلنس کے ذریعے ہم کشمیر میں کچھ پا نہیں سکتے، میں وائلنس کو چھوڑنا چاہیے۔</w:t>
      </w:r>
    </w:p>
    <w:p>
      <w:r>
        <w:rPr>
          <w:b/>
        </w:rPr>
        <w:t xml:space="preserve">[11:31] </w:t>
      </w:r>
      <w:r>
        <w:t>yeh padhiye ga, yeh kya hai? yeh zor se padhiye ga.</w:t>
      </w:r>
    </w:p>
    <w:p>
      <w:pPr>
        <w:jc w:val="right"/>
      </w:pPr>
      <w:r>
        <w:t>یہ پڑھیے گا، یہ کیا ہے؟ یہ زور سے پڑھیے گا۔</w:t>
      </w:r>
    </w:p>
    <w:p>
      <w:r>
        <w:rPr>
          <w:b/>
        </w:rPr>
        <w:t xml:space="preserve">[11:36] </w:t>
      </w:r>
      <w:r>
        <w:t>ah, my voice call for terror groups to shun violence has received widespread support from Kashmiris.</w:t>
      </w:r>
    </w:p>
    <w:p>
      <w:pPr>
        <w:jc w:val="right"/>
      </w:pPr>
      <w:r>
        <w:t>اہ، میر وائس کال فار ٹیرر گروپس ٹو شن وائلنس ہیز ریسیوڈ وائیڈ سپریڈ سپورٹ فرام کشمیریز۔</w:t>
      </w:r>
    </w:p>
    <w:p>
      <w:r>
        <w:rPr>
          <w:b/>
        </w:rPr>
        <w:t xml:space="preserve">[11:46] </w:t>
      </w:r>
      <w:r>
        <w:t>yeh aaj keh rahe hain yeh log. ek waqt tha ke Kashmir mein ek insan bhi nahi tha jo yeh baat kahe, Pakistan mein ek insan nahi tha jo yeh baat kahe.</w:t>
      </w:r>
    </w:p>
    <w:p>
      <w:pPr>
        <w:jc w:val="right"/>
      </w:pPr>
      <w:r>
        <w:t>یہ آج کہہ رہے ہیں یہ لوگ۔ ایک وقت تھا کہ کشمیر میں ایک انسان بھی نہیں تھا جو یہ بات کہے، پاکستان میں ایک انسان نہیں تھا جو یہ بات کہے۔</w:t>
      </w:r>
    </w:p>
    <w:p>
      <w:r>
        <w:rPr>
          <w:b/>
        </w:rPr>
        <w:t xml:space="preserve">[11:57] </w:t>
      </w:r>
      <w:r>
        <w:t>main Pakistan mein is se pehle gaya tha, bohat pehle ki baat hai. to yeh baat maine kahi thi Lahore College mein, to mera do din ka program tha wahan.</w:t>
      </w:r>
    </w:p>
    <w:p>
      <w:pPr>
        <w:jc w:val="right"/>
      </w:pPr>
      <w:r>
        <w:t>میں پاکستان میں اس سے پہلے گیا تھا، بہت پہلے کی بات ہے۔ تو یہ بات میں نے کہی تھی لاہور کالج میں، تو میرا دو دن کا پروگرام تھا وہاں۔</w:t>
      </w:r>
    </w:p>
    <w:p>
      <w:r>
        <w:rPr>
          <w:b/>
        </w:rPr>
        <w:t xml:space="preserve">[12:08] </w:t>
      </w:r>
      <w:r>
        <w:t>pehlay din jab maine yeh kahi to wahan to bohat se log, ek poora bheed aa gayi thi wahan meri baat sunne ke liye. lekin jab maine yeh baat kahi</w:t>
      </w:r>
    </w:p>
    <w:p>
      <w:pPr>
        <w:jc w:val="right"/>
      </w:pPr>
      <w:r>
        <w:t>پہلے دن جب میں نے یہ کہی تو وہاں تو بہت سے لوگ، ایک پورا بھیڑ آ گئی تھی وہاں میری بات سننے کے لیے۔ لیکن جب میں نے یہ بات کہی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