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for all Mankind</w:t>
      </w:r>
    </w:p>
    <w:p>
      <w:r>
        <w:t>https://www.youtube.com/watch?v=Vv-1ub-z0mU</w:t>
      </w:r>
    </w:p>
    <w:p>
      <w:r>
        <w:rPr>
          <w:b/>
        </w:rPr>
        <w:t xml:space="preserve">[00:12] </w:t>
      </w:r>
      <w:r>
        <w:t>sallallahu ala nabiyyil karim,</w:t>
      </w:r>
    </w:p>
    <w:p>
      <w:pPr>
        <w:jc w:val="right"/>
      </w:pPr>
      <w:r>
        <w:t>صلی اللہ علی النبی الکریم،</w:t>
      </w:r>
    </w:p>
    <w:p>
      <w:r>
        <w:rPr>
          <w:b/>
        </w:rPr>
        <w:t xml:space="preserve">[00:15]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[00:18]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[00:20] </w:t>
      </w:r>
      <w:r>
        <w:t>wahlul uqdatam min lisani yafqah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[00:25] </w:t>
      </w:r>
      <w:r>
        <w:t>islam, limited sense mein, koi religion nahi hai.</w:t>
      </w:r>
    </w:p>
    <w:p>
      <w:pPr>
        <w:jc w:val="right"/>
      </w:pPr>
      <w:r>
        <w:t>اسلام، لمیٹڈ سینس میں، کوئی ریلیجن نہیں ہے۔</w:t>
      </w:r>
    </w:p>
    <w:p>
      <w:r>
        <w:rPr>
          <w:b/>
        </w:rPr>
        <w:t xml:space="preserve">[00:32] </w:t>
      </w:r>
      <w:r>
        <w:t>islam ek revolution hai,</w:t>
      </w:r>
    </w:p>
    <w:p>
      <w:pPr>
        <w:jc w:val="right"/>
      </w:pPr>
      <w:r>
        <w:t>اسلام ایک ریولوشن ہے،</w:t>
      </w:r>
    </w:p>
    <w:p>
      <w:r>
        <w:rPr>
          <w:b/>
        </w:rPr>
        <w:t xml:space="preserve">[00:38] </w:t>
      </w:r>
      <w:r>
        <w:t>ek inqilab hai,</w:t>
      </w:r>
    </w:p>
    <w:p>
      <w:pPr>
        <w:jc w:val="right"/>
      </w:pPr>
      <w:r>
        <w:t>ایک انقلاب ہے،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