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Does it Mean to see God January 19, 2019</w:t>
      </w:r>
    </w:p>
    <w:p>
      <w:r>
        <w:t>https://www.youtube.com/watch?v=PJL63AIxXrk</w:t>
      </w:r>
    </w:p>
    <w:p>
      <w:r>
        <w:rPr>
          <w:b/>
        </w:rPr>
        <w:t xml:space="preserve">[00:14] </w:t>
      </w:r>
      <w:r>
        <w:t>bismillah hir rahman nir rahim, wa sallallahu alaa nabiyyil karim.</w:t>
      </w:r>
    </w:p>
    <w:p>
      <w:pPr>
        <w:jc w:val="right"/>
      </w:pPr>
      <w:r>
        <w:t>بسم اللہ الرحمن الرحیم، وصلی اللہ علی النبی الکریم۔</w:t>
      </w:r>
    </w:p>
    <w:p>
      <w:r>
        <w:rPr>
          <w:b/>
        </w:rPr>
        <w:t xml:space="preserve">[00:24] </w:t>
      </w:r>
      <w:r>
        <w:t>19 January</w:t>
      </w:r>
    </w:p>
    <w:p>
      <w:pPr>
        <w:jc w:val="right"/>
      </w:pPr>
      <w:r>
        <w:t>19 جنوری</w:t>
      </w:r>
    </w:p>
    <w:p>
      <w:r>
        <w:rPr>
          <w:b/>
        </w:rPr>
        <w:t xml:space="preserve">[00:28] </w:t>
      </w:r>
      <w:r>
        <w:t>2019.</w:t>
      </w:r>
    </w:p>
    <w:p>
      <w:pPr>
        <w:jc w:val="right"/>
      </w:pPr>
      <w:r>
        <w:t>2019۔</w:t>
      </w:r>
    </w:p>
    <w:p>
      <w:r>
        <w:rPr>
          <w:b/>
        </w:rPr>
        <w:t xml:space="preserve">[00:34] </w:t>
      </w:r>
      <w:r>
        <w:t>aaj ki baat ek hadith par ko le kar hai. yeh hadith Tirmidhi mein aayi hai.</w:t>
      </w:r>
    </w:p>
    <w:p>
      <w:pPr>
        <w:jc w:val="right"/>
      </w:pPr>
      <w:r>
        <w:t>آج کی بات ایک حدیث پر کو لے کر ہے۔ یہ حدیث الترمذی میں آئی ہے۔</w:t>
      </w:r>
    </w:p>
    <w:p>
      <w:r>
        <w:rPr>
          <w:b/>
        </w:rPr>
        <w:t xml:space="preserve">[00:50] </w:t>
      </w:r>
      <w:r>
        <w:t>pehlay aap suniye is hadith ko, is ke baad inshallah is ki baat hogi.</w:t>
      </w:r>
    </w:p>
    <w:p>
      <w:pPr>
        <w:jc w:val="right"/>
      </w:pPr>
      <w:r>
        <w:t>پہلے آپ سنیے اس حدیث کو، اس کے بعد انشاءاللہ اس کی بات ہوگی۔</w:t>
      </w:r>
    </w:p>
    <w:p>
      <w:r>
        <w:rPr>
          <w:b/>
        </w:rPr>
        <w:t xml:space="preserve">[00:58] </w:t>
      </w:r>
      <w:r>
        <w:t>an ibn umar qala: qala rasulullah sallallahu alaihi wasallam: "ta'lamuna annahu lan yarā aḥadun minkum rabbahu ḥattā yamūt." sunan Tirmidhi hadith number 2235.</w:t>
      </w:r>
    </w:p>
    <w:p>
      <w:pPr>
        <w:jc w:val="right"/>
      </w:pPr>
      <w:r>
        <w:t>عن ابن عمر قال: قال رسول اللہ صلی اللہ علیہ وسلم: "تعلمون أنہ لن يرى أحد منكم ربه حتى يموت." سنن الترمذی حدیث نمبر 2235۔</w:t>
      </w:r>
    </w:p>
    <w:p>
      <w:r>
        <w:rPr>
          <w:b/>
        </w:rPr>
        <w:t xml:space="preserve">[01:15] </w:t>
      </w:r>
      <w:r>
        <w:t>ibn umar se riwayat hai ke rasulullah sallallahu alaihi wasallam ne kaha: "tum log jaan lo ke tum mein se koi bhi apne rab ko hargiz nahi dekh sakta, yahan tak ke woh intiqal kar jaye."</w:t>
      </w:r>
    </w:p>
    <w:p>
      <w:pPr>
        <w:jc w:val="right"/>
      </w:pPr>
      <w:r>
        <w:t>ابن عمر سے روایت ہے کہ رسول اللہ صلی اللہ علیہ وسلم نے کہا: "تم لوگ جان لو کہ تم میں سے کوئی بھی اپنے رب کو ہرگز نہیں دیکھ سکتا، یہاں تک کہ وہ انتقال کر جائے۔"</w:t>
      </w:r>
    </w:p>
    <w:p>
      <w:r>
        <w:rPr>
          <w:b/>
        </w:rPr>
        <w:t xml:space="preserve">[01:32] </w:t>
      </w:r>
      <w:r>
        <w:t>haan, dekhen, is par maut aa jae. yahan tak ke is par maut aa jae. ye bohat ajeeb baat hai ke yahan jo baat kahi gai hai, wahi paighambar Moosa ke bare mein hai.</w:t>
      </w:r>
    </w:p>
    <w:p>
      <w:pPr>
        <w:jc w:val="right"/>
      </w:pPr>
      <w:r>
        <w:t>ہاں، دیکھیں، اس پر موت آ جائے۔ یہاں تک کہ اس پر موت آ جائے۔ یہ بہت عجیب بات ہے کہ یہاں جو بات کہی گئی ہے، وہی پیغمبر موسیٰ کے بارے میں ہے۔</w:t>
      </w:r>
    </w:p>
    <w:p>
      <w:r>
        <w:rPr>
          <w:b/>
        </w:rPr>
        <w:t xml:space="preserve">[01:48] </w:t>
      </w:r>
      <w:r>
        <w:t>wo parhiye is hadith, is ayat ko: "lan turani."</w:t>
      </w:r>
    </w:p>
    <w:p>
      <w:pPr>
        <w:jc w:val="right"/>
      </w:pPr>
      <w:r>
        <w:t>وہ پڑھیے اس حدیث، اس آیت کو: "لن ترانی."</w:t>
      </w:r>
    </w:p>
    <w:p>
      <w:r>
        <w:rPr>
          <w:b/>
        </w:rPr>
        <w:t xml:space="preserve">[01:54] </w:t>
      </w:r>
      <w:r>
        <w:t>walamma jaa Moosa li miqaatina wa kallamahu rabbuhu qaal: "rab arni anzur ilaik." qaal: "lan turani walakin anzur ila al-jabal fa in istaqarra makaanahu fa sawhf tarani." falamma tajalla rabbuhu lil-jabal ja'alahu dakkaw wa kharra Moosa sa'iqan.</w:t>
      </w:r>
    </w:p>
    <w:p>
      <w:pPr>
        <w:jc w:val="right"/>
      </w:pPr>
      <w:r>
        <w:t>ولما جاء موسیٰ لميقاتنا وكلمه ربه قال: "رب ارني انظر الیک." قال: "لن ترانی ولكن انظر الی الجبل فان استقر مکانہ فسوف ترانی." فلما تجلی ربه للجبل جعله دکا وخر موسیٰ سعقا.</w:t>
      </w:r>
    </w:p>
    <w:p>
      <w:r>
        <w:rPr>
          <w:b/>
        </w:rPr>
        <w:t xml:space="preserve">[02:12] </w:t>
      </w:r>
      <w:r>
        <w:t>falamma afaaqa qaal: "subhanaka tubtu ilaika wa ana awwal al-mu'mineen." surah al-araf chapter number seven verse number 143.</w:t>
      </w:r>
    </w:p>
    <w:p>
      <w:pPr>
        <w:jc w:val="right"/>
      </w:pPr>
      <w:r>
        <w:t>فلما افاق قال: "سبحانک تبت الیک وانا اول المومنین." سورہ الاعراف چیپٹر نمبر سیون ورس نمبر 143.</w:t>
      </w:r>
    </w:p>
    <w:p>
      <w:r>
        <w:rPr>
          <w:b/>
        </w:rPr>
        <w:t xml:space="preserve">[02:22] </w:t>
      </w:r>
      <w:r>
        <w:t>aur jab Moosa aaya hamare mutayyan waqt ke mutabiq aur is se is ke rabb ne kalam kiya to Moosa ne kaha ke: "a</w:t>
      </w:r>
    </w:p>
    <w:p>
      <w:pPr>
        <w:jc w:val="right"/>
      </w:pPr>
      <w:r>
        <w:t>اور جب موسیٰ آیا ہمارے متعین وقت کے مطابق اور اس سے اس کے رب نے کلام کیا تو موسیٰ نے کہا کہ: "ا</w:t>
      </w:r>
    </w:p>
    <w:p>
      <w:r>
        <w:rPr>
          <w:b/>
        </w:rPr>
        <w:t xml:space="preserve">[02:30] </w:t>
      </w:r>
      <w:r>
        <w:t>e rabb! mujhe apne aap ko dikha, main tujh ko dekhna chahta hoon." to Khuda ne kaha: "tum mujh ko hargiz nahin dekh sakte, lekin pahaad ki taraf dekho, agar wo apni jagah thehra raha to tum mujhe dekh lo ge." jab is ke rabb ne pahaad par tajalli ki to us ko reza reza kar diya aur Moosa behosh ho kar gir pada.</w:t>
      </w:r>
    </w:p>
    <w:p>
      <w:pPr>
        <w:jc w:val="right"/>
      </w:pPr>
      <w:r>
        <w:t>ے رب! مجھے اپنے آپ کو دکھا، میں تجھ کو دیکھنا چاہتا ہوں۔" تو خدا نے کہا: "تم مجھ کو ہرگز نہیں دیکھ سکتے، لیکن پہاڑ کی طرف دیکھو، اگر وہ اپنی جگہ ٹھہرا رہا تو تم مجھے دیکھ لو گے۔" جب اس کے رب نے پہاڑ پر تجلی کی تو اس کو ریزہ ریزہ کر دیا اور موسیٰ بے ہوش ہو کر گر پڑے۔</w:t>
      </w:r>
    </w:p>
    <w:p>
      <w:r>
        <w:rPr>
          <w:b/>
        </w:rPr>
        <w:t xml:space="preserve">[02:52] </w:t>
      </w:r>
      <w:r>
        <w:t>jab un ko hosh aaya to us ne kaha: "tu pak hai, main teri taraf tauba karta hoon aur main pehle iman lane walon mein se hoon."</w:t>
      </w:r>
    </w:p>
    <w:p>
      <w:pPr>
        <w:jc w:val="right"/>
      </w:pPr>
      <w:r>
        <w:t>جب ان کو ہوش آیا تو اس نے کہا: "تو پاک ہے، میں تیری طرف توبہ کرتا ہوں اور میں پہلے ایمان لانے والوں میں سے ہوں۔"</w:t>
      </w:r>
    </w:p>
    <w:p>
      <w:r>
        <w:rPr>
          <w:b/>
        </w:rPr>
        <w:t xml:space="preserve">[03:04] </w:t>
      </w:r>
      <w:r>
        <w:t>dekhiye, jo baat hadith mein hai wahi Quran mein bhi hai.</w:t>
      </w:r>
    </w:p>
    <w:p>
      <w:pPr>
        <w:jc w:val="right"/>
      </w:pPr>
      <w:r>
        <w:t>دیکھیے، جو بات حدیث میں ہے وہی قرآن میں بھی ہے۔</w:t>
      </w:r>
    </w:p>
    <w:p>
      <w:r>
        <w:rPr>
          <w:b/>
        </w:rPr>
        <w:t xml:space="preserve">[03:13] </w:t>
      </w:r>
      <w:r>
        <w:t>yahan par sochne ki baat ye hai ke</w:t>
      </w:r>
    </w:p>
    <w:p>
      <w:pPr>
        <w:jc w:val="right"/>
      </w:pPr>
      <w:r>
        <w:t>یہاں پر سوچنے کی بات یہ ہے کہ</w:t>
      </w:r>
    </w:p>
    <w:p>
      <w:r>
        <w:rPr>
          <w:b/>
        </w:rPr>
        <w:t xml:space="preserve">[03:20] </w:t>
      </w:r>
      <w:r>
        <w:t>Quran aur hadith dono se ye sabit hai ke maut ke baad insan Allah Rabb al-Alameen ko dekh sake ga,</w:t>
      </w:r>
    </w:p>
    <w:p>
      <w:pPr>
        <w:jc w:val="right"/>
      </w:pPr>
      <w:r>
        <w:t>قرآن اور حدیث دونوں سے یہ ثابت ہے کہ موت کے بعد انسان اللہ رب العالمین کو دیکھ سکے گا،</w:t>
      </w:r>
    </w:p>
    <w:p>
      <w:r>
        <w:rPr>
          <w:b/>
        </w:rPr>
        <w:t xml:space="preserve">[03:34] </w:t>
      </w:r>
      <w:r>
        <w:t>jaisa ke suraj chand ko dekhta hai. to ab sawal ye hai ke maut se pehle dekhna kyon mumkin nahin hoga?</w:t>
      </w:r>
    </w:p>
    <w:p>
      <w:pPr>
        <w:jc w:val="right"/>
      </w:pPr>
      <w:r>
        <w:t>جیسا کہ سورج چاند کو دیکھتا ہے۔ تو اب سوال یہ ہے کہ موت سے پہلے دیکھنا کیوں ممکن نہیں ہوگا؟</w:t>
      </w:r>
    </w:p>
    <w:p>
      <w:r>
        <w:rPr>
          <w:b/>
        </w:rPr>
        <w:t xml:space="preserve">[03:54] </w:t>
      </w:r>
      <w:r>
        <w:t>to aam taur par ye samjha jata hai ke is aankh se nahin dekh sakte, koi aur aankh di jae gi akhirat mein, us se dekhe ga aadmi.</w:t>
      </w:r>
    </w:p>
    <w:p>
      <w:pPr>
        <w:jc w:val="right"/>
      </w:pPr>
      <w:r>
        <w:t>تو عام طور پر یہ سمجھا جاتا ہے کہ اس آنکھ سے نہیں دیکھ سکتے، کوئی اور آنکھ دی جائے گی آخرت میں، اس سے دیکھے گا آدمی۔</w:t>
      </w:r>
    </w:p>
    <w:p>
      <w:r>
        <w:rPr>
          <w:b/>
        </w:rPr>
        <w:t xml:space="preserve">[04:13] </w:t>
      </w:r>
      <w:r>
        <w:t>bhai, ye baat mujh ko appeal nahin karti.</w:t>
      </w:r>
    </w:p>
    <w:p>
      <w:pPr>
        <w:jc w:val="right"/>
      </w:pPr>
      <w:r>
        <w:t>بھائی، یہ بات مجھ کو اپیل نہیں کرتی۔</w:t>
      </w:r>
    </w:p>
    <w:p>
      <w:r>
        <w:rPr>
          <w:b/>
        </w:rPr>
        <w:t xml:space="preserve">[04:20] </w:t>
      </w:r>
      <w:r>
        <w:t>is pe maine socha</w:t>
      </w:r>
    </w:p>
    <w:p>
      <w:pPr>
        <w:jc w:val="right"/>
      </w:pPr>
      <w:r>
        <w:t>اس پہ میں نے سوچا</w:t>
      </w:r>
    </w:p>
    <w:p>
      <w:r>
        <w:rPr>
          <w:b/>
        </w:rPr>
        <w:t xml:space="preserve">[04:27] </w:t>
      </w:r>
      <w:r>
        <w:t>to meri samajh mein ye aaya ke Allah ko dekhne ki ek shart hai.</w:t>
      </w:r>
    </w:p>
    <w:p>
      <w:pPr>
        <w:jc w:val="right"/>
      </w:pPr>
      <w:r>
        <w:t>تو میری سمجھ میں یہ آیا کہ اللہ کو دیکھنے کی ایک شرط ہے۔</w:t>
      </w:r>
    </w:p>
    <w:p>
      <w:r>
        <w:rPr>
          <w:b/>
        </w:rPr>
        <w:t xml:space="preserve">[04:41] </w:t>
      </w:r>
      <w:r>
        <w:t>misalan dekhiye, science ne bataya hai hum ko ke ek micro world hai, ek macro world hai.</w:t>
      </w:r>
    </w:p>
    <w:p>
      <w:pPr>
        <w:jc w:val="right"/>
      </w:pPr>
      <w:r>
        <w:t>مثلاً دیکھیے، سائنس نے بتایا ہے ہم کو کہ ایک مائیکرو ورلڈ ہے، ایک مائیکرو ورلڈ ہے۔</w:t>
      </w:r>
    </w:p>
    <w:p>
      <w:r>
        <w:rPr>
          <w:b/>
        </w:rPr>
        <w:t xml:space="preserve">[04:55] </w:t>
      </w:r>
      <w:r>
        <w:t>micro world aur macro world yani alam sagheer aur alam kabeer. to</w:t>
      </w:r>
    </w:p>
    <w:p>
      <w:pPr>
        <w:jc w:val="right"/>
      </w:pPr>
      <w:r>
        <w:t>مائیکرو ورلڈ اور مائیکرو ورلڈ یعنی عالم صغیر اور عالم کبیر۔ تو</w:t>
      </w:r>
    </w:p>
    <w:p>
      <w:r>
        <w:rPr>
          <w:b/>
        </w:rPr>
        <w:t xml:space="preserve">[05:08] </w:t>
      </w:r>
      <w:r>
        <w:t>jo alam sagheer hai yani micro world jo hai,</w:t>
      </w:r>
    </w:p>
    <w:p>
      <w:pPr>
        <w:jc w:val="right"/>
      </w:pPr>
      <w:r>
        <w:t>جو عالم صغیر ہے یعنی مائیکرو ورلڈ جو ہے،</w:t>
      </w:r>
    </w:p>
    <w:p>
      <w:r>
        <w:rPr>
          <w:b/>
        </w:rPr>
        <w:t xml:space="preserve">[05:18] </w:t>
      </w:r>
      <w:r>
        <w:t>wo maujood tha lekin insan se us waqt dekh paya us ko jab us ne khurdbeen banai.</w:t>
      </w:r>
    </w:p>
    <w:p>
      <w:pPr>
        <w:jc w:val="right"/>
      </w:pPr>
      <w:r>
        <w:t>وہ موجود تھا لیکن انسان سے اس وقت دیکھ پایا اس کو جب اس نے خردبین بنائی۔</w:t>
      </w:r>
    </w:p>
    <w:p>
      <w:r>
        <w:rPr>
          <w:b/>
        </w:rPr>
        <w:t xml:space="preserve">[05:29] </w:t>
      </w:r>
      <w:r>
        <w:t>khurdbeen.</w:t>
      </w:r>
    </w:p>
    <w:p>
      <w:pPr>
        <w:jc w:val="right"/>
      </w:pPr>
      <w:r>
        <w:t>خردبین۔</w:t>
      </w:r>
    </w:p>
    <w:p>
      <w:r>
        <w:rPr>
          <w:b/>
        </w:rPr>
        <w:t xml:space="preserve">[05:33] </w:t>
      </w:r>
      <w:r>
        <w:t>khurdbeen se pehle nahin dekh sakta tha wo.</w:t>
      </w:r>
    </w:p>
    <w:p>
      <w:pPr>
        <w:jc w:val="right"/>
      </w:pPr>
      <w:r>
        <w:t>خردبین سے پہلے نہیں دیکھ سکتا تھا وہ۔</w:t>
      </w:r>
    </w:p>
    <w:p>
      <w:r>
        <w:rPr>
          <w:b/>
        </w:rPr>
        <w:t xml:space="preserve">[05:40] </w:t>
      </w:r>
      <w:r>
        <w:t>to meri samajh mein ye aata hai</w:t>
      </w:r>
    </w:p>
    <w:p>
      <w:pPr>
        <w:jc w:val="right"/>
      </w:pPr>
      <w:r>
        <w:t>تو میری سمجھ میں یہ آتا ہے</w:t>
      </w:r>
    </w:p>
    <w:p>
      <w:r>
        <w:rPr>
          <w:b/>
        </w:rPr>
        <w:t xml:space="preserve">[05:45] </w:t>
      </w:r>
      <w:r>
        <w:t>ke</w:t>
      </w:r>
    </w:p>
    <w:p>
      <w:pPr>
        <w:jc w:val="right"/>
      </w:pPr>
      <w:r>
        <w:t>کہ</w:t>
      </w:r>
    </w:p>
    <w:p>
      <w:r>
        <w:rPr>
          <w:b/>
        </w:rPr>
        <w:t xml:space="preserve">[05:49] </w:t>
      </w:r>
      <w:r>
        <w:t>ye sawal</w:t>
      </w:r>
    </w:p>
    <w:p>
      <w:pPr>
        <w:jc w:val="right"/>
      </w:pPr>
      <w:r>
        <w:t>یہ سوال</w:t>
      </w:r>
    </w:p>
    <w:p>
      <w:r>
        <w:rPr>
          <w:b/>
        </w:rPr>
        <w:t xml:space="preserve">[05:55] </w:t>
      </w:r>
      <w:r>
        <w:t>ability ka hai.</w:t>
      </w:r>
    </w:p>
    <w:p>
      <w:pPr>
        <w:jc w:val="right"/>
      </w:pPr>
      <w:r>
        <w:t>ایبیلیٹی کا ہے۔</w:t>
      </w:r>
    </w:p>
    <w:p>
      <w:r>
        <w:rPr>
          <w:b/>
        </w:rPr>
        <w:t xml:space="preserve">[05:59] </w:t>
      </w:r>
      <w:r>
        <w:t>hum apnay aap ko aibal banayein, dekhnay kay aibal, dekhnay kay qabil.</w:t>
      </w:r>
    </w:p>
    <w:p>
      <w:pPr>
        <w:jc w:val="right"/>
      </w:pPr>
      <w:r>
        <w:t>ہم اپنے آپ کو ایبل بنائیں، دیکھنے کے ایبل، دیکھنے کے قابل۔</w:t>
      </w:r>
    </w:p>
    <w:p>
      <w:r>
        <w:rPr>
          <w:b/>
        </w:rPr>
        <w:t xml:space="preserve">[06:08] </w:t>
      </w:r>
      <w:r>
        <w:t>to Allah rabbul alameen hai, us ko haq tha kay koi shart muqarrar karay. shart.</w:t>
      </w:r>
    </w:p>
    <w:p>
      <w:pPr>
        <w:jc w:val="right"/>
      </w:pPr>
      <w:r>
        <w:t>تو اللہ رب العالمین ہے، اس کو حق تھا کہ کوئی شرط مقرر کرے۔ شرط۔</w:t>
      </w:r>
    </w:p>
    <w:p>
      <w:r>
        <w:rPr>
          <w:b/>
        </w:rPr>
        <w:t xml:space="preserve">[06:25] </w:t>
      </w:r>
      <w:r>
        <w:t>koi shart muqarrar karay. to aik ajeeb sa qissa mujhe yaad aata hai.</w:t>
      </w:r>
    </w:p>
    <w:p>
      <w:pPr>
        <w:jc w:val="right"/>
      </w:pPr>
      <w:r>
        <w:t>کوئی شرط مقرر کرے۔ تو ایک عجیب سا قصہ مجھے یاد آتا ہے۔</w:t>
      </w:r>
    </w:p>
    <w:p>
      <w:r>
        <w:rPr>
          <w:b/>
        </w:rPr>
        <w:t xml:space="preserve">[06:36] </w:t>
      </w:r>
      <w:r>
        <w:t>aik ajeeb sa qissa. to woh woh yeh hai</w:t>
      </w:r>
    </w:p>
    <w:p>
      <w:pPr>
        <w:jc w:val="right"/>
      </w:pPr>
      <w:r>
        <w:t>ایک عجیب سا قصہ۔ تو وہ وہ یہ ہے</w:t>
      </w:r>
    </w:p>
    <w:p>
      <w:r>
        <w:rPr>
          <w:b/>
        </w:rPr>
        <w:t xml:space="preserve">[06:45] </w:t>
      </w:r>
      <w:r>
        <w:t>kay hamaray area mein, UP mein,</w:t>
      </w:r>
    </w:p>
    <w:p>
      <w:pPr>
        <w:jc w:val="right"/>
      </w:pPr>
      <w:r>
        <w:t>کہ ہمارے ایریا میں، یو پی میں،</w:t>
      </w:r>
    </w:p>
    <w:p>
      <w:r>
        <w:rPr>
          <w:b/>
        </w:rPr>
        <w:t xml:space="preserve">[06:55] </w:t>
      </w:r>
      <w:r>
        <w:t>aik larki ki shadi ka maamla tha, nikah ka.</w:t>
      </w:r>
    </w:p>
    <w:p>
      <w:pPr>
        <w:jc w:val="right"/>
      </w:pPr>
      <w:r>
        <w:t>ایک لڑکی کی شادی کا معاملہ تھا، نکاح کا۔</w:t>
      </w:r>
    </w:p>
    <w:p>
      <w:r>
        <w:rPr>
          <w:b/>
        </w:rPr>
        <w:t xml:space="preserve">[07:02] </w:t>
      </w:r>
      <w:r>
        <w:t>to bohat se naujawan aaye jo us se chahtay thay nikah karna.</w:t>
      </w:r>
    </w:p>
    <w:p>
      <w:pPr>
        <w:jc w:val="right"/>
      </w:pPr>
      <w:r>
        <w:t>تو بہت سے نوجوان آئے جو اس سے چاہتے تھے نکاح کرنا۔</w:t>
      </w:r>
    </w:p>
    <w:p>
      <w:r>
        <w:rPr>
          <w:b/>
        </w:rPr>
        <w:t xml:space="preserve">[07:10] </w:t>
      </w:r>
      <w:r>
        <w:t>lekin larkay ne yeh shart laga di thi kay mein apnay aap ko shadi say pehlay</w:t>
      </w:r>
    </w:p>
    <w:p>
      <w:pPr>
        <w:jc w:val="right"/>
      </w:pPr>
      <w:r>
        <w:t>لیکن لڑکے نے یہ شرط لگا دی تھی کہ میں اپنے آپ کو شادی سے پہلے</w:t>
      </w:r>
    </w:p>
    <w:p>
      <w:r>
        <w:rPr>
          <w:b/>
        </w:rPr>
        <w:t xml:space="preserve">[07:22] </w:t>
      </w:r>
      <w:r>
        <w:t>miloon ga nahi, dikhaoon ga nahi mein apnay ko. jo mujh ko dekhay baghair pasand pasand karay, us say meri shadi hogi.</w:t>
      </w:r>
    </w:p>
    <w:p>
      <w:pPr>
        <w:jc w:val="right"/>
      </w:pPr>
      <w:r>
        <w:t>ملوں گا نہیں، دکھاؤں گا نہیں میں اپنے کو۔ جو مجھ کو دیکھے بغیر پسند پسند کرے، اس سے میری شادی ہوگی۔</w:t>
      </w:r>
    </w:p>
    <w:p>
      <w:r>
        <w:rPr>
          <w:b/>
        </w:rPr>
        <w:t xml:space="preserve">[07:34] </w:t>
      </w:r>
      <w:r>
        <w:t>to bohat se naujawan aaye aur jab un ko bataya gaya kay aap ko dekhay, dekhay baghair pasand karna paray ga, to woh wapas chalay gaye.</w:t>
      </w:r>
    </w:p>
    <w:p>
      <w:pPr>
        <w:jc w:val="right"/>
      </w:pPr>
      <w:r>
        <w:t>تو بہت سے نوجوان آئے اور جب ان کو بتایا گیا کہ آپ کو دیکھیں، دیکھے بغیر پسند کرنا پڑے گا، تو وہ واپس چلے گئے۔</w:t>
      </w:r>
    </w:p>
    <w:p>
      <w:r>
        <w:rPr>
          <w:b/>
        </w:rPr>
        <w:t xml:space="preserve">[07:47] </w:t>
      </w:r>
      <w:r>
        <w:t>to aakhir mein aik naujawan</w:t>
      </w:r>
    </w:p>
    <w:p>
      <w:pPr>
        <w:jc w:val="right"/>
      </w:pPr>
      <w:r>
        <w:t>تو آخر میں ایک نوجوان</w:t>
      </w:r>
    </w:p>
    <w:p>
      <w:r>
        <w:rPr>
          <w:b/>
        </w:rPr>
        <w:t xml:space="preserve">[07:52] </w:t>
      </w:r>
      <w:r>
        <w:t>aaya, us ne na kuch socha, raazi ho gaya woh. to us say shadi hui us ki.</w:t>
      </w:r>
    </w:p>
    <w:p>
      <w:pPr>
        <w:jc w:val="right"/>
      </w:pPr>
      <w:r>
        <w:t>آیا، اس نے نا کچھ سوچا، راضی ہو گیا وہ۔ تو اس سے شادی ہوئی اس کی۔</w:t>
      </w:r>
    </w:p>
    <w:p>
      <w:r>
        <w:rPr>
          <w:b/>
        </w:rPr>
        <w:t xml:space="preserve">[08:05] </w:t>
      </w:r>
      <w:r>
        <w:t>to yeh yani</w:t>
      </w:r>
    </w:p>
    <w:p>
      <w:pPr>
        <w:jc w:val="right"/>
      </w:pPr>
      <w:r>
        <w:t>تو یہ یعنی</w:t>
      </w:r>
    </w:p>
    <w:p>
      <w:r>
        <w:rPr>
          <w:b/>
        </w:rPr>
        <w:t xml:space="preserve">[08:10] </w:t>
      </w:r>
      <w:r>
        <w:t>aik ajeeb si misaal hai.</w:t>
      </w:r>
    </w:p>
    <w:p>
      <w:pPr>
        <w:jc w:val="right"/>
      </w:pPr>
      <w:r>
        <w:t>ایک عجیب سی مثال ہے۔</w:t>
      </w:r>
    </w:p>
    <w:p>
      <w:r>
        <w:rPr>
          <w:b/>
        </w:rPr>
        <w:t xml:space="preserve">[08:14] </w:t>
      </w:r>
      <w:r>
        <w:t>lekin</w:t>
      </w:r>
    </w:p>
    <w:p>
      <w:pPr>
        <w:jc w:val="right"/>
      </w:pPr>
      <w:r>
        <w:t>لیکن</w:t>
      </w:r>
    </w:p>
    <w:p>
      <w:r>
        <w:rPr>
          <w:b/>
        </w:rPr>
        <w:t xml:space="preserve">[08:18] </w:t>
      </w:r>
      <w:r>
        <w:t>mujhe aisa lagta hai kay</w:t>
      </w:r>
    </w:p>
    <w:p>
      <w:pPr>
        <w:jc w:val="right"/>
      </w:pPr>
      <w:r>
        <w:t>مجھے ایسا لگتا ہے کہ</w:t>
      </w:r>
    </w:p>
    <w:p>
      <w:r>
        <w:rPr>
          <w:b/>
        </w:rPr>
        <w:t xml:space="preserve">[08:25] </w:t>
      </w:r>
      <w:r>
        <w:t>us kay yani misaal kay ajeeb honay ko agar ignore kar diya jaye to bohat hi apt misaal bhi hai yeh.</w:t>
      </w:r>
    </w:p>
    <w:p>
      <w:pPr>
        <w:jc w:val="right"/>
      </w:pPr>
      <w:r>
        <w:t>اس کے یعنی مثال کے عجیب ہونے کو اگر اگنور کر دیا جائے تو بہت ہی ایپٹ مثال بھی ہے یہ۔</w:t>
      </w:r>
    </w:p>
    <w:p>
      <w:r>
        <w:rPr>
          <w:b/>
        </w:rPr>
        <w:t xml:space="preserve">[08:43] </w:t>
      </w:r>
      <w:r>
        <w:t>yani</w:t>
      </w:r>
    </w:p>
    <w:p>
      <w:pPr>
        <w:jc w:val="right"/>
      </w:pPr>
      <w:r>
        <w:t>یعنی</w:t>
      </w:r>
    </w:p>
    <w:p>
      <w:r>
        <w:rPr>
          <w:b/>
        </w:rPr>
        <w:t xml:space="preserve">[08:46] </w:t>
      </w:r>
      <w:r>
        <w:t>dekhay, dekhay, dekhay baghair dekhna.</w:t>
      </w:r>
    </w:p>
    <w:p>
      <w:pPr>
        <w:jc w:val="right"/>
      </w:pPr>
      <w:r>
        <w:t>دیکھے، دیکھے، دیکھے بغیر دیکھنا۔</w:t>
      </w:r>
    </w:p>
    <w:p>
      <w:r>
        <w:rPr>
          <w:b/>
        </w:rPr>
        <w:t xml:space="preserve">[08:53] </w:t>
      </w:r>
      <w:r>
        <w:t>us us shart ka matlab yeh hai kay jo insaan Allah ko dekhay baghair dekh sakay, us us ko Allah apni zaroorat</w:t>
      </w:r>
    </w:p>
    <w:p>
      <w:pPr>
        <w:jc w:val="right"/>
      </w:pPr>
      <w:r>
        <w:t>اس اس شرط کا مطلب یہ ہے کہ جو انسان اللہ کو دیکھے بغیر دیکھ سکے، اس اس کو اللہ اپنی ضرورت</w:t>
      </w:r>
    </w:p>
    <w:p>
      <w:r>
        <w:rPr>
          <w:b/>
        </w:rPr>
        <w:t xml:space="preserve">[09:15] </w:t>
      </w:r>
      <w:r>
        <w:t>ki blessing ata karay ga. to dekhay baghair dekhnay ka matlab kya hai? dekhay baghair dekhnay ka matlab kya hai?</w:t>
      </w:r>
    </w:p>
    <w:p>
      <w:pPr>
        <w:jc w:val="right"/>
      </w:pPr>
      <w:r>
        <w:t>کی بلیسنگ عطا کرے گا۔ تو دیکھے بغیر دیکھنے کا مطلب کیا ہے؟ دیکھے بغیر دیکھنے کا مطلب کیا ہے؟</w:t>
      </w:r>
    </w:p>
    <w:p>
      <w:r>
        <w:rPr>
          <w:b/>
        </w:rPr>
        <w:t xml:space="preserve">[09:29] </w:t>
      </w:r>
      <w:r>
        <w:t>to us par sochtay huay meri samajh mein aaya kay jo aadmi discovery ki satah par daryaft kar sakay, kar sakay Khuda ko.</w:t>
      </w:r>
    </w:p>
    <w:p>
      <w:pPr>
        <w:jc w:val="right"/>
      </w:pPr>
      <w:r>
        <w:t>تو اس پر سوچتے ہوئے میری سمجھ میں آیا کہ جو آدمی ڈسکوری کی سطح پر دریافت کر سکے، کر سکے خدا کو۔</w:t>
      </w:r>
    </w:p>
    <w:p>
      <w:r>
        <w:rPr>
          <w:b/>
        </w:rPr>
        <w:t xml:space="preserve">[09:46] </w:t>
      </w:r>
      <w:r>
        <w:t>yani intellectual development ki satah par</w:t>
      </w:r>
    </w:p>
    <w:p>
      <w:pPr>
        <w:jc w:val="right"/>
      </w:pPr>
      <w:r>
        <w:t>یعنی انٹلیکچول ڈیویلپمنٹ کی سطح پر</w:t>
      </w:r>
    </w:p>
    <w:p>
      <w:r>
        <w:rPr>
          <w:b/>
        </w:rPr>
        <w:t xml:space="preserve">[09:53] </w:t>
      </w:r>
      <w:r>
        <w:t>jo aadmi apni aqal ko, apni intellect ko itna develop karay, itna develop karay kay woh cheezon ko</w:t>
      </w:r>
    </w:p>
    <w:p>
      <w:pPr>
        <w:jc w:val="right"/>
      </w:pPr>
      <w:r>
        <w:t>جو آدمی اپنی عقل کو، اپنی انٹلیکٹ کو اتنا ڈیویلپ کرے، اتنا ڈیویلپ کرے کہ وہ چیزوں کو</w:t>
      </w:r>
    </w:p>
    <w:p>
      <w:r>
        <w:rPr>
          <w:b/>
        </w:rPr>
        <w:t xml:space="preserve">[10:13] </w:t>
      </w:r>
      <w:r>
        <w:t>dekhay baghair jaan sakay kay woh kya hai.</w:t>
      </w:r>
    </w:p>
    <w:p>
      <w:pPr>
        <w:jc w:val="right"/>
      </w:pPr>
      <w:r>
        <w:t>دیکھے بغیر جان سکے کہ وہ کیا ہے۔</w:t>
      </w:r>
    </w:p>
    <w:p>
      <w:r>
        <w:rPr>
          <w:b/>
        </w:rPr>
        <w:t xml:space="preserve">[10:22] </w:t>
      </w:r>
      <w:r>
        <w:t>to phir main is par sochte hue meri samajh mein aaya ke yahi to insaan ki khaas sifat hai.</w:t>
      </w:r>
    </w:p>
    <w:p>
      <w:pPr>
        <w:jc w:val="right"/>
      </w:pPr>
      <w:r>
        <w:t>تو پھر میں اس پر سوچتے ہوئے میری سمجھ میں آیا کہ یہی تو انسان کی خاص صفت ہے۔</w:t>
      </w:r>
    </w:p>
    <w:p>
      <w:r>
        <w:rPr>
          <w:b/>
        </w:rPr>
        <w:t xml:space="preserve">[10:32] </w:t>
      </w:r>
      <w:r>
        <w:t>insaan ki definition yeh batai jati hai. pehle insaan ki sifat batate the, pehle nutq, nutq maani speak, speaking, bolna.</w:t>
      </w:r>
    </w:p>
    <w:p>
      <w:pPr>
        <w:jc w:val="right"/>
      </w:pPr>
      <w:r>
        <w:t>انسان کی ڈیفینیشن یہ بتائی جاتی ہے۔ پہلے انسان کی صفت بتاتے تھے، پہلے نطق، نطق معنی اسپیک، اسپیکنگ، بولنا۔</w:t>
      </w:r>
    </w:p>
    <w:p>
      <w:r>
        <w:rPr>
          <w:b/>
        </w:rPr>
        <w:t xml:space="preserve">[10:48] </w:t>
      </w:r>
      <w:r>
        <w:t>to kehte the ke insaan naam hai haiwan naatiq ka. insaan naam hai bolne wali makhlooq ka.</w:t>
      </w:r>
    </w:p>
    <w:p>
      <w:pPr>
        <w:jc w:val="right"/>
      </w:pPr>
      <w:r>
        <w:t>تو کہتے تھے کہ انسان نام ہے حیوان ناطق کا۔ انسان نام ہے بولنے والی مخلوق کا۔</w:t>
      </w:r>
    </w:p>
    <w:p>
      <w:r>
        <w:rPr>
          <w:b/>
        </w:rPr>
        <w:t xml:space="preserve">[11:01] </w:t>
      </w:r>
      <w:r>
        <w:t>yaani speaking animal. insaan naam hai speaking animal ka. yeh pehle Yunan ke zamane mein yeh definition banai gai thi.</w:t>
      </w:r>
    </w:p>
    <w:p>
      <w:pPr>
        <w:jc w:val="right"/>
      </w:pPr>
      <w:r>
        <w:t>یعنی اسپیکنگ اینیول۔ انسان نام ہے اسپیکنگ اینیول کا۔ یہ پہلے یونان کے زمانے میں یہ ڈیفینیشن بنائی گئی تھی۔</w:t>
      </w:r>
    </w:p>
    <w:p>
      <w:r>
        <w:rPr>
          <w:b/>
        </w:rPr>
        <w:t xml:space="preserve">[11:13] </w:t>
      </w:r>
      <w:r>
        <w:t>haiwan naatiq yaani speaking animal. maujooda zamane mein is ko nahi mante.</w:t>
      </w:r>
    </w:p>
    <w:p>
      <w:pPr>
        <w:jc w:val="right"/>
      </w:pPr>
      <w:r>
        <w:t>حیوان ناطق یعنی اسپیکنگ اینیول۔ موجودہ زمانے میں اس کو نہیں مانتے۔</w:t>
      </w:r>
    </w:p>
    <w:p>
      <w:r>
        <w:rPr>
          <w:b/>
        </w:rPr>
        <w:t xml:space="preserve">[11:24] </w:t>
      </w:r>
      <w:r>
        <w:t>ab ab yeh samjha gaya hai, yeh bhi maana jata hai ke insaan ke andar</w:t>
      </w:r>
    </w:p>
    <w:p>
      <w:pPr>
        <w:jc w:val="right"/>
      </w:pPr>
      <w:r>
        <w:t>اب اب یہ سمجھا گیا ہے، یہ بھی مانا جاتا ہے کہ انسان کے اندر</w:t>
      </w:r>
    </w:p>
    <w:p>
      <w:r>
        <w:rPr>
          <w:b/>
        </w:rPr>
        <w:t xml:space="preserve">[11:34] </w:t>
      </w:r>
      <w:r>
        <w:t>sab se bari sifat jo hai woh hai conceptual thought ki hai. speaking ki nahi.</w:t>
      </w:r>
    </w:p>
    <w:p>
      <w:pPr>
        <w:jc w:val="right"/>
      </w:pPr>
      <w:r>
        <w:t>سب سے بڑی صفت جو ہے وہ ہے کنسیپچول تھاٹ کی ہے۔ اسپیکنگ کی نہیں۔</w:t>
      </w:r>
    </w:p>
    <w:p>
      <w:r>
        <w:rPr>
          <w:b/>
        </w:rPr>
        <w:t xml:space="preserve">[11:45] </w:t>
      </w:r>
      <w:r>
        <w:t>conceptual thought. yaani tasawwurati soch.</w:t>
      </w:r>
    </w:p>
    <w:p>
      <w:pPr>
        <w:jc w:val="right"/>
      </w:pPr>
      <w:r>
        <w:t>کنسیپچول تھاٹ۔ یعنی تصوراتی سوچ۔</w:t>
      </w:r>
    </w:p>
    <w:p>
      <w:r>
        <w:rPr>
          <w:b/>
        </w:rPr>
        <w:t xml:space="preserve">[11:55] </w:t>
      </w:r>
      <w:r>
        <w:t>to insaan ki sab se bari sifat jo hai woh tasawwurati soch hai, conceptual thought hai.</w:t>
      </w:r>
    </w:p>
    <w:p>
      <w:pPr>
        <w:jc w:val="right"/>
      </w:pPr>
      <w:r>
        <w:t>تو انسان کی سب سے بڑی صفت جو ہے وہ تصوراتی سوچ ہے، کنسیپچول تھاٹ ہے۔</w:t>
      </w:r>
    </w:p>
    <w:p>
      <w:r>
        <w:rPr>
          <w:b/>
        </w:rPr>
        <w:t xml:space="preserve">[12:08] </w:t>
      </w:r>
      <w:r>
        <w:t>is ko le kar agar hum sochein to shayad yeh samajh aayega ke Allah ko dekhne ka haqdar woh insaan hoga</w:t>
      </w:r>
    </w:p>
    <w:p>
      <w:pPr>
        <w:jc w:val="right"/>
      </w:pPr>
      <w:r>
        <w:t>اس کو لے کر اگر ہم سوچیں تو شاید یہ سمجھ آئے گا کہ اللہ کو دیکھنے کا حقدار وہ انسان ہوگا</w:t>
      </w:r>
    </w:p>
    <w:p>
      <w:r>
        <w:rPr>
          <w:b/>
        </w:rPr>
        <w:t xml:space="preserve">[12:27] </w:t>
      </w:r>
      <w:r>
        <w:t>jo</w:t>
      </w:r>
    </w:p>
    <w:p>
      <w:pPr>
        <w:jc w:val="right"/>
      </w:pPr>
      <w:r>
        <w:t>جو</w:t>
      </w:r>
    </w:p>
    <w:p>
      <w:r>
        <w:rPr>
          <w:b/>
        </w:rPr>
        <w:t xml:space="preserve">[12:30] </w:t>
      </w:r>
      <w:r>
        <w:t>conceptual thought ki satah par cheezon ko dekh sake, cheezon ko discover kar sake.</w:t>
      </w:r>
    </w:p>
    <w:p>
      <w:pPr>
        <w:jc w:val="right"/>
      </w:pPr>
      <w:r>
        <w:t>کنسیپچول تھاٹ کی سطح پر چیزوں کو دیکھ سکے، چیزوں کو ڈسکور کر سکے۔</w:t>
      </w:r>
    </w:p>
    <w:p>
      <w:r>
        <w:rPr>
          <w:b/>
        </w:rPr>
        <w:t xml:space="preserve">[12:41] </w:t>
      </w:r>
      <w:r>
        <w:t>yeh main samajhta hoon ke development ka aakhri darja hai.</w:t>
      </w:r>
    </w:p>
    <w:p>
      <w:pPr>
        <w:jc w:val="right"/>
      </w:pPr>
      <w:r>
        <w:t>یہ میں سمجھتا ہوں کہ ڈیویلپمنٹ کا آخری درجہ ہے۔</w:t>
      </w:r>
    </w:p>
    <w:p>
      <w:r>
        <w:rPr>
          <w:b/>
        </w:rPr>
        <w:t xml:space="preserve">[12:50] </w:t>
      </w:r>
      <w:r>
        <w:t>intellectual development ka aakhri darja hai yeh.</w:t>
      </w:r>
    </w:p>
    <w:p>
      <w:pPr>
        <w:jc w:val="right"/>
      </w:pPr>
      <w:r>
        <w:t>انٹلیکچول ڈیویلپمنٹ کا آخری درجہ ہے یہ۔</w:t>
      </w:r>
    </w:p>
    <w:p>
      <w:r>
        <w:rPr>
          <w:b/>
        </w:rPr>
        <w:t xml:space="preserve">[13:05] </w:t>
      </w:r>
      <w:r>
        <w:t>to is ko le kar agar hum sochein</w:t>
      </w:r>
    </w:p>
    <w:p>
      <w:pPr>
        <w:jc w:val="right"/>
      </w:pPr>
      <w:r>
        <w:t>تو اس کو لے کر اگر ہم سوچیں</w:t>
      </w:r>
    </w:p>
    <w:p>
      <w:r>
        <w:rPr>
          <w:b/>
        </w:rPr>
        <w:t xml:space="preserve">[13:12] </w:t>
      </w:r>
      <w:r>
        <w:t>to is ka matlab yeh hoga ke</w:t>
      </w:r>
    </w:p>
    <w:p>
      <w:pPr>
        <w:jc w:val="right"/>
      </w:pPr>
      <w:r>
        <w:t>تو اس کا مطلب یہ ہوگا کہ</w:t>
      </w:r>
    </w:p>
    <w:p>
      <w:r>
        <w:rPr>
          <w:b/>
        </w:rPr>
        <w:t xml:space="preserve">[13:20] </w:t>
      </w:r>
      <w:r>
        <w:t>jo aadmi apne reason ko, apni aqal ko</w:t>
      </w:r>
    </w:p>
    <w:p>
      <w:pPr>
        <w:jc w:val="right"/>
      </w:pPr>
      <w:r>
        <w:t>جو آدمی اپنے ریزن کو، اپنی عقل کو</w:t>
      </w:r>
    </w:p>
    <w:p>
      <w:r>
        <w:rPr>
          <w:b/>
        </w:rPr>
        <w:t xml:space="preserve">[13:28] </w:t>
      </w:r>
      <w:r>
        <w:t>itna zyada develop kare</w:t>
      </w:r>
    </w:p>
    <w:p>
      <w:pPr>
        <w:jc w:val="right"/>
      </w:pPr>
      <w:r>
        <w:t>اتنا زیادہ ڈیویلپ کرے</w:t>
      </w:r>
    </w:p>
    <w:p>
      <w:r>
        <w:rPr>
          <w:b/>
        </w:rPr>
        <w:t xml:space="preserve">[13:34] </w:t>
      </w:r>
      <w:r>
        <w:t>ke woh conceptual thought ki satah par cheezon ko jaan sake.</w:t>
      </w:r>
    </w:p>
    <w:p>
      <w:pPr>
        <w:jc w:val="right"/>
      </w:pPr>
      <w:r>
        <w:t>کہ وہ کنسیپچول تھاٹ کی سطح پر چیزوں کو جان سکے۔</w:t>
      </w:r>
    </w:p>
    <w:p>
      <w:r>
        <w:rPr>
          <w:b/>
        </w:rPr>
        <w:t xml:space="preserve">[13:42] </w:t>
      </w:r>
      <w:r>
        <w:t>yaani Buckingham Palace aap ne dekha na ho, aap London na gaye hon, lekin aap conceptual thinking jo hai itni zabardast ho ke aap Delhi mein baithe baithe conceive kar sakein ke aisa hoga conceptual thought, aisa hoga, aisa hoga baqi ke palace.</w:t>
      </w:r>
    </w:p>
    <w:p>
      <w:pPr>
        <w:jc w:val="right"/>
      </w:pPr>
      <w:r>
        <w:t>یعنی بیکنگ، بیکنگ، بیکنگ پیلس آپ نے دیکھا نہ ہو، آپ لندن نہ گئے ہوں، لیکن آپ کنسیپچول تھنکنگ جو ہے اتنی زبردست ہو کہ آپ دلی میں بیٹھے بیٹھے کنسیو کر سکیں کہ ایسا ہوگا کنسیپچول تھاٹ، ایسا ہوگا، ایسا ہوگا بقیہ کے پیلس۔</w:t>
      </w:r>
    </w:p>
    <w:p>
      <w:r>
        <w:rPr>
          <w:b/>
        </w:rPr>
        <w:t xml:space="preserve">[14:09] </w:t>
      </w:r>
      <w:r>
        <w:t>to yeh ek aisa process hai jis mein poori lifetime guzar jati hai. itna lamba process hai.</w:t>
      </w:r>
    </w:p>
    <w:p>
      <w:pPr>
        <w:jc w:val="right"/>
      </w:pPr>
      <w:r>
        <w:t>تو یہ ایک ایسا پروسیس ہے جس میں پوری لائف ٹائم گزر جاتی ہے۔ اتنا لمبا پراسیس ہے۔</w:t>
      </w:r>
    </w:p>
    <w:p>
      <w:r>
        <w:rPr>
          <w:b/>
        </w:rPr>
        <w:t xml:space="preserve">[14:22] </w:t>
      </w:r>
      <w:r>
        <w:t>ab main yeh keh sakta hoon ke mujhe is baat ka tajurba hai ke kuch cheezon ko, kuch cheezon itni zyada yaani deep hoti hain, itni zyada deep ke is ko discover karte karte poori umar beet jati hai.</w:t>
      </w:r>
    </w:p>
    <w:p>
      <w:pPr>
        <w:jc w:val="right"/>
      </w:pPr>
      <w:r>
        <w:t>اب میں یہ کہہ سکتا ہوں کہ مجھے اس بات کا تجربہ ہے کہ کچھ چیزوں کو، کچھ چیزوں اتنی زیادہ یعنی ڈیپ ہوتی ہیں، اتنی زیادہ ڈیپ کہ اس کو ڈسکور کرتے کرتے پوری عمر بیت جاتی ہے۔</w:t>
      </w:r>
    </w:p>
    <w:p>
      <w:r>
        <w:rPr>
          <w:b/>
        </w:rPr>
        <w:t xml:space="preserve">[14:42] </w:t>
      </w:r>
      <w:r>
        <w:t>poori umar. maslan main yeh keh sakta hoon apne bare mein ke ek baat aisi hai jis ko main ne abhi kal daryaft kiya, kal discover kiya, abhi kal discover kiya.</w:t>
      </w:r>
    </w:p>
    <w:p>
      <w:pPr>
        <w:jc w:val="right"/>
      </w:pPr>
      <w:r>
        <w:t>پوری عمر۔ مثلاً میں یہ کہہ سکتا ہوں اپنے بارے میں کہ ایک بات ایسی ہے جس کو میں نے ابھی کل دریافت کیا، کل ڈسکور کیا، ابھی کل ڈسکور کیا۔</w:t>
      </w:r>
    </w:p>
    <w:p>
      <w:r>
        <w:rPr>
          <w:b/>
        </w:rPr>
        <w:t xml:space="preserve">[14:59] </w:t>
      </w:r>
      <w:r>
        <w:t>halan ke sajta tha main poori zindagi. to is ka maani hai ke Khuda itni unique hai, itna unique hai, itna unique hai ke is ko discover karte karte, discover karte karte sari zindagi guzar jati hai.</w:t>
      </w:r>
    </w:p>
    <w:p>
      <w:pPr>
        <w:jc w:val="right"/>
      </w:pPr>
      <w:r>
        <w:t>حالانکہ سجتا تھا میں پوری زندگی۔ تو اس کا معنی ہے کہ خدا اتنی یونیک ہے، اتنا یونیک ہے، اتنا یونیک ہے کہ اس کو ڈسکور کرتے کرتے، ڈسکور کرتے کرتے ساری زندگی گزر جاتی ہے۔</w:t>
      </w:r>
    </w:p>
    <w:p>
      <w:r>
        <w:rPr>
          <w:b/>
        </w:rPr>
        <w:t xml:space="preserve">[15:18] </w:t>
      </w:r>
      <w:r>
        <w:t>sari zindagi. to aap ko is ka concern, concern banana parta hai. concern.</w:t>
      </w:r>
    </w:p>
    <w:p>
      <w:pPr>
        <w:jc w:val="right"/>
      </w:pPr>
      <w:r>
        <w:t>ساری زندگی۔ تو آپ کو اس کا کنسرن، کنسرن بنانا پڑتا ہے۔ کنسرن۔</w:t>
      </w:r>
    </w:p>
    <w:p>
      <w:r>
        <w:rPr>
          <w:b/>
        </w:rPr>
        <w:t xml:space="preserve">[15:29] </w:t>
      </w:r>
      <w:r>
        <w:t>aaj kal to mein, mein aaj hi mein aap se keh raha tha ke</w:t>
      </w:r>
    </w:p>
    <w:p>
      <w:pPr>
        <w:jc w:val="right"/>
      </w:pPr>
      <w:r>
        <w:t>آج کل تو میں، میں آج ہی میں آپ سے کہہ رہا تھا کہ</w:t>
      </w:r>
    </w:p>
    <w:p>
      <w:r>
        <w:rPr>
          <w:b/>
        </w:rPr>
        <w:t xml:space="preserve">[15:38] </w:t>
      </w:r>
      <w:r>
        <w:t>khuda ka log sirf rasmi tor par naam lete hain. bas pehle kaha jata tha khuda hafiz, ab kehte hain allah hafiz.</w:t>
      </w:r>
    </w:p>
    <w:p>
      <w:pPr>
        <w:jc w:val="right"/>
      </w:pPr>
      <w:r>
        <w:t>خدا کا لوگ صرف رسمی طور پر نام لیتے ہیں۔ بس پہلے کہا جاتا تھا خدا حافظ، اب کہتے ہیں اللہ حافظ۔</w:t>
      </w:r>
    </w:p>
    <w:p>
      <w:r>
        <w:rPr>
          <w:b/>
        </w:rPr>
        <w:t xml:space="preserve">[15:52] </w:t>
      </w:r>
      <w:r>
        <w:t>lekin na khuda hafiz wala dobara khuda ko discover kar paya, na allah hafiz kehne wala. ek rasmi kalmat hain. aap ko pata hoga ke pehle kaha jata tha khuda hafiz, ab dhoom machi hui hai ke nahi, allah hafiz kaho.</w:t>
      </w:r>
    </w:p>
    <w:p>
      <w:pPr>
        <w:jc w:val="right"/>
      </w:pPr>
      <w:r>
        <w:t>لیکن نہ خدا حافظ والا دوبارہ خدا کو ڈسکور کر پایا، نہ اللہ حافظ کہنے والا۔ ایک رسمی کلمات ہیں۔ آپ کو پتہ ہوگا کہ پہلے کہا جاتا تھا خدا حافظ، اب دھوم مچلی ہوئی ہے کہ نہیں، اللہ حافظ کہو۔</w:t>
      </w:r>
    </w:p>
    <w:p>
      <w:r>
        <w:rPr>
          <w:b/>
        </w:rPr>
        <w:t xml:space="preserve">[16:09] </w:t>
      </w:r>
      <w:r>
        <w:t>yeh sab alfaaz ki dhoom hai. sahi maano mein na unhon ne discover kiya, na unhon ne discover kiya.</w:t>
      </w:r>
    </w:p>
    <w:p>
      <w:pPr>
        <w:jc w:val="right"/>
      </w:pPr>
      <w:r>
        <w:t>یہ سب الفاظ کی دھوم ہے۔ صحیح معنوں میں نہ انہوں نے ڈسکور کیا، نہ انہوں نے ڈسکور کیا۔</w:t>
      </w:r>
    </w:p>
    <w:p>
      <w:r>
        <w:rPr>
          <w:b/>
        </w:rPr>
        <w:t xml:space="preserve">[16:20] </w:t>
      </w:r>
      <w:r>
        <w:t>be khabari ka woh bhi tha, yeh bhi be khabari ka hai. to conceptual thought par, conceptual level par,</w:t>
      </w:r>
    </w:p>
    <w:p>
      <w:pPr>
        <w:jc w:val="right"/>
      </w:pPr>
      <w:r>
        <w:t>بے خبری کا وہ بھی تھا، یہ بھی بے خبری کا ہے۔ تو کنسیپچول تھاٹ پر، کنسیپچول لیول پر،</w:t>
      </w:r>
    </w:p>
    <w:p>
      <w:r>
        <w:rPr>
          <w:b/>
        </w:rPr>
        <w:t xml:space="preserve">[16:36] </w:t>
      </w:r>
      <w:r>
        <w:t>conceptual thinking ke satah par allah rab ul alameen ko discover karna yeh bohat hi unique hai, bohat hi unique hai, bohat hi unique hai.</w:t>
      </w:r>
    </w:p>
    <w:p>
      <w:pPr>
        <w:jc w:val="right"/>
      </w:pPr>
      <w:r>
        <w:t>کنسیپچول تھنکنگ کے سطح پر اللہ رب العالمین کو ڈسکور کرنا یہ بہت ہی یونیک ہے، بہت ہی یونیک ہے، بہت ہی یونیک ہے۔</w:t>
      </w:r>
    </w:p>
    <w:p>
      <w:r>
        <w:rPr>
          <w:b/>
        </w:rPr>
        <w:t xml:space="preserve">[16:51] </w:t>
      </w:r>
      <w:r>
        <w:t>jo aadmi apne aap ko, jo allah rab ul alameen ko sole concern banaye, apna sole concern,</w:t>
      </w:r>
    </w:p>
    <w:p>
      <w:pPr>
        <w:jc w:val="right"/>
      </w:pPr>
      <w:r>
        <w:t>جو آدمی اپنے آپ کو، جو اللہ رب العالمین کو سول کنسرن بنائے، اپنا سول کنسرن،</w:t>
      </w:r>
    </w:p>
    <w:p>
      <w:r>
        <w:rPr>
          <w:b/>
        </w:rPr>
        <w:t xml:space="preserve">[17:03] </w:t>
      </w:r>
      <w:r>
        <w:t>aur isi mein woh gum rahe, sochta rahe lifetime,</w:t>
      </w:r>
    </w:p>
    <w:p>
      <w:pPr>
        <w:jc w:val="right"/>
      </w:pPr>
      <w:r>
        <w:t>اور اسی میں وہ گم رہے، سوچتا رہے لائف ٹائم،</w:t>
      </w:r>
    </w:p>
    <w:p>
      <w:r>
        <w:rPr>
          <w:b/>
        </w:rPr>
        <w:t xml:space="preserve">[17:12] </w:t>
      </w:r>
      <w:r>
        <w:t>tab ja kar woh aisa kar pata hai ke woh ek conceptual level par woh conceive kare allah rab ul alameen ka.</w:t>
      </w:r>
    </w:p>
    <w:p>
      <w:pPr>
        <w:jc w:val="right"/>
      </w:pPr>
      <w:r>
        <w:t>تب جا کر وہ ایسا کر پاتا ہے کہ وہ ایک کنسیپچول لیول پر وہ کنسیو کرے اللہ رب العالمین کا۔</w:t>
      </w:r>
    </w:p>
    <w:p>
      <w:r>
        <w:rPr>
          <w:b/>
        </w:rPr>
        <w:t xml:space="preserve">[17:27] </w:t>
      </w:r>
      <w:r>
        <w:t>to jo aadmi itna zyada apne andar intellectual development ki sifat paida kare, to us ko goya allah rab ul alameen select karega, select, uska selection hoga ke woh yeh hai, is qabil ke us ko rooh itba'a ta'ala ki tofeeq di jaye.</w:t>
      </w:r>
    </w:p>
    <w:p>
      <w:pPr>
        <w:jc w:val="right"/>
      </w:pPr>
      <w:r>
        <w:t>تو جو آدمی اتنا زیادہ اپنے اندر انٹلیکچول ڈیویلپمنٹ کی صفت پیدا کرے، تو اس کو گویا اللہ رب العالمین سلیکٹ کرے گا، سلیکٹ، اس کا سلیکشن ہوگا کہ وہ یہ ہے، اس قابل کہ اس کو روح اتباع تعالی کی توفیق دی جائے۔</w:t>
      </w:r>
    </w:p>
    <w:p>
      <w:r>
        <w:rPr>
          <w:b/>
        </w:rPr>
        <w:t xml:space="preserve">[17:56] </w:t>
      </w:r>
      <w:r>
        <w:t>is doosre lafzon mein hum yeh keh sakte hain highest level of intellectual development.</w:t>
      </w:r>
    </w:p>
    <w:p>
      <w:pPr>
        <w:jc w:val="right"/>
      </w:pPr>
      <w:r>
        <w:t>اس دوسرے لفظوں میں ہم یہ کہہ سکتے ہیں ہائیسٹ لیول آف انٹلیکچول ڈیویلپمنٹ۔</w:t>
      </w:r>
    </w:p>
    <w:p>
      <w:r>
        <w:rPr>
          <w:b/>
        </w:rPr>
        <w:t xml:space="preserve">[18:09] </w:t>
      </w:r>
      <w:r>
        <w:t>highest level of intellectual development jo achieve kar sake is is level ko,</w:t>
      </w:r>
    </w:p>
    <w:p>
      <w:pPr>
        <w:jc w:val="right"/>
      </w:pPr>
      <w:r>
        <w:t>ہائیسٹ لیول آف انٹلیکچول ڈیویلپمنٹ جو اچیو کر سکے اس اس لیول کو،</w:t>
      </w:r>
    </w:p>
    <w:p>
      <w:r>
        <w:rPr>
          <w:b/>
        </w:rPr>
        <w:t xml:space="preserve">[18:21] </w:t>
      </w:r>
      <w:r>
        <w:t>to us ko</w:t>
      </w:r>
    </w:p>
    <w:p>
      <w:pPr>
        <w:jc w:val="right"/>
      </w:pPr>
      <w:r>
        <w:t>تو اس کو</w:t>
      </w:r>
    </w:p>
    <w:p>
      <w:r>
        <w:rPr>
          <w:b/>
        </w:rPr>
        <w:t xml:space="preserve">[18:26] </w:t>
      </w:r>
      <w:r>
        <w:t>rooh itba'a ta'ala ki tofeeq hogi. lekin yeh itna lamba process hai ke umar beet jati hai. chacha kaha ke idhar maut ke baad hoga aisa.</w:t>
      </w:r>
    </w:p>
    <w:p>
      <w:pPr>
        <w:jc w:val="right"/>
      </w:pPr>
      <w:r>
        <w:t>روح اتباع تعالی کی توفیق ہوگی۔ لیکن یہ اتنا لمبا پراسیس ہے کہ عمر بیت جاتی ہے۔ چاچا کہا کہ ادھر موت کے بعد ہوگا ایسا۔</w:t>
      </w:r>
    </w:p>
    <w:p>
      <w:r>
        <w:rPr>
          <w:b/>
        </w:rPr>
        <w:t xml:space="preserve">[18:40] </w:t>
      </w:r>
      <w:r>
        <w:t>maut ke baad hukum nahi kar rahe.</w:t>
      </w:r>
    </w:p>
    <w:p>
      <w:pPr>
        <w:jc w:val="right"/>
      </w:pPr>
      <w:r>
        <w:t>موت کے بعد حکم نہیں کر رہے۔</w:t>
      </w:r>
    </w:p>
    <w:p>
      <w:r>
        <w:rPr>
          <w:b/>
        </w:rPr>
        <w:t xml:space="preserve">[18:48] </w:t>
      </w:r>
      <w:r>
        <w:t>mein samajhta hoon ke maut ka matlab yeh hai jis ko kehte hain utmost, it utmost struggle.</w:t>
      </w:r>
    </w:p>
    <w:p>
      <w:pPr>
        <w:jc w:val="right"/>
      </w:pPr>
      <w:r>
        <w:t>میں سمجھتا ہوں کہ موت کا مطلب یہ ہے جس کو کہتے ہیں اٹ موٹ، اٹ اٹ موسٹ سٹرگل۔</w:t>
      </w:r>
    </w:p>
    <w:p>
      <w:r>
        <w:rPr>
          <w:b/>
        </w:rPr>
        <w:t xml:space="preserve">[18:59] </w:t>
      </w:r>
      <w:r>
        <w:t>utmost struggle.</w:t>
      </w:r>
    </w:p>
    <w:p>
      <w:pPr>
        <w:jc w:val="right"/>
      </w:pPr>
      <w:r>
        <w:t>اٹ موسٹ سٹرگل۔</w:t>
      </w:r>
    </w:p>
    <w:p>
      <w:r>
        <w:rPr>
          <w:b/>
        </w:rPr>
        <w:t xml:space="preserve">[19:05] </w:t>
      </w:r>
      <w:r>
        <w:t>yani aakhri, aakhri, aakhri koshish kar dali aadmi ne,</w:t>
      </w:r>
    </w:p>
    <w:p>
      <w:pPr>
        <w:jc w:val="right"/>
      </w:pPr>
      <w:r>
        <w:t>یعنی آخری، آخری، آخری کوشش کر ڈالی آدمی نے،</w:t>
      </w:r>
    </w:p>
    <w:p>
      <w:r>
        <w:rPr>
          <w:b/>
        </w:rPr>
        <w:t xml:space="preserve">[19:13] </w:t>
      </w:r>
      <w:r>
        <w:t>tab bhi woh sirf apni koshish se nahi kar payega. lekin jis ke baray mein yeh sabit ho jaye ke waqai us ne utmost struggle kar dali hai,</w:t>
      </w:r>
    </w:p>
    <w:p>
      <w:pPr>
        <w:jc w:val="right"/>
      </w:pPr>
      <w:r>
        <w:t>تب بھی وہ صرف اپنی کوشش سے نہیں کر پائے گا۔ لیکن جس کے بارے میں یہ ثابت ہو جائے کہ واقعی اس نے اٹ موسٹ سٹرگل کر ڈالی ہے،</w:t>
      </w:r>
    </w:p>
    <w:p>
      <w:r>
        <w:rPr>
          <w:b/>
        </w:rPr>
        <w:t xml:space="preserve">[19:30] </w:t>
      </w:r>
      <w:r>
        <w:t>apni koshish mein us ne kami nahi ki hai,</w:t>
      </w:r>
    </w:p>
    <w:p>
      <w:pPr>
        <w:jc w:val="right"/>
      </w:pPr>
      <w:r>
        <w:t>اپنی کوشش میں اس نے کمی نہیں کی ہے،</w:t>
      </w:r>
    </w:p>
    <w:p>
      <w:r>
        <w:rPr>
          <w:b/>
        </w:rPr>
        <w:t xml:space="preserve">[19:36] </w:t>
      </w:r>
      <w:r>
        <w:t>to us ko woh tofeeq di jayegi. us ko woh tofeeq di jayegi jis ko kehte hain rooh bari ta'ala.</w:t>
      </w:r>
    </w:p>
    <w:p>
      <w:pPr>
        <w:jc w:val="right"/>
      </w:pPr>
      <w:r>
        <w:t>تو اس کو وہ توفیق دی جائے گی۔ اس کو وہ توفیق دی جائے گی جس کو کہتے ہیں روح باری تعالی۔</w:t>
      </w:r>
    </w:p>
    <w:p>
      <w:r>
        <w:rPr>
          <w:b/>
        </w:rPr>
        <w:t xml:space="preserve">[19:51] </w:t>
      </w:r>
      <w:r>
        <w:t>rooh bari ta'ala.</w:t>
      </w:r>
    </w:p>
    <w:p>
      <w:pPr>
        <w:jc w:val="right"/>
      </w:pPr>
      <w:r>
        <w:t>روح باری تعالی۔</w:t>
      </w:r>
    </w:p>
    <w:p>
      <w:r>
        <w:rPr>
          <w:b/>
        </w:rPr>
        <w:t xml:space="preserve">[19:56] </w:t>
      </w:r>
      <w:r>
        <w:t>yeh meri samajh mein baat aayi hai.</w:t>
      </w:r>
    </w:p>
    <w:p>
      <w:pPr>
        <w:jc w:val="right"/>
      </w:pPr>
      <w:r>
        <w:t>یہ میری سمجھ میں بات آئی ہے۔</w:t>
      </w:r>
    </w:p>
    <w:p>
      <w:r>
        <w:rPr>
          <w:b/>
        </w:rPr>
        <w:t xml:space="preserve">[20:10] </w:t>
      </w:r>
      <w:r>
        <w:t>to behal yeh thought of the day hai. ab aap hazraat apni bari is par rai, apni apni rai dein, apni apni rai dein.</w:t>
      </w:r>
    </w:p>
    <w:p>
      <w:pPr>
        <w:jc w:val="right"/>
      </w:pPr>
      <w:r>
        <w:t>تو بہرحال یہ تھاٹ آف دا ڈے ہے۔ اب آپ حضرات اپنی باری اس پر رائے، اپنی اپنی رائے دیں، اپنی اپنی رائے دیں۔</w:t>
      </w:r>
    </w:p>
    <w:p>
      <w:r>
        <w:rPr>
          <w:b/>
        </w:rPr>
        <w:t xml:space="preserve">[20:23] </w:t>
      </w:r>
      <w:r>
        <w:t>inshallah. assalam o alaikum wa rehmatullah.</w:t>
      </w:r>
    </w:p>
    <w:p>
      <w:pPr>
        <w:jc w:val="right"/>
      </w:pPr>
      <w:r>
        <w:t>انشاءاللہ۔ السلام علیکم ورحمۃ اللہ۔</w:t>
      </w:r>
    </w:p>
    <w:p>
      <w:r>
        <w:rPr>
          <w:b/>
        </w:rPr>
        <w:t xml:space="preserve">[20:37] </w:t>
      </w:r>
      <w:r>
        <w:t>maulana, aaj aap ne jo baat batai ke qayamat ke din allah taala isi ko apna didaar karaye ga, jo dunya ke andar khuda ki discovery kare,</w:t>
      </w:r>
    </w:p>
    <w:p>
      <w:pPr>
        <w:jc w:val="right"/>
      </w:pPr>
      <w:r>
        <w:t>مولانا، آج آپ نے جو بات بتائی کہ قیامت کے دن اللہ تعالی اسی کو اپنا دیدار کرائے گا، جو دنیا کے اندر خدا کی ڈسکوری کرے،</w:t>
      </w:r>
    </w:p>
    <w:p>
      <w:r>
        <w:rPr>
          <w:b/>
        </w:rPr>
        <w:t xml:space="preserve">[20:50] </w:t>
      </w:r>
      <w:r>
        <w:t>to mujhe is par ek hadith yaad aai, woh hadith mein parhna chahta hoon. woh lambi hadith hai, is ka jo mutalliq tukra hai woh yeh hai ke qayamat ke din sab log chale jayen ge to muwahideen, wa yabaqa al-muwahidoon,</w:t>
      </w:r>
    </w:p>
    <w:p>
      <w:pPr>
        <w:jc w:val="right"/>
      </w:pPr>
      <w:r>
        <w:t>تو مجھے اس پر ایک حدیث یاد آئی، وہ حدیث میں پڑھنا چاہتا ہوں۔ وہ لمبی حدیث ہے، اس کا جو متعلق ٹکڑا ہے وہ یہ ہے کہ قیامت کے دن سب لوگ چلے جائیں گے تو مواحدین، ویبقل مواحدون،</w:t>
      </w:r>
    </w:p>
    <w:p>
      <w:r>
        <w:rPr>
          <w:b/>
        </w:rPr>
        <w:t xml:space="preserve">[21:06] </w:t>
      </w:r>
      <w:r>
        <w:t>ahl-e-tauheed baqi rahen ge. fa-yuqoolu lahum ma tantaziroon? un se kaha jayega tum kis cheez ka intezar kar rahe ho?</w:t>
      </w:r>
    </w:p>
    <w:p>
      <w:pPr>
        <w:jc w:val="right"/>
      </w:pPr>
      <w:r>
        <w:t>اہل توحید باقی رہیں گے۔ فیقولہم ما تنتظرون؟ ان سے کہا جائے تم کس چیز کا انتظار کر رہے ہو؟</w:t>
      </w:r>
    </w:p>
    <w:p>
      <w:r>
        <w:rPr>
          <w:b/>
        </w:rPr>
        <w:t xml:space="preserve">[21:16] </w:t>
      </w:r>
      <w:r>
        <w:t>to woh log kahen ge fa-yuqooloon nantaaziroo rabbana alladhee kunna na'buduhu bil-ghayb. hum log intezar kar rahe hain apne rab ka jis ki hum ibadat karte the ghayb mein.</w:t>
      </w:r>
    </w:p>
    <w:p>
      <w:pPr>
        <w:jc w:val="right"/>
      </w:pPr>
      <w:r>
        <w:t>تو وہ لوگ کہیں گے فیقولون ننتظر ربا کنا نعبدہ بالغیب۔ ہم لوگ انتظار کر رہے ہیں اپنے رب کا جس کی ہم عبادت کرتے تھے غیب میں۔</w:t>
      </w:r>
    </w:p>
    <w:p>
      <w:r>
        <w:rPr>
          <w:b/>
        </w:rPr>
        <w:t xml:space="preserve">[21:28] </w:t>
      </w:r>
      <w:r>
        <w:t>fa-yuqoolu lahum to un se kaha jayega awata'rifoonahu? kya tum us ko pehante ho? fa-yuqooloon in sha'a 'arafnahu nafsahu.</w:t>
      </w:r>
    </w:p>
    <w:p>
      <w:pPr>
        <w:jc w:val="right"/>
      </w:pPr>
      <w:r>
        <w:t>فیقولہم تو ان سے کہا جائے گا اوتعرفونہ؟ کیا تم اس کو پہچانتے ہو؟ فیقولون انشاء عرفنا نفسہ۔</w:t>
      </w:r>
    </w:p>
    <w:p>
      <w:r>
        <w:rPr>
          <w:b/>
        </w:rPr>
        <w:t xml:space="preserve">[21:40] </w:t>
      </w:r>
      <w:r>
        <w:t>in sha'a 'arafnahu nafsahu to ahl-e-tauheed kahen ge agar woh hum logon ko pehchan kara de apne aap ko to hum us ko pehchan len ge.</w:t>
      </w:r>
    </w:p>
    <w:p>
      <w:pPr>
        <w:jc w:val="right"/>
      </w:pPr>
      <w:r>
        <w:t>انشاء عرفنا نفسہ تو اہل توحید کہیں گے اگر وہ ہم لوگوں کو پہچان کرا دے اپنے آپ کو تو ہم اس کو پہچان لیں گے۔</w:t>
      </w:r>
    </w:p>
    <w:p>
      <w:r>
        <w:rPr>
          <w:b/>
        </w:rPr>
        <w:t xml:space="preserve">[21:50] </w:t>
      </w:r>
      <w:r>
        <w:t>fa-tajalla lahum rabbuhum tabaraka wa taala to us waqt allah taala un ke liye tajalli farmayega. fa-yaqurroona lahu sujoodan to ahl-e-tauheed un ke liye sajde mein gir jayen ge.</w:t>
      </w:r>
    </w:p>
    <w:p>
      <w:pPr>
        <w:jc w:val="right"/>
      </w:pPr>
      <w:r>
        <w:t>فتجلیہم ربہم تبارک و تعالی تو اس وقت اللہ تعالی ان کے لیے تجلی فرمائے گا۔ فیقرون لہ سجدہ تو اہل توحید ان کے لیے سجدے میں گر جائیں گے۔</w:t>
      </w:r>
    </w:p>
    <w:p>
      <w:r>
        <w:rPr>
          <w:b/>
        </w:rPr>
        <w:t xml:space="preserve">[22:03] </w:t>
      </w:r>
      <w:r>
        <w:t>fa-yuqoolu lahum is waqt un se kaha jayega ya ahl al-tauheed irfa'oo roosakum?</w:t>
      </w:r>
    </w:p>
    <w:p>
      <w:pPr>
        <w:jc w:val="right"/>
      </w:pPr>
      <w:r>
        <w:t>فیقولہم اس وقت ان سے کہا جائے گا یا اہل توحید ارفعو روسکم؟</w:t>
      </w:r>
    </w:p>
    <w:p>
      <w:r>
        <w:rPr>
          <w:b/>
        </w:rPr>
        <w:t xml:space="preserve">[22:09] </w:t>
      </w:r>
      <w:r>
        <w:t>ae ahl-e-tauheed apne sar ko uthao, allah taala ne tumhare liye jannat ko wajib kar diya hai.</w:t>
      </w:r>
    </w:p>
    <w:p>
      <w:pPr>
        <w:jc w:val="right"/>
      </w:pPr>
      <w:r>
        <w:t>اے اہل توحید اپنے سر کو اٹھاؤ، اللہ تعالی نے تمہارے لیے جنت کو واجب کر دیا ہے۔</w:t>
      </w:r>
    </w:p>
    <w:p>
      <w:r>
        <w:rPr>
          <w:b/>
        </w:rPr>
        <w:t xml:space="preserve">[22:25] </w:t>
      </w:r>
      <w:r>
        <w:t>bahut sahih, bahut sahih hai.</w:t>
      </w:r>
    </w:p>
    <w:p>
      <w:pPr>
        <w:jc w:val="right"/>
      </w:pPr>
      <w:r>
        <w:t>بہت صحیح، بہت صحیح ہے۔</w:t>
      </w:r>
    </w:p>
    <w:p>
      <w:r>
        <w:rPr>
          <w:b/>
        </w:rPr>
        <w:t xml:space="preserve">[22:31] </w:t>
      </w:r>
      <w:r>
        <w:t>yani it utmost struggle jis ne kar dali to us ke baad agar kuch baqi rehta hai to woh allah</w:t>
      </w:r>
    </w:p>
    <w:p>
      <w:pPr>
        <w:jc w:val="right"/>
      </w:pPr>
      <w:r>
        <w:t>یعنی اٹ موسٹ سٹرگل جس نے کر ڈالی تو اس کے بعد اگر کچھ باقی رہتا ہے تو وہ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