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Tolerance A Universal Law of Nature January 26, 2019</w:t>
      </w:r>
    </w:p>
    <w:p>
      <w:r>
        <w:t>https://www.youtube.com/watch?v=fP7aKhoI6gI</w:t>
      </w:r>
    </w:p>
    <w:p>
      <w:r>
        <w:rPr>
          <w:b/>
        </w:rPr>
        <w:t xml:space="preserve">[00:14] </w:t>
      </w:r>
      <w:r>
        <w:t>bismillah al-rahman al-rahim, wa salla allah ala al-nabi al-kareem.</w:t>
      </w:r>
    </w:p>
    <w:p>
      <w:pPr>
        <w:jc w:val="right"/>
      </w:pPr>
      <w:r>
        <w:t>بسم اللہ الرحمن الرحیم، وصلی اللہ علی النبی الکریم۔</w:t>
      </w:r>
    </w:p>
    <w:p>
      <w:r>
        <w:rPr>
          <w:b/>
        </w:rPr>
        <w:t xml:space="preserve">[00:28] </w:t>
      </w:r>
      <w:r>
        <w:t>aaj mein</w:t>
      </w:r>
    </w:p>
    <w:p>
      <w:pPr>
        <w:jc w:val="right"/>
      </w:pPr>
      <w:r>
        <w:t>آج میں</w:t>
      </w:r>
    </w:p>
    <w:p>
      <w:r>
        <w:rPr>
          <w:b/>
        </w:rPr>
        <w:t xml:space="preserve">[00:33] </w:t>
      </w:r>
      <w:r>
        <w:t>tolerance ke bare mein soch raha tha.</w:t>
      </w:r>
    </w:p>
    <w:p>
      <w:pPr>
        <w:jc w:val="right"/>
      </w:pPr>
      <w:r>
        <w:t>ٹالرنس کے بارے میں سوچ رہا تھا۔</w:t>
      </w:r>
    </w:p>
    <w:p>
      <w:r>
        <w:rPr>
          <w:b/>
        </w:rPr>
        <w:t xml:space="preserve">[00:40] </w:t>
      </w:r>
      <w:r>
        <w:t>mujhe samajh mein aaya ke tolerance to ek law of nature hai.</w:t>
      </w:r>
    </w:p>
    <w:p>
      <w:pPr>
        <w:jc w:val="right"/>
      </w:pPr>
      <w:r>
        <w:t>مجھے سمجھ میں آیا کہ ٹالرنس تو ایک لاء آف نیچر ہے۔</w:t>
      </w:r>
    </w:p>
    <w:p>
      <w:r>
        <w:rPr>
          <w:b/>
        </w:rPr>
        <w:t xml:space="preserve">[00:49] </w:t>
      </w:r>
      <w:r>
        <w:t>law of nature.</w:t>
      </w:r>
    </w:p>
    <w:p>
      <w:pPr>
        <w:jc w:val="right"/>
      </w:pPr>
      <w:r>
        <w:t>لاء آف نیچر۔</w:t>
      </w:r>
    </w:p>
    <w:p>
      <w:r>
        <w:rPr>
          <w:b/>
        </w:rPr>
        <w:t xml:space="preserve">[00:53] </w:t>
      </w:r>
      <w:r>
        <w:t>mujhe samajh mein aaya ke jab khaliq ne paida kiya universe ko, to usi waqt us ne principle of torder bhi paida kar diya.</w:t>
      </w:r>
    </w:p>
    <w:p>
      <w:pPr>
        <w:jc w:val="right"/>
      </w:pPr>
      <w:r>
        <w:t>مجھے سمجھ میں آیا کہ جب خالق نے پیدا کیا یونیورس کو، تو اسی وقت اس نے پرنسپل آف ٹارڈر بھی پیدا کر دیا۔</w:t>
      </w:r>
    </w:p>
    <w:p>
      <w:r>
        <w:rPr>
          <w:b/>
        </w:rPr>
        <w:t xml:space="preserve">[01:11] </w:t>
      </w:r>
      <w:r>
        <w:t>is liye</w:t>
      </w:r>
    </w:p>
    <w:p>
      <w:pPr>
        <w:jc w:val="right"/>
      </w:pPr>
      <w:r>
        <w:t>اس لیے</w:t>
      </w:r>
    </w:p>
    <w:p>
      <w:r>
        <w:rPr>
          <w:b/>
        </w:rPr>
        <w:t xml:space="preserve">[01:16] </w:t>
      </w:r>
      <w:r>
        <w:t>khaliq ka jo takhleeqi naqsha tha, woh yeh tha</w:t>
      </w:r>
    </w:p>
    <w:p>
      <w:pPr>
        <w:jc w:val="right"/>
      </w:pPr>
      <w:r>
        <w:t>خالق کا جو تخلیقی نقشہ تھا، وہ یہ تھا</w:t>
      </w:r>
    </w:p>
    <w:p>
      <w:r>
        <w:rPr>
          <w:b/>
        </w:rPr>
        <w:t xml:space="preserve">[01:26] </w:t>
      </w:r>
      <w:r>
        <w:t>ke sari kainat</w:t>
      </w:r>
    </w:p>
    <w:p>
      <w:pPr>
        <w:jc w:val="right"/>
      </w:pPr>
      <w:r>
        <w:t>کہ ساری کائنات</w:t>
      </w:r>
    </w:p>
    <w:p>
      <w:r>
        <w:rPr>
          <w:b/>
        </w:rPr>
        <w:t xml:space="preserve">[01:36] </w:t>
      </w:r>
      <w:r>
        <w:t>moving objects se bhari hui ho. sitare, sayare, yeh sab ka hai moving. har ek move kar raha hai, move kar raha hai, move kar raha hai.</w:t>
      </w:r>
    </w:p>
    <w:p>
      <w:pPr>
        <w:jc w:val="right"/>
      </w:pPr>
      <w:r>
        <w:t>موونگ آبجیکٹس سے بھری ہوئی ہو۔ ستارے، سیارے، یہ سب کا ہے موونگ۔ ہر ایک موو کر رہا ہے، موو کر رہا ہے، موو کر رہا ہے۔</w:t>
      </w:r>
    </w:p>
    <w:p>
      <w:r>
        <w:rPr>
          <w:b/>
        </w:rPr>
        <w:t xml:space="preserve">[01:53] </w:t>
      </w:r>
      <w:r>
        <w:t>jab jitni jitni astronomical bodies hain, sab move karein gi to takraao hoga.</w:t>
      </w:r>
    </w:p>
    <w:p>
      <w:pPr>
        <w:jc w:val="right"/>
      </w:pPr>
      <w:r>
        <w:t>جب جتنی جتنی اسٹرامیکل باڈیز ہیں، سب موو کر رہیں گی تو ٹکراؤ ہوگا۔</w:t>
      </w:r>
    </w:p>
    <w:p>
      <w:r>
        <w:rPr>
          <w:b/>
        </w:rPr>
        <w:t xml:space="preserve">[02:05] </w:t>
      </w:r>
      <w:r>
        <w:t>jitni bhi astronomical bodies hain, woh move karein gi. yani sitare move kar rahe hain.</w:t>
      </w:r>
    </w:p>
    <w:p>
      <w:pPr>
        <w:jc w:val="right"/>
      </w:pPr>
      <w:r>
        <w:t>جتنی بھی اسٹرامیکل باڈیز ہیں، وہ موو کر رہیں گی۔ یعنی ستارے موو کر رہے ہیں۔</w:t>
      </w:r>
    </w:p>
    <w:p>
      <w:r>
        <w:rPr>
          <w:b/>
        </w:rPr>
        <w:t xml:space="preserve">[02:24] </w:t>
      </w:r>
      <w:r>
        <w:t>aur chhote bade jitne bhi bodies hain, sab move kar rahe hain.</w:t>
      </w:r>
    </w:p>
    <w:p>
      <w:pPr>
        <w:jc w:val="right"/>
      </w:pPr>
      <w:r>
        <w:t>اور چھوٹے بڑے جتنے بھی باڈیز ہیں، سب موو کر رہے ہیں۔</w:t>
      </w:r>
    </w:p>
    <w:p>
      <w:r>
        <w:rPr>
          <w:b/>
        </w:rPr>
        <w:t xml:space="preserve">[02:34] </w:t>
      </w:r>
      <w:r>
        <w:t>to khuda ne un ka ek discipline pakad rakha hai. discipline. woh discipline kya tha?</w:t>
      </w:r>
    </w:p>
    <w:p>
      <w:pPr>
        <w:jc w:val="right"/>
      </w:pPr>
      <w:r>
        <w:t>تو خدا نے ان کا ایک ڈسپلن پکڑ رکھا ہے۔ ڈسپلن۔ وہ ڈسپلن کیا تھا؟</w:t>
      </w:r>
    </w:p>
    <w:p>
      <w:r>
        <w:rPr>
          <w:b/>
        </w:rPr>
        <w:t xml:space="preserve">[02:46] </w:t>
      </w:r>
      <w:r>
        <w:t>har ek, har ek apne orbit ko follow kare.</w:t>
      </w:r>
    </w:p>
    <w:p>
      <w:pPr>
        <w:jc w:val="right"/>
      </w:pPr>
      <w:r>
        <w:t>ہر ایک، ہر ایک اپنے آربٹ کو فالو کرے۔</w:t>
      </w:r>
    </w:p>
    <w:p>
      <w:r>
        <w:rPr>
          <w:b/>
        </w:rPr>
        <w:t xml:space="preserve">[02:54] </w:t>
      </w:r>
      <w:r>
        <w:t>aap ghor kijiye ke agar aap kabhi aap dekhen, planetarium mein ja kar dekhen, sitaron ka nizam, to aap payenge ke har sitara, har sayara,</w:t>
      </w:r>
    </w:p>
    <w:p>
      <w:pPr>
        <w:jc w:val="right"/>
      </w:pPr>
      <w:r>
        <w:t>آپ غور کیجیے کہ اگر آپ کبھی آپ دیکھیں، پلینٹیرین میں جا کر دیکھیں، ستاروں کا نظام، تو آپ پائیں گے کہ ہر ستارہ، ہر سیارہ،</w:t>
      </w:r>
    </w:p>
    <w:p>
      <w:r>
        <w:rPr>
          <w:b/>
        </w:rPr>
        <w:t xml:space="preserve">[03:10] </w:t>
      </w:r>
      <w:r>
        <w:t>har astronomical body move kar rahe hain. Lekin har ek apne orbit mein move karta hai.</w:t>
      </w:r>
    </w:p>
    <w:p>
      <w:pPr>
        <w:jc w:val="right"/>
      </w:pPr>
      <w:r>
        <w:t>ہر اسٹرامیکل باڈیز موو کر رہے ہیں۔ لیکن ہر ایک اپنے آربٹ میں موو کرتا ہے۔</w:t>
      </w:r>
    </w:p>
    <w:p>
      <w:r>
        <w:rPr>
          <w:b/>
        </w:rPr>
        <w:t xml:space="preserve">[03:23] </w:t>
      </w:r>
      <w:r>
        <w:t>har ek.</w:t>
      </w:r>
    </w:p>
    <w:p>
      <w:pPr>
        <w:jc w:val="right"/>
      </w:pPr>
      <w:r>
        <w:t>ہر ایک۔</w:t>
      </w:r>
    </w:p>
    <w:p>
      <w:r>
        <w:rPr>
          <w:b/>
        </w:rPr>
        <w:t xml:space="preserve">[03:27] </w:t>
      </w:r>
      <w:r>
        <w:t>to</w:t>
      </w:r>
    </w:p>
    <w:p>
      <w:pPr>
        <w:jc w:val="right"/>
      </w:pPr>
      <w:r>
        <w:t>تو</w:t>
      </w:r>
    </w:p>
    <w:p>
      <w:r>
        <w:rPr>
          <w:b/>
        </w:rPr>
        <w:t xml:space="preserve">[03:30] </w:t>
      </w:r>
      <w:r>
        <w:t>"li-shamsin yambaghi an tudrika al-qamar". Allah sabiq an-nahar. Yahi to hai.</w:t>
      </w:r>
    </w:p>
    <w:p>
      <w:pPr>
        <w:jc w:val="right"/>
      </w:pPr>
      <w:r>
        <w:t>"لشمس یبغی تدرک القمر"۔ اللہ سابق النہار۔ یہی تو ہے۔</w:t>
      </w:r>
    </w:p>
    <w:p>
      <w:r>
        <w:rPr>
          <w:b/>
        </w:rPr>
        <w:t xml:space="preserve">[03:42] </w:t>
      </w:r>
      <w:r>
        <w:t>to is ka matlab yeh hai ke tolerance law of nature hai.</w:t>
      </w:r>
    </w:p>
    <w:p>
      <w:pPr>
        <w:jc w:val="right"/>
      </w:pPr>
      <w:r>
        <w:t>تو اس کا معنی یہ ہے کہ ٹالرنس لاء آف نیچر ہے۔</w:t>
      </w:r>
    </w:p>
    <w:p>
      <w:r>
        <w:rPr>
          <w:b/>
        </w:rPr>
        <w:t xml:space="preserve">[03:53] </w:t>
      </w:r>
      <w:r>
        <w:t>woh</w:t>
      </w:r>
    </w:p>
    <w:p>
      <w:pPr>
        <w:jc w:val="right"/>
      </w:pPr>
      <w:r>
        <w:t>وہ</w:t>
      </w:r>
    </w:p>
    <w:p>
      <w:r>
        <w:rPr>
          <w:b/>
        </w:rPr>
        <w:t xml:space="preserve">[04:01] </w:t>
      </w:r>
      <w:r>
        <w:t>culture of movement hai. Universal culture hai woh. Ke har ek move kar raha hai, lekin har ek apne orbit mein move kar raha hai.</w:t>
      </w:r>
    </w:p>
    <w:p>
      <w:pPr>
        <w:jc w:val="right"/>
      </w:pPr>
      <w:r>
        <w:t>کلچر آف موومنٹ ہے۔ یونیورسل کلچر ہے وہ۔ کہ ہر ایک موو کر رہا ہے، لیکن ہر ایک اپنے آربٹ میں موو کر رہا ہے۔</w:t>
      </w:r>
    </w:p>
    <w:p>
      <w:r>
        <w:rPr>
          <w:b/>
        </w:rPr>
        <w:t xml:space="preserve">[04:16] </w:t>
      </w:r>
      <w:r>
        <w:t>to dekhiye, movement jo hai, movement,</w:t>
      </w:r>
    </w:p>
    <w:p>
      <w:pPr>
        <w:jc w:val="right"/>
      </w:pPr>
      <w:r>
        <w:t>تو دیکھیے، موومنٹ جو ہے، موومنٹ،</w:t>
      </w:r>
    </w:p>
    <w:p>
      <w:r>
        <w:rPr>
          <w:b/>
        </w:rPr>
        <w:t xml:space="preserve">[04:22] </w:t>
      </w:r>
      <w:r>
        <w:t>movement ek bahut bara creation hai. Movement na ho agar to sari universe thap ho jaye.</w:t>
      </w:r>
    </w:p>
    <w:p>
      <w:pPr>
        <w:jc w:val="right"/>
      </w:pPr>
      <w:r>
        <w:t>موومنٹ ایک بہت برا کریشن ہے۔ موومنٹ نہ ہو اگر تو ساری یونیورس ٹھپ ہو جائے۔</w:t>
      </w:r>
    </w:p>
    <w:p>
      <w:r>
        <w:rPr>
          <w:b/>
        </w:rPr>
        <w:t xml:space="preserve">[04:34] </w:t>
      </w:r>
      <w:r>
        <w:t>tuit se le kar atom tak, atom se le kar solar system tak, solar system se le kar galaxy tak, sab move kar rahe hain, move kar rahe hain, move kar rahe hain.</w:t>
      </w:r>
    </w:p>
    <w:p>
      <w:pPr>
        <w:jc w:val="right"/>
      </w:pPr>
      <w:r>
        <w:t>ٹیوٹ سے لے کر ایٹم تک، ایٹم سے لے کر سولر سسٹم تک، سولر سسٹم سے لے کر گلیکسک تک، سب موو کر رہے ہیں، موو کر رہے ہیں، موو کر رہے ہیں۔</w:t>
      </w:r>
    </w:p>
    <w:p>
      <w:r>
        <w:rPr>
          <w:b/>
        </w:rPr>
        <w:t xml:space="preserve">[04:46] </w:t>
      </w:r>
      <w:r>
        <w:t>to is ka matlab yeh hai ke movement jo hai, isi se sari universe mein activities hoti hain.</w:t>
      </w:r>
    </w:p>
    <w:p>
      <w:pPr>
        <w:jc w:val="right"/>
      </w:pPr>
      <w:r>
        <w:t>تو اس کا معنی یہ ہے کہ موومنٹ جو ہے، اسی سے ساری یونیورس میں ایکٹیویٹیز ہوتی ہیں۔</w:t>
      </w:r>
    </w:p>
    <w:p>
      <w:r>
        <w:rPr>
          <w:b/>
        </w:rPr>
        <w:t xml:space="preserve">[04:58] </w:t>
      </w:r>
      <w:r>
        <w:t>sari activities. To insan ka bhi mamla yahi hai.</w:t>
      </w:r>
    </w:p>
    <w:p>
      <w:pPr>
        <w:jc w:val="right"/>
      </w:pPr>
      <w:r>
        <w:t>ساری ایکٹیویٹیز۔ تو انسان کا بھی معاملہ یہی ہے۔</w:t>
      </w:r>
    </w:p>
    <w:p>
      <w:r>
        <w:rPr>
          <w:b/>
        </w:rPr>
        <w:t xml:space="preserve">[05:07] </w:t>
      </w:r>
      <w:r>
        <w:t>to tolerance jo hai, woh law of nature hai. Yani har ek move kar raha hai, lekin har ek apne orbit mein hai.</w:t>
      </w:r>
    </w:p>
    <w:p>
      <w:pPr>
        <w:jc w:val="right"/>
      </w:pPr>
      <w:r>
        <w:t>تو ٹالرنس جو ہے، وہ لاء آف نیچر ہے۔ یعنی ہر ایک موو کر رہا ہے، لیکن ہر ایک اپنے آربٹ میں ہے۔</w:t>
      </w:r>
    </w:p>
    <w:p>
      <w:r>
        <w:rPr>
          <w:b/>
        </w:rPr>
        <w:t xml:space="preserve">[05:18] </w:t>
      </w:r>
      <w:r>
        <w:t>apne orbit mein hai.</w:t>
      </w:r>
    </w:p>
    <w:p>
      <w:pPr>
        <w:jc w:val="right"/>
      </w:pPr>
      <w:r>
        <w:t>اپنے آربٹ میں ہے۔</w:t>
      </w:r>
    </w:p>
    <w:p>
      <w:r>
        <w:rPr>
          <w:b/>
        </w:rPr>
        <w:t xml:space="preserve">[05:23] </w:t>
      </w:r>
      <w:r>
        <w:t>to yahi social law hai. Yahi universal law hai. Har jagah yahi hai.</w:t>
      </w:r>
    </w:p>
    <w:p>
      <w:pPr>
        <w:jc w:val="right"/>
      </w:pPr>
      <w:r>
        <w:t>تو یہی سوشل لاء ہے۔ یہی یونیورسل لاء ہے۔ ہر جگہ یہی ہے۔</w:t>
      </w:r>
    </w:p>
    <w:p>
      <w:r>
        <w:rPr>
          <w:b/>
        </w:rPr>
        <w:t xml:space="preserve">[05:33] </w:t>
      </w:r>
      <w:r>
        <w:t>to hum, aap jante hain ke hum society mein jab hote hain to har ek move kar raha hai. Har ek move kar raha hai.</w:t>
      </w:r>
    </w:p>
    <w:p>
      <w:pPr>
        <w:jc w:val="right"/>
      </w:pPr>
      <w:r>
        <w:t>تو ہم، آپ جانتے ہیں کہ ہم سوسائٹی میں جب ہوتے ہیں تو ہر ایک موو کر رہا ہے۔ ہر ایک موو کر رہا ہے۔</w:t>
      </w:r>
    </w:p>
    <w:p>
      <w:r>
        <w:rPr>
          <w:b/>
        </w:rPr>
        <w:t xml:space="preserve">[05:45] </w:t>
      </w:r>
      <w:r>
        <w:t>to yeh movement kaise aisi ho ke doosre ke liye, jab sab sab move kar rahe hain, sab, to doosre ke liye woh problem na bane aur phir bhi uska apna activities jari rahein.</w:t>
      </w:r>
    </w:p>
    <w:p>
      <w:pPr>
        <w:jc w:val="right"/>
      </w:pPr>
      <w:r>
        <w:t>تو یہ موومنٹ کیسے ایسی ہو کہ دوسرے کے لیے، جب سب سب موو کر رہے ہیں، سب، تو دوسرے کے لیے وہ پرابلم نہ بنے اور پھر بھی اس کا اپنا ایکٹیویٹیز جاری رہیں۔</w:t>
      </w:r>
    </w:p>
    <w:p>
      <w:r>
        <w:rPr>
          <w:b/>
        </w:rPr>
        <w:t xml:space="preserve">[06:09] </w:t>
      </w:r>
      <w:r>
        <w:t>woh kya hai? Apne orbit ko follow karna. Phir aur sochiye, jis ko kehte hain ke buying time.</w:t>
      </w:r>
    </w:p>
    <w:p>
      <w:pPr>
        <w:jc w:val="right"/>
      </w:pPr>
      <w:r>
        <w:t>وہ کیا ہے؟ اپنے آربٹ کو فالو کرنا۔ پھر اور سوچیے، جس کو کہتے ہیں کہ بائنگ ٹائم۔</w:t>
      </w:r>
    </w:p>
    <w:p>
      <w:r>
        <w:rPr>
          <w:b/>
        </w:rPr>
        <w:t xml:space="preserve">[06:24] </w:t>
      </w:r>
      <w:r>
        <w:t>yani time lena.</w:t>
      </w:r>
    </w:p>
    <w:p>
      <w:pPr>
        <w:jc w:val="right"/>
      </w:pPr>
      <w:r>
        <w:t>یعنی ٹائم لینا۔</w:t>
      </w:r>
    </w:p>
    <w:p>
      <w:r>
        <w:rPr>
          <w:b/>
        </w:rPr>
        <w:t xml:space="preserve">[06:30] </w:t>
      </w:r>
      <w:r>
        <w:t>time kharidna. Time lena. To jab aap is tarah move karein ke aap apne orbit mein rahein, doosre ke orbit mein dakhil na hon,</w:t>
      </w:r>
    </w:p>
    <w:p>
      <w:pPr>
        <w:jc w:val="right"/>
      </w:pPr>
      <w:r>
        <w:t>ٹائم خریدنا۔ ٹائم لینا۔ تو جب آپ اس طرح موو کریں کہ آپ اپنے آربٹ میں رہیں، دوسرے کے آربٹ میں داخل نہ ہوں،</w:t>
      </w:r>
    </w:p>
    <w:p>
      <w:r>
        <w:rPr>
          <w:b/>
        </w:rPr>
        <w:t xml:space="preserve">[06:44] </w:t>
      </w:r>
      <w:r>
        <w:t>to aap ne time kharida. Kyun? Isi is ki wajah se aap ko bhi</w:t>
      </w:r>
    </w:p>
    <w:p>
      <w:pPr>
        <w:jc w:val="right"/>
      </w:pPr>
      <w:r>
        <w:t>تو آپ نے ٹائم خریدا۔ کیوں؟ اسی اس کی وجہ سے آپ کو بھی</w:t>
      </w:r>
    </w:p>
    <w:p>
      <w:r>
        <w:rPr>
          <w:b/>
        </w:rPr>
        <w:t xml:space="preserve">[06:53] </w:t>
      </w:r>
      <w:r>
        <w:t>opportunity mil rahi hai, doosre ko bhi opportunity mil rahi hai. To tolerance jo hai, universal law hai. Social law hai.</w:t>
      </w:r>
    </w:p>
    <w:p>
      <w:pPr>
        <w:jc w:val="right"/>
      </w:pPr>
      <w:r>
        <w:t>آپرچونیٹی مل رہی ہے، دوسرے کو بھی آپرچونیٹی مل رہی ہے۔ تو ٹالرنس جو ہے، یونیورسل لاء ہے۔ سوشل لاء ہے۔</w:t>
      </w:r>
    </w:p>
    <w:p>
      <w:r>
        <w:rPr>
          <w:b/>
        </w:rPr>
        <w:t xml:space="preserve">[07:05] </w:t>
      </w:r>
      <w:r>
        <w:t>sari activities isi liye hain ke</w:t>
      </w:r>
    </w:p>
    <w:p>
      <w:pPr>
        <w:jc w:val="right"/>
      </w:pPr>
      <w:r>
        <w:t>ساری ایکٹیویٹیز اسی لیے ہیں کہ</w:t>
      </w:r>
    </w:p>
    <w:p>
      <w:r>
        <w:rPr>
          <w:b/>
        </w:rPr>
        <w:t xml:space="preserve">[07:13] </w:t>
      </w:r>
      <w:r>
        <w:t>tolreshn ke sath har ek move kar raha hai. yani dusre ko rasta dete hue. sari dunya mein aap dekhiye, sadkon par traffic daud rahi hai.</w:t>
      </w:r>
    </w:p>
    <w:p>
      <w:pPr>
        <w:jc w:val="right"/>
      </w:pPr>
      <w:r>
        <w:t>ٹولریشن کے ساتھ ہر ایک موو کر رہا ہے۔ یعنی دوسرے کو راستہ دیتے ہوئے۔ ساری دنیا میں آپ دیکھیے، سڑکوں پر ٹریفک دوڑ رہی ہے۔</w:t>
      </w:r>
    </w:p>
    <w:p>
      <w:r>
        <w:rPr>
          <w:b/>
        </w:rPr>
        <w:t xml:space="preserve">[07:28] </w:t>
      </w:r>
      <w:r>
        <w:t>fiza mein hawai jahaz ur rahe hain. har waqt, raat din. to takrao nahi hota.</w:t>
      </w:r>
    </w:p>
    <w:p>
      <w:pPr>
        <w:jc w:val="right"/>
      </w:pPr>
      <w:r>
        <w:t>فضا میں ہوائی جہاز اڑ رہے ہیں۔ ہر وقت، رات دن۔ تو ٹکراؤ نہیں ہوتا۔</w:t>
      </w:r>
    </w:p>
    <w:p>
      <w:r>
        <w:rPr>
          <w:b/>
        </w:rPr>
        <w:t xml:space="preserve">[07:38] </w:t>
      </w:r>
      <w:r>
        <w:t>agar takrao hone lage to har waqt accident. har roz accident. to wahan bhi yeh tareeqa yahi hai</w:t>
      </w:r>
    </w:p>
    <w:p>
      <w:pPr>
        <w:jc w:val="right"/>
      </w:pPr>
      <w:r>
        <w:t>اگر ٹکراؤ ہونے لگے تو ہر وقت ایکسیڈنٹ۔ ہر روز ایکسیڈنٹ۔ تو وہاں بھی یہ طریقہ یہی ہے</w:t>
      </w:r>
    </w:p>
    <w:p>
      <w:r>
        <w:rPr>
          <w:b/>
        </w:rPr>
        <w:t xml:space="preserve">[07:49] </w:t>
      </w:r>
      <w:r>
        <w:t>ke har ek apne orbit mein chalta hai.</w:t>
      </w:r>
    </w:p>
    <w:p>
      <w:pPr>
        <w:jc w:val="right"/>
      </w:pPr>
      <w:r>
        <w:t>کہ ہر ایک اپنے آربٹ میں چلتا ہے۔</w:t>
      </w:r>
    </w:p>
    <w:p>
      <w:r>
        <w:rPr>
          <w:b/>
        </w:rPr>
        <w:t xml:space="preserve">[07:54] </w:t>
      </w:r>
      <w:r>
        <w:t>har ek koi cap left ka usool pakad pakde hue hai, koi cap right ka usool pakde hue hai.</w:t>
      </w:r>
    </w:p>
    <w:p>
      <w:pPr>
        <w:jc w:val="right"/>
      </w:pPr>
      <w:r>
        <w:t>ہر ایک کوئی کیپ لفٹ کا اصول پکڑ پکڑے ہوئے ہے، کوئی کیپ رائٹ کا اصول پکڑے ہوئے ہے۔</w:t>
      </w:r>
    </w:p>
    <w:p>
      <w:r>
        <w:rPr>
          <w:b/>
        </w:rPr>
        <w:t xml:space="preserve">[08:06] </w:t>
      </w:r>
      <w:r>
        <w:t>to tolerance jo hai, ek aisa usool hai jo mutually beneficial hai.</w:t>
      </w:r>
    </w:p>
    <w:p>
      <w:pPr>
        <w:jc w:val="right"/>
      </w:pPr>
      <w:r>
        <w:t>تو ٹالرنس جو ہے، ایک ایسا اصول ہے جو میوچولی بینیفیشل ہے۔</w:t>
      </w:r>
    </w:p>
    <w:p>
      <w:r>
        <w:rPr>
          <w:b/>
        </w:rPr>
        <w:t xml:space="preserve">[08:17] </w:t>
      </w:r>
      <w:r>
        <w:t>dono fareeq ke liye woh faida wala hai.</w:t>
      </w:r>
    </w:p>
    <w:p>
      <w:pPr>
        <w:jc w:val="right"/>
      </w:pPr>
      <w:r>
        <w:t>دونوں فریق کے لیے وہ فائدہ والا ہے۔</w:t>
      </w:r>
    </w:p>
    <w:p>
      <w:r>
        <w:rPr>
          <w:b/>
        </w:rPr>
        <w:t xml:space="preserve">[08:24] </w:t>
      </w:r>
      <w:r>
        <w:t>to ek simple, yani rab ne nature jo banaya, is mein yeh jo kar diya tolerance ka usool, to ek ek simple adjustment hai.</w:t>
      </w:r>
    </w:p>
    <w:p>
      <w:pPr>
        <w:jc w:val="right"/>
      </w:pPr>
      <w:r>
        <w:t>تو ایک سمپل، یعنی رب نے نیچر جو بنایا، اس میں یہ جو کر دیا ٹالرنس کا اصول، تو ایک ایک سمپل ایڈجسٹمنٹ ہے۔</w:t>
      </w:r>
    </w:p>
    <w:p>
      <w:r>
        <w:rPr>
          <w:b/>
        </w:rPr>
        <w:t xml:space="preserve">[08:41] </w:t>
      </w:r>
      <w:r>
        <w:t>yeh</w:t>
      </w:r>
    </w:p>
    <w:p>
      <w:pPr>
        <w:jc w:val="right"/>
      </w:pPr>
      <w:r>
        <w:t>یہ</w:t>
      </w:r>
    </w:p>
    <w:p>
      <w:r>
        <w:rPr>
          <w:b/>
        </w:rPr>
        <w:t xml:space="preserve">[08:44] </w:t>
      </w:r>
      <w:r>
        <w:t>universal level par ek bohat hi simple like adjustment. tum apne raste pe chalo, hum apne apne raste pe chalen.</w:t>
      </w:r>
    </w:p>
    <w:p>
      <w:pPr>
        <w:jc w:val="right"/>
      </w:pPr>
      <w:r>
        <w:t>یونیورسل لیول پر ایک بہت ہی سمپل لائک ایڈجسٹمنٹ۔ تم اپنے راستے پہ چلو، ہم اپنے اپنے راستے پہ چلیں۔</w:t>
      </w:r>
    </w:p>
    <w:p>
      <w:r>
        <w:rPr>
          <w:b/>
        </w:rPr>
        <w:t xml:space="preserve">[08:58] </w:t>
      </w:r>
      <w:r>
        <w:t>yeh kitni important baat hai. ab jo log pathar maar rahe hain, gun chala rahe hain,</w:t>
      </w:r>
    </w:p>
    <w:p>
      <w:pPr>
        <w:jc w:val="right"/>
      </w:pPr>
      <w:r>
        <w:t>یہ کتنی امپورٹنٹ بات ہے۔ اب جو لوگ پتھر مار رہے ہیں، گن چلا رہے ہیں،</w:t>
      </w:r>
    </w:p>
    <w:p>
      <w:r>
        <w:rPr>
          <w:b/>
        </w:rPr>
        <w:t xml:space="preserve">[09:10] </w:t>
      </w:r>
      <w:r>
        <w:t>bam maar rahe hain, to woh law of nature ko jante nahi.</w:t>
      </w:r>
    </w:p>
    <w:p>
      <w:pPr>
        <w:jc w:val="right"/>
      </w:pPr>
      <w:r>
        <w:t>بم مار رہے ہیں، تو وہ لاء آف نیچر کو جانتے نہیں۔</w:t>
      </w:r>
    </w:p>
    <w:p>
      <w:r>
        <w:rPr>
          <w:b/>
        </w:rPr>
        <w:t xml:space="preserve">[09:19] </w:t>
      </w:r>
      <w:r>
        <w:t>tashaddud ki jitni bhi qismen hain, violence ki jitni bhi qismen hain, sari qismen law of nature ko</w:t>
      </w:r>
    </w:p>
    <w:p>
      <w:pPr>
        <w:jc w:val="right"/>
      </w:pPr>
      <w:r>
        <w:t>تشدد کی جتنی بھی قسمیں ہیں، وائلنس کی جتنی بھی قسمیں ہیں، ساری قسمیں لاء آف نیچر کو</w:t>
      </w:r>
    </w:p>
    <w:p>
      <w:r>
        <w:rPr>
          <w:b/>
        </w:rPr>
        <w:t xml:space="preserve">[09:33] </w:t>
      </w:r>
      <w:r>
        <w:t>follow na karne ki wajah se paida hoti hain.</w:t>
      </w:r>
    </w:p>
    <w:p>
      <w:pPr>
        <w:jc w:val="right"/>
      </w:pPr>
      <w:r>
        <w:t>فالو نہ کرنے کی وجہ سے پیدا ہوتی ہیں۔</w:t>
      </w:r>
    </w:p>
    <w:p>
      <w:r>
        <w:rPr>
          <w:b/>
        </w:rPr>
        <w:t xml:space="preserve">[09:39] </w:t>
      </w:r>
      <w:r>
        <w:t>law of nature ko follow na karna tashaddud paida karta hai. aur tashaddud se sara break down ho jata hai.</w:t>
      </w:r>
    </w:p>
    <w:p>
      <w:pPr>
        <w:jc w:val="right"/>
      </w:pPr>
      <w:r>
        <w:t>لاء آف نیچر کو فالو نہ کرنا تشدد پیدا کرتا ہے۔ اور تشدد سے سارا بریک ڈاؤن ہو جاتا ہے۔</w:t>
      </w:r>
    </w:p>
    <w:p>
      <w:r>
        <w:rPr>
          <w:b/>
        </w:rPr>
        <w:t xml:space="preserve">[09:50] </w:t>
      </w:r>
      <w:r>
        <w:t>jahan tashaddud aya, sab break down ho gaya.</w:t>
      </w:r>
    </w:p>
    <w:p>
      <w:pPr>
        <w:jc w:val="right"/>
      </w:pPr>
      <w:r>
        <w:t>جہاں تشدد آیا، سب بریک ڈاؤن ہو گیا۔</w:t>
      </w:r>
    </w:p>
    <w:p>
      <w:r>
        <w:rPr>
          <w:b/>
        </w:rPr>
        <w:t xml:space="preserve">[09:58] </w:t>
      </w:r>
      <w:r>
        <w:t>to quran mein hai ke "war'a amn tully".</w:t>
      </w:r>
    </w:p>
    <w:p>
      <w:pPr>
        <w:jc w:val="right"/>
      </w:pPr>
      <w:r>
        <w:t>تو قرآن میں ہے کہ "وارد امن تولی"۔</w:t>
      </w:r>
    </w:p>
    <w:p>
      <w:r>
        <w:rPr>
          <w:b/>
        </w:rPr>
        <w:t xml:space="preserve">[10:05] </w:t>
      </w:r>
      <w:r>
        <w:t>"war'a an al-mushrikeen".</w:t>
      </w:r>
    </w:p>
    <w:p>
      <w:pPr>
        <w:jc w:val="right"/>
      </w:pPr>
      <w:r>
        <w:t>"وارد عن المشرکین"۔</w:t>
      </w:r>
    </w:p>
    <w:p>
      <w:r>
        <w:rPr>
          <w:b/>
        </w:rPr>
        <w:t xml:space="preserve">[10:10] </w:t>
      </w:r>
      <w:r>
        <w:t>yeh sada baat nahi hai. "war'a an al-mushrikeen". "war'a amn tully". quran mein bar bar a'raz ka lafz aya hai.</w:t>
      </w:r>
    </w:p>
    <w:p>
      <w:pPr>
        <w:jc w:val="right"/>
      </w:pPr>
      <w:r>
        <w:t>یہ سادہ بات نہیں ہے۔ "وارد عن المشرکین"۔ "وارد امن تولی"۔ قرآن میں بار بار اعراض کا لفظ آیا ہے۔</w:t>
      </w:r>
    </w:p>
    <w:p>
      <w:r>
        <w:rPr>
          <w:b/>
        </w:rPr>
        <w:t xml:space="preserve">[10:27] </w:t>
      </w:r>
      <w:r>
        <w:t>to a'raz ke baghair, a'raz kya hai? a'raz tolerance hi ka dusra naam hai.</w:t>
      </w:r>
    </w:p>
    <w:p>
      <w:pPr>
        <w:jc w:val="right"/>
      </w:pPr>
      <w:r>
        <w:t>تو اعراض کے بغیر، اعراض کیا ہے؟ اعراض ٹولرنس ہی کا دوسرا نام ہے۔</w:t>
      </w:r>
    </w:p>
    <w:p>
      <w:r>
        <w:rPr>
          <w:b/>
        </w:rPr>
        <w:t xml:space="preserve">[10:39] </w:t>
      </w:r>
      <w:r>
        <w:t>tolerance ka dusra naam a'raz hai.</w:t>
      </w:r>
    </w:p>
    <w:p>
      <w:pPr>
        <w:jc w:val="right"/>
      </w:pPr>
      <w:r>
        <w:t>ٹولرنس کا دوسرا نام اعراض ہے۔</w:t>
      </w:r>
    </w:p>
    <w:p>
      <w:r>
        <w:rPr>
          <w:b/>
        </w:rPr>
        <w:t xml:space="preserve">[10:46] </w:t>
      </w:r>
      <w:r>
        <w:t>to main main sochta hoon ke agar socha jaye to sari hi taraqqiyat jo hain, sara development jo hai, woh</w:t>
      </w:r>
    </w:p>
    <w:p>
      <w:pPr>
        <w:jc w:val="right"/>
      </w:pPr>
      <w:r>
        <w:t>تو میں میں سوچتا ہوں کہ اگر سوچا جائے تو ساری ہی ترقیات جو ہیں، سارا ڈیولپمنٹ جو ہے، وہ</w:t>
      </w:r>
    </w:p>
    <w:p>
      <w:r>
        <w:rPr>
          <w:b/>
        </w:rPr>
        <w:t xml:space="preserve">[11:01] </w:t>
      </w:r>
      <w:r>
        <w:t>isi usool par chalta hai. a'raz ya tolerance ke usool par.</w:t>
      </w:r>
    </w:p>
    <w:p>
      <w:pPr>
        <w:jc w:val="right"/>
      </w:pPr>
      <w:r>
        <w:t>اسی اصول پر چلتا ہے۔ اعراض یا ٹالرنس کے اصول پر۔</w:t>
      </w:r>
    </w:p>
    <w:p>
      <w:r>
        <w:rPr>
          <w:b/>
        </w:rPr>
        <w:t xml:space="preserve">[11:09] </w:t>
      </w:r>
      <w:r>
        <w:t>tolerance nahi to taraqqi nahi. a'raz nahi to taraqqi nahi.</w:t>
      </w:r>
    </w:p>
    <w:p>
      <w:pPr>
        <w:jc w:val="right"/>
      </w:pPr>
      <w:r>
        <w:t>ٹالرنس نہیں تو ترقی نہیں۔ اعراض نہیں تو ترقی نہیں۔</w:t>
      </w:r>
    </w:p>
    <w:p>
      <w:r>
        <w:rPr>
          <w:b/>
        </w:rPr>
        <w:t xml:space="preserve">[11:20] </w:t>
      </w:r>
      <w:r>
        <w:t>to yeh bohat hi simple tareeqa hai ke sari universe mein activities jari rahen aur takrao na ho.</w:t>
      </w:r>
    </w:p>
    <w:p>
      <w:pPr>
        <w:jc w:val="right"/>
      </w:pPr>
      <w:r>
        <w:t>تو یہ بہت ہی سمپل طریقہ ہے کہ ساری یونیورس میں ایکٹیویٹیز جاری رہیں اور ٹکراؤ نہ ہو۔</w:t>
      </w:r>
    </w:p>
    <w:p>
      <w:r>
        <w:rPr>
          <w:b/>
        </w:rPr>
        <w:t xml:space="preserve">[11:36] </w:t>
      </w:r>
      <w:r>
        <w:t>woh ek apne apne orbit mein chalo. apne apne orbit mein chalo.</w:t>
      </w:r>
    </w:p>
    <w:p>
      <w:pPr>
        <w:jc w:val="right"/>
      </w:pPr>
      <w:r>
        <w:t>وہ ایک اپنے اپنے آربٹ میں چلو۔ اپنے اپنے آربٹ میں چلو۔</w:t>
      </w:r>
    </w:p>
    <w:p>
      <w:r>
        <w:rPr>
          <w:b/>
        </w:rPr>
        <w:t xml:space="preserve">[11:52] </w:t>
      </w:r>
      <w:r>
        <w:t>toh main sochta hoon ke</w:t>
      </w:r>
    </w:p>
    <w:p>
      <w:pPr>
        <w:jc w:val="right"/>
      </w:pPr>
      <w:r>
        <w:t>تو میں سوچتا ہوں کہ</w:t>
      </w:r>
    </w:p>
    <w:p>
      <w:r>
        <w:rPr>
          <w:b/>
        </w:rPr>
        <w:t xml:space="preserve">[11:56] </w:t>
      </w:r>
      <w:r>
        <w:t>tolerance ke liye deeb manane ki zaroorat hi nahi hai. sirf yeh jaanna hai ke yeh toh universal law hai. toh already woh chal raha hai.</w:t>
      </w:r>
    </w:p>
    <w:p>
      <w:pPr>
        <w:jc w:val="right"/>
      </w:pPr>
      <w:r>
        <w:t>ٹالرنس کے لیے دیب منانے کی ضرورت ہی نہیں ہے۔ صرف یہ جاننا ہے کہ یہ تو یونیورسل لاء ہے۔ تو الریڈی وہ چل رہا ہے۔</w:t>
      </w:r>
    </w:p>
    <w:p>
      <w:r>
        <w:rPr>
          <w:b/>
        </w:rPr>
        <w:t xml:space="preserve">[12:10] </w:t>
      </w:r>
      <w:r>
        <w:t>yaani tolerance ko aap ko impose nahi karna hai.</w:t>
      </w:r>
    </w:p>
    <w:p>
      <w:pPr>
        <w:jc w:val="right"/>
      </w:pPr>
      <w:r>
        <w:t>یعنی ٹالرنس کو آپ کو امپوز نہیں کرنا ہے۔</w:t>
      </w:r>
    </w:p>
    <w:p>
      <w:r>
        <w:rPr>
          <w:b/>
        </w:rPr>
        <w:t xml:space="preserve">[12:15] </w:t>
      </w:r>
      <w:r>
        <w:t>tolerance ko aap ko impose nahi karna. woh toh already maujood hai.</w:t>
      </w:r>
    </w:p>
    <w:p>
      <w:pPr>
        <w:jc w:val="right"/>
      </w:pPr>
      <w:r>
        <w:t>ٹالرنس کو آپ کو امپوز نہیں کرنا۔ وہ تو الریڈی موجود ہے۔</w:t>
      </w:r>
    </w:p>
    <w:p>
      <w:r>
        <w:rPr>
          <w:b/>
        </w:rPr>
        <w:t xml:space="preserve">[12:25] </w:t>
      </w:r>
      <w:r>
        <w:t>toh main samajhta hoon ke tolerance ko</w:t>
      </w:r>
    </w:p>
    <w:p>
      <w:pPr>
        <w:jc w:val="right"/>
      </w:pPr>
      <w:r>
        <w:t>تو میں سمجھتا ہوں کہ ٹالرنس کو</w:t>
      </w:r>
    </w:p>
    <w:p>
      <w:r>
        <w:rPr>
          <w:b/>
        </w:rPr>
        <w:t xml:space="preserve">[12:30] </w:t>
      </w:r>
      <w:r>
        <w:t>sirf discover karna hai.</w:t>
      </w:r>
    </w:p>
    <w:p>
      <w:pPr>
        <w:jc w:val="right"/>
      </w:pPr>
      <w:r>
        <w:t>صرف ڈسکور کرنا ہے۔</w:t>
      </w:r>
    </w:p>
    <w:p>
      <w:r>
        <w:rPr>
          <w:b/>
        </w:rPr>
        <w:t xml:space="preserve">[12:35] </w:t>
      </w:r>
      <w:r>
        <w:t>agar aap discover karein ke universe mein, saari universe mein, already tolerance ka usool qaim hai,</w:t>
      </w:r>
    </w:p>
    <w:p>
      <w:pPr>
        <w:jc w:val="right"/>
      </w:pPr>
      <w:r>
        <w:t>اگر آپ ڈسکور کریں کہ یونیورس میں، ساری یونیورس میں، الریڈی ٹالرنس کا اصول قائم ہے،</w:t>
      </w:r>
    </w:p>
    <w:p>
      <w:r>
        <w:rPr>
          <w:b/>
        </w:rPr>
        <w:t xml:space="preserve">[12:51] </w:t>
      </w:r>
      <w:r>
        <w:t>toh aap ab aap achaanak az khud aap ek tolerant person ban jayenge.</w:t>
      </w:r>
    </w:p>
    <w:p>
      <w:pPr>
        <w:jc w:val="right"/>
      </w:pPr>
      <w:r>
        <w:t>تو آپ اب آپ اچانک از خود آپ ایک ٹالرینٹ پرسن بن جائیں گے۔</w:t>
      </w:r>
    </w:p>
    <w:p>
      <w:r>
        <w:rPr>
          <w:b/>
        </w:rPr>
        <w:t xml:space="preserve">[13:06] </w:t>
      </w:r>
      <w:r>
        <w:t>aur main is pe socha toh main socha ke Quran o Hadees mein itna zyada sabr par zor diya gaya hai ke sabr ko sab se zyada rewardable fe'l kar diya gaya.</w:t>
      </w:r>
    </w:p>
    <w:p>
      <w:pPr>
        <w:jc w:val="right"/>
      </w:pPr>
      <w:r>
        <w:t>اور میں اس پہ سوچا تو میں سوچا کہ قرآن و حدیث میں اتنا زیادہ صبر پر زور دیا گیا ہے کہ صبر کو سب سے زیادہ ریوارڈیبل فعل کر دیا گیا۔</w:t>
      </w:r>
    </w:p>
    <w:p>
      <w:r>
        <w:rPr>
          <w:b/>
        </w:rPr>
        <w:t xml:space="preserve">[13:25] </w:t>
      </w:r>
      <w:r>
        <w:t>Quran mein sabr ko sab se zyada rewardable act bataya gaya.</w:t>
      </w:r>
    </w:p>
    <w:p>
      <w:pPr>
        <w:jc w:val="right"/>
      </w:pPr>
      <w:r>
        <w:t>قرآن میں صبر کو سب سے زیادہ ریوارڈیبل ایکٹ بتایا گیا۔</w:t>
      </w:r>
    </w:p>
    <w:p>
      <w:r>
        <w:rPr>
          <w:b/>
        </w:rPr>
        <w:t xml:space="preserve">[13:35] </w:t>
      </w:r>
      <w:r>
        <w:t>toh sabr kya hai? sabb-e-talanasi ka doosra naam hai.</w:t>
      </w:r>
    </w:p>
    <w:p>
      <w:pPr>
        <w:jc w:val="right"/>
      </w:pPr>
      <w:r>
        <w:t>تو صبر کیا ہے؟ سب ٹالرینسی کا دوسرا نام ہے۔</w:t>
      </w:r>
    </w:p>
    <w:p>
      <w:r>
        <w:rPr>
          <w:b/>
        </w:rPr>
        <w:t xml:space="preserve">[13:44] </w:t>
      </w:r>
      <w:r>
        <w:t>jab doosre ke doosra ek ek act bazahir aap ke mutabiq na ho, bazahir, toh aap us ko sabr ke khane mein daal dein.</w:t>
      </w:r>
    </w:p>
    <w:p>
      <w:pPr>
        <w:jc w:val="right"/>
      </w:pPr>
      <w:r>
        <w:t>جب دوسرے کے دوسرا ایک ایکٹ بظاہر آپ کے مطابق نہ ہو، بظاہر، تو آپ اس کو صبر کے خانے میں ڈال دیں۔</w:t>
      </w:r>
    </w:p>
    <w:p>
      <w:r>
        <w:rPr>
          <w:b/>
        </w:rPr>
        <w:t xml:space="preserve">[14:00] </w:t>
      </w:r>
      <w:r>
        <w:t>bajaye takrao ke, bajaye takrao ke, bajaye objection ke, ab us ko sabr ke khane mein daal dein.</w:t>
      </w:r>
    </w:p>
    <w:p>
      <w:pPr>
        <w:jc w:val="right"/>
      </w:pPr>
      <w:r>
        <w:t>بجائے ٹکراؤ کے، بجائے ٹکراؤ کے، بجائے ابجیکشن کے، اب اس کو صبر کے خانے میں ڈال دیں۔</w:t>
      </w:r>
    </w:p>
    <w:p>
      <w:r>
        <w:rPr>
          <w:b/>
        </w:rPr>
        <w:t xml:space="preserve">[14:11] </w:t>
      </w:r>
      <w:r>
        <w:t>kyun ke tolerance hi hua.</w:t>
      </w:r>
    </w:p>
    <w:p>
      <w:pPr>
        <w:jc w:val="right"/>
      </w:pPr>
      <w:r>
        <w:t>کیونکہ ٹالرنس ہی ہوا۔</w:t>
      </w:r>
    </w:p>
    <w:p>
      <w:r>
        <w:rPr>
          <w:b/>
        </w:rPr>
        <w:t xml:space="preserve">[14:17] </w:t>
      </w:r>
      <w:r>
        <w:t>toh is is lihaz se agar dekhiye toh "inma jo sabiroon ajruhum" baghair hisab.</w:t>
      </w:r>
    </w:p>
    <w:p>
      <w:pPr>
        <w:jc w:val="right"/>
      </w:pPr>
      <w:r>
        <w:t>تو اس اس لحاظ سے اگر دیکھیے تو "انما جو صابرون اجرہم" بغیر حساب۔</w:t>
      </w:r>
    </w:p>
    <w:p>
      <w:r>
        <w:rPr>
          <w:b/>
        </w:rPr>
        <w:t xml:space="preserve">[14:29] </w:t>
      </w:r>
      <w:r>
        <w:t>sabr karne wale bila hisab reward payenge. toh woh kyun hai aisa ke jo sabr karta hai ya jo tolerance ka tareeqa ikhtiyar karta hai,</w:t>
      </w:r>
    </w:p>
    <w:p>
      <w:pPr>
        <w:jc w:val="right"/>
      </w:pPr>
      <w:r>
        <w:t>صبر کرنے والے بلا حساب ریوارڈ پائیں گے۔ تو وہ کیوں ہے ایسا کہ جو صبر کرتا ہے یا جو ٹالرنس کا طریقہ اختیار کرتا ہے،</w:t>
      </w:r>
    </w:p>
    <w:p>
      <w:r>
        <w:rPr>
          <w:b/>
        </w:rPr>
        <w:t xml:space="preserve">[14:44] </w:t>
      </w:r>
      <w:r>
        <w:t>jo strictly apne orbit mein rehta hai, woh law of nature se cooperate kar raha hai?</w:t>
      </w:r>
    </w:p>
    <w:p>
      <w:pPr>
        <w:jc w:val="right"/>
      </w:pPr>
      <w:r>
        <w:t>جو اسٹرکٹلی اپنے آربٹ میں رہتا ہے، وہ لاء آف نیچر سے کواپریٹ کر رہا ہے؟</w:t>
      </w:r>
    </w:p>
    <w:p>
      <w:r>
        <w:rPr>
          <w:b/>
        </w:rPr>
        <w:t xml:space="preserve">[14:55] </w:t>
      </w:r>
      <w:r>
        <w:t>kitni badi baat hai.</w:t>
      </w:r>
    </w:p>
    <w:p>
      <w:pPr>
        <w:jc w:val="right"/>
      </w:pPr>
      <w:r>
        <w:t>کتنی بڑی بات ہے۔</w:t>
      </w:r>
    </w:p>
    <w:p>
      <w:r>
        <w:rPr>
          <w:b/>
        </w:rPr>
        <w:t xml:space="preserve">[14:59] </w:t>
      </w:r>
      <w:r>
        <w:t>ek law of nature jo hai, jo poore universe mein jaari hai,</w:t>
      </w:r>
    </w:p>
    <w:p>
      <w:pPr>
        <w:jc w:val="right"/>
      </w:pPr>
      <w:r>
        <w:t>ایک لاء آف نیچر جو ہے، جو پورے یونیورس میں جاری ہے،</w:t>
      </w:r>
    </w:p>
    <w:p>
      <w:r>
        <w:rPr>
          <w:b/>
        </w:rPr>
        <w:t xml:space="preserve">[15:07] </w:t>
      </w:r>
      <w:r>
        <w:t>apne apne orbit mein chalna, apne apne orbit mein chalne ka jo jo culture hai, woh saari universe mein chal raha hai.</w:t>
      </w:r>
    </w:p>
    <w:p>
      <w:pPr>
        <w:jc w:val="right"/>
      </w:pPr>
      <w:r>
        <w:t>اپنے اپنے آربٹ میں چلنا، اپنے اپنے آربٹ میں چلنے کا جو جو کلچر ہے، وہ ساری یونیورس میں چل رہا ہے۔</w:t>
      </w:r>
    </w:p>
    <w:p>
      <w:r>
        <w:rPr>
          <w:b/>
        </w:rPr>
        <w:t xml:space="preserve">[15:20] </w:t>
      </w:r>
      <w:r>
        <w:t>toh jo aadmi</w:t>
      </w:r>
    </w:p>
    <w:p>
      <w:pPr>
        <w:jc w:val="right"/>
      </w:pPr>
      <w:r>
        <w:t>تو جو آدمی</w:t>
      </w:r>
    </w:p>
    <w:p>
      <w:r>
        <w:rPr>
          <w:b/>
        </w:rPr>
        <w:t xml:space="preserve">[15:25] </w:t>
      </w:r>
      <w:r>
        <w:t>tolerance par chale, woh gaya universal jo scheme hai Rab ki, Khaliq ki, jo universal scheme hai, us mein aap cooperate kar rahe hain.</w:t>
      </w:r>
    </w:p>
    <w:p>
      <w:pPr>
        <w:jc w:val="right"/>
      </w:pPr>
      <w:r>
        <w:t>ٹالرنس پر چلے، وہ گیا یونیورسل جو اسکیم ہے رب کی، خالق کی، جو یونیورسل اسکیم ہے، اس میں آپ کواپریٹ کر رہے ہیں۔</w:t>
      </w:r>
    </w:p>
    <w:p>
      <w:r>
        <w:rPr>
          <w:b/>
        </w:rPr>
        <w:t xml:space="preserve">[15:42] </w:t>
      </w:r>
      <w:r>
        <w:t>us ko yeh isi liye chalne mein madadgar ban rahe hain.</w:t>
      </w:r>
    </w:p>
    <w:p>
      <w:pPr>
        <w:jc w:val="right"/>
      </w:pPr>
      <w:r>
        <w:t>اس کو یہ اسی لیے چلنے میں مددگار بن رہے ہیں۔</w:t>
      </w:r>
    </w:p>
    <w:p>
      <w:r>
        <w:rPr>
          <w:b/>
        </w:rPr>
        <w:t xml:space="preserve">[15:49] </w:t>
      </w:r>
      <w:r>
        <w:t>is is liye is mein chalne mein madadgar ban rahe hain. virtual aur react react karte hain, tashaddud karte hain, ladne ke liye khade ho jaate hain.</w:t>
      </w:r>
    </w:p>
    <w:p>
      <w:pPr>
        <w:jc w:val="right"/>
      </w:pPr>
      <w:r>
        <w:t>اس اس لیے اس میں چلنے میں مددگار بن رہے ہیں۔ ورچول اور ری ایکٹ ری ایکٹ کرتے ہیں، تشدد کرتے ہیں، لڑنے کے لیے کھڑے ہو جاتے ہیں۔</w:t>
      </w:r>
    </w:p>
    <w:p>
      <w:r>
        <w:rPr>
          <w:b/>
        </w:rPr>
        <w:t xml:space="preserve">[16:03] </w:t>
      </w:r>
      <w:r>
        <w:t>woh bazahir kisi opposite parties ke khilaf aisa karte hain, lekin woh khalique ke khilaf kar rahe hain. universal law ke khilaf kar rahe hain.</w:t>
      </w:r>
    </w:p>
    <w:p>
      <w:pPr>
        <w:jc w:val="right"/>
      </w:pPr>
      <w:r>
        <w:t>وہ بظاہر کسی اپوزٹ پارٹیز کے خلاف ایسا کرتے ہیں، لیکن وہ خالق کے خلاف کر رہے ہیں۔ یونیورسل لاء کے خلاف کر رہے ہیں۔</w:t>
      </w:r>
    </w:p>
    <w:p>
      <w:r>
        <w:rPr>
          <w:b/>
        </w:rPr>
        <w:t xml:space="preserve">[16:15] </w:t>
      </w:r>
      <w:r>
        <w:t>kesi ajeeb baat hai.</w:t>
      </w:r>
    </w:p>
    <w:p>
      <w:pPr>
        <w:jc w:val="right"/>
      </w:pPr>
      <w:r>
        <w:t>کیسی عجیب بات ہے۔</w:t>
      </w:r>
    </w:p>
    <w:p>
      <w:r>
        <w:rPr>
          <w:b/>
        </w:rPr>
        <w:t xml:space="preserve">[16:24] </w:t>
      </w:r>
      <w:r>
        <w:t>toh tolerance jo hai, usko promote karna nahi hai, accept karna hai.</w:t>
      </w:r>
    </w:p>
    <w:p>
      <w:pPr>
        <w:jc w:val="right"/>
      </w:pPr>
      <w:r>
        <w:t>تو ٹولرنس جو ہے، اس کو پروموٹ کرنا نہیں ہے، ایکسیپٹ کرنا ہے۔</w:t>
      </w:r>
    </w:p>
    <w:p>
      <w:r>
        <w:rPr>
          <w:b/>
        </w:rPr>
        <w:t xml:space="preserve">[16:36] </w:t>
      </w:r>
      <w:r>
        <w:t>mein samajhta hoon ke sab se zaroori baat yeh hai ke tolerance ek aisi value hai. tolerance ek aisi value hai jis ko</w:t>
      </w:r>
    </w:p>
    <w:p>
      <w:pPr>
        <w:jc w:val="right"/>
      </w:pPr>
      <w:r>
        <w:t>میں سمجھتا ہوں کہ سب سے ضروری بات یہ ہے کہ ٹولرنس ایک ایسی ویلیو ہے۔ ٹولرنس ایک ایسی ویلیو ہے جس کو</w:t>
      </w:r>
    </w:p>
    <w:p>
      <w:r>
        <w:rPr>
          <w:b/>
        </w:rPr>
        <w:t xml:space="preserve">[16:55] </w:t>
      </w:r>
      <w:r>
        <w:t>promote karna nahi hai, balkeh woh toh already maujood hai. us ko sirf accept karne ki zaroorat hai.</w:t>
      </w:r>
    </w:p>
    <w:p>
      <w:pPr>
        <w:jc w:val="right"/>
      </w:pPr>
      <w:r>
        <w:t>پروموٹ کرنا نہیں ہے، بلکہ وہ تو الریڈی موجود ہے۔ اس کو صرف ایکسیپٹ کرنے کی ضرورت ہے۔</w:t>
      </w:r>
    </w:p>
    <w:p>
      <w:r>
        <w:rPr>
          <w:b/>
        </w:rPr>
        <w:t xml:space="preserve">[17:09] </w:t>
      </w:r>
      <w:r>
        <w:t>toh yeh kitna bara, yaani kitna bara yeh,</w:t>
      </w:r>
    </w:p>
    <w:p>
      <w:pPr>
        <w:jc w:val="right"/>
      </w:pPr>
      <w:r>
        <w:t>تو یہ کتنا بڑا، یعنی کتنا بڑا یہ،</w:t>
      </w:r>
    </w:p>
    <w:p>
      <w:r>
        <w:rPr>
          <w:b/>
        </w:rPr>
        <w:t xml:space="preserve">[17:23] </w:t>
      </w:r>
      <w:r>
        <w:t>yaani sochne ka yeh kitna</w:t>
      </w:r>
    </w:p>
    <w:p>
      <w:pPr>
        <w:jc w:val="right"/>
      </w:pPr>
      <w:r>
        <w:t>یعنی سوچنے کا یہ کتنا</w:t>
      </w:r>
    </w:p>
    <w:p>
      <w:r>
        <w:rPr>
          <w:b/>
        </w:rPr>
        <w:t xml:space="preserve">[17:28] </w:t>
      </w:r>
      <w:r>
        <w:t>horizon aap ka kitna bara ho jata hai.</w:t>
      </w:r>
    </w:p>
    <w:p>
      <w:pPr>
        <w:jc w:val="right"/>
      </w:pPr>
      <w:r>
        <w:t>ہورائزن آپ کا کتنا بڑا ہو جاتا ہے۔</w:t>
      </w:r>
    </w:p>
    <w:p>
      <w:r>
        <w:rPr>
          <w:b/>
        </w:rPr>
        <w:t xml:space="preserve">[17:39] </w:t>
      </w:r>
      <w:r>
        <w:t>jab aap target karenge toh aap ko bhi mauqa mila, doosre ko mauqa mila, dono ko mauqa mila.</w:t>
      </w:r>
    </w:p>
    <w:p>
      <w:pPr>
        <w:jc w:val="right"/>
      </w:pPr>
      <w:r>
        <w:t>جب آپ ٹارگٹ کریں گے تو آپ کو بھی موقع ملا، دوسرے کو موقع ملا، دونوں کو موقع ملا۔</w:t>
      </w:r>
    </w:p>
    <w:p>
      <w:r>
        <w:rPr>
          <w:b/>
        </w:rPr>
        <w:t xml:space="preserve">[17:52] </w:t>
      </w:r>
      <w:r>
        <w:t>jo aap target karenge toh aap ne peace ko promote kiya.</w:t>
      </w:r>
    </w:p>
    <w:p>
      <w:pPr>
        <w:jc w:val="right"/>
      </w:pPr>
      <w:r>
        <w:t>جو آپ ٹارگٹ کریں گے تو آپ نے پیس کو پروموٹ کیا۔</w:t>
      </w:r>
    </w:p>
    <w:p>
      <w:r>
        <w:rPr>
          <w:b/>
        </w:rPr>
        <w:t xml:space="preserve">[18:02] </w:t>
      </w:r>
      <w:r>
        <w:t>where there is tolerance, there is peace. jahan tolerance hai, wahan peace hai.</w:t>
      </w:r>
    </w:p>
    <w:p>
      <w:pPr>
        <w:jc w:val="right"/>
      </w:pPr>
      <w:r>
        <w:t>ویر دیر از ٹالرنس، دیر از پیس۔ جہاں ٹالرنس ہے، وہاں پیس ہے۔</w:t>
      </w:r>
    </w:p>
    <w:p>
      <w:r>
        <w:rPr>
          <w:b/>
        </w:rPr>
        <w:t xml:space="preserve">[18:14] </w:t>
      </w:r>
      <w:r>
        <w:t>toh tolerance ka kitna bara role hai. tolerance ka kitna bara role hai.</w:t>
      </w:r>
    </w:p>
    <w:p>
      <w:pPr>
        <w:jc w:val="right"/>
      </w:pPr>
      <w:r>
        <w:t>تو ٹالرنس کا کتنا بڑا رول ہے۔ ٹالرنس کا کتنا بڑا رول ہے۔</w:t>
      </w:r>
    </w:p>
    <w:p>
      <w:r>
        <w:rPr>
          <w:b/>
        </w:rPr>
        <w:t xml:space="preserve">[18:27] </w:t>
      </w:r>
      <w:r>
        <w:t>toh mein samajhta hoon ke hum logon ko is par bohat ziyada sochna chahiye aur hum ko contribute karna chahiye is is mission mein ke dunya mein tolerance aaye.</w:t>
      </w:r>
    </w:p>
    <w:p>
      <w:pPr>
        <w:jc w:val="right"/>
      </w:pPr>
      <w:r>
        <w:t>تو میں سمجھتا ہوں کہ ہم لوگوں کو اس پر بہت زیادہ سوچنا چاہیے اور ہم کو کنٹریبیوٹ کرنا چاہیے اس اس مشن میں کہ دنیا میں ٹولرنس آئے۔</w:t>
      </w:r>
    </w:p>
    <w:p>
      <w:r>
        <w:rPr>
          <w:b/>
        </w:rPr>
        <w:t xml:space="preserve">[18:53] </w:t>
      </w:r>
      <w:r>
        <w:t>jo log yeh koshish kar rahe hain ke dunya mein tolerance aaye, woh ek bohat bara kaam kar rahe hain. aur hamara farz hai ke hum un ke sath</w:t>
      </w:r>
    </w:p>
    <w:p>
      <w:pPr>
        <w:jc w:val="right"/>
      </w:pPr>
      <w:r>
        <w:t>جو لوگ یہ کوشش کر رہے ہیں کہ دنیا میں ٹولرنس آئے، وہ ایک بہت بڑا کام کر رہے ہیں۔ اور ہمارا فرض ہے کہ ہم ان کے ساتھ</w:t>
      </w:r>
    </w:p>
    <w:p>
      <w:r>
        <w:rPr>
          <w:b/>
        </w:rPr>
        <w:t xml:space="preserve">[19:08] </w:t>
      </w:r>
      <w:r>
        <w:t>shamil ho jayein, un ki koshish mein shamil ho jayein taake dunya mein tolerance aaye. tolerance aayega toh peace aayega.</w:t>
      </w:r>
    </w:p>
    <w:p>
      <w:pPr>
        <w:jc w:val="right"/>
      </w:pPr>
      <w:r>
        <w:t>شامل ہو جائیں، ان کی کوشش میں شامل ہو جائیں تاکہ دنیا میں ٹولرنس آئے۔ ٹولرنس آئے گا تو پیس آئے گا۔</w:t>
      </w:r>
    </w:p>
    <w:p>
      <w:r>
        <w:rPr>
          <w:b/>
        </w:rPr>
        <w:t xml:space="preserve">[19:19] </w:t>
      </w:r>
      <w:r>
        <w:t>peace aayega toh sari tarqqiyan aayengi. sari tarqqiyan. toh meri dua hai ke Allah taala hum ko samajh de aur hum</w:t>
      </w:r>
    </w:p>
    <w:p>
      <w:pPr>
        <w:jc w:val="right"/>
      </w:pPr>
      <w:r>
        <w:t>پیس آئے گا تو ساری ترقیاں آئیں گی۔ ساری ترقیاں۔ تو میری دعا ہے کہ اللہ تعالی ہم کو سمجھ دے اور ہم</w:t>
      </w:r>
    </w:p>
    <w:p>
      <w:r>
        <w:rPr>
          <w:b/>
        </w:rPr>
        <w:t xml:space="preserve">[19:34] </w:t>
      </w:r>
      <w:r>
        <w:t>is is universal law of nature ko samjhein aur apne aap ko us ko promote karne mein laga dein.</w:t>
      </w:r>
    </w:p>
    <w:p>
      <w:pPr>
        <w:jc w:val="right"/>
      </w:pPr>
      <w:r>
        <w:t>اس اس یونیورسل لاء آف نیچر کو سمجھیں اور اپنے آپ کو اس کو پروموٹ کرنے میں لگا دیں۔</w:t>
      </w:r>
    </w:p>
    <w:p>
      <w:r>
        <w:rPr>
          <w:b/>
        </w:rPr>
        <w:t xml:space="preserve">[19:44] </w:t>
      </w:r>
      <w:r>
        <w:t>assalam o alaikum wa rehmatullah.</w:t>
      </w:r>
    </w:p>
    <w:p>
      <w:pPr>
        <w:jc w:val="right"/>
      </w:pPr>
      <w:r>
        <w:t>السلام علیکم ورحمۃ اللہ۔</w:t>
      </w:r>
    </w:p>
    <w:p>
      <w:r>
        <w:rPr>
          <w:b/>
        </w:rPr>
        <w:t xml:space="preserve">[19:57] </w:t>
      </w:r>
      <w:r>
        <w:t>maulana, arabi mein ek lafz aata hai "samahat" aur hadith mein isi se bohat sari hadith-ein aayi hain. "samha" ke lafz se maine dictionary mein is ki meaning dekhi toh is ka matlab hota hai rawadari, kushada dili, tolerance waghera.</w:t>
      </w:r>
    </w:p>
    <w:p>
      <w:pPr>
        <w:jc w:val="right"/>
      </w:pPr>
      <w:r>
        <w:t>مولانا، عربی میں ایک لفظ آتا ہے "سماحت" اور حدیث میں اسی سے بہت ساری حدیثیں آئی ہیں۔ "سمحہ" کے لفظ سے میں نے ڈکشنری میں اس کی میننگ دیکھی تو اس کا مطلب ہوتا ہے رواداری، کشادہ دلی، ٹولرنس وغیرہ۔</w:t>
      </w:r>
    </w:p>
    <w:p>
      <w:r>
        <w:rPr>
          <w:b/>
        </w:rPr>
        <w:t xml:space="preserve">[20:12] </w:t>
      </w:r>
      <w:r>
        <w:t>toh mera sawal ek hadith ko le kar hai. hadith hai: "aheb al-deen ila Allah al-hanifiyah al-samhah". yeh musnad ahmad mein bhi hai aur bukhari mein muallaqah hai.</w:t>
      </w:r>
    </w:p>
    <w:p>
      <w:pPr>
        <w:jc w:val="right"/>
      </w:pPr>
      <w:r>
        <w:t>تو میرا سوال ایک حدیث کو لے کر ہے۔ حدیث ہے: "احب الدین الا اللہ الحنیفیہ السمحہ"۔ یہ مسند احمد میں بھی ہے اور بخاری میں معلقہ ہے۔</w:t>
      </w:r>
    </w:p>
    <w:p>
      <w:r>
        <w:rPr>
          <w:b/>
        </w:rPr>
        <w:t xml:space="preserve">[20:25] </w:t>
      </w:r>
      <w:r>
        <w:t>yeh riwayat yaani Allah ke nazdeek pasandeeda deen woh hai jis mein God, khuda rokh zindagi ho aur tolerance ho.</w:t>
      </w:r>
    </w:p>
    <w:p>
      <w:pPr>
        <w:jc w:val="right"/>
      </w:pPr>
      <w:r>
        <w:t>یہ روایت یعنی اللہ کے نزدیک پسندیدہ دین وہ ہے جس میں گاڈ، خدا رخ زندگی ہو اور ٹولرنس ہو۔</w:t>
      </w:r>
    </w:p>
    <w:p>
      <w:r>
        <w:rPr>
          <w:b/>
        </w:rPr>
        <w:t xml:space="preserve">[20:37] </w:t>
      </w:r>
      <w:r>
        <w:t>kya mera samajhna sahi hai?</w:t>
      </w:r>
    </w:p>
    <w:p>
      <w:pPr>
        <w:jc w:val="right"/>
      </w:pPr>
      <w:r>
        <w:t>کیا میرا سمجھنا صحیح ہے؟</w:t>
      </w:r>
    </w:p>
    <w:p>
      <w:r>
        <w:rPr>
          <w:b/>
        </w:rPr>
        <w:t xml:space="preserve">[20:44] </w:t>
      </w:r>
      <w:r>
        <w:t>mein toh samajhta hoon ke bilkul sahi reference aap ka hai. qadeem zamaney mein yeh lafz shayad na raha ho "tolerance" ka.</w:t>
      </w:r>
    </w:p>
    <w:p>
      <w:pPr>
        <w:jc w:val="right"/>
      </w:pPr>
      <w:r>
        <w:t>میں تو سمجھتا ہوں کہ بالکل صحیح ریفرنس آپ کا ہے۔ قدیم زمانے میں یہ لفظ شاید نہ رہا ہو "ٹالرنس" کا۔</w:t>
      </w:r>
    </w:p>
    <w:p>
      <w:r>
        <w:rPr>
          <w:b/>
        </w:rPr>
        <w:t xml:space="preserve">[20:56] </w:t>
      </w:r>
      <w:r>
        <w:t>toh doosre doosre lafzon mein isi spirit ko bataya gaya hai. toh yeh hadith jo hai "tolerance" ki spirit ko doosre lafzon mein bata rahi hai.</w:t>
      </w:r>
    </w:p>
    <w:p>
      <w:pPr>
        <w:jc w:val="right"/>
      </w:pPr>
      <w:r>
        <w:t>تو دوسرے دوسرے لفظوں میں اسی اسپرٹ کو بتایا گیا ہے۔ تو یہ حدیث جو ہے "ٹالرنس" کی اسپرٹ کو دوسرے لفظوں میں بتا رہی ہے۔</w:t>
      </w:r>
    </w:p>
    <w:p>
      <w:r>
        <w:rPr>
          <w:b/>
        </w:rPr>
        <w:t xml:space="preserve">[21:10] </w:t>
      </w:r>
      <w:r>
        <w:t>is se yaani maloom hota hai ke tolerance akhlaqi aitbar se, deeni aitbar se, har lihaz se bohat aam hai.</w:t>
      </w:r>
    </w:p>
    <w:p>
      <w:pPr>
        <w:jc w:val="right"/>
      </w:pPr>
      <w:r>
        <w:t>اس سے یعنی معلوم ہوتا ہے کہ ٹالرنس اخلاقی اعتبار سے، دینی اعتبار سے، ہر لحاظ سے بہت عام ہے۔</w:t>
      </w:r>
    </w:p>
    <w:p>
      <w:r>
        <w:rPr>
          <w:b/>
        </w:rPr>
        <w:t xml:space="preserve">[21:24] </w:t>
      </w:r>
      <w:r>
        <w:t>maulana, aaj yeh bohat nai baat pata chali jo aap ne kaha ke "we have to discover tolerance" aur tolerance ko promote nahi karna hai, tolerance ko accept karna hai.</w:t>
      </w:r>
    </w:p>
    <w:p>
      <w:pPr>
        <w:jc w:val="right"/>
      </w:pPr>
      <w:r>
        <w:t>مولانا، آج یہ بہت نئی بات پتہ چلی جو آپ نے کہا کہ "وی ہیو ٹو ڈسکور ٹولرنس" اور ٹولرنس کو پروموٹ نہیں کرنا ہے، ٹولرنس کو ایکسیپٹ کرنا ہے۔</w:t>
      </w:r>
    </w:p>
    <w:p>
      <w:r>
        <w:rPr>
          <w:b/>
        </w:rPr>
        <w:t xml:space="preserve">[21:37] </w:t>
      </w:r>
      <w:r>
        <w:t>aur yahi jo rule at work hai at a universal level. to yeh bohat nai baat thi maulana. is tarah se tolerance ko nahi jana tha ke hamein discover karna hai aur us ko accept karna hai.</w:t>
      </w:r>
    </w:p>
    <w:p>
      <w:pPr>
        <w:jc w:val="right"/>
      </w:pPr>
      <w:r>
        <w:t>اور یہی جو رول ایٹ ورک ہے ایٹ ا یونیورسل لیول۔ تو یہ بہت نئی بات تھی مولانا۔ اس طریقے سے ٹولرنس کو نہیں جانا تھا کہ ہمیں ڈسکور کرنا ہے اور اس کو ایکسیپٹ کرنا ہے۔</w:t>
      </w:r>
    </w:p>
    <w:p>
      <w:r>
        <w:rPr>
          <w:b/>
        </w:rPr>
        <w:t xml:space="preserve">[21:50] </w:t>
      </w:r>
      <w:r>
        <w:t>maulana, ek sawal hai jo hamare zehn mein aa raha tha aur yahi sawal shams tabrizi sahib ne bhi poocha hai. unhon ne likha hai ke kya tolerance ki koi limit hai?</w:t>
      </w:r>
    </w:p>
    <w:p>
      <w:pPr>
        <w:jc w:val="right"/>
      </w:pPr>
      <w:r>
        <w:t>مولانا، ایک سوال ہے جو ہمارے ذہن میں آ رہا تھا اور یہی سوال شمس تبریزی صاحب نے بھی پوچھا ہے۔ انہوں نے لکھا ہے کہ کیا ٹولرنس کی کوئی لمٹ ہے؟</w:t>
      </w:r>
    </w:p>
    <w:p>
      <w:r>
        <w:rPr>
          <w:b/>
        </w:rPr>
        <w:t xml:space="preserve">[22:03] </w:t>
      </w:r>
      <w:r>
        <w:t>"has tolerance any limit"? is par aap kya kahenge? main to kahunga ke</w:t>
      </w:r>
    </w:p>
    <w:p>
      <w:pPr>
        <w:jc w:val="right"/>
      </w:pPr>
      <w:r>
        <w:t>"ہیز ٹولرنس اینی لمٹ"؟ اس پر آپ کیا کہیں گے؟ میں تو کہوں گا کہ</w:t>
      </w:r>
    </w:p>
    <w:p>
      <w:r>
        <w:rPr>
          <w:b/>
        </w:rPr>
        <w:t xml:space="preserve">[22:15] </w:t>
      </w:r>
      <w:r>
        <w:t>yani</w:t>
      </w:r>
    </w:p>
    <w:p>
      <w:pPr>
        <w:jc w:val="right"/>
      </w:pPr>
      <w:r>
        <w:t>یعنی</w:t>
      </w:r>
    </w:p>
    <w:p>
      <w:r>
        <w:rPr>
          <w:b/>
        </w:rPr>
        <w:t xml:space="preserve">[22:20] </w:t>
      </w:r>
      <w:r>
        <w:t>koi limit nahi hai. limit agar hai to yeh hai ke aap agressive na banein. aggression is the only limit.</w:t>
      </w:r>
    </w:p>
    <w:p>
      <w:pPr>
        <w:jc w:val="right"/>
      </w:pPr>
      <w:r>
        <w:t>کوئی لمٹ نہیں ہے۔ لمٹ اگر ہے تو یہ ہے کہ آپ ایگریسو نہ بنیں۔ ایگریشن از دا اونلی لمٹ۔</w:t>
      </w:r>
    </w:p>
    <w:p>
      <w:r>
        <w:rPr>
          <w:b/>
        </w:rPr>
        <w:t xml:space="preserve">[22:34] </w:t>
      </w:r>
      <w:r>
        <w:t>agar aap agressive na banein, then there is no limit at all.</w:t>
      </w:r>
    </w:p>
    <w:p>
      <w:pPr>
        <w:jc w:val="right"/>
      </w:pPr>
      <w:r>
        <w:t>اگر آپ ایگریسو نہ بنیں، دین دیر از نو لمٹ ایٹ آل۔</w:t>
      </w:r>
    </w:p>
    <w:p>
      <w:r>
        <w:rPr>
          <w:b/>
        </w:rPr>
        <w:t xml:space="preserve">[22:47] </w:t>
      </w:r>
      <w:r>
        <w:t>aggression ka matlab yeh hai ke aap kisi ko gaali dein, us ko marein, us ko dhakka dein.</w:t>
      </w:r>
    </w:p>
    <w:p>
      <w:pPr>
        <w:jc w:val="right"/>
      </w:pPr>
      <w:r>
        <w:t>ایگریشن کا مطلب یہ ہے کہ آپ کسی کو گالی دیں، اس کو ماریں، اس کو دھکا دیں۔</w:t>
      </w:r>
    </w:p>
    <w:p>
      <w:r>
        <w:rPr>
          <w:b/>
        </w:rPr>
        <w:t xml:space="preserve">[22:58] </w:t>
      </w:r>
      <w:r>
        <w:t>aap aap ki baat na mane to us ko aap marna shuru kar dein. to aggression is the only limit.</w:t>
      </w:r>
    </w:p>
    <w:p>
      <w:pPr>
        <w:jc w:val="right"/>
      </w:pPr>
      <w:r>
        <w:t>آپ آپ کی بات نہ مانے تو اس کو آپ مارنا شروع کر دیں۔ تو ایگریشن از دا اونلی لمٹ۔</w:t>
      </w:r>
    </w:p>
    <w:p>
      <w:r>
        <w:rPr>
          <w:b/>
        </w:rPr>
        <w:t xml:space="preserve">[23:07] </w:t>
      </w:r>
      <w:r>
        <w:t>aap samjhaiye. misaal ke taur par dekhiye, moti si baat hai ke koi shakhs rasool Allah salallahu alaihi wasallam ko paighambar nahi manta aur woh koi critical reward deta hai.</w:t>
      </w:r>
    </w:p>
    <w:p>
      <w:pPr>
        <w:jc w:val="right"/>
      </w:pPr>
      <w:r>
        <w:t>آپ سمجھائیے۔ مثلاً دیکھیے، موٹی سی بات ہے کہ کوئی شخص رسول اللہ صلی اللہ علیہ وسلم کو پیغمبر نہیں مانتا اور وہ کوئی کریٹیکل ریوارڈ دیتا ہے۔</w:t>
      </w:r>
    </w:p>
    <w:p>
      <w:r>
        <w:rPr>
          <w:b/>
        </w:rPr>
        <w:t xml:space="preserve">[23:26] </w:t>
      </w:r>
      <w:r>
        <w:t>paighambar salallahu alaihi wasallam ke bare mein koi critical reward deta hai to us ko aap tolerance khane mein daliye. yeh nahi ke aap us se ladein, use marein, la laash banayein, qanoon banayein ke us ko qatl karo aur yeh kahein ke "yuqtal haddan".</w:t>
      </w:r>
    </w:p>
    <w:p>
      <w:pPr>
        <w:jc w:val="right"/>
      </w:pPr>
      <w:r>
        <w:t>پیغمبر صلی اللہ علیہ وسلم کے بارے میں کوئی کریٹیکل ریوارڈ دیتا ہے تو اس کو آپ ٹالرنس خانے میں ڈالیے۔ یہ نہیں کہ آپ اس سے لڑیں، اسے ماریں، لا لاش بنائیں، قانون بنائیں کہ اس کو قتل کرو اور یہ کہیں کہ "یقتل حداً"۔</w:t>
      </w:r>
    </w:p>
    <w:p>
      <w:r>
        <w:rPr>
          <w:b/>
        </w:rPr>
        <w:t xml:space="preserve">[23:45] </w:t>
      </w:r>
      <w:r>
        <w:t>yeh sab galat hai.</w:t>
      </w:r>
    </w:p>
    <w:p>
      <w:pPr>
        <w:jc w:val="right"/>
      </w:pPr>
      <w:r>
        <w:t>یہ سب غلط ہے۔</w:t>
      </w:r>
    </w:p>
    <w:p>
      <w:r>
        <w:rPr>
          <w:b/>
        </w:rPr>
        <w:t xml:space="preserve">[23:48] </w:t>
      </w:r>
      <w:r>
        <w:t>aap ki rasta khula hua hai. agar woh critical reward deta hai to aap peaceful andaaz mein use samjhaiye, daleel dijiye.</w:t>
      </w:r>
    </w:p>
    <w:p>
      <w:pPr>
        <w:jc w:val="right"/>
      </w:pPr>
      <w:r>
        <w:t>آپ کی راستہ کھلا ہوا ہے۔ اگر وہ کریٹیکل ریوارڈ دیتا ہے تو آپ پیس فل انداز میں اسے سمجھائیے، دلیل دیجیے۔</w:t>
      </w:r>
    </w:p>
    <w:p>
      <w:r>
        <w:rPr>
          <w:b/>
        </w:rPr>
        <w:t xml:space="preserve">[24:04] </w:t>
      </w:r>
      <w:r>
        <w:t>aap agressive ho jate hain. kyun? bas yahi yahi limit hai aur koi limit nahi hai. jaise main dekhiye, apna qissa batata hoon.</w:t>
      </w:r>
    </w:p>
    <w:p>
      <w:pPr>
        <w:jc w:val="right"/>
      </w:pPr>
      <w:r>
        <w:t>آپ ایگریسو ہو جاتے ہیں۔ کیوں؟ بس یہی یہی لمٹ ہے اور کوئی لمٹ نہیں ہے۔ جیسے میں دیکھیے، اپنا قصہ بتاتا ہوں۔</w:t>
      </w:r>
    </w:p>
    <w:p>
      <w:r>
        <w:rPr>
          <w:b/>
        </w:rPr>
        <w:t xml:space="preserve">[24:18] </w:t>
      </w:r>
      <w:r>
        <w:t>jab main chhota tha aur gaon mein rehta tha</w:t>
      </w:r>
    </w:p>
    <w:p>
      <w:pPr>
        <w:jc w:val="right"/>
      </w:pPr>
      <w:r>
        <w:t>جب میں چھوٹا تھا اور گاؤں میں رہتا تھا</w:t>
      </w:r>
    </w:p>
    <w:p>
      <w:r>
        <w:rPr>
          <w:b/>
        </w:rPr>
        <w:t xml:space="preserve">[24:25] </w:t>
      </w:r>
      <w:r>
        <w:t>to kai baar maine dekha ke zameen mein cheentiyan chal rahi hain. idhar se bhi aa rahi hain, idhar se bhi aa rahi hain. to woh ek dam wahi karti theen jo traffic pe kiya jata hai.</w:t>
      </w:r>
    </w:p>
    <w:p>
      <w:pPr>
        <w:jc w:val="right"/>
      </w:pPr>
      <w:r>
        <w:t>تو کئی بار میں نے دیکھا کہ زمین میں چیونٹیاں چل رہی ہیں۔ ادھر سے بھی آ رہی ہیں، ادھر سے بھی آ رہی ہیں۔ تو وہ ایک دم وہی کرتی تھیں جو ٹریفک پہ کیا جاتا ہے۔</w:t>
      </w:r>
    </w:p>
    <w:p>
      <w:r>
        <w:rPr>
          <w:b/>
        </w:rPr>
        <w:t xml:space="preserve">[24:43] </w:t>
      </w:r>
      <w:r>
        <w:t>yani traffic mein aap jante hain ke "keep right, keep left" ka usool hai. theek yahi karti theen cheentiyan.</w:t>
      </w:r>
    </w:p>
    <w:p>
      <w:pPr>
        <w:jc w:val="right"/>
      </w:pPr>
      <w:r>
        <w:t>یعنی ٹریفک میں آپ جانتے ہیں کہ "کیپ رائٹ، کیپ لیفٹ" کا اصول ہے۔ ٹھیک یہی کرتی تھیں چیونٹیاں۔</w:t>
      </w:r>
    </w:p>
    <w:p>
      <w:r>
        <w:rPr>
          <w:b/>
        </w:rPr>
        <w:t xml:space="preserve">[24:53] </w:t>
      </w:r>
      <w:r>
        <w:t>woh apne raste par, woh apne raste par. to takrao nahi hota tha. to us waqt main chhota tha, dekhta tha lekin samjha nahi tha ke yeh kya cheez hai.</w:t>
      </w:r>
    </w:p>
    <w:p>
      <w:pPr>
        <w:jc w:val="right"/>
      </w:pPr>
      <w:r>
        <w:t>وہ اپنے راستے پر، وہ اپنے راستے پر۔ تو ٹکراؤ نہیں ہوتا تھا۔ تو اس وقت میں چھوڑا تھا، دیکھتا تھا لیکن سمجھا نہیں تھا کہ یہ کیا چیز ہے۔</w:t>
      </w:r>
    </w:p>
    <w:p>
      <w:r>
        <w:rPr>
          <w:b/>
        </w:rPr>
        <w:t xml:space="preserve">[25:05] </w:t>
      </w:r>
      <w:r>
        <w:t>ab baat ko jab maine socha to maine kaha yeh to bohat bada universal law hai jo cheentiyon ko sikhaya gaya hai ke target karo.</w:t>
      </w:r>
    </w:p>
    <w:p>
      <w:pPr>
        <w:jc w:val="right"/>
      </w:pPr>
      <w:r>
        <w:t>اب بات کو جب میں نے سوچا تو میں نے کہا یہ تو بہت بڑا یونیورسل لاء ہے جو چیونٹیوں کو سکھایا گیا ہے کہ ٹارگٹ کرو۔</w:t>
      </w:r>
    </w:p>
    <w:p>
      <w:r>
        <w:rPr>
          <w:b/>
        </w:rPr>
        <w:t xml:space="preserve">[25:17] </w:t>
      </w:r>
      <w:r>
        <w:t>tum un ko target karo, woh tum ko target karein. is taraf cheentiyon ki movement jaari hai. agar cheentiyan target na karein to takrayenge aapas mein.</w:t>
      </w:r>
    </w:p>
    <w:p>
      <w:pPr>
        <w:jc w:val="right"/>
      </w:pPr>
      <w:r>
        <w:t>تم ان کو ٹارگٹ کرو، وہ تم کو ٹارگٹ کریں۔ اس طرف چیونٹیوں کی موومنٹ جاری ہے۔ اگر چیونٹیاں ٹارگٹ نہ کریں تو ٹکرائیں گے آپس میں۔</w:t>
      </w:r>
    </w:p>
    <w:p>
      <w:r>
        <w:rPr>
          <w:b/>
        </w:rPr>
        <w:t xml:space="preserve">[25:32] </w:t>
      </w:r>
      <w:r>
        <w:t>to jo log law banate hain ke sahib jo rasool Allah par kuch critical reward deta hai, us ko qatl karo, is tarah ke aur qanoon,</w:t>
      </w:r>
    </w:p>
    <w:p>
      <w:pPr>
        <w:jc w:val="right"/>
      </w:pPr>
      <w:r>
        <w:t>تو جو لوگ لاء بناتے ہیں کہ صاحب جو رسول اللہ پر کچھ کریٹیکل ریوارڈ دیتا ہے، اس کو قتل کرو، اس طرح کے اور قانون،</w:t>
      </w:r>
    </w:p>
    <w:p>
      <w:r>
        <w:rPr>
          <w:b/>
        </w:rPr>
        <w:t xml:space="preserve">[25:46] </w:t>
      </w:r>
      <w:r>
        <w:t>woh law of nature ko nahi jante. yeh law of nature nahi hai. to doosron ko mauqa mila yeh kehne ka ke Islam mein to thought crime hai.</w:t>
      </w:r>
    </w:p>
    <w:p>
      <w:pPr>
        <w:jc w:val="right"/>
      </w:pPr>
      <w:r>
        <w:t>وہ لاء آف نیچر کو نہیں جانتے۔ یہ لاء آف نیچر نہیں ہے۔ تو دوسروں کو موقع ملا یہ کہنے کا کہ اسلام میں تو تھاٹ کرائم ہے۔</w:t>
      </w:r>
    </w:p>
    <w:p>
      <w:r>
        <w:rPr>
          <w:b/>
        </w:rPr>
        <w:t xml:space="preserve">[26:04] </w:t>
      </w:r>
      <w:r>
        <w:t>doosron ko jo musalman yeh sab karte hain ke rasool Allah ki kotahi karo, kotahi maar daalne ke tum ko, to woh bata rahe hain duniya ko ke Islam mein thought crime hai.</w:t>
      </w:r>
    </w:p>
    <w:p>
      <w:pPr>
        <w:jc w:val="right"/>
      </w:pPr>
      <w:r>
        <w:t>دوسروں کو جو مسلمان یہ سب کرتے ہیں کہ رسول اللہ کی کوتاہی کرو، کوتاہی مار ڈالنے کے تم کو، تو وہ بتا رہے ہیں دنیا کو کہ اسلام میں تھاٹ کرائم ہے۔</w:t>
      </w:r>
    </w:p>
    <w:p>
      <w:r>
        <w:rPr>
          <w:b/>
        </w:rPr>
        <w:t xml:space="preserve">[26:20] </w:t>
      </w:r>
      <w:r>
        <w:t>yani sochne mein bhi punishment hai. to kitna dis service hai Islam ke khilaf.</w:t>
      </w:r>
    </w:p>
    <w:p>
      <w:pPr>
        <w:jc w:val="right"/>
      </w:pPr>
      <w:r>
        <w:t>یعنی سوچنے میں بھی پنشمنٹ ہے۔ تو کتنا ڈس سروس ہے اسلام کے خلاف۔</w:t>
      </w:r>
    </w:p>
    <w:p>
      <w:r>
        <w:rPr>
          <w:b/>
        </w:rPr>
        <w:t xml:space="preserve">[26:30] </w:t>
      </w:r>
      <w:r>
        <w:t>jo log aisi kitabein likhein ke rasool Allah ki kotahi karein, maar dalo, us ko shatm ka keh ke maro, us ko us ko shatm ka case banayein,</w:t>
      </w:r>
    </w:p>
    <w:p>
      <w:pPr>
        <w:jc w:val="right"/>
      </w:pPr>
      <w:r>
        <w:t>جو لوگ ایسی کتابیں لکھیں کہ رسول اللہ کی کوتاہی کریں، مار ڈالو، اس کو شتم کا کہہ کے مارو، اس کو اس کو شتم کا کیس بنائیں،</w:t>
      </w:r>
    </w:p>
    <w:p>
      <w:r>
        <w:rPr>
          <w:b/>
        </w:rPr>
        <w:t xml:space="preserve">[26:44] </w:t>
      </w:r>
      <w:r>
        <w:t>to woh islam ki dis service kar rahe hain. dis service.</w:t>
      </w:r>
    </w:p>
    <w:p>
      <w:pPr>
        <w:jc w:val="right"/>
      </w:pPr>
      <w:r>
        <w:t>تو وہ اسلام کی ڈس سروس کر رہے ہیں۔ ڈس سروس۔</w:t>
      </w:r>
    </w:p>
    <w:p>
      <w:r>
        <w:rPr>
          <w:b/>
        </w:rPr>
        <w:t xml:space="preserve">[26:52] </w:t>
      </w:r>
      <w:r>
        <w:t>aap in ko, aap ko azadi hai to in ko bhi azadi dijiye. aap to cheentiyon se le kar ke aasman ke star tak,</w:t>
      </w:r>
    </w:p>
    <w:p>
      <w:pPr>
        <w:jc w:val="right"/>
      </w:pPr>
      <w:r>
        <w:t>آپ ان کو، آپ کو آزادی ہے تو ان کو بھی آزادی دیجئے۔ آپ تو چیونٹیوں سے لے کر کے آسمان کے اسٹار تک،</w:t>
      </w:r>
    </w:p>
    <w:p>
      <w:r>
        <w:rPr>
          <w:b/>
        </w:rPr>
        <w:t xml:space="preserve">[27:06] </w:t>
      </w:r>
      <w:r>
        <w:t>cheentiyon se le kar aasman ke star tak, sab yahi la, yahi isi law ko follow kar rahe hain ke tum apne raste par, hum apne raste par.</w:t>
      </w:r>
    </w:p>
    <w:p>
      <w:pPr>
        <w:jc w:val="right"/>
      </w:pPr>
      <w:r>
        <w:t>چیونٹیوں سے لے کر آسمان کے اسٹار تک، سب یہی لا، یہی اسی لاء کو فالو کر رہے ہیں کہ تم اپنے راستے پر، ہم اپنے راستے پر۔</w:t>
      </w:r>
    </w:p>
    <w:p>
      <w:r>
        <w:rPr>
          <w:b/>
        </w:rPr>
        <w:t xml:space="preserve">[27:17] </w:t>
      </w:r>
      <w:r>
        <w:t>kitna bara yeh, yani horizon jo hai, kitna bara ho jata hai. yeh soch aa jaye to. achha ji, Maulana sahib, mera ek sawal hai ke aap ne abhi bataya ke bardasht ki limit kahan tak honi chahiye aur is ki limit aap ne samjhaya ke "it is till the aggression comes out".</w:t>
      </w:r>
    </w:p>
    <w:p>
      <w:pPr>
        <w:jc w:val="right"/>
      </w:pPr>
      <w:r>
        <w:t>کتنا بڑا یہ، یعنی ہورائزن جو ہے، کتنا بڑا ہو جاتا ہے۔ یہ سوچ آ جائے تو۔ اچھا جی، مولانا صاحب، میرا ایک سوال ہے کہ آپ نے ابھی بتایا کہ برداشت کی لمٹ کہاں تک ہونی چاہیے اور اس کی لمٹ آپ نے سمجھایا کہ "اٹ از ٹل دا ایگریشن کمز آؤٹ"۔</w:t>
      </w:r>
    </w:p>
    <w:p>
      <w:r>
        <w:rPr>
          <w:b/>
        </w:rPr>
        <w:t xml:space="preserve">[27:40] </w:t>
      </w:r>
      <w:r>
        <w:t>to mera yeh sawal hai ke jab ek insan bardasht karta rahe aur phir aggression aa jaye, us waqt is insan ko kya karna chahiye?</w:t>
      </w:r>
    </w:p>
    <w:p>
      <w:pPr>
        <w:jc w:val="right"/>
      </w:pPr>
      <w:r>
        <w:t>تو میرا یہ سوال ہے کہ جب ایک انسان برداشت کرتا رہے اور پھر ایگریشن آ جائے، اس وقت اس انسان کو کیا کرنا چاہیے؟</w:t>
      </w:r>
    </w:p>
    <w:p>
      <w:r>
        <w:rPr>
          <w:b/>
        </w:rPr>
        <w:t xml:space="preserve">[27:55] </w:t>
      </w:r>
      <w:r>
        <w:t>Maulana, in ka sawal hai ke jab abhi peechhe ek sawal kiya gaya tha ke tolerance ki kya had honi chahiye, to aap ne kaha tha ke</w:t>
      </w:r>
    </w:p>
    <w:p>
      <w:pPr>
        <w:jc w:val="right"/>
      </w:pPr>
      <w:r>
        <w:t>مولانا، ان کا سوال ہے کہ جب ابھی پیچھے ایک سوال کیا گیا تھا کہ ٹولرنس کی کیا حد ہونی چاہیے، تو آپ نے کہا تھا کہ</w:t>
      </w:r>
    </w:p>
    <w:p>
      <w:r>
        <w:rPr>
          <w:b/>
        </w:rPr>
        <w:t xml:space="preserve">[28:08] </w:t>
      </w:r>
      <w:r>
        <w:t>tab tak jab tak aggression bahar aa jaye. to woh yeh poochh rahi hain ke agar bardasht karte karte aggression ke level tak aa jaye, agar feeling insan ki, to kya kare woh is mein?</w:t>
      </w:r>
    </w:p>
    <w:p>
      <w:pPr>
        <w:jc w:val="right"/>
      </w:pPr>
      <w:r>
        <w:t>تب تک جب تک ایگریشن باہر آ جائے۔ تو وہ یہ پوچھ رہی ہیں کہ اگر برداشت کرتے کرتے ایگریشن کے لیول تک آ جائے، اگر فیلنگ انسان کی، تو کیا کرے وہ اس میں؟</w:t>
      </w:r>
    </w:p>
    <w:p>
      <w:r>
        <w:rPr>
          <w:b/>
        </w:rPr>
        <w:t xml:space="preserve">[28:27] </w:t>
      </w:r>
      <w:r>
        <w:t>to is ko bataiye ke yeh to trust pass kar rahe ho. jo aisa kare, is ko ke tum apne case ko trust passing case bana rahe ho.</w:t>
      </w:r>
    </w:p>
    <w:p>
      <w:pPr>
        <w:jc w:val="right"/>
      </w:pPr>
      <w:r>
        <w:t>تو اس کو بتائیے کہ یہ تو ٹرسٹ پاس کر رہے ہو۔ جو ایسا کرے، اس کو کہ تم اپنے کیس کو ٹرسٹ پاسنگ کیس بنا رہے ہو۔</w:t>
      </w:r>
    </w:p>
    <w:p>
      <w:r>
        <w:rPr>
          <w:b/>
        </w:rPr>
        <w:t xml:space="preserve">[28:39] </w:t>
      </w:r>
      <w:r>
        <w:t>samjhaiye is ko. woh bekhabari, woh bekhabari mein aisa kar raha hai. to aap is ko bataiye ke tum jo universal law jo hai, civil law jo hai,</w:t>
      </w:r>
    </w:p>
    <w:p>
      <w:pPr>
        <w:jc w:val="right"/>
      </w:pPr>
      <w:r>
        <w:t>سمجھائیے اس کو۔ وہ بے خبری، وہ بے خبری میں ایسا کر رہا ہے۔ تو آپ اس کو بتائیے کہ تم جو یونیورسل لاء جو ہے، سولک لاء جو ہے،</w:t>
      </w:r>
    </w:p>
    <w:p>
      <w:r>
        <w:rPr>
          <w:b/>
        </w:rPr>
        <w:t xml:space="preserve">[28:53] </w:t>
      </w:r>
      <w:r>
        <w:t>jo ethical law jo hai, us ke khilaf hai yeh sab. jab tak tum aggression na karo, tab tak tum</w:t>
      </w:r>
    </w:p>
    <w:p>
      <w:pPr>
        <w:jc w:val="right"/>
      </w:pPr>
      <w:r>
        <w:t>جو ایتھیکل لاء جو ہے، اس کے خلاف ہے یہ سب۔ جب تک تم ایگریشن نہ کرو، تب تک تم</w:t>
      </w:r>
    </w:p>
    <w:p>
      <w:r>
        <w:rPr>
          <w:b/>
        </w:rPr>
        <w:t xml:space="preserve">[29:04] </w:t>
      </w:r>
      <w:r>
        <w:t>right path par ho. jaise hi tum aggression karoge to right path se hat jaoge aur jaoge to tumhara case trust passing ka case ban jayega.</w:t>
      </w:r>
    </w:p>
    <w:p>
      <w:pPr>
        <w:jc w:val="right"/>
      </w:pPr>
      <w:r>
        <w:t>رائٹ پاتھ پر ہو۔ جیسے ہی تم ایگریشن کرو گے تو رائٹ پاتھ سے ہٹ جاؤ اور جاؤ گے تو تمہارا کیس ٹرسٹ پاسنگ کا کیس بن جائے گا۔</w:t>
      </w:r>
    </w:p>
    <w:p>
      <w:r>
        <w:rPr>
          <w:b/>
        </w:rPr>
        <w:t xml:space="preserve">[29:19] </w:t>
      </w:r>
      <w:r>
        <w:t>Maulana, ek hadith hai, woh Ibn Abbas se riwayat hai. Rasool Allah Salallahu Alaihi Wasallam ne kaha: "Ismah yusmah lakum".</w:t>
      </w:r>
    </w:p>
    <w:p>
      <w:pPr>
        <w:jc w:val="right"/>
      </w:pPr>
      <w:r>
        <w:t>مولانا، ایک حدیث ہے، وہ ابن عباس سے روایت ہے۔ رسول اللہ صلی اللہ علیہ وسلم نے کہا: "اسمح یسمح لکم"۔</w:t>
      </w:r>
    </w:p>
    <w:p>
      <w:r>
        <w:rPr>
          <w:b/>
        </w:rPr>
        <w:t xml:space="preserve">[29:28] </w:t>
      </w:r>
      <w:r>
        <w:t>tolerance ka mamla karo, tumhare sath tolerance ka mamla kiya jayega. aur isi tarah se ek aur riwayat aati hai ke jab ek aadmi ka intiqal ho gaya to us se poocha gaya ke tumhare pas koi neki hai?</w:t>
      </w:r>
    </w:p>
    <w:p>
      <w:pPr>
        <w:jc w:val="right"/>
      </w:pPr>
      <w:r>
        <w:t>ٹولرنس کا معاملہ کرو، تمہارے ساتھ ٹولرنس کا معاملہ کیا جائے گا۔ اور اسی طریقے سے ایک اور روایت آتی ہے کہ جب ایک آدمی کا انتقال ہو گیا تو اس سے پوچھا گیا کہ تمہارے پاس کوئی نیکی ہے؟</w:t>
      </w:r>
    </w:p>
    <w:p>
      <w:r>
        <w:rPr>
          <w:b/>
        </w:rPr>
        <w:t xml:space="preserve">[29:42] </w:t>
      </w:r>
      <w:r>
        <w:t>to us ne kaha: "nahin, koi neki nahin siwaye is ke ke main logon ke sath tolerance ka mamla karta tha". to Allah taala ne kaha: "jis jis tarah is ne mere bando ke sath tolerance ka mamla kiya hai, usi tarah se is ke sath bhi tolerance ka mamla kiya jayega".</w:t>
      </w:r>
    </w:p>
    <w:p>
      <w:pPr>
        <w:jc w:val="right"/>
      </w:pPr>
      <w:r>
        <w:t>تو اس نے کہا: "نہیں، کوئی نیکی نہیں سوائے اس کے کہ میں لوگوں کے ساتھ ٹولرنس کا معاملہ کرتا تھا"۔ تو اللہ تعالی نے کہا: "جس جس طرح اس نے میرے بندوں کے ساتھ ٹولرنس کا معاملہ کیا ہے، اسی طریقے سے اس کے ساتھ بھی ٹولرنس کا معاملہ کیا جائے"۔</w:t>
      </w:r>
    </w:p>
    <w:p>
      <w:r>
        <w:rPr>
          <w:b/>
        </w:rPr>
        <w:t xml:space="preserve">[29:57] </w:t>
      </w:r>
      <w:r>
        <w:t>to mera khayal hai ke is ki koi had nahin hai. aadmi agar chahta hai ke Allah taala is se khush ho to is ko tolerance ka mamla karna chahiye, jitna zyada ho sake.</w:t>
      </w:r>
    </w:p>
    <w:p>
      <w:pPr>
        <w:jc w:val="right"/>
      </w:pPr>
      <w:r>
        <w:t>تو میرا خیال ہے کہ اس کی کوئی حد نہیں ہے۔ آدمی اگر چاہتا ہے کہ اللہ تعالی اس سے خوش ہو تو اس کو ٹولرنس کا معاملہ کرنا چاہیے، جتنا زیادہ ہو سکے۔</w:t>
      </w:r>
    </w:p>
    <w:p>
      <w:r>
        <w:rPr>
          <w:b/>
        </w:rPr>
        <w:t xml:space="preserve">[30:07] </w:t>
      </w:r>
      <w:r>
        <w:t>bahut sahi hai, bilkul sahi baat hai.</w:t>
      </w:r>
    </w:p>
    <w:p>
      <w:pPr>
        <w:jc w:val="right"/>
      </w:pPr>
      <w:r>
        <w:t>بہت صحیح ہے، بالکل صحیح بات ہے۔</w:t>
      </w:r>
    </w:p>
    <w:p>
      <w:r>
        <w:rPr>
          <w:b/>
        </w:rPr>
        <w:t xml:space="preserve">[30:14] </w:t>
      </w:r>
      <w:r>
        <w:t>Maulana, ek sawal Farooq Ishraq sahib ne kiya hai. unho ne apni location nahin likhi hai. un ka sawal hai ke: "please let me know how one can remove feeling of absolute loss".</w:t>
      </w:r>
    </w:p>
    <w:p>
      <w:pPr>
        <w:jc w:val="right"/>
      </w:pPr>
      <w:r>
        <w:t>مولانا، ایک سوال فاروق اشراق صاحب نے کیا ہے۔ انہوں نے اپنی لوکیشن نہیں لکھی ہے۔ ان کا سوال ہے کہ: "پلیز لیٹ می نو ہاؤ ون کین ریموو فیلنگ آف ایبسولیوٹ لاس"۔</w:t>
      </w:r>
    </w:p>
    <w:p>
      <w:r>
        <w:rPr>
          <w:b/>
        </w:rPr>
        <w:t xml:space="preserve">[30:30] </w:t>
      </w:r>
      <w:r>
        <w:t>is ko kaise hum apni zindagi mein kar sakte hain? kya kya matlab hai? Maulana, ke jo feeling of loss hai, agar kisi ko ek loss hua hai, us ki zindagi mein ek bahut bara loss hua hai, to woh is ehsas ko, jo loss ka ehsas hai, us se kaise woh apne aap ko bacha sakta hai?</w:t>
      </w:r>
    </w:p>
    <w:p>
      <w:pPr>
        <w:jc w:val="right"/>
      </w:pPr>
      <w:r>
        <w:t>اس کو کیسے ہم اپنی زندگی میں کر سکتے ہیں؟ کیا کیا مطلب ہے؟ مولانا، کہ جو فیلنگ آف لاس ہے، اگر کسی کو ایک لاس ہوا ہے، اس کی زندگی میں ایک بہت بڑا لاس ہوا ہے، تو وہ اس احساس کو، جو لاس کا احساس ہے، اس سے کیسے وہ اپنے آپ کو بچا سکتا ہے؟</w:t>
      </w:r>
    </w:p>
    <w:p>
      <w:r>
        <w:rPr>
          <w:b/>
        </w:rPr>
        <w:t xml:space="preserve">[30:51] </w:t>
      </w:r>
      <w:r>
        <w:t>loss L O double S? ji, L O double S.</w:t>
      </w:r>
    </w:p>
    <w:p>
      <w:pPr>
        <w:jc w:val="right"/>
      </w:pPr>
      <w:r>
        <w:t>لاس ایل او ڈبل ایس؟ جی، ایل او ڈبل ایس۔</w:t>
      </w:r>
    </w:p>
    <w:p>
      <w:r>
        <w:rPr>
          <w:b/>
        </w:rPr>
        <w:t xml:space="preserve">[30:58] </w:t>
      </w:r>
      <w:r>
        <w:t>phir phir se phir se bataiye. how can one remove one self from the feeling of absolute loss?</w:t>
      </w:r>
    </w:p>
    <w:p>
      <w:pPr>
        <w:jc w:val="right"/>
      </w:pPr>
      <w:r>
        <w:t>پھر پھر سے پھر سے بتائیے۔ ہاؤ کین ون ریموو ون سیلف فرام دا فیلنگ آف ایبسولیوٹ لاس؟</w:t>
      </w:r>
    </w:p>
    <w:p>
      <w:r>
        <w:rPr>
          <w:b/>
        </w:rPr>
        <w:t xml:space="preserve">[31:16] </w:t>
      </w:r>
      <w:r>
        <w:t>aur is ko clear kijiye. yani kya is ko,</w:t>
      </w:r>
    </w:p>
    <w:p>
      <w:pPr>
        <w:jc w:val="right"/>
      </w:pPr>
      <w:r>
        <w:t>اور اس کو کلیئر کیجئے۔ یعنی کیا اس کو،</w:t>
      </w:r>
    </w:p>
    <w:p>
      <w:r>
        <w:rPr>
          <w:b/>
        </w:rPr>
        <w:t xml:space="preserve">[31:23] </w:t>
      </w:r>
      <w:r>
        <w:t>jo loss ho gaya hai, us ko kaise regain kiya jaye? kya matlab hai? Maulana, aksar ab unho ne loss ko define nahin karaya ke koi relative ka loss hai ya money ka loss hai ya kis ka loss hai.</w:t>
      </w:r>
    </w:p>
    <w:p>
      <w:pPr>
        <w:jc w:val="right"/>
      </w:pPr>
      <w:r>
        <w:t>جو لاس ہو گیا ہے، اس کو کیسے ریگن کیا جائے؟ کیا مطلب ہے؟ مولانا، اکثر اب انہوں نے لاس کو ڈیفائن نہیں کرایا کہ کوئی ریلیٹو کا لاس ہے یا منی کا لاس ہے یا کس کا لاس ہے۔</w:t>
      </w:r>
    </w:p>
    <w:p>
      <w:r>
        <w:rPr>
          <w:b/>
        </w:rPr>
        <w:t xml:space="preserve">[31:37] </w:t>
      </w:r>
      <w:r>
        <w:t>lekin aksar yeh hota hai ke log depression mein chale jate hain, un ko frustration hoti hai, negative feeling aa jati hai, aur is se productivity ek dam drop ho jati hai.</w:t>
      </w:r>
    </w:p>
    <w:p>
      <w:pPr>
        <w:jc w:val="right"/>
      </w:pPr>
      <w:r>
        <w:t>لیکن اکثر یہ ہوتا ہے کہ لوگ ڈپریشن میں چلے جاتے ہیں، ان کو فرسٹریشن ہوتی ہے، نیگیٹیو فیلنگ آ جاتی ہے، اور اس سے پروڈکٹیوٹی ایک دم ڈراپ ہو جاتی ہے۔</w:t>
      </w:r>
    </w:p>
    <w:p>
      <w:r>
        <w:rPr>
          <w:b/>
        </w:rPr>
        <w:t xml:space="preserve">[31:48] </w:t>
      </w:r>
      <w:r>
        <w:t>to normal nahin rehta aadmi. to kaise apne aap ko sambhale? how can a person manage him self after suffering a loss?</w:t>
      </w:r>
    </w:p>
    <w:p>
      <w:pPr>
        <w:jc w:val="right"/>
      </w:pPr>
      <w:r>
        <w:t>تو نارمل نہیں رہتا آدمی۔ تو کیسے اپنے آپ کو سنبھالے؟ ہاؤ کین ا پرسن مینج ہم سیلف آفٹر سفرنگ ا لاس؟</w:t>
      </w:r>
    </w:p>
    <w:p>
      <w:r>
        <w:rPr>
          <w:b/>
        </w:rPr>
        <w:t xml:space="preserve">[32:00] </w:t>
      </w:r>
      <w:r>
        <w:t>kaise manage kar sakte hain? dekhen, Quran mein to bataya gaya hai, kai ayaton mein ke loss to hone hi hona hai. Inna al insana lafi khusr.</w:t>
      </w:r>
    </w:p>
    <w:p>
      <w:pPr>
        <w:jc w:val="right"/>
      </w:pPr>
      <w:r>
        <w:t>کیسے مینج کر سکتے ہیں؟ دیکھیں، قرآن میں تو بتایا گیا ہے، کئی آیتوں میں کہ لاس تو ہونے ہی ہونا ہے۔ ان الانسان فی خسر۔</w:t>
      </w:r>
    </w:p>
    <w:p>
      <w:r>
        <w:rPr>
          <w:b/>
        </w:rPr>
        <w:t xml:space="preserve">[32:11] </w:t>
      </w:r>
      <w:r>
        <w:t>yeh duniya mein kahin na kahin aadmi ko loss bhugatna parega, ghar ke andar, society ke andar, duniya ke andar.</w:t>
      </w:r>
    </w:p>
    <w:p>
      <w:pPr>
        <w:jc w:val="right"/>
      </w:pPr>
      <w:r>
        <w:t>یہ دنیا میں کہیں نہ کہیں آدمی کو لاس بھگتنا پڑے گا، گھر کے اندر، سوسائٹی کے اندر، دنیا کے اندر۔</w:t>
      </w:r>
    </w:p>
    <w:p>
      <w:r>
        <w:rPr>
          <w:b/>
        </w:rPr>
        <w:t xml:space="preserve">[32:25] </w:t>
      </w:r>
      <w:r>
        <w:t>to loss is also law of nature. to aap koshish kijiye manage karne ki, manage karne ki ke loss ko avoid karne ki.</w:t>
      </w:r>
    </w:p>
    <w:p>
      <w:pPr>
        <w:jc w:val="right"/>
      </w:pPr>
      <w:r>
        <w:t>تو لاس از السو لاء آف نیچر۔ تو آپ کوشش کیجئے مینج کرنے کی، مینج کرنے کی کہ لاس کو اوائڈ کرنے کی۔</w:t>
      </w:r>
    </w:p>
    <w:p>
      <w:r>
        <w:rPr>
          <w:b/>
        </w:rPr>
        <w:t xml:space="preserve">[32:41] </w:t>
      </w:r>
      <w:r>
        <w:t>lekin avoid karne karne ke bawajood jab loss ho to usko law of nature ki khane mein daal dijiye aur re-planning kijiye.</w:t>
      </w:r>
    </w:p>
    <w:p>
      <w:pPr>
        <w:jc w:val="right"/>
      </w:pPr>
      <w:r>
        <w:t>لیکن اوائڈ کرنے کرنے کے باوجود جب لاس ہو تو اس کو لاء آف نیچر کی خانے میں ڈال دیجئے اور ری پلاننگ کیجئے۔</w:t>
      </w:r>
    </w:p>
    <w:p>
      <w:r>
        <w:rPr>
          <w:b/>
        </w:rPr>
        <w:t xml:space="preserve">[32:56] </w:t>
      </w:r>
      <w:r>
        <w:t>pehlay to aap usko manage karne ki koshish kijiye ke loss na ho. agar loss ho jaye to phir re-planning kijiye.</w:t>
      </w:r>
    </w:p>
    <w:p>
      <w:pPr>
        <w:jc w:val="right"/>
      </w:pPr>
      <w:r>
        <w:t>پہلے تو آپ اس کو مینج کرنے کی کوشش کیجئے کہ لاس نہ ہو۔ اگر لاس ہو جائے تو پھر ری پلاننگ کیجئے۔</w:t>
      </w:r>
    </w:p>
    <w:p>
      <w:r>
        <w:rPr>
          <w:b/>
        </w:rPr>
        <w:t xml:space="preserve">[33:10] </w:t>
      </w:r>
      <w:r>
        <w:t>yahi yahi mein nay samjha hai quran mein jo bataya gaya hai. is say</w:t>
      </w:r>
    </w:p>
    <w:p>
      <w:pPr>
        <w:jc w:val="right"/>
      </w:pPr>
      <w:r>
        <w:t>یہی یہی میں نے سمجھا ہے قرآن میں جو بتایا گیا ہے۔ اس سے</w:t>
      </w:r>
    </w:p>
    <w:p>
      <w:r>
        <w:rPr>
          <w:b/>
        </w:rPr>
        <w:t xml:space="preserve">[33:18] </w:t>
      </w:r>
      <w:r>
        <w:t>maulana miss dania mustafa nay karachi pakistan say sawal kiya hai. unhonay likha hai ke: "maulana sahib, what can we do after we have shown intolerance towards someone?" dekhiye,</w:t>
      </w:r>
    </w:p>
    <w:p>
      <w:pPr>
        <w:jc w:val="right"/>
      </w:pPr>
      <w:r>
        <w:t>مولانا مس دانیہ مصطفی نے کراچی پاکستان سے سوال کیا ہے۔ انہوں نے لکھا ہے کہ: "مولانا صاحب، واٹ کین وی ڈو آفٹر وی ہیو شون ان ٹولرنس ٹورڈز سم ون؟" دیکھیے،</w:t>
      </w:r>
    </w:p>
    <w:p>
      <w:r>
        <w:rPr>
          <w:b/>
        </w:rPr>
        <w:t xml:space="preserve">[33:35] </w:t>
      </w:r>
      <w:r>
        <w:t>is kay do tareeqay hain.</w:t>
      </w:r>
    </w:p>
    <w:p>
      <w:pPr>
        <w:jc w:val="right"/>
      </w:pPr>
      <w:r>
        <w:t>اس کے دو طریقے ہیں۔</w:t>
      </w:r>
    </w:p>
    <w:p>
      <w:r>
        <w:rPr>
          <w:b/>
        </w:rPr>
        <w:t xml:space="preserve">[33:40] </w:t>
      </w:r>
      <w:r>
        <w:t>pehla tareeqa yeh hai ke aap nay jo kiya hai, usko us aadmi say maafii mangiye.</w:t>
      </w:r>
    </w:p>
    <w:p>
      <w:pPr>
        <w:jc w:val="right"/>
      </w:pPr>
      <w:r>
        <w:t>پہلا طریقہ یہ ہے کہ آپ نے جو کیا ہے، اس کو اس آدمی سے معافی مانگیے۔</w:t>
      </w:r>
    </w:p>
    <w:p>
      <w:r>
        <w:rPr>
          <w:b/>
        </w:rPr>
        <w:t xml:space="preserve">[33:50] </w:t>
      </w:r>
      <w:r>
        <w:t>us aadmi say maafii mangiye. apnay ko badal lijiye. agar woh aadmi available nahi hai to us kay liye dua kijiye.</w:t>
      </w:r>
    </w:p>
    <w:p>
      <w:pPr>
        <w:jc w:val="right"/>
      </w:pPr>
      <w:r>
        <w:t>اس آدمی سے معافی مانگیے۔ اپنے کو بدل لیجئے۔ اگر وہ آدمی اویلیبل نہیں ہے تو اس کے لیے دعا کیجئے۔</w:t>
      </w:r>
    </w:p>
    <w:p>
      <w:r>
        <w:rPr>
          <w:b/>
        </w:rPr>
        <w:t xml:space="preserve">[34:05] </w:t>
      </w:r>
      <w:r>
        <w:t>agar woh aadmi available hai to us say maafii mangiye. woh aadmi available nahi hai to us kay liye dua kijiye.</w:t>
      </w:r>
    </w:p>
    <w:p>
      <w:pPr>
        <w:jc w:val="right"/>
      </w:pPr>
      <w:r>
        <w:t>اگر وہ آدمی اویلیبل ہے تو اس سے معافی مانگیے۔ وہ آدمی اویلیبل نہیں ہے تو اس کے لیے دعا کیجئے۔</w:t>
      </w:r>
    </w:p>
    <w:p>
      <w:r>
        <w:rPr>
          <w:b/>
        </w:rPr>
        <w:t xml:space="preserve">[34:15] </w:t>
      </w:r>
      <w:r>
        <w:t>yahi hai quran o hadees mein yeh bataya gaya hai. maulana, aik sawal bheja hai miss rose patel nay lahore say.</w:t>
      </w:r>
    </w:p>
    <w:p>
      <w:pPr>
        <w:jc w:val="right"/>
      </w:pPr>
      <w:r>
        <w:t>یہی ہے قرآن و حدیث میں یہ بتایا گیا ہے۔ مولانا، ایک سوال بھیجا ہے مس روز پیٹل نے لاہور سے۔</w:t>
      </w:r>
    </w:p>
    <w:p>
      <w:r>
        <w:rPr>
          <w:b/>
        </w:rPr>
        <w:t xml:space="preserve">[34:26] </w:t>
      </w:r>
      <w:r>
        <w:t>unhonay likha hai: "in asian society, as you know, woman is regarded not an intellectual being.</w:t>
      </w:r>
    </w:p>
    <w:p>
      <w:pPr>
        <w:jc w:val="right"/>
      </w:pPr>
      <w:r>
        <w:t>انہوں نے لکھا ہے: "ان ایشین سوسائٹی، ایز یو نو، وومن از ریگارڈڈ ناٹ این انٹلیکچول بینگ۔</w:t>
      </w:r>
    </w:p>
    <w:p>
      <w:r>
        <w:rPr>
          <w:b/>
        </w:rPr>
        <w:t xml:space="preserve">[34:36] </w:t>
      </w:r>
      <w:r>
        <w:t>it is in most of the cases. she is just to compel to take house chores her sole responsibility. she is not provided with chance to enhance her intellect.</w:t>
      </w:r>
    </w:p>
    <w:p>
      <w:pPr>
        <w:jc w:val="right"/>
      </w:pPr>
      <w:r>
        <w:t>اٹ از ان موسٹ آف دا کیسز۔ شی از جسٹ ٹو کمپیل ٹو ٹیک ہاؤس چورز ہر سول ریسپانسبیلٹی۔ شی از ناٹ پرووائیڈڈ ود چانس ٹو انہینس ہر انٹلیکٹ۔</w:t>
      </w:r>
    </w:p>
    <w:p>
      <w:r>
        <w:rPr>
          <w:b/>
        </w:rPr>
        <w:t xml:space="preserve">[34:48] </w:t>
      </w:r>
      <w:r>
        <w:t>if somehow, she manage to get education and then she wants to do intellectual activity like books, reading, or job, or something.</w:t>
      </w:r>
    </w:p>
    <w:p>
      <w:pPr>
        <w:jc w:val="right"/>
      </w:pPr>
      <w:r>
        <w:t>اف سم ہاؤ، شی مینج ٹو گیٹ ایجوکیشن اینڈ دین شی وانٹس ٹو ڈو انٹلیکچول ایکٹیویٹی لائک بکس، ریڈنگ، اور جاب، اور سمتھنگ۔</w:t>
      </w:r>
    </w:p>
    <w:p>
      <w:r>
        <w:rPr>
          <w:b/>
        </w:rPr>
        <w:t xml:space="preserve">[34:59] </w:t>
      </w:r>
      <w:r>
        <w:t>she is not supported at all and regarded as burden. maulana, in islam, woman is dependent on her mehram.</w:t>
      </w:r>
    </w:p>
    <w:p>
      <w:pPr>
        <w:jc w:val="right"/>
      </w:pPr>
      <w:r>
        <w:t>شی از ناٹ سپورٹڈ ایٹ آل اینڈ ریگارڈڈ ایز برڈن۔ مولانا، ان اسلام، وومن از ڈیپینڈنٹ ان ہر مہرم۔</w:t>
      </w:r>
    </w:p>
    <w:p>
      <w:r>
        <w:rPr>
          <w:b/>
        </w:rPr>
        <w:t xml:space="preserve">[35:09] </w:t>
      </w:r>
      <w:r>
        <w:t>but if her mehram doesn't support her, does not regard her intellectual being, and just want her to lead a life of deaf, dumb, and blind.</w:t>
      </w:r>
    </w:p>
    <w:p>
      <w:pPr>
        <w:jc w:val="right"/>
      </w:pPr>
      <w:r>
        <w:t>بٹ اف ہر مہرم ڈزنٹ سپورٹ ہر، ڈز ناٹ ریگارڈ ہر انٹلیکچول بینگ، اینڈ جسٹ وانٹ ہر ٹو لیڈ ا لائف آف ڈیف، ڈم، اینڈ بلائنڈ۔</w:t>
      </w:r>
    </w:p>
    <w:p>
      <w:r>
        <w:rPr>
          <w:b/>
        </w:rPr>
        <w:t xml:space="preserve">[35:20] </w:t>
      </w:r>
      <w:r>
        <w:t>no doubt, it is a miserable life. woman life becomes like a machine, just to do cooking, washing, and dishing, etcetera.</w:t>
      </w:r>
    </w:p>
    <w:p>
      <w:pPr>
        <w:jc w:val="right"/>
      </w:pPr>
      <w:r>
        <w:t>نو ڈاؤٹ، اٹ از ا میزیریبل لائف۔ وومن لائف بیکمز لائک ا مشین، جسٹ ٹو ڈو کوکنگ، واشنگ، اینڈ ڈشنگ، ایٹسٹرہ۔</w:t>
      </w:r>
    </w:p>
    <w:p>
      <w:r>
        <w:rPr>
          <w:b/>
        </w:rPr>
        <w:t xml:space="preserve">[35:29] </w:t>
      </w:r>
      <w:r>
        <w:t>please guide me what is better way to handle such situation and to get a purpose of intellectual being and productive person.</w:t>
      </w:r>
    </w:p>
    <w:p>
      <w:pPr>
        <w:jc w:val="right"/>
      </w:pPr>
      <w:r>
        <w:t>پلیز گائیڈ می واٹ از بیٹر وے ٹو ہینڈل سچ سچویشن اینڈ ٹو گیٹ ا پرپس آف انٹلیکچول بینگ اینڈ پروڈکٹیو پرسن۔</w:t>
      </w:r>
    </w:p>
    <w:p>
      <w:r>
        <w:rPr>
          <w:b/>
        </w:rPr>
        <w:t xml:space="preserve">[35:41] </w:t>
      </w:r>
      <w:r>
        <w:t>" kya is ka just kya hai? maulana, woh basically yeh keh rahi hain ke asian society mein particularly jo woman hai, woh dependent rehti hai apnay mehram par.</w:t>
      </w:r>
    </w:p>
    <w:p>
      <w:pPr>
        <w:jc w:val="right"/>
      </w:pPr>
      <w:r>
        <w:t>" کیا اس کا جسٹ کیا ہے؟ مولانا، وہ بیسکلی یہ کہہ رہی ہیں کہ ایشین سوسائٹی میں پرٹیکولرلی جو وومن ہے، وہ ڈیپینڈنٹ رہتی ہے اپنے مہرم پر۔</w:t>
      </w:r>
    </w:p>
    <w:p>
      <w:r>
        <w:rPr>
          <w:b/>
        </w:rPr>
        <w:t xml:space="preserve">[35:54] </w:t>
      </w:r>
      <w:r>
        <w:t>aur agar woh education lay bhi lay, tab bhi jo intellectual activity agar woh karna chahti hai to us ko karnay hi nahi diya jata hai.</w:t>
      </w:r>
    </w:p>
    <w:p>
      <w:pPr>
        <w:jc w:val="right"/>
      </w:pPr>
      <w:r>
        <w:t>اور اگر وہ ایجوکیشن لے بھی لے، تب بھی جو انٹلیکچول ایکٹیویٹی اگر وہ کرنا چاہتی ہے تو اس کو کرنے ہی نہیں دیا جاتا ہے۔</w:t>
      </w:r>
    </w:p>
    <w:p>
      <w:r>
        <w:rPr>
          <w:b/>
        </w:rPr>
        <w:t xml:space="preserve">[36:05] </w:t>
      </w:r>
      <w:r>
        <w:t>aur ziyada tar us ko ghar kay kaam par mehdood kar diya jata hai. to aisi soorat mein woh kya karay ke jab us ko har cheez kay liye permission leni parti hai aur woh bohat dependent rehti hai?</w:t>
      </w:r>
    </w:p>
    <w:p>
      <w:pPr>
        <w:jc w:val="right"/>
      </w:pPr>
      <w:r>
        <w:t>اور زیادہ تر اس کو گھر کے کام پہ محدود کر دیا جاتا ہے۔ تو ایسی صورت میں وہ کیا کرے کہ جب اس کو ہر چیز کے لیے پرمیشن لینی پڑتی ہے اور وہ بہت ڈیپینڈنٹ رہتی ہے؟</w:t>
      </w:r>
    </w:p>
    <w:p>
      <w:r>
        <w:rPr>
          <w:b/>
        </w:rPr>
        <w:t xml:space="preserve">[36:21] </w:t>
      </w:r>
      <w:r>
        <w:t>what is your guidance? mein samjhta hoon ke yeh generalize kar rahi hain. kuch kuch sector mein aisa hota hai, lekin generalize karna to theek nahi hai.</w:t>
      </w:r>
    </w:p>
    <w:p>
      <w:pPr>
        <w:jc w:val="right"/>
      </w:pPr>
      <w:r>
        <w:t>واٹ از یور گائیڈنس؟ میں سمجھتا ہوں کہ یہ جنرلائز کر رہی ہیں۔ کچھ کچھ سیکٹر میں ایسا ہوتا ہے، لیکن جنرلائز کرنا تو ٹھیک نہیں ہے۔</w:t>
      </w:r>
    </w:p>
    <w:p>
      <w:r>
        <w:rPr>
          <w:b/>
        </w:rPr>
        <w:t xml:space="preserve">[36:35] </w:t>
      </w:r>
      <w:r>
        <w:t>aaj kal to aap jantay hain ke</w:t>
      </w:r>
    </w:p>
    <w:p>
      <w:pPr>
        <w:jc w:val="right"/>
      </w:pPr>
      <w:r>
        <w:t>آج کل تو آپ جانتے ہیں کہ</w:t>
      </w:r>
    </w:p>
    <w:p>
      <w:r>
        <w:rPr>
          <w:b/>
        </w:rPr>
        <w:t xml:space="preserve">[36:40] </w:t>
      </w:r>
      <w:r>
        <w:t>azaadi ka zamanah hai. meray mein UP ka rehne wala hoon, UP mein azamgarh ka. to meray mera jo gaon hai, us gaon kay paas aik aur gaon hai.</w:t>
      </w:r>
    </w:p>
    <w:p>
      <w:pPr>
        <w:jc w:val="right"/>
      </w:pPr>
      <w:r>
        <w:t>آزادی کا زمانہ ہے۔ میرے میں یو پی کا رہنے والا ہوں، یو پی میں آذرگڑھ کا۔ تو میرے میرا جو گاؤں ہے، اس گاؤں کے پاس ایک اور گاؤں ہے۔</w:t>
      </w:r>
    </w:p>
    <w:p>
      <w:r>
        <w:rPr>
          <w:b/>
        </w:rPr>
        <w:t xml:space="preserve">[36:59] </w:t>
      </w:r>
      <w:r>
        <w:t>us gaon ko mein jaanta hoon. to haal mein aisa hua ke us gaon ki aik larki, jis nay parha aur us ko mauqa mila aagay tak parhnay ka,</w:t>
      </w:r>
    </w:p>
    <w:p>
      <w:pPr>
        <w:jc w:val="right"/>
      </w:pPr>
      <w:r>
        <w:t>اس گاؤں کو میں جانتا ہوں۔ تو حال میں ایسا ہوا کہ اس گاؤں کی ایک لڑکی، جس نے پڑھا اور اس کو موقع ملا آگے تک پڑھنے کا،</w:t>
      </w:r>
    </w:p>
    <w:p>
      <w:r>
        <w:rPr>
          <w:b/>
        </w:rPr>
        <w:t xml:space="preserve">[37:17] </w:t>
      </w:r>
      <w:r>
        <w:t>to is ko shoq tha jahaz fly karne ka. to is mein is ki training li, admission mil gaya is ko.</w:t>
      </w:r>
    </w:p>
    <w:p>
      <w:pPr>
        <w:jc w:val="right"/>
      </w:pPr>
      <w:r>
        <w:t>تو اس کو شوق تھا جہاز فلائی کرنے کا۔ تو اس میں اس کی ٹریننگ لی، ایڈمیشن مل گیا اس کو۔</w:t>
      </w:r>
    </w:p>
    <w:p>
      <w:r>
        <w:rPr>
          <w:b/>
        </w:rPr>
        <w:t xml:space="preserve">[37:28] </w:t>
      </w:r>
      <w:r>
        <w:t>yahan tak ke abhi mujhe maloom hua</w:t>
      </w:r>
    </w:p>
    <w:p>
      <w:pPr>
        <w:jc w:val="right"/>
      </w:pPr>
      <w:r>
        <w:t>یہاں تک کہ ابھی مجھے معلوم ہوا</w:t>
      </w:r>
    </w:p>
    <w:p>
      <w:r>
        <w:rPr>
          <w:b/>
        </w:rPr>
        <w:t xml:space="preserve">[37:32] </w:t>
      </w:r>
      <w:r>
        <w:t>ke woh pilot ban gayi. gaon ki ladki pilot ban gayi.</w:t>
      </w:r>
    </w:p>
    <w:p>
      <w:pPr>
        <w:jc w:val="right"/>
      </w:pPr>
      <w:r>
        <w:t>کہ وہ پائلٹ بن گئی۔ گاؤں کی لڑکی پائلٹ بن گئی۔</w:t>
      </w:r>
    </w:p>
    <w:p>
      <w:r>
        <w:rPr>
          <w:b/>
        </w:rPr>
        <w:t xml:space="preserve">[37:42] </w:t>
      </w:r>
      <w:r>
        <w:t>to jab mein is akhbar mein jana tha, abhi mujhe ek aadmi mila is area ka. is se maine confirm kiya to us ne kaha ke haan, pilot ban gayi woh.</w:t>
      </w:r>
    </w:p>
    <w:p>
      <w:pPr>
        <w:jc w:val="right"/>
      </w:pPr>
      <w:r>
        <w:t>تو جب میں اس اخبار میں جانا تھا، ابھی مجھے ایک آدمی ملا اس ایریا کا۔ اس سے میں نے کنفرم کیا تو اس نے کہا کہ ہاں، پائلٹ بن گئی وہ۔</w:t>
      </w:r>
    </w:p>
    <w:p>
      <w:r>
        <w:rPr>
          <w:b/>
        </w:rPr>
        <w:t xml:space="preserve">[37:55] </w:t>
      </w:r>
      <w:r>
        <w:t>to ab ek naya daur bhi aa raha hai sath ساتھ. to aap generalize mat kijiye, aap generalize mat kijiye.</w:t>
      </w:r>
    </w:p>
    <w:p>
      <w:pPr>
        <w:jc w:val="right"/>
      </w:pPr>
      <w:r>
        <w:t>تو اب ایک نیا دور بھی آ رہا ہے ساتھ ساتھ۔ تو آپ جنرلائز مت کیجئے، آپ جنرلائز مت کیجئے۔</w:t>
      </w:r>
    </w:p>
    <w:p>
      <w:r>
        <w:rPr>
          <w:b/>
        </w:rPr>
        <w:t xml:space="preserve">[38:07] </w:t>
      </w:r>
      <w:r>
        <w:t>Maulana, yeh tolerance wali jo baat aap ne batai, is se ek cheez to Maulana bahut clear ho rahi hai ke yeh apne upar laagu karne ka cheez hai.</w:t>
      </w:r>
    </w:p>
    <w:p>
      <w:pPr>
        <w:jc w:val="right"/>
      </w:pPr>
      <w:r>
        <w:t>مولانا، یہ ٹولرنس والی جو بات آپ نے بتائی، اس سے ایک چیز تو مولانا بہت کلیئر ہو رہی ہے کہ یہ اپنے اوپر لاگو کرنے کا چیز ہے۔</w:t>
      </w:r>
    </w:p>
    <w:p>
      <w:r>
        <w:rPr>
          <w:b/>
        </w:rPr>
        <w:t xml:space="preserve">[38:15] </w:t>
      </w:r>
      <w:r>
        <w:t>is ko hum doosre se expect nahi kar sakte. is ko har individual ko apne upar is ko apply karna parega. to yeh application ka mamla hai, self q.</w:t>
      </w:r>
    </w:p>
    <w:p>
      <w:pPr>
        <w:jc w:val="right"/>
      </w:pPr>
      <w:r>
        <w:t>اس کو ہم دوسرے سے ایکسپیکٹ نہیں کر سکتے۔ اس کو ہر انڈیویجول کو اپنے اوپر اس کو اپلائی کرنا پڑے گا۔ تو یہ ایپلیکیشن کا معاملہ ہے، سیلف کیو۔</w:t>
      </w:r>
    </w:p>
    <w:p>
      <w:r>
        <w:rPr>
          <w:b/>
        </w:rPr>
        <w:t xml:space="preserve">[38:26] </w:t>
      </w:r>
      <w:r>
        <w:t>Maulana, Maulana, doosri ek sawal hai meri personal ke jaise hum log doosron ki negativity ko to perceive kar lete hain ya samajh lete hain ke un ke andar yeh negativity hai jab hum un se interact karte hain ya jab un ke behavior ko observe karte hain.</w:t>
      </w:r>
    </w:p>
    <w:p>
      <w:pPr>
        <w:jc w:val="right"/>
      </w:pPr>
      <w:r>
        <w:t>مولانا، مولانا، دوسری ایک سوال ہے میری پرسنل کہ جیسے ہم لوگ دوسروں کی نیگیٹیوٹی کو تو پرسیو کر لیتے ہیں یا سمجھ لیتے ہیں کہ ان کے اندر یہ نیگیٹیوٹی ہے جب ہم ان سے انٹریکٹ کرتے ہیں یا جب ان کے بیہیویئر کو ابزرو کرتے ہیں۔</w:t>
      </w:r>
    </w:p>
    <w:p>
      <w:r>
        <w:rPr>
          <w:b/>
        </w:rPr>
        <w:t xml:space="preserve">[38:40] </w:t>
      </w:r>
      <w:r>
        <w:t>magar kabhi kabhi aisa hota hai ke hum apne bahut sare issues ko ya problems ko samajh nahi paate. hamare andar jo subtle negativities hoti hain, aur woh kabhi kisi case mein jab kisi aur ko zahir bhi hoti hain to hum ko sirf itna hi guide karta hai ke is ka ek is ka ek impact jo ya effect jo woh dekhta hai.</w:t>
      </w:r>
    </w:p>
    <w:p>
      <w:pPr>
        <w:jc w:val="right"/>
      </w:pPr>
      <w:r>
        <w:t>مگر کبھی کبھی ایسا ہوتا ہے کہ ہم اپنے بہت سارے ایشوز کو یا پرابلمز کو سمجھ نہیں پاتے۔ ہمارے اندر جو سبٹل نیگیٹیوٹیز ہوتی ہیں، اور وہ کبھی کسی کیس میں جب کسی اور کو ظاہر بھی ہوتی ہے تو ہم کو صرف اتنا ہی گائیڈ کرتا ہے کہ اس کا ایک اس کا ایک امپیکٹ جو یا ایفیکٹ جو وہ دیکھتا ہے۔</w:t>
      </w:r>
    </w:p>
    <w:p>
      <w:r>
        <w:rPr>
          <w:b/>
        </w:rPr>
        <w:t xml:space="preserve">[39:01] </w:t>
      </w:r>
      <w:r>
        <w:t>suppose hum ne office mein kisi se arrogance se baat kar li to agar woh hamare senior hain to woh hum ko daant denge ke aap ne etiquettes ko follow nahi kiya. theek hai, magar woh yeh nahi batayenge ke yeh aap ka arrogance ka ya aap ke andar arrogance ka ek nature hai jis ki wajah se aap yeh kaam ko aap repeatedly kar rahe hain kisi ke sath.</w:t>
      </w:r>
    </w:p>
    <w:p>
      <w:pPr>
        <w:jc w:val="right"/>
      </w:pPr>
      <w:r>
        <w:t>سپوز ہم نے افس میں کسی سے ایروگنس سے بات کر لی تو اگر وہ ہمارے سینئر ہیں تو وہ ہم کو ڈانٹ دیں گے کہ آپ نے ایٹیکویٹس کو فالو نہیں کیا۔ ٹھیک ہے، مگر وہ یہ نہیں بتائیں گے کہ یہ آپ کا ایروگنس کا یا آپ کے اندر ایروگنس کا ایک نیچر ہے جس کی وجہ سے آپ یہ کام کو آپ ریپیٹیٹڈلی کر رہے ہیں کسی کے ساتھ۔</w:t>
      </w:r>
    </w:p>
    <w:p>
      <w:r>
        <w:rPr>
          <w:b/>
        </w:rPr>
        <w:t xml:space="preserve">[39:19] </w:t>
      </w:r>
      <w:r>
        <w:t>to hum aise cases mein kaise identify karein apni subtle negativity ko? kya just hai is ka?</w:t>
      </w:r>
    </w:p>
    <w:p>
      <w:pPr>
        <w:jc w:val="right"/>
      </w:pPr>
      <w:r>
        <w:t>تو ہم ایسے کیسز میں کیسے آئیڈینٹیفائی کریں اپنی سبٹل نیگیٹیوٹی کو؟ کیا جسٹ ہے اس کا؟</w:t>
      </w:r>
    </w:p>
    <w:p>
      <w:r>
        <w:rPr>
          <w:b/>
        </w:rPr>
        <w:t xml:space="preserve">[39:31] </w:t>
      </w:r>
      <w:r>
        <w:t>just bilal yeh keh rahe hain ke ek cheez jo aaj aap ke talk ke baad jo samajh aayi woh yeh ke tolerance khud ke upar applicable hota hai, na ke doosre ke upar.</w:t>
      </w:r>
    </w:p>
    <w:p>
      <w:pPr>
        <w:jc w:val="right"/>
      </w:pPr>
      <w:r>
        <w:t>جسٹ بلال یہ کہہ رہے ہیں کہ ایک چیز جو آج آپ کے ٹاک کے بعد جو سمجھ آئی وہ یہ کہ ٹولرنس خود کے اوپر ایپلیکیبل ہوتا ہے، نہ کہ دوسرے کے اوپر۔</w:t>
      </w:r>
    </w:p>
    <w:p>
      <w:r>
        <w:rPr>
          <w:b/>
        </w:rPr>
        <w:t xml:space="preserve">[39:45] </w:t>
      </w:r>
      <w:r>
        <w:t>matlab hamein khud jo hai tolerance ka behavior ikhtiyar karna hai, na ke hum zabardasti kisi aur ko yeh bolein ke woh tolerant ho.</w:t>
      </w:r>
    </w:p>
    <w:p>
      <w:pPr>
        <w:jc w:val="right"/>
      </w:pPr>
      <w:r>
        <w:t>مطلب ہمیں خود جو ہے ٹولرنس کا بیہیویئر اختیار کرنا ہے، نہ کہ ہم زبردستی کسی اور کو یہ بولیں کہ وہ ٹولرنٹ ہو۔</w:t>
      </w:r>
    </w:p>
    <w:p>
      <w:r>
        <w:rPr>
          <w:b/>
        </w:rPr>
        <w:t xml:space="preserve">[39:55] </w:t>
      </w:r>
      <w:r>
        <w:t>to pehli baat to yeh thi un ki. doosri baat un ki yeh thi ke aksar hum doosron mein negativity dhoondhte hain ya un ki mistakes dhoondhte hain.</w:t>
      </w:r>
    </w:p>
    <w:p>
      <w:pPr>
        <w:jc w:val="right"/>
      </w:pPr>
      <w:r>
        <w:t>تو پہلی بات تو یہ تھی ان کی۔ دوسری بات ان کی یہ تھی کہ اکثر ہم دوسروں میں نیگیٹیوٹی ڈھونڈتے ہیں یا ان کی مسٹیکس ڈھونڈتے ہیں۔</w:t>
      </w:r>
    </w:p>
    <w:p>
      <w:r>
        <w:rPr>
          <w:b/>
        </w:rPr>
        <w:t xml:space="preserve">[40:05] </w:t>
      </w:r>
      <w:r>
        <w:t>hum khud apne behavior ko nahi dekhte. lekin yahan pe Maulana un ka sawal yeh hai ke jaise unhone example diya ke office mein agar koi mistake hoti hai to jo senior hote hain woh yeh bolte hain ke bhai aap ka bada arrogant ravaiya hai, lekin woh jo main problem hoti hai us ko identify nahi karte hain.</w:t>
      </w:r>
    </w:p>
    <w:p>
      <w:pPr>
        <w:jc w:val="right"/>
      </w:pPr>
      <w:r>
        <w:t>ہم خود اپنے بیہیویئر کو نہیں دیکھتے۔ لیکن یہاں پہ مولانا ان کا سوال یہ ہے کہ جیسے انہوں نے ایگزیمپل دیا کہ افس میں اگر کوئی مسٹیک ہوتی ہے تو جو سینئر ہوتے ہیں وہ یہ بولتے ہیں کہ بھئی آپ کا بڑا ایروگنٹ رویہ ہے، لیکن وہ جو مین پرابلم ہوتی ہے اس کو آئیڈینٹیفائی نہیں کرتے ہیں۔</w:t>
      </w:r>
    </w:p>
    <w:p>
      <w:r>
        <w:rPr>
          <w:b/>
        </w:rPr>
        <w:t xml:space="preserve">[40:29] </w:t>
      </w:r>
      <w:r>
        <w:t>to woh is tarah se pata nahi chal pata ke hamare andar kya khami hai, kya negativity hai. to yeh yeh kaise hum is ko daryaft kar sakte hain ke hamare andar kya kami hai ya kya negativity hai,</w:t>
      </w:r>
    </w:p>
    <w:p>
      <w:pPr>
        <w:jc w:val="right"/>
      </w:pPr>
      <w:r>
        <w:t>تو وہ اس طریقے سے پتہ نہیں چل پاتا کہ ہمارے اندر کیا خامی ہے، کیا نیگیٹیوٹی ہے۔ تو یہ یہ کیسے ہم اس کو دریافت کر سکتے ہیں کہ ہمارے اندر کیا کمی ہے یا کیا نیگیٹیوٹی ہے،</w:t>
      </w:r>
    </w:p>
    <w:p>
      <w:r>
        <w:rPr>
          <w:b/>
        </w:rPr>
        <w:t xml:space="preserve">[40:42] </w:t>
      </w:r>
      <w:r>
        <w:t>is ka kya tareeqa hai?</w:t>
      </w:r>
    </w:p>
    <w:p>
      <w:pPr>
        <w:jc w:val="right"/>
      </w:pPr>
      <w:r>
        <w:t>اس کا کیا طریقہ ہے؟</w:t>
      </w:r>
    </w:p>
    <w:p>
      <w:r>
        <w:rPr>
          <w:b/>
        </w:rPr>
        <w:t xml:space="preserve">[40:49] </w:t>
      </w:r>
      <w:r>
        <w:t>kya sir, kya just hai is ka? balkeh just hai subject.</w:t>
      </w:r>
    </w:p>
    <w:p>
      <w:pPr>
        <w:jc w:val="right"/>
      </w:pPr>
      <w:r>
        <w:t>کی سر، کیا جسٹ ہے اس کا؟ بلکہ جسٹ ہے سبجیکٹ۔</w:t>
      </w:r>
    </w:p>
    <w:p>
      <w:r>
        <w:rPr>
          <w:b/>
        </w:rPr>
        <w:t xml:space="preserve">[41:02] </w:t>
      </w:r>
      <w:r>
        <w:t>in short, in short bataiye. In short, how should one be able to identify one's shortcomings?</w:t>
      </w:r>
    </w:p>
    <w:p>
      <w:pPr>
        <w:jc w:val="right"/>
      </w:pPr>
      <w:r>
        <w:t>ان شارٹ، ان شارٹ بتائیے۔ ان شارٹ، ہاؤ شوڈ ون بی ایبل ٹو آئیڈینٹیفائی ونز شارٹ کمنگز؟</w:t>
      </w:r>
    </w:p>
    <w:p>
      <w:r>
        <w:rPr>
          <w:b/>
        </w:rPr>
        <w:t xml:space="preserve">[41:12] </w:t>
      </w:r>
      <w:r>
        <w:t>hum apni shortcomings ko khud se kaise discover kar sakte hain?</w:t>
      </w:r>
    </w:p>
    <w:p>
      <w:pPr>
        <w:jc w:val="right"/>
      </w:pPr>
      <w:r>
        <w:t>ہم اپنی شارٹ کمنگز کو خود سے کیسے ڈسکور کر سکتے ہیں؟</w:t>
      </w:r>
    </w:p>
    <w:p>
      <w:r>
        <w:rPr>
          <w:b/>
        </w:rPr>
        <w:t xml:space="preserve">[41:20] </w:t>
      </w:r>
      <w:r>
        <w:t>dekhiye, is ka do tareeqa hai. ek to hai introspection, khud apna ihtisab karna.</w:t>
      </w:r>
    </w:p>
    <w:p>
      <w:pPr>
        <w:jc w:val="right"/>
      </w:pPr>
      <w:r>
        <w:t>دیکھیے، اس کا دو طریقہ ہے۔ ایک تو ہے انٹراسپیکشن، خود اپنا احتساب کرنا۔</w:t>
      </w:r>
    </w:p>
    <w:p>
      <w:r>
        <w:rPr>
          <w:b/>
        </w:rPr>
        <w:t xml:space="preserve">[41:33] </w:t>
      </w:r>
      <w:r>
        <w:t>introspection. doosri yeh ke agar koi criticize karta hai to afraid na hona. do cheezein hain.</w:t>
      </w:r>
    </w:p>
    <w:p>
      <w:pPr>
        <w:jc w:val="right"/>
      </w:pPr>
      <w:r>
        <w:t>انٹراسپیکشن۔ دوسری یہ کہ اگر کوئی کریٹیسائز کرتا ہے تو افریڈ نہ ہونا۔ دو چیزیں ہیں۔</w:t>
      </w:r>
    </w:p>
    <w:p>
      <w:r>
        <w:rPr>
          <w:b/>
        </w:rPr>
        <w:t xml:space="preserve">[41:46] </w:t>
      </w:r>
      <w:r>
        <w:t>doosron ki taraf se criticism aata hai to aap afraid na hon. is se sochen, use sochen.</w:t>
      </w:r>
    </w:p>
    <w:p>
      <w:pPr>
        <w:jc w:val="right"/>
      </w:pPr>
      <w:r>
        <w:t>دوسروں کی طرف سے کریٹیسز آتا ہے تو آپ افریڈ نہ ہوں۔ اس سے سوچیں، اسے سوچیں۔</w:t>
      </w:r>
    </w:p>
    <w:p>
      <w:r>
        <w:rPr>
          <w:b/>
        </w:rPr>
        <w:t xml:space="preserve">[41:58] </w:t>
      </w:r>
      <w:r>
        <w:t>aur doosri yeh ke aap apne apne bare mein introspection karein. yeh yeh fitri, yeh nature tareeqa hai.</w:t>
      </w:r>
    </w:p>
    <w:p>
      <w:pPr>
        <w:jc w:val="right"/>
      </w:pPr>
      <w:r>
        <w:t>اور دوسری یہ کہ آپ اپنے اپنے بارے میں انٹراسپیکشن کریں۔ یہ یہ فطری، یہ نیچر طریقہ ہے۔</w:t>
      </w:r>
    </w:p>
    <w:p>
      <w:r>
        <w:rPr>
          <w:b/>
        </w:rPr>
        <w:t xml:space="preserve">[42:13] </w:t>
      </w:r>
      <w:r>
        <w:t>Maulana Miss Shabana Ansari ne Pakistan se sawal bheja hai. unhone likha hai: "is it necessary to answer the objections of human beings who ask questions about Islam and Prophet or just tolerant and be patient"</w:t>
      </w:r>
    </w:p>
    <w:p>
      <w:pPr>
        <w:jc w:val="right"/>
      </w:pPr>
      <w:r>
        <w:t>مولانا مس شبانہ انصاری نے پاکستان سے سوال بھیجا ہے۔ انہوں نے لکھا ہے: "از اٹ نیسیسری ٹو انسر دی ابجیکشنز اف ہیومن بینگز ہو اسک کوئسچن اباؤٹ اسلام اینڈ پرافٹ اور جسٹ ٹولرنٹ اینڈ بی پیشن</w:t>
      </w:r>
    </w:p>
    <w:p>
      <w:r>
        <w:rPr>
          <w:b/>
        </w:rPr>
        <w:t xml:space="preserve">[42:33] </w:t>
      </w:r>
      <w:r>
        <w:t>t? what is your guidance in this?" kya matlab hua? maulana, woh yeh janna chah rahi hain ke agar kisi se baat ho rahi hai, conversation ho raha hai, aur woh objection raise kar rahe hain islam ko le ke aur prophet ko le ke, to aisi situation mein kya unke objections ka jawab dena chahiye ya simply sabr kar ke unko tolerate kar lena chahiye?</w:t>
      </w:r>
    </w:p>
    <w:p>
      <w:pPr>
        <w:jc w:val="right"/>
      </w:pPr>
      <w:r>
        <w:t>ٹ؟ واٹ از یور گائیڈنس ان دس؟" کیا مطلب ہوا؟ مولانا، وہ یہ جاننا چاہ رہی ہیں کہ اگر کسی سے بات ہو رہی ہے، کنورسیشن ہو رہا ہے، اور وہ ابجیکشن ریز کر رہے ہیں اسلام کو لے کے اور پرافٹ کو لے کے، تو ایسی سچویشن میں کیا ان کے ابجیکشنز کا جواب دینا چاہیے یا سمپلی صبر کر کے ان کو ٹولریٹ کر لینا چاہیے؟</w:t>
      </w:r>
    </w:p>
    <w:p>
      <w:r>
        <w:rPr>
          <w:b/>
        </w:rPr>
        <w:t xml:space="preserve">[43:01] </w:t>
      </w:r>
      <w:r>
        <w:t>bhai, woh apne right istemal kar raha hai. jo aadmi koi baat keh raha hai, chahe woh prophet ke khilaf ho, mazhab ke khilaf ho, to apne right ko istemal kar raha hai.</w:t>
      </w:r>
    </w:p>
    <w:p>
      <w:pPr>
        <w:jc w:val="right"/>
      </w:pPr>
      <w:r>
        <w:t>بھئی، وہ اپنے رائٹ استعمال کر رہا ہے۔ جو آدمی کوئی بات کہہ رہا ہے، چاہے وہ پرافٹ کے خلاف ہو، مذہب کے خلاف ہو، تو اپنے رائٹ کو استعمال کر رہا ہے۔</w:t>
      </w:r>
    </w:p>
    <w:p>
      <w:r>
        <w:rPr>
          <w:b/>
        </w:rPr>
        <w:t xml:space="preserve">[43:16] </w:t>
      </w:r>
      <w:r>
        <w:t>karne dijiye us ko. ab aap ke paas agar jawab hai to jawab dijiye. farz kijiye ke jawab nahi hai aap ke paas to chup ho jaiye, target kijiye.</w:t>
      </w:r>
    </w:p>
    <w:p>
      <w:pPr>
        <w:jc w:val="right"/>
      </w:pPr>
      <w:r>
        <w:t>کرنے دیجئے اس کو۔ اب آپ کے پاس اگر جواب ہے تو جواب دیجئے۔ فرض کیجئے کہ جواب نہیں ہے آپ کے پاس تو چپ ہو جائیے، ٹارگٹ کیجئے۔</w:t>
      </w:r>
    </w:p>
    <w:p>
      <w:r>
        <w:rPr>
          <w:b/>
        </w:rPr>
        <w:t xml:space="preserve">[43:32] </w:t>
      </w:r>
      <w:r>
        <w:t>agar aap aggressive ho jayen aur kahein ke us ko maro, us ko, woh to bilkul galat hai.</w:t>
      </w:r>
    </w:p>
    <w:p>
      <w:pPr>
        <w:jc w:val="right"/>
      </w:pPr>
      <w:r>
        <w:t>اگر آپ ایگریسو ہو جائیں اور کہیں کہ اس کو مارو، اس کو، وہ تو بالکل غلط ہے۔</w:t>
      </w:r>
    </w:p>
    <w:p>
      <w:r>
        <w:rPr>
          <w:b/>
        </w:rPr>
        <w:t xml:space="preserve">[43:44] </w:t>
      </w:r>
      <w:r>
        <w:t>ji, maulana karachi se nushat shafqat sahib ne likha hai: "subhan allah sir, you are a true scholar of islam.</w:t>
      </w:r>
    </w:p>
    <w:p>
      <w:pPr>
        <w:jc w:val="right"/>
      </w:pPr>
      <w:r>
        <w:t>جی، مولانا کراچی سے نوشاد شفقات صاحب نے لکھا ہے: "سبحان اللہ سر، یو آر ا ٹرو سکالر اف اسلام۔</w:t>
      </w:r>
    </w:p>
    <w:p>
      <w:r>
        <w:rPr>
          <w:b/>
        </w:rPr>
        <w:t xml:space="preserve">[43:57] </w:t>
      </w:r>
      <w:r>
        <w:t>my question is: does tolerance mean staying quiet against injustice too?" agar injustice hai?</w:t>
      </w:r>
    </w:p>
    <w:p>
      <w:pPr>
        <w:jc w:val="right"/>
      </w:pPr>
      <w:r>
        <w:t>مائی کوئسچن از: ڈز ٹولرنس مین سٹینگ کوائٹ اگینسٹ انجسٹس ٹو؟" اگر انجسٹس ہے؟</w:t>
      </w:r>
    </w:p>
    <w:p>
      <w:r>
        <w:rPr>
          <w:b/>
        </w:rPr>
        <w:t xml:space="preserve">[44:08] </w:t>
      </w:r>
      <w:r>
        <w:t>dekhein, injustice jo hai ek related term hai. aap kahenge jis cheez ko injustice, woh doosre ke liye injustice nahi hoga.</w:t>
      </w:r>
    </w:p>
    <w:p>
      <w:pPr>
        <w:jc w:val="right"/>
      </w:pPr>
      <w:r>
        <w:t>دیکھیں، انجسٹس جو ہے ایک ریلیٹڈ ٹرم ہے۔ آپ کہیں گے جس چیز کو انجسٹس، وہ دوسرے کے لیے انجسٹس نہیں ہوگا۔</w:t>
      </w:r>
    </w:p>
    <w:p>
      <w:r>
        <w:rPr>
          <w:b/>
        </w:rPr>
        <w:t xml:space="preserve">[44:20] </w:t>
      </w:r>
      <w:r>
        <w:t>injustice ek ek</w:t>
      </w:r>
    </w:p>
    <w:p>
      <w:pPr>
        <w:jc w:val="right"/>
      </w:pPr>
      <w:r>
        <w:t>انجسٹس ایک ایک</w:t>
      </w:r>
    </w:p>
    <w:p>
      <w:r>
        <w:rPr>
          <w:b/>
        </w:rPr>
        <w:t xml:space="preserve">[44:27] </w:t>
      </w:r>
      <w:r>
        <w:t>related term hai, yaad rakhiye.</w:t>
      </w:r>
    </w:p>
    <w:p>
      <w:pPr>
        <w:jc w:val="right"/>
      </w:pPr>
      <w:r>
        <w:t>ریلیٹڈ ٹرم ہے، یاد رکھیے۔</w:t>
      </w:r>
    </w:p>
    <w:p>
      <w:r>
        <w:rPr>
          <w:b/>
        </w:rPr>
        <w:t xml:space="preserve">[44:32] </w:t>
      </w:r>
      <w:r>
        <w:t>rasool allah to sirf rasool thay. to madina mein ek baar aap ne kuch logon ko kuch taqseem kiya,</w:t>
      </w:r>
    </w:p>
    <w:p>
      <w:pPr>
        <w:jc w:val="right"/>
      </w:pPr>
      <w:r>
        <w:t>رسول اللہ تو صرف رسول تھے۔ تو مدینہ میں ایک بار آپ نے کچھ لوگوں کو کچھ تقسیم کیا،</w:t>
      </w:r>
    </w:p>
    <w:p>
      <w:r>
        <w:rPr>
          <w:b/>
        </w:rPr>
        <w:t xml:space="preserve">[44:46] </w:t>
      </w:r>
      <w:r>
        <w:t>kuch maal. to ek sahabi jo momin thay, ansari thay, woh unhone rasool allah ke samne aa kar kaha: "wallah ma adalta!" khuda ki qasam, aap ne adl nahi kiya, justice nahi kiya.</w:t>
      </w:r>
    </w:p>
    <w:p>
      <w:pPr>
        <w:jc w:val="right"/>
      </w:pPr>
      <w:r>
        <w:t>کچھ مال۔ تو ایک صحابی جو مومن تھے، انصاری تھے، وہ انہوں نے رسول اللہ کے سامنے آ کر کہا: "واللہ ما عدلتا!" خدا کی قسم، آپ نے عدل نہیں کیا، جسٹس نہیں کیا۔</w:t>
      </w:r>
    </w:p>
    <w:p>
      <w:r>
        <w:rPr>
          <w:b/>
        </w:rPr>
        <w:t xml:space="preserve">[45:09] </w:t>
      </w:r>
      <w:r>
        <w:t>yeh ek sahabi ka waqia hai. to yeh yaad rakhiye, yeh justice aur injustice dono dono jo hain, woh aisa nahi hai ke koi ek aur do ki tarah hain,</w:t>
      </w:r>
    </w:p>
    <w:p>
      <w:pPr>
        <w:jc w:val="right"/>
      </w:pPr>
      <w:r>
        <w:t>یہ ایک صحابی کا واقعہ ہے۔ تو یہ یاد رکھیے، یہ جسٹس اور انجسٹس دونوں دونوں جو ہیں، وہ ایسا نہیں ہے کہ کوئی ایک اور دو کی طرح ہیں،</w:t>
      </w:r>
    </w:p>
    <w:p>
      <w:r>
        <w:rPr>
          <w:b/>
        </w:rPr>
        <w:t xml:space="preserve">[45:26] </w:t>
      </w:r>
      <w:r>
        <w:t>do aur do char ki tarah hain. aisa nahi hai, do aur do char ki tarah nahi hai. related term hai, relative.</w:t>
      </w:r>
    </w:p>
    <w:p>
      <w:pPr>
        <w:jc w:val="right"/>
      </w:pPr>
      <w:r>
        <w:t>دو اور دو چار کی طرح ہیں۔ ایسا نہیں ہے، دو اور دو چار کی طرح نہیں ہے۔ ریلیٹڈ ٹرم ہے، ریلیٹو۔</w:t>
      </w:r>
    </w:p>
    <w:p>
      <w:r>
        <w:rPr>
          <w:b/>
        </w:rPr>
        <w:t xml:space="preserve">[45:36] </w:t>
      </w:r>
      <w:r>
        <w:t>agar aap related na manen to rasool allah ke khilaf jo woh kehta hai ke "wallah ma adalta", us ko sahi manna padega.</w:t>
      </w:r>
    </w:p>
    <w:p>
      <w:pPr>
        <w:jc w:val="right"/>
      </w:pPr>
      <w:r>
        <w:t>اگر آپ ریلیٹڈ نہ مانیں تو رسول اللہ کے خلاف جو وہ کہتا ہے کہ "واللہ ما عدلتا"، اس کو صحیح ماننا پڑے گا۔</w:t>
      </w:r>
    </w:p>
    <w:p>
      <w:r>
        <w:rPr>
          <w:b/>
        </w:rPr>
        <w:t xml:space="preserve">[45:48] </w:t>
      </w:r>
      <w:r>
        <w:t>maulana, ek sawal shah rukh sahib ne kiya hai pakistan se. unhone kaha hai ke maulana sahib, hum naujawanon ke liye koi khaas paigham aap ka hai to bataiye.</w:t>
      </w:r>
    </w:p>
    <w:p>
      <w:pPr>
        <w:jc w:val="right"/>
      </w:pPr>
      <w:r>
        <w:t>مولانا، ایک سوال شاہ رخ صاحب نے کیا ہے پاکستان سے۔ انہوں نے کہا ہے کہ مولانا صاحب، ہم نوجوانوں کے لیے کوئی خاص پیغام آپ کا ہے تو بتائیے۔</w:t>
      </w:r>
    </w:p>
    <w:p>
      <w:r>
        <w:rPr>
          <w:b/>
        </w:rPr>
        <w:t xml:space="preserve">[46:06] </w:t>
      </w:r>
      <w:r>
        <w:t>matlab ek hi ek hi hai: "main main se parho, party se door raho, party se door raho aur khoob main se parho." bas.</w:t>
      </w:r>
    </w:p>
    <w:p>
      <w:pPr>
        <w:jc w:val="right"/>
      </w:pPr>
      <w:r>
        <w:t>مطلب ایک ہی ایک ہی ہے: "میں میں سے پڑھو، پارٹی سے دور رہو، پارٹی سے دور رہو اور خوب میں سے پڑھو۔" بس۔</w:t>
      </w:r>
    </w:p>
    <w:p>
      <w:r>
        <w:rPr>
          <w:b/>
        </w:rPr>
        <w:t xml:space="preserve">[46:28] </w:t>
      </w:r>
      <w:r>
        <w:t>maulana, i have a question about myself</w:t>
      </w:r>
    </w:p>
    <w:p>
      <w:pPr>
        <w:jc w:val="right"/>
      </w:pPr>
      <w:r>
        <w:t>مولانا، آئی ہیو ا کوئسچن اباؤٹ مائی سیلف</w:t>
      </w:r>
    </w:p>
    <w:p>
      <w:r>
        <w:rPr>
          <w:b/>
        </w:rPr>
        <w:t xml:space="preserve">[46:31] </w:t>
      </w:r>
      <w:r>
        <w:t>hongi. i have always stayed away from confrontation. shuru se, from the very beginning, i stayed away from confrontation. but usually kya hota hai ke i do, i stayed away from confrontation, but my first reaction is of anger.</w:t>
      </w:r>
    </w:p>
    <w:p>
      <w:pPr>
        <w:jc w:val="right"/>
      </w:pPr>
      <w:r>
        <w:t>ہونگی۔ آئی ہیو آلویز سٹیڈ اوے فرام کنفرنٹیشن۔ شروع سے، فرام دا ویری بگننگ، آئی سٹیڈ اوے فرام کنفرنٹیشن۔ بٹ یوزلی کیا ہوتا ہے کہ آئی دو، آئی سٹیڈ اوے فرام کنفرنٹیشن، بٹ مائی فرسٹ ری ایکشن از اف اینگر۔</w:t>
      </w:r>
    </w:p>
    <w:p>
      <w:r>
        <w:rPr>
          <w:b/>
        </w:rPr>
        <w:t xml:space="preserve">[46:47] </w:t>
      </w:r>
      <w:r>
        <w:t>all though, i control my anger within one or two minutes, but the first reaction is of anger. to mera sawal yeh hai ke kya meri pakad hogi is ke liye ke nahi?</w:t>
      </w:r>
    </w:p>
    <w:p>
      <w:pPr>
        <w:jc w:val="right"/>
      </w:pPr>
      <w:r>
        <w:t>آل دو، آئی کنٹرول مائی اینگر ود ان ون اور ٹو منٹس، بٹ دا فرسٹ ری ایکشن از اف اینگر۔ تو میرا سوال یہ ہے کہ کیا میری پکڑ ہوگی اس کے لیے کہ نہیں؟</w:t>
      </w:r>
    </w:p>
    <w:p>
      <w:r>
        <w:rPr>
          <w:b/>
        </w:rPr>
        <w:t xml:space="preserve">[46:57] </w:t>
      </w:r>
      <w:r>
        <w:t>do, that anger is not, i don't outwardly show my anger, but inwardly, i have anger in me. to kya woh pakad hogi?</w:t>
      </w:r>
    </w:p>
    <w:p>
      <w:pPr>
        <w:jc w:val="right"/>
      </w:pPr>
      <w:r>
        <w:t>دو، دیٹ اینگر از ناٹ، آئی ڈونٹ آؤٹ ورڈلی شو مائی اینگر، بٹ انورڈز، آئی ہیو اینگر ان می۔ تو کیا وہ پکڑ ہوگی؟</w:t>
      </w:r>
    </w:p>
    <w:p>
      <w:r>
        <w:rPr>
          <w:b/>
        </w:rPr>
        <w:t xml:space="preserve">[47:06] </w:t>
      </w:r>
      <w:r>
        <w:t>and second question is: how to get rid of this anger?</w:t>
      </w:r>
    </w:p>
    <w:p>
      <w:pPr>
        <w:jc w:val="right"/>
      </w:pPr>
      <w:r>
        <w:t>اور سیکنڈ کوئسچن از: ہاؤ ٹو گیٹ ریڈ اف دس اینگر؟</w:t>
      </w:r>
    </w:p>
    <w:p>
      <w:r>
        <w:rPr>
          <w:b/>
        </w:rPr>
        <w:t xml:space="preserve">[47:12] </w:t>
      </w:r>
      <w:r>
        <w:t>kya yeh status hai?</w:t>
      </w:r>
    </w:p>
    <w:p>
      <w:pPr>
        <w:jc w:val="right"/>
      </w:pPr>
      <w:r>
        <w:t>کیا یہ سٹیٹس ہے؟</w:t>
      </w:r>
    </w:p>
    <w:p>
      <w:r>
        <w:rPr>
          <w:b/>
        </w:rPr>
        <w:t xml:space="preserve">[47:18] </w:t>
      </w:r>
      <w:r>
        <w:t>maulana nadeem ka sawal hai ke woh yeh keh rahe hain ke shuru se jo meri approach rahi hai, woh non-confrontational approach rahi hai.</w:t>
      </w:r>
    </w:p>
    <w:p>
      <w:pPr>
        <w:jc w:val="right"/>
      </w:pPr>
      <w:r>
        <w:t>مولانا ندیم کا سوال ہے کہ وہ یہ کہہ رہے ہیں کہ شروع سے جو میری اپروچ رہی ہے، وہ نان کنفرنٹیشنل اپروچ رہی ہے۔</w:t>
      </w:r>
    </w:p>
    <w:p>
      <w:r>
        <w:rPr>
          <w:b/>
        </w:rPr>
        <w:t xml:space="preserve">[47:28] </w:t>
      </w:r>
      <w:r>
        <w:t>main kabhi confrontational approach maine kabhi nahi adopt ki hai. lekin aksar aisa hota hai ke mere ko gussa jab aa jata hai to gussa aa jata hai.</w:t>
      </w:r>
    </w:p>
    <w:p>
      <w:pPr>
        <w:jc w:val="right"/>
      </w:pPr>
      <w:r>
        <w:t>میں کبھی کنفرنٹیشنل اپروچ میں نے کبھی نہیں اڈاپٹ کی ہے۔ لیکن اکثر ایسا ہوتا ہے کہ میرے کو غصہ جب آ جاتا ہے تو غصہ آ جاتا ہے۔</w:t>
      </w:r>
    </w:p>
    <w:p>
      <w:r>
        <w:rPr>
          <w:b/>
        </w:rPr>
        <w:t xml:space="preserve">[47:40] </w:t>
      </w:r>
      <w:r>
        <w:t>aksar mujhe gussa aa jata hai aur galat kaam, koi galat kaam ho to aksar mujhe gussa aa jata hai. to woh ek do minute ke liye gussa rehta hai mere andar, us ko main bahar zahir nahi karta ya us se main confrontation nahi karta, lekin woh gussa rehta hai mere andar.</w:t>
      </w:r>
    </w:p>
    <w:p>
      <w:pPr>
        <w:jc w:val="right"/>
      </w:pPr>
      <w:r>
        <w:t>اکثر مجھے غصہ آ جاتا ہے اور غلط کام، کوئی غلط کام ہو تو اکثر مجھے غصہ آ جاتا ہے۔ تو وہ ایک دو منٹ کے لیے غصہ رہتا ہے میرے اندر، اس کو میں باہر ظاہر نہیں کرتا یا اس سے میں کنفرنٹیشن نہیں کرتا، لیکن وہ غصہ رہتا ہے میرے اندر۔</w:t>
      </w:r>
    </w:p>
    <w:p>
      <w:r>
        <w:rPr>
          <w:b/>
        </w:rPr>
        <w:t xml:space="preserve">[47:56] </w:t>
      </w:r>
      <w:r>
        <w:t>to mera sawal yeh hai ke kya meri is ghusse ko le ke meri pakad hogi? aur doosra sawal yeh hai ke kaise main yeh manage karoon is ghusse ko?</w:t>
      </w:r>
    </w:p>
    <w:p>
      <w:pPr>
        <w:jc w:val="right"/>
      </w:pPr>
      <w:r>
        <w:t>تو میرا سوال یہ ہے کہ کیا میری اس غصے کو لے کے میری پکڑ ہوگی؟ اور دوسرا سوال یہ ہے کہ کیسے میں یہ مینج کروں اس غصے کو؟</w:t>
      </w:r>
    </w:p>
    <w:p>
      <w:r>
        <w:rPr>
          <w:b/>
        </w:rPr>
        <w:t xml:space="preserve">[48:08] </w:t>
      </w:r>
      <w:r>
        <w:t>bhai, dekhen, mera bhi yahi exactly problem tha, ghussa. to aksar main apne ghusse ke waqiat ko remind karta hoon,</w:t>
      </w:r>
    </w:p>
    <w:p>
      <w:pPr>
        <w:jc w:val="right"/>
      </w:pPr>
      <w:r>
        <w:t>بھائی، دیکھیں، میرا بھی یہی ایگزیکٹلی پرابلم تھا، غصہ۔ تو اکثر میں اپنے غصے کے واقعات کو ریمائنڈ کرتا ہوں،</w:t>
      </w:r>
    </w:p>
    <w:p>
      <w:r>
        <w:rPr>
          <w:b/>
        </w:rPr>
        <w:t xml:space="preserve">[48:24] </w:t>
      </w:r>
      <w:r>
        <w:t>recal karta hoon,</w:t>
      </w:r>
    </w:p>
    <w:p>
      <w:pPr>
        <w:jc w:val="right"/>
      </w:pPr>
      <w:r>
        <w:t>ریکال کرتا ہوں،</w:t>
      </w:r>
    </w:p>
    <w:p>
      <w:r>
        <w:rPr>
          <w:b/>
        </w:rPr>
        <w:t xml:space="preserve">[48:28] </w:t>
      </w:r>
      <w:r>
        <w:t>recal karta hoon. abhi bhi maine apne ek ghusse ko recall kiya, abhi yeh baithe baithe. to maine paya ke ghussa maine kiya tha kisi aur ke khilaf, lekin iska last mujhe khud hua,</w:t>
      </w:r>
    </w:p>
    <w:p>
      <w:pPr>
        <w:jc w:val="right"/>
      </w:pPr>
      <w:r>
        <w:t>ریکال کرتا ہوں۔ ابھی بھی میں نے اپنے ایک غصے کو ریکال کیا، ابھی یہ بیٹھے بیٹھے۔ تو میں نے پایا کہ غصہ میں نے کیا تھا کسی اور کے خلاف، لیکن اس کا لاسٹ مجھے خود ہوا،</w:t>
      </w:r>
    </w:p>
    <w:p>
      <w:r>
        <w:rPr>
          <w:b/>
        </w:rPr>
        <w:t xml:space="preserve">[48:46] </w:t>
      </w:r>
      <w:r>
        <w:t>doosre ko nahi hua.</w:t>
      </w:r>
    </w:p>
    <w:p>
      <w:pPr>
        <w:jc w:val="right"/>
      </w:pPr>
      <w:r>
        <w:t>دوسرے کو نہیں ہوا۔</w:t>
      </w:r>
    </w:p>
    <w:p>
      <w:r>
        <w:rPr>
          <w:b/>
        </w:rPr>
        <w:t xml:space="preserve">[48:52] </w:t>
      </w:r>
      <w:r>
        <w:t>misalan ek martaba, bohat pehle ki baat hai,</w:t>
      </w:r>
    </w:p>
    <w:p>
      <w:pPr>
        <w:jc w:val="right"/>
      </w:pPr>
      <w:r>
        <w:t>مثلاً ایک مرتبہ، بہت پہلے کی بات ہے،</w:t>
      </w:r>
    </w:p>
    <w:p>
      <w:r>
        <w:rPr>
          <w:b/>
        </w:rPr>
        <w:t xml:space="preserve">[48:58] </w:t>
      </w:r>
      <w:r>
        <w:t>jawani ke umar mein kuch bachche aa gaye mere ghar ke darwaze par, lage kuch khat khat karne, kuch shararat ke taur par.</w:t>
      </w:r>
    </w:p>
    <w:p>
      <w:pPr>
        <w:jc w:val="right"/>
      </w:pPr>
      <w:r>
        <w:t>جوانی کے عمر میں کچھ بچے آ گئے میرے گھر کے دروازے پر، لگے کچھ کھٹ کھٹ کرنے، کچھ شرارت کے طور پر۔</w:t>
      </w:r>
    </w:p>
    <w:p>
      <w:r>
        <w:rPr>
          <w:b/>
        </w:rPr>
        <w:t xml:space="preserve">[49:13] </w:t>
      </w:r>
      <w:r>
        <w:t>shararat ke taur par to main dauda unko maarne ke liye.</w:t>
      </w:r>
    </w:p>
    <w:p>
      <w:pPr>
        <w:jc w:val="right"/>
      </w:pPr>
      <w:r>
        <w:t>شرارت کے طور پر تو میں دوڑا ان کو مارنے کے لیے۔</w:t>
      </w:r>
    </w:p>
    <w:p>
      <w:r>
        <w:rPr>
          <w:b/>
        </w:rPr>
        <w:t xml:space="preserve">[49:19] </w:t>
      </w:r>
      <w:r>
        <w:t>to kya hua? woh to bachche bhaag gaye aur meri ek ungli mein aaj tak iska nishan hai. aap kabhi dekh sakte hain is ungli mein ke main life time bhugat raha hoon isko.</w:t>
      </w:r>
    </w:p>
    <w:p>
      <w:pPr>
        <w:jc w:val="right"/>
      </w:pPr>
      <w:r>
        <w:t>تو کیا ہوا؟ وہ تو بچے بھاگ گئے اور میری ایک انگلی میں آج تک اس کا نشان ہے۔ آپ کبھی دیکھ سکتے ہیں اس انگلی میں کہ میں لائف ٹائم بھگت رہا ہوں اس کو۔</w:t>
      </w:r>
    </w:p>
    <w:p>
      <w:r>
        <w:rPr>
          <w:b/>
        </w:rPr>
        <w:t xml:space="preserve">[49:35] </w:t>
      </w:r>
      <w:r>
        <w:t>woh ladke bhaag gaye to ghussa zahir hua kya tha mere doosre ke khilaf. ab bhugtna pada mujhe khud.</w:t>
      </w:r>
    </w:p>
    <w:p>
      <w:pPr>
        <w:jc w:val="right"/>
      </w:pPr>
      <w:r>
        <w:t>وہ لڑکے بھاگ گئے تو غصہ ظاہر ہوا کیا تھا میرے دوسرے کے خلاف۔ اب بھگتنا پڑا مجھے خود۔</w:t>
      </w:r>
    </w:p>
    <w:p>
      <w:r>
        <w:rPr>
          <w:b/>
        </w:rPr>
        <w:t xml:space="preserve">[49:47] </w:t>
      </w:r>
      <w:r>
        <w:t>is is waqie ke baad shayad maine dobara aisa nahi kiya. ab main target karta hoon to mujhe jahan tak ab apna mera case jo hai,</w:t>
      </w:r>
    </w:p>
    <w:p>
      <w:pPr>
        <w:jc w:val="right"/>
      </w:pPr>
      <w:r>
        <w:t>اس اس واقعے کے بعد شاید میں نے دوبارہ ایسا نہیں کیا۔ اب میں ٹارگٹ کرتا ہوں تو مجھے جہاں تک اب اپنا میرا کیس جو ہے،</w:t>
      </w:r>
    </w:p>
    <w:p>
      <w:r>
        <w:rPr>
          <w:b/>
        </w:rPr>
        <w:t xml:space="preserve">[50:01] </w:t>
      </w:r>
      <w:r>
        <w:t>main jo chhota chhoda usko, ghussa kiya hai? reaction hai. ghussa jo hai, reaction ka doosra naam hai.</w:t>
      </w:r>
    </w:p>
    <w:p>
      <w:pPr>
        <w:jc w:val="right"/>
      </w:pPr>
      <w:r>
        <w:t>میں جو چھوٹا چھوڑا اس کو، غصہ کیا ہے؟ ری ایکشن ہے۔ غصہ جو ہے، ری ایکشن کا دوسرا نام ہے۔</w:t>
      </w:r>
    </w:p>
    <w:p>
      <w:r>
        <w:rPr>
          <w:b/>
        </w:rPr>
        <w:t xml:space="preserve">[50:13] </w:t>
      </w:r>
      <w:r>
        <w:t>to reaction ka nuksan maine khud bhugta aur jiske khilaf kiya tha, woh to apna bhaag gaya.</w:t>
      </w:r>
    </w:p>
    <w:p>
      <w:pPr>
        <w:jc w:val="right"/>
      </w:pPr>
      <w:r>
        <w:t>تو ری ایکشن کا نقصان میں نے خود بھگتا اور جس کے خلاف کیا تھا، وہ تو اپنا بھاگ گیا۔</w:t>
      </w:r>
    </w:p>
    <w:p>
      <w:r>
        <w:rPr>
          <w:b/>
        </w:rPr>
        <w:t xml:space="preserve">[50:24] </w:t>
      </w:r>
      <w:r>
        <w:t>is liye maine reaction bilkul chhod diya, ek dam chhod diya.</w:t>
      </w:r>
    </w:p>
    <w:p>
      <w:pPr>
        <w:jc w:val="right"/>
      </w:pPr>
      <w:r>
        <w:t>اس لیے میں نے ری ایکشن بالکل چھوڑ دیا، ایک دم چھوڑ دیا۔</w:t>
      </w:r>
    </w:p>
    <w:p>
      <w:r>
        <w:rPr>
          <w:b/>
        </w:rPr>
        <w:t xml:space="preserve">[50:33] </w:t>
      </w:r>
      <w:r>
        <w:t>kyunke mere apne is jo mera apna jo experience tha ke har baar yahi hua ke ghussa zahir kiya maine doosre ke khilaf aur nuksan maine khud bhugtna pada.</w:t>
      </w:r>
    </w:p>
    <w:p>
      <w:pPr>
        <w:jc w:val="right"/>
      </w:pPr>
      <w:r>
        <w:t>کیونکہ میرے اپنے اس جو میرا اپنا جو ایکسپیرینس تھا کہ ہر بار یہی ہوا کہ غصہ ظاہر کیا میں نے دوسرے کے خلاف اور نقصان میں نے خود بھگتنا پڑا۔</w:t>
      </w:r>
    </w:p>
    <w:p>
      <w:r>
        <w:rPr>
          <w:b/>
        </w:rPr>
        <w:t xml:space="preserve">[50:52] </w:t>
      </w:r>
      <w:r>
        <w:t>maulana, inka ek sawal ka ek hissa yeh bhi tha ke kya is ghusse ki wajah se meri pakad hogi?</w:t>
      </w:r>
    </w:p>
    <w:p>
      <w:pPr>
        <w:jc w:val="right"/>
      </w:pPr>
      <w:r>
        <w:t>مولانا، ان کا ایک سوال کا ایک حصہ یہ بھی تھا کہ کیا اس غصے کی وجہ سے میری پکڑ ہوگی؟</w:t>
      </w:r>
    </w:p>
    <w:p>
      <w:r>
        <w:rPr>
          <w:b/>
        </w:rPr>
        <w:t xml:space="preserve">[51:04] </w:t>
      </w:r>
      <w:r>
        <w:t>aakhirat mein kya meri pakad hogi? bhai, main yahi keh sakta hoon ke jo hukum hai quran mein, woh to yahi hai ke "wa idha ma ghadabu hum yaghfuroon".</w:t>
      </w:r>
    </w:p>
    <w:p>
      <w:pPr>
        <w:jc w:val="right"/>
      </w:pPr>
      <w:r>
        <w:t>آخرت میں کیا میری پکڑ ہوگی؟ بھائی، میں یہی کہہ سکتا ہوں کہ جو حکم ہے قرآن میں، وہ تو یہی ہے کہ "وَإِذَا مَا غَضَبُوا هُمْ يَغْفِرُونَ"۔</w:t>
      </w:r>
    </w:p>
    <w:p>
      <w:r>
        <w:rPr>
          <w:b/>
        </w:rPr>
        <w:t xml:space="preserve">[51:19] </w:t>
      </w:r>
      <w:r>
        <w:t>is ka ya is ayat ka hawala aur tarjuma bataiye: "wa idha ma ghadabu hum yaghfuroon". surah ashurah, chapter number 42, verse 37.</w:t>
      </w:r>
    </w:p>
    <w:p>
      <w:pPr>
        <w:jc w:val="right"/>
      </w:pPr>
      <w:r>
        <w:t>اس کا یا اس آیت کا حوالہ اور ترجمہ بتائیے: "وَإِذَا مَا غَضَبُوا هُمْ يَغْفِرُونَ"۔ سورہ عاشورہ، چیپٹر نمبر 42، ورس 37۔</w:t>
      </w:r>
    </w:p>
    <w:p>
      <w:r>
        <w:rPr>
          <w:b/>
        </w:rPr>
        <w:t xml:space="preserve">[51:36] </w:t>
      </w:r>
      <w:r>
        <w:t>phir repeat, hawala repeat kar dijiye. surah ashurah, chapter number 42, verse number 37. "wa idha ma ghadabu hum yaghfuroon".</w:t>
      </w:r>
    </w:p>
    <w:p>
      <w:pPr>
        <w:jc w:val="right"/>
      </w:pPr>
      <w:r>
        <w:t>پھر ریپیٹ، حوالہ ریپیٹ کر دیجئے۔ سورہ عاشورہ، چیپٹر نمبر 42، ورس نمبر 37۔ "وَإِذَا مَا غَضَبُوا هُمْ يَغْفِرُونَ"۔</w:t>
      </w:r>
    </w:p>
    <w:p>
      <w:r>
        <w:rPr>
          <w:b/>
        </w:rPr>
        <w:t xml:space="preserve">[51:46] </w:t>
      </w:r>
      <w:r>
        <w:t>aur jab woh ghussa hote hain to woh maaf kar dete hain.</w:t>
      </w:r>
    </w:p>
    <w:p>
      <w:pPr>
        <w:jc w:val="right"/>
      </w:pPr>
      <w:r>
        <w:t>اور جب وہ غصہ ہوتے ہیں تو وہ معاف کر دیتے ہیں۔</w:t>
      </w:r>
    </w:p>
    <w:p>
      <w:r>
        <w:rPr>
          <w:b/>
        </w:rPr>
        <w:t xml:space="preserve">[51:54] </w:t>
      </w:r>
      <w:r>
        <w:t>bas itna hi bata sakta hoon main is ke aage mujhe nahi walon. sahi hai. woh jo sawal kisi ne poocha tha ke tolerance ki limit kya hai?</w:t>
      </w:r>
    </w:p>
    <w:p>
      <w:pPr>
        <w:jc w:val="right"/>
      </w:pPr>
      <w:r>
        <w:t>بس اتنا ہی بتا سکتا ہوں میں اس کے آگے مجھے نہیں والوں۔ صحیح ہے۔ وہ جو سوال کسی نے پوچھا تھا کہ ٹولرنس کی لمٹ کیا ہے؟</w:t>
      </w:r>
    </w:p>
    <w:p>
      <w:r>
        <w:rPr>
          <w:b/>
        </w:rPr>
        <w:t xml:space="preserve">[52:06] </w:t>
      </w:r>
      <w:r>
        <w:t>to is ke jawab mein maulana ne kaha tha ke jab tak ke aggression na ho. yeh baat zara clarity is mein chahiye ke aggression kis ka?</w:t>
      </w:r>
    </w:p>
    <w:p>
      <w:pPr>
        <w:jc w:val="right"/>
      </w:pPr>
      <w:r>
        <w:t>تو اس کے جواب میں مولانا نے کہا تھا کہ جب تک کہ ایگریشن نہ ہو۔ یہ بات ذرا کلیرٹی اس میں چاہیے کہ ایگریشن کس کا؟</w:t>
      </w:r>
    </w:p>
    <w:p>
      <w:r>
        <w:rPr>
          <w:b/>
        </w:rPr>
        <w:t xml:space="preserve">[52:16] </w:t>
      </w:r>
      <w:r>
        <w:t>matlab mukhalif party ka ya hamara? hamein yeh samajhna ho ke jab doosre aggression pe utar jayein to hum bhi aggression pe utar jayein.</w:t>
      </w:r>
    </w:p>
    <w:p>
      <w:pPr>
        <w:jc w:val="right"/>
      </w:pPr>
      <w:r>
        <w:t>مطلب مخالف پارٹی کا یا ہمارا؟ ہمیں یہ سمجھنا ہو کہ جب دوسرے ایگریشن پہ اتر جائیں تو ہم بھی ایگریشن پہ اتر جائیں۔</w:t>
      </w:r>
    </w:p>
    <w:p>
      <w:r>
        <w:rPr>
          <w:b/>
        </w:rPr>
        <w:t xml:space="preserve">[52:26] </w:t>
      </w:r>
      <w:r>
        <w:t>yeh baat zara clarity. maulana, woh doctor sahab yeh keh rahe hain ke jo sawal aaya tha ke tolerance ki limit kya hai?</w:t>
      </w:r>
    </w:p>
    <w:p>
      <w:pPr>
        <w:jc w:val="right"/>
      </w:pPr>
      <w:r>
        <w:t>یہ بات ذرا کلیرٹی۔ مولانا، وہ ڈاکٹر صاحب یہ کہہ رہے ہیں کہ جو سوال آیا تھا کہ ٹولرنس کی لمٹ کیا ہے؟</w:t>
      </w:r>
    </w:p>
    <w:p>
      <w:r>
        <w:rPr>
          <w:b/>
        </w:rPr>
        <w:t xml:space="preserve">[52:36] </w:t>
      </w:r>
      <w:r>
        <w:t>to aap ne kaha tha ke tab tak jab tak aggression na ho. haan, to maulana, yeh is se poori tarah se wazeh nahi hua kyunke is ka is ka matlab kya hai ke aggression tab kab tak na ho?</w:t>
      </w:r>
    </w:p>
    <w:p>
      <w:pPr>
        <w:jc w:val="right"/>
      </w:pPr>
      <w:r>
        <w:t>تو آپ نے کہا تھا کہ تب تک جب تک ایگریشن نہ ہو۔ ہاں، تو مولانا، یہ اس سے پوری طریقے سے واضح نہیں ہوا کیونکہ اس کا اس کا مطلب کیا ہے کہ ایگریشن تب کب تک نہ ہو؟</w:t>
      </w:r>
    </w:p>
    <w:p>
      <w:r>
        <w:rPr>
          <w:b/>
        </w:rPr>
        <w:t xml:space="preserve">[52:49] </w:t>
      </w:r>
      <w:r>
        <w:t>matlab is ka ke is se yeh bhi liya ja sakta hai ke agar samne wala egeration pe aa jaye to phir hamein bhi egeration karna chahiye. jo yeh baat hai, is ko agar aur thora elaborate kar sakein aap ke kya maani thay is ke?</w:t>
      </w:r>
    </w:p>
    <w:p>
      <w:pPr>
        <w:jc w:val="right"/>
      </w:pPr>
      <w:r>
        <w:t>مطلب اس کا کہ اس سے یہ بھی لیا جا سکتا ہے کہ اگر سامنے والا ایگریشن پہ آ جائے تو پھر ہمیں بھی ایگریشن کرنا چاہیے۔ جو یہ بات ہے، اس کو اگر اور تھوڑا الیبریٹ کر سکیں آپ کہ کیا معنی تھے اس کے؟</w:t>
      </w:r>
    </w:p>
    <w:p>
      <w:r>
        <w:rPr>
          <w:b/>
        </w:rPr>
        <w:t xml:space="preserve">[53:13] </w:t>
      </w:r>
      <w:r>
        <w:t>acha, dekhein, basic baat jo hai woh yeh hai</w:t>
      </w:r>
    </w:p>
    <w:p>
      <w:pPr>
        <w:jc w:val="right"/>
      </w:pPr>
      <w:r>
        <w:t>اچھا، دیکھیں، بیسک بات جو ہے وہ یہ ہے</w:t>
      </w:r>
    </w:p>
    <w:p>
      <w:r>
        <w:rPr>
          <w:b/>
        </w:rPr>
        <w:t xml:space="preserve">[53:22] </w:t>
      </w:r>
      <w:r>
        <w:t>ke khaliq ne har ek ko freedom diya hai, cheunti ko bhi, insan ko bhi. to aap kisi ki freedom ko chheen nahi sakte.</w:t>
      </w:r>
    </w:p>
    <w:p>
      <w:pPr>
        <w:jc w:val="right"/>
      </w:pPr>
      <w:r>
        <w:t>کہ خالق نے ہر ایک کو فریڈم دیا ہے، چیونٹی کو بھی، انسان کو بھی۔ تو آپ کسی کی فریڈم کو چھین نہیں سکتے۔</w:t>
      </w:r>
    </w:p>
    <w:p>
      <w:r>
        <w:rPr>
          <w:b/>
        </w:rPr>
        <w:t xml:space="preserve">[53:37] </w:t>
      </w:r>
      <w:r>
        <w:t>hamari yahan limit aa jati hai jab hum doosre ki freedom ko chheenna chahein.</w:t>
      </w:r>
    </w:p>
    <w:p>
      <w:pPr>
        <w:jc w:val="right"/>
      </w:pPr>
      <w:r>
        <w:t>ہماری یہاں لمٹ آ جاتی ہے جب ہم دوسرے کی فریڈم کو چھیننا چاہیں۔</w:t>
      </w:r>
    </w:p>
    <w:p>
      <w:r>
        <w:rPr>
          <w:b/>
        </w:rPr>
        <w:t xml:space="preserve">[53:48] </w:t>
      </w:r>
      <w:r>
        <w:t>to ab option kya hai? option yeh hai ke apne aap ko bachao.</w:t>
      </w:r>
    </w:p>
    <w:p>
      <w:pPr>
        <w:jc w:val="right"/>
      </w:pPr>
      <w:r>
        <w:t>تو اب آپشن کیا ہے؟ آپشن یہ ہے کہ اپنے آپ کو بچاؤ۔</w:t>
      </w:r>
    </w:p>
    <w:p>
      <w:r>
        <w:rPr>
          <w:b/>
        </w:rPr>
        <w:t xml:space="preserve">[54:01] </w:t>
      </w:r>
      <w:r>
        <w:t>ek sher hai urdu ka: "jab ke do moziyon mein ho khatpat, apne bachne ki fikr kar chhatpat,</w:t>
      </w:r>
    </w:p>
    <w:p>
      <w:pPr>
        <w:jc w:val="right"/>
      </w:pPr>
      <w:r>
        <w:t>ایک شعر ہے اردو کا: "جب کہ دو موزیوں میں ہو کھٹپٹ، اپنے بچنے کی فکر کر چھٹپٹ،</w:t>
      </w:r>
    </w:p>
    <w:p>
      <w:r>
        <w:rPr>
          <w:b/>
        </w:rPr>
        <w:t xml:space="preserve">[54:11] </w:t>
      </w:r>
      <w:r>
        <w:t>apne ko bachao." kyunke doosra option to hai hi nahi. aap cheunti se le kar ke insan tak kisi ki</w:t>
      </w:r>
    </w:p>
    <w:p>
      <w:pPr>
        <w:jc w:val="right"/>
      </w:pPr>
      <w:r>
        <w:t>اپنے کو بچاؤ۔" کیونکہ دوسرا آپشن تو ہے ہی نہیں۔ آپ چیونٹی سے لے کر کے انسان تک کسی کی</w:t>
      </w:r>
    </w:p>
    <w:p>
      <w:r>
        <w:rPr>
          <w:b/>
        </w:rPr>
        <w:t xml:space="preserve">[54:28] </w:t>
      </w:r>
      <w:r>
        <w:t>kisi ki azadi ko chheen nahi sakte. kaise chheenein ge aap? acha, jab woh apni azadi ko exercise kare ga to kabhi aap us ke nuqsan se bach jayein ge aur kabhi aap ko us us ke zad mein aa jayein ge.</w:t>
      </w:r>
    </w:p>
    <w:p>
      <w:pPr>
        <w:jc w:val="right"/>
      </w:pPr>
      <w:r>
        <w:t>کسی کی آزادی کو چھین نہیں سکتے۔ کیسے چھینیں گے آپ؟ اچھا، جب وہ اپنی آزادی کو ایکسرسائز کرے گا تو کبھی آپ اس کے نقصان سے بچ جائیں گے اور کبھی آپ کو اس اس کے زد میں آ جائیں گے۔</w:t>
      </w:r>
    </w:p>
    <w:p>
      <w:r>
        <w:rPr>
          <w:b/>
        </w:rPr>
        <w:t xml:space="preserve">[54:51] </w:t>
      </w:r>
      <w:r>
        <w:t>to nuqsan kabhi uthana pare ga aap ko. to aap kya karein ge? wahan pe aap ko choice sirf yeh hai ke apne ko bachao.</w:t>
      </w:r>
    </w:p>
    <w:p>
      <w:pPr>
        <w:jc w:val="right"/>
      </w:pPr>
      <w:r>
        <w:t>تو نقصان کبھی اٹھانا پڑے گا آپ کو۔ تو آپ کیا کریں گے؟ وہاں پہ آپ کو چوائس صرف یہی ہے کہ اپنے کو بچاؤ۔</w:t>
      </w:r>
    </w:p>
    <w:p>
      <w:r>
        <w:rPr>
          <w:b/>
        </w:rPr>
        <w:t xml:space="preserve">[55:03] </w:t>
      </w:r>
      <w:r>
        <w:t>doosra choice hai nahi.</w:t>
      </w:r>
    </w:p>
    <w:p>
      <w:pPr>
        <w:jc w:val="right"/>
      </w:pPr>
      <w:r>
        <w:t>دوسرا چوائس ہے نہیں۔</w:t>
      </w:r>
    </w:p>
    <w:p>
      <w:r>
        <w:rPr>
          <w:b/>
        </w:rPr>
        <w:t xml:space="preserve">[55:08] </w:t>
      </w:r>
      <w:r>
        <w:t>jaise maine aap ko bataya ke ladke shararat kar rahe thay to maine yeh choice liya ke un ko rokoon. daura mein us ko rokne ke liye lekin kya hua ke meri angothi mein aaj tak yeh problem hai, abhi tak hai.</w:t>
      </w:r>
    </w:p>
    <w:p>
      <w:pPr>
        <w:jc w:val="right"/>
      </w:pPr>
      <w:r>
        <w:t>جیسے میں نے آپ کو بتایا کہ لڑکے شرارت کر رہے تھے تو میں نے یہ چوائس لیا کہ ان کو روکوں۔ دوڑا میں اس کو روکنے کے لیے لیکن کیا ہوا کہ میری انگوٹھی میں آج تک یہ پرابلم ہے، ابھی تک ہے۔</w:t>
      </w:r>
    </w:p>
    <w:p>
      <w:r>
        <w:rPr>
          <w:b/>
        </w:rPr>
        <w:t xml:space="preserve">[55:30] </w:t>
      </w:r>
      <w:r>
        <w:t>to main sochta hoon ke agar main un ko rokne ke nazde daurta to acha tha. to that was better choice.</w:t>
      </w:r>
    </w:p>
    <w:p>
      <w:pPr>
        <w:jc w:val="right"/>
      </w:pPr>
      <w:r>
        <w:t>تو میں سوچتا ہوں کہ اگر میں ان کو روکنے کے نزد دوڑتا تو اچھا تھا۔ تو دیٹ واز بیٹر چوائس۔</w:t>
      </w:r>
    </w:p>
    <w:p>
      <w:r>
        <w:rPr>
          <w:b/>
        </w:rPr>
        <w:t xml:space="preserve">[55:40] </w:t>
      </w:r>
      <w:r>
        <w:t>hua yahi tha ke main daura un ko, yani maarne ke liye. woh chote ladke thay jab woh bhag gaye, main pakar nahi paya un ko.</w:t>
      </w:r>
    </w:p>
    <w:p>
      <w:pPr>
        <w:jc w:val="right"/>
      </w:pPr>
      <w:r>
        <w:t>ہوا یہی تھا کہ میں دوڑا ان کو، یعنی مارنے کے لیے۔ وہ چھوٹے لڑکے تھے جب وہ بھاگ گئے، میں پکڑ نہیں پایا ان کو۔</w:t>
      </w:r>
    </w:p>
    <w:p>
      <w:r>
        <w:rPr>
          <w:b/>
        </w:rPr>
        <w:t xml:space="preserve">[55:54] </w:t>
      </w:r>
      <w:r>
        <w:t>to dekhiye, har mauqa sochne ka mauqa hai. jab bhi aap ko koi aisa case samne aata hai to aap sochiye ke kaun sa choice aap ke liye lesser choice hai.</w:t>
      </w:r>
    </w:p>
    <w:p>
      <w:pPr>
        <w:jc w:val="right"/>
      </w:pPr>
      <w:r>
        <w:t>تو دیکھیے، ہر موقع سوچنے کا موقع ہے۔ جب بھی آپ کو کوئی ایسا کیس سامنے آتا ہے تو آپ سوچیے کہ کون سا چوائس آپ کے لیے لیسر چوائس ہے۔</w:t>
      </w:r>
    </w:p>
    <w:p>
      <w:r>
        <w:rPr>
          <w:b/>
        </w:rPr>
        <w:t xml:space="preserve">[56:11] </w:t>
      </w:r>
      <w:r>
        <w:t>hazrat ayesha ne jo baat kahi hai, kitni sahi baat hai woh ke "ma khair rasool Allah salallahu alaihi wasallam".</w:t>
      </w:r>
    </w:p>
    <w:p>
      <w:pPr>
        <w:jc w:val="right"/>
      </w:pPr>
      <w:r>
        <w:t>حضرت عائشہ نے جو بات کہی ہے، کتنی صحیح بات ہے وہ کہ "ما خیر رسول اللہ صلی اللہ علیہ وسلم"۔</w:t>
      </w:r>
    </w:p>
    <w:p>
      <w:r>
        <w:rPr>
          <w:b/>
        </w:rPr>
        <w:t xml:space="preserve">[56:23] </w:t>
      </w:r>
      <w:r>
        <w:t>yani whenever the prophet had to choose between the two, he always opted for easier.</w:t>
      </w:r>
    </w:p>
    <w:p>
      <w:pPr>
        <w:jc w:val="right"/>
      </w:pPr>
      <w:r>
        <w:t>یعنی وین ایور دا پرافٹ ہیڈ ٹو چوز بٹوین دا ٹو، ہی الویز اپٹڈ فار ایزیر۔</w:t>
      </w:r>
    </w:p>
    <w:p>
      <w:r>
        <w:rPr>
          <w:b/>
        </w:rPr>
        <w:t xml:space="preserve">[56:34] </w:t>
      </w:r>
      <w:r>
        <w:t>to easier option ka hai, easier ka option hai, aap ko good ka option nahi hai.</w:t>
      </w:r>
    </w:p>
    <w:p>
      <w:pPr>
        <w:jc w:val="right"/>
      </w:pPr>
      <w:r>
        <w:t>تو ایزیر آپشن کا ہے، ایزیر کا آپشن ہے، آپ کو گڈ کا آپشن نہیں ہے۔</w:t>
      </w:r>
    </w:p>
    <w:p>
      <w:r>
        <w:rPr>
          <w:b/>
        </w:rPr>
        <w:t xml:space="preserve">[56:50] </w:t>
      </w:r>
      <w:r>
        <w:t>yeh to law of nature hai, kya karein ge aap is ko? aap badal sakte nahi, badal sakte nahi aap.</w:t>
      </w:r>
    </w:p>
    <w:p>
      <w:pPr>
        <w:jc w:val="right"/>
      </w:pPr>
      <w:r>
        <w:t>یہ تو لاء آف نیچر ہے، کیا کریں گے آپ اس کو؟ آپ بدل سکتے نہیں، بدل سکتے نہیں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