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 Brief Survey of Islamic History (Part-2) (Eng) February 15, 2007 Maulana Wahiduddin Khan</w:t>
      </w:r>
    </w:p>
    <w:p>
      <w:r>
        <w:t>https://www.youtube.com/watch?v=SXRM6aE-cV0</w:t>
      </w:r>
    </w:p>
    <w:p>
      <w:r>
        <w:rPr>
          <w:b/>
        </w:rPr>
        <w:t xml:space="preserve">[00:10] </w:t>
      </w:r>
      <w:r>
        <w:t>bismillah hir rahman nir rahim, wa salallahu ala nabi al kareem. rab ishrah li sadri, wa yassir li amri, wahul uqdatan min lisani yafqahu qawli.</w:t>
      </w:r>
    </w:p>
    <w:p>
      <w:pPr>
        <w:jc w:val="right"/>
      </w:pPr>
      <w:r>
        <w:t>بسم اللہ الرحمن الرحیم، وصلی اللہ علی النبی الکریم۔ رب اشرح لی صدری، ویسر لی امری، واحل العقدۃ من لسانی یفقہ قولی۔</w:t>
      </w:r>
    </w:p>
    <w:p>
      <w:r>
        <w:rPr>
          <w:b/>
        </w:rPr>
        <w:t xml:space="preserve">[00:34] </w:t>
      </w:r>
      <w:r>
        <w:t>it is a general practice that when people want to study Islam, they begin from the study of prophet Muhammad salallahu alaihi wasallam.</w:t>
      </w:r>
    </w:p>
    <w:p>
      <w:pPr>
        <w:jc w:val="right"/>
      </w:pPr>
      <w:r>
        <w:t>اٹ از ا جنرل پریکٹس دیٹ وین پیپل وانٹ ٹو سٹڈی اسلام، دے بیگن فرام دا اسٹڈی اف پرافٹ محمد صلی اللہ علیہ وسلم۔</w:t>
      </w:r>
    </w:p>
    <w:p>
      <w:r>
        <w:rPr>
          <w:b/>
        </w:rPr>
        <w:t xml:space="preserve">[00:48] </w:t>
      </w:r>
      <w:r>
        <w:t>according to the Quranic concept, this method is wrong. why?</w:t>
      </w:r>
    </w:p>
    <w:p>
      <w:pPr>
        <w:jc w:val="right"/>
      </w:pPr>
      <w:r>
        <w:t>اکارڈنگ ٹو دا قرانک کانسیپٹ، دس میتھڈ از رونگ۔ وائی؟</w:t>
      </w:r>
    </w:p>
    <w:p>
      <w:r>
        <w:rPr>
          <w:b/>
        </w:rPr>
        <w:t xml:space="preserve">[01:00] </w:t>
      </w:r>
      <w:r>
        <w:t>because Quran clearly says that all the prophets were examples.</w:t>
      </w:r>
    </w:p>
    <w:p>
      <w:pPr>
        <w:jc w:val="right"/>
      </w:pPr>
      <w:r>
        <w:t>بیکاز قران کلیئرلی سیز دیٹ ال دا پرافٹس ویر ایگزامپلز۔</w:t>
      </w:r>
    </w:p>
    <w:p>
      <w:r>
        <w:rPr>
          <w:b/>
        </w:rPr>
        <w:t xml:space="preserve">[01:13] </w:t>
      </w:r>
      <w:r>
        <w:t>all the prophets were example. it means that previous prophet is not simply matter of history, they are also matter of example.</w:t>
      </w:r>
    </w:p>
    <w:p>
      <w:pPr>
        <w:jc w:val="right"/>
      </w:pPr>
      <w:r>
        <w:t>ال دا پرافٹس ویر ایگزامپل۔ اٹ مینز دیٹ پریویس پرافٹ از ناٹ سمپلی میٹر اف ہسٹری، دے ار السو میٹر اف ایگزامپل۔</w:t>
      </w:r>
    </w:p>
    <w:p>
      <w:r>
        <w:rPr>
          <w:b/>
        </w:rPr>
        <w:t xml:space="preserve">[01:25] </w:t>
      </w:r>
      <w:r>
        <w:t>allazina Allah muqtada. yeh the verse of the Quran. Quran says that all the prophets, not only prophet Muhammad, but all the prophets of history,</w:t>
      </w:r>
    </w:p>
    <w:p>
      <w:pPr>
        <w:jc w:val="right"/>
      </w:pPr>
      <w:r>
        <w:t>الذین اللہ مقتدی۔ یہ دا ورس اف دا قران۔ قران سیز دیٹ ال دا پرافٹس، ناٹ اونلی پرافٹ محمد، بٹ ال دا پرافٹس اف ہسٹری،</w:t>
      </w:r>
    </w:p>
    <w:p>
      <w:r>
        <w:rPr>
          <w:b/>
        </w:rPr>
        <w:t xml:space="preserve">[01:44] </w:t>
      </w:r>
      <w:r>
        <w:t>were guided from the from God. so all the prophets are examples.</w:t>
      </w:r>
    </w:p>
    <w:p>
      <w:pPr>
        <w:jc w:val="right"/>
      </w:pPr>
      <w:r>
        <w:t>ویر گائیڈڈ فرام دا فرام گاڈ۔ سو ال دا پرافٹس ار ایگزامپلز۔</w:t>
      </w:r>
    </w:p>
    <w:p>
      <w:r>
        <w:rPr>
          <w:b/>
        </w:rPr>
        <w:t xml:space="preserve">[01:56] </w:t>
      </w:r>
      <w:r>
        <w:t>o muhammad, you must follow all those prophets. there is the quranic verse. so when we begin the history of islam from muhammad, we fail to find all those lessons.</w:t>
      </w:r>
    </w:p>
    <w:p>
      <w:pPr>
        <w:jc w:val="right"/>
      </w:pPr>
      <w:r>
        <w:t>او محمد، یو مسٹ فالو ال دوز پرافٹس۔ دیر از دا قرانک ورس۔ سو وین وی بیگن دا ہسٹری اف اسلام فرام محمد، وی فیل ٹو فائنڈ ال دوز لیسنز۔</w:t>
      </w:r>
    </w:p>
    <w:p>
      <w:r>
        <w:rPr>
          <w:b/>
        </w:rPr>
        <w:t xml:space="preserve">[02:18] </w:t>
      </w:r>
      <w:r>
        <w:t>we fail to follow all those lessons which we may find in the prophets of early period. very important.</w:t>
      </w:r>
    </w:p>
    <w:p>
      <w:pPr>
        <w:jc w:val="right"/>
      </w:pPr>
      <w:r>
        <w:t>وی فیل ٹو فالو ال دوز لیسنز وچ وی می فائنڈ ان دا پرافٹس اف ارلی پیریڈ۔ ویری امپورٹنٹ۔</w:t>
      </w:r>
    </w:p>
    <w:p>
      <w:r>
        <w:rPr>
          <w:b/>
        </w:rPr>
        <w:t xml:space="preserve">[02:33] </w:t>
      </w:r>
      <w:r>
        <w:t>there is a verse in the quran: "fi rasulillah hasanah". there was a good example in the prophet muhammad for you.</w:t>
      </w:r>
    </w:p>
    <w:p>
      <w:pPr>
        <w:jc w:val="right"/>
      </w:pPr>
      <w:r>
        <w:t>دیر از ا ورس ان دا قران: "فی رسول اللہ حسنہ"۔ دیر واز ا گڈ ایگزیمپل ان دا پرافٹ محمد فار یو۔</w:t>
      </w:r>
    </w:p>
    <w:p>
      <w:r>
        <w:rPr>
          <w:b/>
        </w:rPr>
        <w:t xml:space="preserve">[02:46] </w:t>
      </w:r>
      <w:r>
        <w:t>there was a good example in the prophet muhammad for you. quran never says that there was a complete example for you in the life of the prophet muhammad.</w:t>
      </w:r>
    </w:p>
    <w:p>
      <w:pPr>
        <w:jc w:val="right"/>
      </w:pPr>
      <w:r>
        <w:t>دیر واز ا گڈ ایگزیمپل ان دا پرافٹ محمد فار یو۔ قران نیور سیز دیٹ دیر واز ا کمپلیٹ ایگزیمپل فار یو ان دا لائف اف دا پرافٹ محمد۔</w:t>
      </w:r>
    </w:p>
    <w:p>
      <w:r>
        <w:rPr>
          <w:b/>
        </w:rPr>
        <w:t xml:space="preserve">[03:03] </w:t>
      </w:r>
      <w:r>
        <w:t>no, there is difference between good example and complete example. the verse is not in these verse that kamila, but hasanah.</w:t>
      </w:r>
    </w:p>
    <w:p>
      <w:pPr>
        <w:jc w:val="right"/>
      </w:pPr>
      <w:r>
        <w:t>نو، دیر از ڈیفرنس بٹوین گڈ ایگزیمپل اینڈ کمپلیٹ ایگزیمپل۔ دا ورس از ناٹ ان دیز ورس دیٹ کاملہ، بٹ حسنہ۔</w:t>
      </w:r>
    </w:p>
    <w:p>
      <w:r>
        <w:rPr>
          <w:b/>
        </w:rPr>
        <w:t xml:space="preserve">[03:19] </w:t>
      </w:r>
      <w:r>
        <w:t>to prophet example, to prophet muhammad is a very good example for us, but not complete example. because situation differs.</w:t>
      </w:r>
    </w:p>
    <w:p>
      <w:pPr>
        <w:jc w:val="right"/>
      </w:pPr>
      <w:r>
        <w:t>تو پرافٹ ایگزیمپل، تو پرافٹ محمد از ا ویری گڈ ایگزیمپل فار اس، بٹ ناٹ کمپلیٹ ایگزیمپل۔ بیکاز سچویشن ڈیفرز۔</w:t>
      </w:r>
    </w:p>
    <w:p>
      <w:r>
        <w:rPr>
          <w:b/>
        </w:rPr>
        <w:t xml:space="preserve">[03:33] </w:t>
      </w:r>
      <w:r>
        <w:t>there is also very relevant principle in the fiqh: zaman wa makan.</w:t>
      </w:r>
    </w:p>
    <w:p>
      <w:pPr>
        <w:jc w:val="right"/>
      </w:pPr>
      <w:r>
        <w:t>دیر از السو ویری ریلیونٹ پرنسپل ان دا فقہ: زبان والمکان۔</w:t>
      </w:r>
    </w:p>
    <w:p>
      <w:r>
        <w:rPr>
          <w:b/>
        </w:rPr>
        <w:t xml:space="preserve">[03:45] </w:t>
      </w:r>
      <w:r>
        <w:t>also there is verse in the quran: "it means that situations are different,</w:t>
      </w:r>
    </w:p>
    <w:p>
      <w:pPr>
        <w:jc w:val="right"/>
      </w:pPr>
      <w:r>
        <w:t>السو دیر از ورس ان دا قران: "اٹ مینز دیٹ سچویشنز ار ڈفرنٹ،</w:t>
      </w:r>
    </w:p>
    <w:p>
      <w:r>
        <w:rPr>
          <w:b/>
        </w:rPr>
        <w:t xml:space="preserve">[03:59] </w:t>
      </w:r>
      <w:r>
        <w:t>and according to the situation, we give different shariat to the prophets."</w:t>
      </w:r>
    </w:p>
    <w:p>
      <w:pPr>
        <w:jc w:val="right"/>
      </w:pPr>
      <w:r>
        <w:t>اینڈ اکارڈنگ ٹو دا سچویشن، وی گیو ڈفرنٹ شریعت ٹو دا پرافٹس۔"</w:t>
      </w:r>
    </w:p>
    <w:p>
      <w:r>
        <w:rPr>
          <w:b/>
        </w:rPr>
        <w:t xml:space="preserve">[04:07] </w:t>
      </w:r>
      <w:r>
        <w:t>so</w:t>
      </w:r>
    </w:p>
    <w:p>
      <w:pPr>
        <w:jc w:val="right"/>
      </w:pPr>
      <w:r>
        <w:t>سو</w:t>
      </w:r>
    </w:p>
    <w:p>
      <w:r>
        <w:rPr>
          <w:b/>
        </w:rPr>
        <w:t xml:space="preserve">[04:11] </w:t>
      </w:r>
      <w:r>
        <w:t>it is a well known fact that every time there are different situations. even after the advent of prophet muhammad, there were so many different situation in the history.</w:t>
      </w:r>
    </w:p>
    <w:p>
      <w:pPr>
        <w:jc w:val="right"/>
      </w:pPr>
      <w:r>
        <w:t>اٹ از ا ویل نون فیکٹ دیٹ ایوری ٹائم دیر ار ڈفرنٹ سچویشنز۔ ایون افٹر دا ایڈونٹ اف پرافٹ محمد، دیر وار سو مینی ڈفرنٹ سچویشن ان دا ہسٹری۔</w:t>
      </w:r>
    </w:p>
    <w:p>
      <w:r>
        <w:rPr>
          <w:b/>
        </w:rPr>
        <w:t xml:space="preserve">[04:30] </w:t>
      </w:r>
      <w:r>
        <w:t>so it is a well known fact that situations differ. so every time there is a different situation, we need example, we need guidance in that situation.</w:t>
      </w:r>
    </w:p>
    <w:p>
      <w:pPr>
        <w:jc w:val="right"/>
      </w:pPr>
      <w:r>
        <w:t>سو اٹ از ا ویل نون فیکٹ دیٹ سچویشنز ڈیفر۔ سو ایوری ٹائم دیر از ا ڈفرنٹ سچویشن، وی نیڈ ایگزیمپل، وی نیڈ گائیڈنس ان دیٹ سچویشن۔</w:t>
      </w:r>
    </w:p>
    <w:p>
      <w:r>
        <w:rPr>
          <w:b/>
        </w:rPr>
        <w:t xml:space="preserve">[04:48] </w:t>
      </w:r>
      <w:r>
        <w:t>so quran, in quran, so quran mentions other prophets also.</w:t>
      </w:r>
    </w:p>
    <w:p>
      <w:pPr>
        <w:jc w:val="right"/>
      </w:pPr>
      <w:r>
        <w:t>سو قران، ان قران، سو قران مینشنز ادر پرافٹس السو۔</w:t>
      </w:r>
    </w:p>
    <w:p>
      <w:r>
        <w:rPr>
          <w:b/>
        </w:rPr>
        <w:t xml:space="preserve">[05:00] </w:t>
      </w:r>
      <w:r>
        <w:t>i think there are 25 prophets given in the quran by name. 25 prophets by name are mentioned in the quran.</w:t>
      </w:r>
    </w:p>
    <w:p>
      <w:pPr>
        <w:jc w:val="right"/>
      </w:pPr>
      <w:r>
        <w:t>ائی تھنک دیر ار 25 پرافٹس گیون ان دا قران بائی نیم۔ 25 پرافٹس بائی نیم ار مینشنڈ ان دا قران۔</w:t>
      </w:r>
    </w:p>
    <w:p>
      <w:r>
        <w:rPr>
          <w:b/>
        </w:rPr>
        <w:t xml:space="preserve">[05:13] </w:t>
      </w:r>
      <w:r>
        <w:t>then quran says: "alladhina allah these were the guided persons, these were the guided prophets." so you should follow their example.</w:t>
      </w:r>
    </w:p>
    <w:p>
      <w:pPr>
        <w:jc w:val="right"/>
      </w:pPr>
      <w:r>
        <w:t>دین قران سیز: "الذین اللہ دیز ویر دا گائیڈڈ پرسنز، دیز ویر دا گائیڈڈ پرافٹس۔" سو یو شوڈ فالو دیر ایگزیمپل۔</w:t>
      </w:r>
    </w:p>
    <w:p>
      <w:r>
        <w:rPr>
          <w:b/>
        </w:rPr>
        <w:t xml:space="preserve">[05:38] </w:t>
      </w:r>
      <w:r>
        <w:t>by studying this verse,</w:t>
      </w:r>
    </w:p>
    <w:p>
      <w:pPr>
        <w:jc w:val="right"/>
      </w:pPr>
      <w:r>
        <w:t>بائی سٹڈنگ دس ورس،</w:t>
      </w:r>
    </w:p>
    <w:p>
      <w:r>
        <w:rPr>
          <w:b/>
        </w:rPr>
        <w:t xml:space="preserve">[05:44] </w:t>
      </w:r>
      <w:r>
        <w:t>i came to the conclusion that these 25 prophets cover all the situations, all the different situations.</w:t>
      </w:r>
    </w:p>
    <w:p>
      <w:pPr>
        <w:jc w:val="right"/>
      </w:pPr>
      <w:r>
        <w:t>ائی کیم ٹو دا کنکلوژن دیٹ دیز 25 پرافٹس کور ال دا سچویشنز، ال دا ڈفرنٹ سچویشنز۔</w:t>
      </w:r>
    </w:p>
    <w:p>
      <w:r>
        <w:rPr>
          <w:b/>
        </w:rPr>
        <w:t xml:space="preserve">[05:56] </w:t>
      </w:r>
      <w:r>
        <w:t>although there were more than one lakh prophets send by god. there is a verse in the quran that: "in every region, in every town, in every country, god send prophets." but in quran, there are only 25 prophets mentioned by name.</w:t>
      </w:r>
    </w:p>
    <w:p>
      <w:pPr>
        <w:jc w:val="right"/>
      </w:pPr>
      <w:r>
        <w:t>الدو دیر وار مور دین ون لاکھ پرافٹس سینڈ بائی گاڈ۔ دیر از ا ورس ان دا قران دیٹ: "ان ایوری ریجن، ان ایوری ٹاؤن، ان ایوری کنٹری، گاڈ سینڈ پرافٹس۔" بٹ ان قران، دیر ار اونلی 25 پرافٹس مینشنڈ بائی نیم۔</w:t>
      </w:r>
    </w:p>
    <w:p>
      <w:r>
        <w:rPr>
          <w:b/>
        </w:rPr>
        <w:t xml:space="preserve">[06:24] </w:t>
      </w:r>
      <w:r>
        <w:t>why? i think that these 25 prophets, the life of these 25 prophets, cover all the different situations.</w:t>
      </w:r>
    </w:p>
    <w:p>
      <w:pPr>
        <w:jc w:val="right"/>
      </w:pPr>
      <w:r>
        <w:t>وائی؟ ائی تھنک دیٹ دیز 25 پرافٹس، دا لائف اف دیز 25 پرافٹس، کور ال دا ڈفرنٹ سچویشنز۔</w:t>
      </w:r>
    </w:p>
    <w:p>
      <w:r>
        <w:rPr>
          <w:b/>
        </w:rPr>
        <w:t xml:space="preserve">[06:40] </w:t>
      </w:r>
      <w:r>
        <w:t>only one prophet does not suffice. only life of one prophet does not suffice.</w:t>
      </w:r>
    </w:p>
    <w:p>
      <w:pPr>
        <w:jc w:val="right"/>
      </w:pPr>
      <w:r>
        <w:t>اونلی ون پرافٹ ڈز ناٹ سفائس۔ اونلی لائف اف ون پرافٹ ڈز ناٹ سفائس۔</w:t>
      </w:r>
    </w:p>
    <w:p>
      <w:r>
        <w:rPr>
          <w:b/>
        </w:rPr>
        <w:t xml:space="preserve">[06:50] </w:t>
      </w:r>
      <w:r>
        <w:t>but when we take all these 25 prophets, we can,</w:t>
      </w:r>
    </w:p>
    <w:p>
      <w:pPr>
        <w:jc w:val="right"/>
      </w:pPr>
      <w:r>
        <w:t>بٹ وین وی ٹیک ال دیز 25 پرافٹس، وی کین،</w:t>
      </w:r>
    </w:p>
    <w:p>
      <w:r>
        <w:rPr>
          <w:b/>
        </w:rPr>
        <w:t xml:space="preserve">[06:59] </w:t>
      </w:r>
      <w:r>
        <w:t>we can obtain the guidance in every situations. so it is by conviction that these 25, that the life of these 25 prophets cover all the different situations.</w:t>
      </w:r>
    </w:p>
    <w:p>
      <w:pPr>
        <w:jc w:val="right"/>
      </w:pPr>
      <w:r>
        <w:t>وی کین ابٹین دا گائیڈنس ان ایوری سچویشنز۔ سو اٹ از بائی کنوکشن دیٹ دیز 25، دیٹ دا لائف اف دیز 25 پرافٹس کور ال دا ڈفرنٹ سچویشنز۔</w:t>
      </w:r>
    </w:p>
    <w:p>
      <w:r>
        <w:rPr>
          <w:b/>
        </w:rPr>
        <w:t xml:space="preserve">[07:24] </w:t>
      </w:r>
      <w:r>
        <w:t>because of this, god has mentioned these prophets, and god gave the brief description of their life in the quran.</w:t>
      </w:r>
    </w:p>
    <w:p>
      <w:pPr>
        <w:jc w:val="right"/>
      </w:pPr>
      <w:r>
        <w:t>بیکاز اف دس، گاڈ ہیز مینشنڈ دیز پرافٹس، اینڈ گاڈ گیو دا بریف ڈسکرپشن اف دیر لائف ان دا قران۔</w:t>
      </w:r>
    </w:p>
    <w:p>
      <w:r>
        <w:rPr>
          <w:b/>
        </w:rPr>
        <w:t xml:space="preserve">[07:39] </w:t>
      </w:r>
      <w:r>
        <w:t>for example, the first prophet was adam. you know, adam was first person as well as first prophet.</w:t>
      </w:r>
    </w:p>
    <w:p>
      <w:pPr>
        <w:jc w:val="right"/>
      </w:pPr>
      <w:r>
        <w:t>فار ایگزامپل، دا فرسٹ پرافٹ واز ادم۔ یو نو، ادم واز فرسٹ پرسن ایز ویل ایز فرسٹ پرافٹ۔</w:t>
      </w:r>
    </w:p>
    <w:p>
      <w:r>
        <w:rPr>
          <w:b/>
        </w:rPr>
        <w:t xml:space="preserve">[07:50] </w:t>
      </w:r>
      <w:r>
        <w:t>so what happen?</w:t>
      </w:r>
    </w:p>
    <w:p>
      <w:pPr>
        <w:jc w:val="right"/>
      </w:pPr>
      <w:r>
        <w:t>سو واٹ ہیپن؟</w:t>
      </w:r>
    </w:p>
    <w:p>
      <w:r>
        <w:rPr>
          <w:b/>
        </w:rPr>
        <w:t xml:space="preserve">[07:54] </w:t>
      </w:r>
      <w:r>
        <w:t>adam</w:t>
      </w:r>
    </w:p>
    <w:p>
      <w:pPr>
        <w:jc w:val="right"/>
      </w:pPr>
      <w:r>
        <w:t>ادم</w:t>
      </w:r>
    </w:p>
    <w:p>
      <w:r>
        <w:rPr>
          <w:b/>
        </w:rPr>
        <w:t xml:space="preserve">[07:57] </w:t>
      </w:r>
      <w:r>
        <w:t>committed a mistake according to the Quranic description. Adam committed a mistake.</w:t>
      </w:r>
    </w:p>
    <w:p>
      <w:pPr>
        <w:jc w:val="right"/>
      </w:pPr>
      <w:r>
        <w:t>کمپیٹڈ ا مسٹیک اکارڈنگ ٹو دا قرانک ڈسکرپشن۔ ادم کمپیٹڈ ا مسٹیک۔</w:t>
      </w:r>
    </w:p>
    <w:p>
      <w:r>
        <w:rPr>
          <w:b/>
        </w:rPr>
        <w:t xml:space="preserve">[08:07] </w:t>
      </w:r>
      <w:r>
        <w:t>he ate the fruit of forbidden tree.</w:t>
      </w:r>
    </w:p>
    <w:p>
      <w:pPr>
        <w:jc w:val="right"/>
      </w:pPr>
      <w:r>
        <w:t>ہی ایٹ دا فروٹ اف فاربیڈن ٹری۔</w:t>
      </w:r>
    </w:p>
    <w:p>
      <w:r>
        <w:rPr>
          <w:b/>
        </w:rPr>
        <w:t xml:space="preserve">[08:14] </w:t>
      </w:r>
      <w:r>
        <w:t>Adam ate the fruit of forbidden tree. This was a mistake committed by Adam.</w:t>
      </w:r>
    </w:p>
    <w:p>
      <w:pPr>
        <w:jc w:val="right"/>
      </w:pPr>
      <w:r>
        <w:t>ادم ایٹ دا فروٹ اف فاربیڈن ٹری۔ دس واز ا مسٹیک کمپیٹڈ بائی ادم۔</w:t>
      </w:r>
    </w:p>
    <w:p>
      <w:r>
        <w:rPr>
          <w:b/>
        </w:rPr>
        <w:t xml:space="preserve">[08:25] </w:t>
      </w:r>
      <w:r>
        <w:t>and when he committed this mistake, he was disgraced by God.</w:t>
      </w:r>
    </w:p>
    <w:p>
      <w:pPr>
        <w:jc w:val="right"/>
      </w:pPr>
      <w:r>
        <w:t>اینڈ وین ہی کمپیٹڈ دس مسٹیک، ہی واز ڈسگریسڈ بائی گاڈ۔</w:t>
      </w:r>
    </w:p>
    <w:p>
      <w:r>
        <w:rPr>
          <w:b/>
        </w:rPr>
        <w:t xml:space="preserve">[08:35] </w:t>
      </w:r>
      <w:r>
        <w:t>he became a disgraced person. then he went to introspection.</w:t>
      </w:r>
    </w:p>
    <w:p>
      <w:pPr>
        <w:jc w:val="right"/>
      </w:pPr>
      <w:r>
        <w:t>ہی بیکم ا ڈسگریسڈ پرسن۔ دین ہی وینٹ ٹو انٹراسپیکشن۔</w:t>
      </w:r>
    </w:p>
    <w:p>
      <w:r>
        <w:rPr>
          <w:b/>
        </w:rPr>
        <w:t xml:space="preserve">[08:45] </w:t>
      </w:r>
      <w:r>
        <w:t>and adam,</w:t>
      </w:r>
    </w:p>
    <w:p>
      <w:pPr>
        <w:jc w:val="right"/>
      </w:pPr>
      <w:r>
        <w:t>اینڈ ادم،</w:t>
      </w:r>
    </w:p>
    <w:p>
      <w:r>
        <w:rPr>
          <w:b/>
        </w:rPr>
        <w:t xml:space="preserve">[08:49] </w:t>
      </w:r>
      <w:r>
        <w:t>after introspection, adam</w:t>
      </w:r>
    </w:p>
    <w:p>
      <w:pPr>
        <w:jc w:val="right"/>
      </w:pPr>
      <w:r>
        <w:t>افٹر انٹراسپیکشن، ادم</w:t>
      </w:r>
    </w:p>
    <w:p>
      <w:r>
        <w:rPr>
          <w:b/>
        </w:rPr>
        <w:t xml:space="preserve">[08:55] </w:t>
      </w:r>
      <w:r>
        <w:t>admit, admitted that he committed a mistake. he was wrong. so he asked forgiveness from God.</w:t>
      </w:r>
    </w:p>
    <w:p>
      <w:pPr>
        <w:jc w:val="right"/>
      </w:pPr>
      <w:r>
        <w:t>ایڈمٹ، ایڈمیٹڈ دیٹ ہی کمپیٹڈ ا مسٹیک۔ ہی واز رونگ۔ سو ہی اسکڈ فارگیونس فرام گاڈ۔</w:t>
      </w:r>
    </w:p>
    <w:p>
      <w:r>
        <w:rPr>
          <w:b/>
        </w:rPr>
        <w:t xml:space="preserve">[09:08] </w:t>
      </w:r>
      <w:r>
        <w:t>he asked forgiveness from god, and god forgave him. and god again bestowed his blessing to adam.</w:t>
      </w:r>
    </w:p>
    <w:p>
      <w:pPr>
        <w:jc w:val="right"/>
      </w:pPr>
      <w:r>
        <w:t>ہی اسکڈ فارگیونس فرام گاڈ، اینڈ گاڈ فارگیو ہم۔ اینڈ گاڈ اگین بیسٹورڈ ہز بلیسنگ ٹو ادم۔</w:t>
      </w:r>
    </w:p>
    <w:p>
      <w:r>
        <w:rPr>
          <w:b/>
        </w:rPr>
        <w:t xml:space="preserve">[09:21] </w:t>
      </w:r>
      <w:r>
        <w:t>this very important. from this reference, we can have a great lesson.</w:t>
      </w:r>
    </w:p>
    <w:p>
      <w:pPr>
        <w:jc w:val="right"/>
      </w:pPr>
      <w:r>
        <w:t>دس ویری امپورٹنٹ۔ فرام دس ریفرنس، وی کین ہیو ا گریٹ لیسن۔</w:t>
      </w:r>
    </w:p>
    <w:p>
      <w:r>
        <w:rPr>
          <w:b/>
        </w:rPr>
        <w:t xml:space="preserve">[09:32] </w:t>
      </w:r>
      <w:r>
        <w:t>and this lesson is that</w:t>
      </w:r>
    </w:p>
    <w:p>
      <w:pPr>
        <w:jc w:val="right"/>
      </w:pPr>
      <w:r>
        <w:t>اینڈ دس لیسن از دیٹ</w:t>
      </w:r>
    </w:p>
    <w:p>
      <w:r>
        <w:rPr>
          <w:b/>
        </w:rPr>
        <w:t xml:space="preserve">[09:37] </w:t>
      </w:r>
      <w:r>
        <w:t>every man can commit a mistake, including prophet. so committing a mistake is not</w:t>
      </w:r>
    </w:p>
    <w:p>
      <w:pPr>
        <w:jc w:val="right"/>
      </w:pPr>
      <w:r>
        <w:t>ایوری وین کین کمپٹ ا مسٹیک، انکلوڈنگ پرافٹ۔ سو کمپٹنگ ا مسٹیک از ناٹ</w:t>
      </w:r>
    </w:p>
    <w:p>
      <w:r>
        <w:rPr>
          <w:b/>
        </w:rPr>
        <w:t xml:space="preserve">[09:49] </w:t>
      </w:r>
      <w:r>
        <w:t>a problem. simply competing a mistak is not a problem. the problem is that you fail to admit that you were wrong.</w:t>
      </w:r>
    </w:p>
    <w:p>
      <w:pPr>
        <w:jc w:val="right"/>
      </w:pPr>
      <w:r>
        <w:t>ا پرابلم۔ سمپلی کمپٹنگ ا مسٹیک از ناٹ ا پرابلم۔ دا پرابلم از دیٹ یو فیل ٹو ایڈمٹ دیٹ یو ویر رونگ۔</w:t>
      </w:r>
    </w:p>
    <w:p>
      <w:r>
        <w:rPr>
          <w:b/>
        </w:rPr>
        <w:t xml:space="preserve">[10:07] </w:t>
      </w:r>
      <w:r>
        <w:t>When you commit a mistake, you have to say: "I was wrong, I was wrong." O God, forgive me, O God, forgive me.</w:t>
      </w:r>
    </w:p>
    <w:p>
      <w:pPr>
        <w:jc w:val="right"/>
      </w:pPr>
      <w:r>
        <w:t>وین یو کمپٹ ا مسٹیک، یو ہیو ٹو سی: "ائی واز رونگ، ائی واز رونگ۔" او گاڈ، فارگیو می، او گاڈ، فارگیو می۔</w:t>
      </w:r>
    </w:p>
    <w:p>
      <w:r>
        <w:rPr>
          <w:b/>
        </w:rPr>
        <w:t xml:space="preserve">[10:18] </w:t>
      </w:r>
      <w:r>
        <w:t>so if you compete a mistak, you have to go to introspection. you have to admit that you were wrong. and god will bestow his blessing to you again.</w:t>
      </w:r>
    </w:p>
    <w:p>
      <w:pPr>
        <w:jc w:val="right"/>
      </w:pPr>
      <w:r>
        <w:t>سو اف یو کمپٹ ا مسٹیک، یو ہیو ٹو گو ٹو انٹراسپیکشن۔ یو ہیو ٹو ایڈمٹ دیٹ یو ویر رونگ۔ اینڈ گاڈ ویل بیسٹور ہز بلیسنگ ٹو یو اگین۔</w:t>
      </w:r>
    </w:p>
    <w:p>
      <w:r>
        <w:rPr>
          <w:b/>
        </w:rPr>
        <w:t xml:space="preserve">[10:32] </w:t>
      </w:r>
      <w:r>
        <w:t>this is the very very important example in the first prophet. there also some other example in the life of adam.</w:t>
      </w:r>
    </w:p>
    <w:p>
      <w:pPr>
        <w:jc w:val="right"/>
      </w:pPr>
      <w:r>
        <w:t>دس از دا ویری ویری امپورٹنٹ ایگزیمپل ان دا فرسٹ پرافٹ۔ دیر السو سم ادر ایگزیمپل ان دی لائف اف ادم۔</w:t>
      </w:r>
    </w:p>
    <w:p>
      <w:r>
        <w:rPr>
          <w:b/>
        </w:rPr>
        <w:t xml:space="preserve">[10:46] </w:t>
      </w:r>
      <w:r>
        <w:t>but this, this example is very important for us in our present situation. every day, we commit mistakes.</w:t>
      </w:r>
    </w:p>
    <w:p>
      <w:pPr>
        <w:jc w:val="right"/>
      </w:pPr>
      <w:r>
        <w:t>بٹ دس، دس ایگزیمپل از ویری امپورٹنٹ فار اس ان اور پریزنٹ سچویشن۔ ایوری ڈے، وی کمپٹ ا مسٹیکس۔</w:t>
      </w:r>
    </w:p>
    <w:p>
      <w:r>
        <w:rPr>
          <w:b/>
        </w:rPr>
        <w:t xml:space="preserve">[10:58] </w:t>
      </w:r>
      <w:r>
        <w:t>every day.</w:t>
      </w:r>
    </w:p>
    <w:p>
      <w:pPr>
        <w:jc w:val="right"/>
      </w:pPr>
      <w:r>
        <w:t>ایوری ڈے۔</w:t>
      </w:r>
    </w:p>
    <w:p>
      <w:r>
        <w:rPr>
          <w:b/>
        </w:rPr>
        <w:t xml:space="preserve">[11:02] </w:t>
      </w:r>
      <w:r>
        <w:t>so we have to learn, we have to understand that committing a mistake is not wrong.</w:t>
      </w:r>
    </w:p>
    <w:p>
      <w:pPr>
        <w:jc w:val="right"/>
      </w:pPr>
      <w:r>
        <w:t>سو وی ہیو ٹو لرن، وی ہیو ٹو انڈرسٹینڈ دیٹ کمپٹنگ ا مسٹیک از ناٹ رونگ۔</w:t>
      </w:r>
    </w:p>
    <w:p>
      <w:r>
        <w:rPr>
          <w:b/>
        </w:rPr>
        <w:t xml:space="preserve">[11:12] </w:t>
      </w:r>
      <w:r>
        <w:t>but not admitting that you were wrong. this is the real mistake. to be ready at all time to say: "I was wrong, I was wrong, I was wrong." O God, forgive me, O God, forgive me.</w:t>
      </w:r>
    </w:p>
    <w:p>
      <w:pPr>
        <w:jc w:val="right"/>
      </w:pPr>
      <w:r>
        <w:t>بٹ ناٹ ایڈمیٹنگ دیٹ یو ویر رونگ۔ دس از دا ریل مسٹیک۔ تو بی ریڈی ایٹ ال ٹائم ٹو سی: "ائی واز رونگ، ائی واز رونگ، ائی واز رونگ۔" او گاڈ، فارگیو می، او گاڈ، فارگیو می۔</w:t>
      </w:r>
    </w:p>
    <w:p>
      <w:r>
        <w:rPr>
          <w:b/>
        </w:rPr>
        <w:t xml:space="preserve">[11:29] </w:t>
      </w:r>
      <w:r>
        <w:t>this is the example of a prophet, the first prophet.</w:t>
      </w:r>
    </w:p>
    <w:p>
      <w:pPr>
        <w:jc w:val="right"/>
      </w:pPr>
      <w:r>
        <w:t>دس از دا ایگزیمپل اف ا پرافٹ، دا فرسٹ پرافٹ۔</w:t>
      </w:r>
    </w:p>
    <w:p>
      <w:r>
        <w:rPr>
          <w:b/>
        </w:rPr>
        <w:t xml:space="preserve">[11:35] </w:t>
      </w:r>
      <w:r>
        <w:t>so introspection is very, very important. introspection. it is introspection that leads to admission.</w:t>
      </w:r>
    </w:p>
    <w:p>
      <w:pPr>
        <w:jc w:val="right"/>
      </w:pPr>
      <w:r>
        <w:t>سو انٹراسپیکشن از ویری، ویری امپورٹنٹ۔ انٹراسپیکشن۔ اٹ از انٹراسپیکشن دیٹ لیڈز ٹو ایڈمیشن۔</w:t>
      </w:r>
    </w:p>
    <w:p>
      <w:r>
        <w:rPr>
          <w:b/>
        </w:rPr>
        <w:t xml:space="preserve">[11:51] </w:t>
      </w:r>
      <w:r>
        <w:t>so this is the example we find in the life of the prophet adam.</w:t>
      </w:r>
    </w:p>
    <w:p>
      <w:pPr>
        <w:jc w:val="right"/>
      </w:pPr>
      <w:r>
        <w:t>سو دس از دا ایگزیمپل وی فائنڈ ان دا لائف اف دا پرافٹ ادم۔</w:t>
      </w:r>
    </w:p>
    <w:p>
      <w:r>
        <w:rPr>
          <w:b/>
        </w:rPr>
        <w:t xml:space="preserve">[12:03] </w:t>
      </w:r>
      <w:r>
        <w:t>then there was the prophet nooh.</w:t>
      </w:r>
    </w:p>
    <w:p>
      <w:pPr>
        <w:jc w:val="right"/>
      </w:pPr>
      <w:r>
        <w:t>دین دیر واز دا پرافٹ نو۔</w:t>
      </w:r>
    </w:p>
    <w:p>
      <w:r>
        <w:rPr>
          <w:b/>
        </w:rPr>
        <w:t xml:space="preserve">[12:11] </w:t>
      </w:r>
      <w:r>
        <w:t>he was an extraordinary prophet.</w:t>
      </w:r>
    </w:p>
    <w:p>
      <w:pPr>
        <w:jc w:val="right"/>
      </w:pPr>
      <w:r>
        <w:t>ہی واز این ایکسٹرا ارڈنری پرافٹ۔</w:t>
      </w:r>
    </w:p>
    <w:p>
      <w:r>
        <w:rPr>
          <w:b/>
        </w:rPr>
        <w:t xml:space="preserve">[12:17] </w:t>
      </w:r>
      <w:r>
        <w:t>according to the quranic account, he was given a very long life.</w:t>
      </w:r>
    </w:p>
    <w:p>
      <w:pPr>
        <w:jc w:val="right"/>
      </w:pPr>
      <w:r>
        <w:t>اکارڈنگ ٹو دا قرانک اکاؤنٹ، ہی واز گیون ا ویری لانگ لائف۔</w:t>
      </w:r>
    </w:p>
    <w:p>
      <w:r>
        <w:rPr>
          <w:b/>
        </w:rPr>
        <w:t xml:space="preserve">[12:26] </w:t>
      </w:r>
      <w:r>
        <w:t>he</w:t>
      </w:r>
    </w:p>
    <w:p>
      <w:pPr>
        <w:jc w:val="right"/>
      </w:pPr>
      <w:r>
        <w:t>ہی</w:t>
      </w:r>
    </w:p>
    <w:p>
      <w:r>
        <w:rPr>
          <w:b/>
        </w:rPr>
        <w:t xml:space="preserve">[12:30] </w:t>
      </w:r>
      <w:r>
        <w:t>was, he was given a very long life. he lived near about 950 years.</w:t>
      </w:r>
    </w:p>
    <w:p>
      <w:pPr>
        <w:jc w:val="right"/>
      </w:pPr>
      <w:r>
        <w:t>واز، ہی واز گیون ا ویری لانگ لائف۔ ہی لیوڈ نیر اباؤٹ 950 ایئرز۔</w:t>
      </w:r>
    </w:p>
    <w:p>
      <w:r>
        <w:rPr>
          <w:b/>
        </w:rPr>
        <w:t xml:space="preserve">[12:47] </w:t>
      </w:r>
      <w:r>
        <w:t>only 50 years less than the 1000. so it was an extraordinary life. prophet noah was given this exceptionally a very long time for the work.</w:t>
      </w:r>
    </w:p>
    <w:p>
      <w:pPr>
        <w:jc w:val="right"/>
      </w:pPr>
      <w:r>
        <w:t>اونلی 50 ایئرز لیس دین دی 1000۔ سو اٹ واز این ایکسٹرا ارڈنری لائف۔ پرافٹ نو واز گیون دس ایکسیپشنلی ا ویری لانگ ٹائم فار دا ورک۔</w:t>
      </w:r>
    </w:p>
    <w:p>
      <w:r>
        <w:rPr>
          <w:b/>
        </w:rPr>
        <w:t xml:space="preserve">[13:07] </w:t>
      </w:r>
      <w:r>
        <w:t>but according to the biblical account, only 80 percent embraced islam.</w:t>
      </w:r>
    </w:p>
    <w:p>
      <w:pPr>
        <w:jc w:val="right"/>
      </w:pPr>
      <w:r>
        <w:t>بٹ اکارڈنگ ٹو دا ببلیکل اکاؤنٹ، اونلی 80 پرسنٹ ایمبریسڈ اسلام۔</w:t>
      </w:r>
    </w:p>
    <w:p>
      <w:r>
        <w:rPr>
          <w:b/>
        </w:rPr>
        <w:t xml:space="preserve">[13:17] </w:t>
      </w:r>
      <w:r>
        <w:t>only 80 percent, 80,</w:t>
      </w:r>
    </w:p>
    <w:p>
      <w:pPr>
        <w:jc w:val="right"/>
      </w:pPr>
      <w:r>
        <w:t>اونلی 80 پرسنٹ، 80،</w:t>
      </w:r>
    </w:p>
    <w:p>
      <w:r>
        <w:rPr>
          <w:b/>
        </w:rPr>
        <w:t xml:space="preserve">[13:22] </w:t>
      </w:r>
      <w:r>
        <w:t>accepted his message.</w:t>
      </w:r>
    </w:p>
    <w:p>
      <w:pPr>
        <w:jc w:val="right"/>
      </w:pPr>
      <w:r>
        <w:t>ایکسیپٹڈ ہز میسج۔</w:t>
      </w:r>
    </w:p>
    <w:p>
      <w:r>
        <w:rPr>
          <w:b/>
        </w:rPr>
        <w:t xml:space="preserve">[13:27] </w:t>
      </w:r>
      <w:r>
        <w:t>all others failed to accept his message. but we have to, but, but the life of prophet noah gives us a great lesson.</w:t>
      </w:r>
    </w:p>
    <w:p>
      <w:pPr>
        <w:jc w:val="right"/>
      </w:pPr>
      <w:r>
        <w:t>ال ادر فیل ٹو ایکسیپٹ ہز میسج۔ بٹ وی ہیو ٹو، بٹ، بٹ دا لائف اف پرافٹ نو گیوز اس ا گریٹ لیسن۔</w:t>
      </w:r>
    </w:p>
    <w:p>
      <w:r>
        <w:rPr>
          <w:b/>
        </w:rPr>
        <w:t xml:space="preserve">[13:43] </w:t>
      </w:r>
      <w:r>
        <w:t>in the quran, he says, quran says about prophet noah: "i convey my message in private as well as in public." in all the method, i,</w:t>
      </w:r>
    </w:p>
    <w:p>
      <w:pPr>
        <w:jc w:val="right"/>
      </w:pPr>
      <w:r>
        <w:t>ان دا قران، ہی سیز، قران سیز اباؤٹ پرافٹ نو: "ائی کنویٹ مائی میسج ان پرائیویٹ ایز ویل ان ان پبلک۔" ان ال دا میتھڈ، ائی،</w:t>
      </w:r>
    </w:p>
    <w:p>
      <w:r>
        <w:rPr>
          <w:b/>
        </w:rPr>
        <w:t xml:space="preserve">[14:05] </w:t>
      </w:r>
      <w:r>
        <w:t>i, i, by using all the methods, i convey my message to my nation. but they refused. the majority was not ready to accept his message.</w:t>
      </w:r>
    </w:p>
    <w:p>
      <w:pPr>
        <w:jc w:val="right"/>
      </w:pPr>
      <w:r>
        <w:t>ائی، ائی، بائی یوزنگ ال دا میتھڈز، ائی کنویٹ مائی میسج ٹو مائی نیشن۔ بٹ دے ریفیوز۔ دا میجورٹی واز ناٹ ریڈی ٹو ایکسیپٹ ہز میسج۔</w:t>
      </w:r>
    </w:p>
    <w:p>
      <w:r>
        <w:rPr>
          <w:b/>
        </w:rPr>
        <w:t xml:space="preserve">[14:18] </w:t>
      </w:r>
      <w:r>
        <w:t>so the example of prophet noah gives us a great lesson that we have to continue our the work generation after generation without going into disappointment.</w:t>
      </w:r>
    </w:p>
    <w:p>
      <w:pPr>
        <w:jc w:val="right"/>
      </w:pPr>
      <w:r>
        <w:t>تو دا ایگزیمپل اف پرافٹ نو گیوز اس ا گریٹ لیسن دیٹ وی ہیو ٹو کنٹینیو اور دا ورک جنریشن افٹر جنریشن وداؤٹ گوئنگ ٹو انٹو ڈس اپوائنٹمنٹ۔</w:t>
      </w:r>
    </w:p>
    <w:p>
      <w:r>
        <w:rPr>
          <w:b/>
        </w:rPr>
        <w:t xml:space="preserve">[14:41] </w:t>
      </w:r>
      <w:r>
        <w:t>this is a great lesson. we have no option. we have no option in the work other than this.</w:t>
      </w:r>
    </w:p>
    <w:p>
      <w:pPr>
        <w:jc w:val="right"/>
      </w:pPr>
      <w:r>
        <w:t>دس از ا گریٹ لیسن۔ وی ہیو نو اپشن۔ وی ہیو نو اپشن ان دا ورک ادر دین دس۔</w:t>
      </w:r>
    </w:p>
    <w:p>
      <w:r>
        <w:rPr>
          <w:b/>
        </w:rPr>
        <w:t xml:space="preserve">[14:52] </w:t>
      </w:r>
      <w:r>
        <w:t>prophet noah gives us a great lesson that one has no option other than to continue his da'wah mission generation after generation.</w:t>
      </w:r>
    </w:p>
    <w:p>
      <w:pPr>
        <w:jc w:val="right"/>
      </w:pPr>
      <w:r>
        <w:t>پرافٹ نو گیوز اس ا گریٹ لیسن دیٹ ادائی ہیز نو اپشن ادر دین ٹو کنٹینیو ہز داوا مشن جنریشن افٹر جنریشن۔</w:t>
      </w:r>
    </w:p>
    <w:p>
      <w:r>
        <w:rPr>
          <w:b/>
        </w:rPr>
        <w:t xml:space="preserve">[15:10] </w:t>
      </w:r>
      <w:r>
        <w:t>this is a great message. this is relevant to all the times, even for today.</w:t>
      </w:r>
    </w:p>
    <w:p>
      <w:pPr>
        <w:jc w:val="right"/>
      </w:pPr>
      <w:r>
        <w:t>دس از ا گریٹ میسج۔ دس ریلیونٹ ٹو ال دا ٹائمز، ایون فار ٹوڈے۔</w:t>
      </w:r>
    </w:p>
    <w:p>
      <w:r>
        <w:rPr>
          <w:b/>
        </w:rPr>
        <w:t xml:space="preserve">[15:20] </w:t>
      </w:r>
      <w:r>
        <w:t>don't see about the response. response may be negative.</w:t>
      </w:r>
    </w:p>
    <w:p>
      <w:pPr>
        <w:jc w:val="right"/>
      </w:pPr>
      <w:r>
        <w:t>ڈونٹ سی اباؤٹ دا رسپانس۔ رسپانس می بی نیگیٹیو۔</w:t>
      </w:r>
    </w:p>
    <w:p>
      <w:r>
        <w:rPr>
          <w:b/>
        </w:rPr>
        <w:t xml:space="preserve">[15:29] </w:t>
      </w:r>
      <w:r>
        <w:t>response may be positive or negative. but you are not allowed to see the response.</w:t>
      </w:r>
    </w:p>
    <w:p>
      <w:pPr>
        <w:jc w:val="right"/>
      </w:pPr>
      <w:r>
        <w:t>رسپانس می بی پازیٹیو اور نیگیٹیو۔ بٹ یو ار ناٹ الاؤڈ ٹو سی دا رسپانس۔</w:t>
      </w:r>
    </w:p>
    <w:p>
      <w:r>
        <w:rPr>
          <w:b/>
        </w:rPr>
        <w:t xml:space="preserve">[15:38] </w:t>
      </w:r>
      <w:r>
        <w:t>you have to perform your duty generation after generation.</w:t>
      </w:r>
    </w:p>
    <w:p>
      <w:pPr>
        <w:jc w:val="right"/>
      </w:pPr>
      <w:r>
        <w:t>یو ہیو ٹو پرفارم یور ڈیوٹی جنریشن افٹر جنریشن۔</w:t>
      </w:r>
    </w:p>
    <w:p>
      <w:r>
        <w:rPr>
          <w:b/>
        </w:rPr>
        <w:t xml:space="preserve">[15:48] </w:t>
      </w:r>
      <w:r>
        <w:t>this is the message of prophet noah.</w:t>
      </w:r>
    </w:p>
    <w:p>
      <w:pPr>
        <w:jc w:val="right"/>
      </w:pPr>
      <w:r>
        <w:t>دس از دا میسج اف پرافٹ نو۔</w:t>
      </w:r>
    </w:p>
    <w:p>
      <w:r>
        <w:rPr>
          <w:b/>
        </w:rPr>
        <w:t xml:space="preserve">[15:54] </w:t>
      </w:r>
      <w:r>
        <w:t>it is relevant for all times. this kind of example we find only in the life of prophet noah.</w:t>
      </w:r>
    </w:p>
    <w:p>
      <w:pPr>
        <w:jc w:val="right"/>
      </w:pPr>
      <w:r>
        <w:t>اٹ از ریلیونٹ فار ال ٹائمز۔ دس کائنڈ اف ایگزیمپل وی فائنڈ اونلی ان دا لائف اف پرافٹ نو۔</w:t>
      </w:r>
    </w:p>
    <w:p>
      <w:r>
        <w:rPr>
          <w:b/>
        </w:rPr>
        <w:t xml:space="preserve">[16:04] </w:t>
      </w:r>
      <w:r>
        <w:t>because no other prophet was given so long life in this world.</w:t>
      </w:r>
    </w:p>
    <w:p>
      <w:pPr>
        <w:jc w:val="right"/>
      </w:pPr>
      <w:r>
        <w:t>بیکاز نو ادر پرافٹ واز گیون سو لانگ لائف ان دس ورلڈ۔</w:t>
      </w:r>
    </w:p>
    <w:p>
      <w:r>
        <w:rPr>
          <w:b/>
        </w:rPr>
        <w:t xml:space="preserve">[16:14] </w:t>
      </w:r>
      <w:r>
        <w:t>so we have to do our the work without any break.</w:t>
      </w:r>
    </w:p>
    <w:p>
      <w:pPr>
        <w:jc w:val="right"/>
      </w:pPr>
      <w:r>
        <w:t>سو وی ہیو ٹو ڈو اور دا ورک وداؤٹ اینی بریک۔</w:t>
      </w:r>
    </w:p>
    <w:p>
      <w:r>
        <w:rPr>
          <w:b/>
        </w:rPr>
        <w:t xml:space="preserve">[16:24] </w:t>
      </w:r>
      <w:r>
        <w:t>we have to continue it</w:t>
      </w:r>
    </w:p>
    <w:p>
      <w:pPr>
        <w:jc w:val="right"/>
      </w:pPr>
      <w:r>
        <w:t>وی ہیو ٹو کنٹینیو اٹ</w:t>
      </w:r>
    </w:p>
    <w:p>
      <w:r>
        <w:rPr>
          <w:b/>
        </w:rPr>
        <w:t xml:space="preserve">[16:29] </w:t>
      </w:r>
      <w:r>
        <w:t>even generation after generation. we have no other option. this is the example of the prophet noah alaihissalam.</w:t>
      </w:r>
    </w:p>
    <w:p>
      <w:pPr>
        <w:jc w:val="right"/>
      </w:pPr>
      <w:r>
        <w:t>ایون جنریشن افٹر جنریشن۔ وی ہیو نو ادر اپشن۔ دس از دا ایگزیمپل اف دا پرافٹ نو علیہ السلام۔</w:t>
      </w:r>
    </w:p>
    <w:p>
      <w:r>
        <w:rPr>
          <w:b/>
        </w:rPr>
        <w:t xml:space="preserve">[16:40] </w:t>
      </w:r>
      <w:r>
        <w:t>then,</w:t>
      </w:r>
    </w:p>
    <w:p>
      <w:pPr>
        <w:jc w:val="right"/>
      </w:pPr>
      <w:r>
        <w:t>دین،</w:t>
      </w:r>
    </w:p>
    <w:p>
      <w:r>
        <w:rPr>
          <w:b/>
        </w:rPr>
        <w:t xml:space="preserve">[16:46] </w:t>
      </w:r>
      <w:r>
        <w:t>deen i would like to see a few word about the prophet muhammad sallallahu alaihi wasallam. prophet muhammad was the only prophet in history who is</w:t>
      </w:r>
    </w:p>
    <w:p>
      <w:pPr>
        <w:jc w:val="right"/>
      </w:pPr>
      <w:r>
        <w:t>دین ائی وڈ لائک ٹو سی ا فی ورڈ اباؤٹ دا پرافٹ محمد صلی اللہ علیہ وسلم۔ پرافٹ محمد واز دا اونلی پرافٹ ان ہسٹری ہو از</w:t>
      </w:r>
    </w:p>
    <w:p>
      <w:r>
        <w:rPr>
          <w:b/>
        </w:rPr>
        <w:t xml:space="preserve">[17:03] </w:t>
      </w:r>
      <w:r>
        <w:t>was born in a full light of an orientalist. He says in his, in his some, in one of his book that Prophet Muhammad was born with in full light of, with in the full light of history.</w:t>
      </w:r>
    </w:p>
    <w:p>
      <w:pPr>
        <w:jc w:val="right"/>
      </w:pPr>
      <w:r>
        <w:t>واز بورن ان ا فل لائٹ اف این اوریٹلسٹ۔ سیز ان ہز، ان ہز سم، ان ون اف ہز بک دیٹ پرافٹ محمد واز بورن ود ان فل لائٹ اف، ود ان دا فل لائٹ اف ہسٹری۔</w:t>
      </w:r>
    </w:p>
    <w:p>
      <w:r>
        <w:rPr>
          <w:b/>
        </w:rPr>
        <w:t xml:space="preserve">[17:26] </w:t>
      </w:r>
      <w:r>
        <w:t>to prophet muhammad is only one prophet who is a historical prophet. his life is recorded.</w:t>
      </w:r>
    </w:p>
    <w:p>
      <w:pPr>
        <w:jc w:val="right"/>
      </w:pPr>
      <w:r>
        <w:t>تو پرافٹ محمد از اونلی ون پرافٹ ہو از ا ہسٹوریکل پرافٹ۔ ہز لائف از ریکارڈڈ۔</w:t>
      </w:r>
    </w:p>
    <w:p>
      <w:r>
        <w:rPr>
          <w:b/>
        </w:rPr>
        <w:t xml:space="preserve">[17:38] </w:t>
      </w:r>
      <w:r>
        <w:t>everything we know,</w:t>
      </w:r>
    </w:p>
    <w:p>
      <w:pPr>
        <w:jc w:val="right"/>
      </w:pPr>
      <w:r>
        <w:t>ایوری تھنگ وی نو،</w:t>
      </w:r>
    </w:p>
    <w:p>
      <w:r>
        <w:rPr>
          <w:b/>
        </w:rPr>
        <w:t xml:space="preserve">[17:45] </w:t>
      </w:r>
      <w:r>
        <w:t>we know everything about his, about his life that muhammad, muhammad father was the name of muhammad father was abdullah.</w:t>
      </w:r>
    </w:p>
    <w:p>
      <w:pPr>
        <w:jc w:val="right"/>
      </w:pPr>
      <w:r>
        <w:t>وی نو ایوری تھنگ اباؤٹ ہز، اباؤٹ ہز لائف دیٹ محمد، محمد فادر واز دا نیم اف محمد فادر واز عبداللہ۔</w:t>
      </w:r>
    </w:p>
    <w:p>
      <w:r>
        <w:rPr>
          <w:b/>
        </w:rPr>
        <w:t xml:space="preserve">[17:58] </w:t>
      </w:r>
      <w:r>
        <w:t>the name of his grandfather was abdul muttalib. everything is well known historically.</w:t>
      </w:r>
    </w:p>
    <w:p>
      <w:pPr>
        <w:jc w:val="right"/>
      </w:pPr>
      <w:r>
        <w:t>دا نیم اف ہز گرینڈ فادر واز عبدالمطلب۔ ایوری تھنگ از ویل نون ہسٹوریکلی۔</w:t>
      </w:r>
    </w:p>
    <w:p>
      <w:r>
        <w:rPr>
          <w:b/>
        </w:rPr>
        <w:t xml:space="preserve">[18:09] </w:t>
      </w:r>
      <w:r>
        <w:t>we know that prophet muhammad was born in 570 ad in makkah.</w:t>
      </w:r>
    </w:p>
    <w:p>
      <w:pPr>
        <w:jc w:val="right"/>
      </w:pPr>
      <w:r>
        <w:t>وی نو دیٹ پرافٹ محمد واز بورن ان 570 اے ڈی ان مکہ۔</w:t>
      </w:r>
    </w:p>
    <w:p>
      <w:r>
        <w:rPr>
          <w:b/>
        </w:rPr>
        <w:t xml:space="preserve">[18:20] </w:t>
      </w:r>
      <w:r>
        <w:t>this kind of specific statement</w:t>
      </w:r>
    </w:p>
    <w:p>
      <w:pPr>
        <w:jc w:val="right"/>
      </w:pPr>
      <w:r>
        <w:t>دس کائنڈ اف سپیسیفک سٹیٹمنٹ</w:t>
      </w:r>
    </w:p>
    <w:p>
      <w:r>
        <w:rPr>
          <w:b/>
        </w:rPr>
        <w:t xml:space="preserve">[18:25] </w:t>
      </w:r>
      <w:r>
        <w:t>we can not give this kind of specific statement about any prophet.</w:t>
      </w:r>
    </w:p>
    <w:p>
      <w:pPr>
        <w:jc w:val="right"/>
      </w:pPr>
      <w:r>
        <w:t>وی کین ناٹ گیو دس کائنڈ اف سپیسیفک سٹیٹمنٹ اباؤٹ اینی پرافٹ۔</w:t>
      </w:r>
    </w:p>
    <w:p>
      <w:r>
        <w:rPr>
          <w:b/>
        </w:rPr>
        <w:t xml:space="preserve">[18:33] </w:t>
      </w:r>
      <w:r>
        <w:t>because historical account is not available about previous prophets.</w:t>
      </w:r>
    </w:p>
    <w:p>
      <w:pPr>
        <w:jc w:val="right"/>
      </w:pPr>
      <w:r>
        <w:t>بیکاز ہسٹوریکل اکاؤنٹ از ناٹ اویلیبل اباؤٹ پریویس پرافٹس۔</w:t>
      </w:r>
    </w:p>
    <w:p>
      <w:r>
        <w:rPr>
          <w:b/>
        </w:rPr>
        <w:t xml:space="preserve">[18:43] </w:t>
      </w:r>
      <w:r>
        <w:t>there is only one prophet that is muhammad bin abdullah bin abdul muttalib about whom. we can see that muhammad was born in 570 ad in makkah.</w:t>
      </w:r>
    </w:p>
    <w:p>
      <w:pPr>
        <w:jc w:val="right"/>
      </w:pPr>
      <w:r>
        <w:t>دیر از اونلی ون پرافٹ دیٹ از محمد بن عبداللہ بن عبدالمطلب اباؤٹ ہوم۔ وی کین سی دیٹ محمد واز بورن ان 570 اے ڈی ان مکہ۔</w:t>
      </w:r>
    </w:p>
    <w:p>
      <w:r>
        <w:rPr>
          <w:b/>
        </w:rPr>
        <w:t xml:space="preserve">[18:57] </w:t>
      </w:r>
      <w:r>
        <w:t>and also we can see that muhammad died in, in 632.</w:t>
      </w:r>
    </w:p>
    <w:p>
      <w:pPr>
        <w:jc w:val="right"/>
      </w:pPr>
      <w:r>
        <w:t>اینڈ السو وی کین سی دیٹ محمد ڈائیڈ ان، ان 632۔</w:t>
      </w:r>
    </w:p>
    <w:p>
      <w:r>
        <w:rPr>
          <w:b/>
        </w:rPr>
        <w:t xml:space="preserve">[19:07] </w:t>
      </w:r>
      <w:r>
        <w:t>and at the time he was in madinah. this kind of specific statement is not available except prophet muhammad.</w:t>
      </w:r>
    </w:p>
    <w:p>
      <w:pPr>
        <w:jc w:val="right"/>
      </w:pPr>
      <w:r>
        <w:t>اینڈ ایٹ دا ٹائم ہی واز ان مدینہ۔ دس کائنڈ اف سپیسیفک سٹیٹمنٹ از ناٹ اویلیبل ایکسیپٹ پرافٹ محمد۔</w:t>
      </w:r>
    </w:p>
    <w:p>
      <w:r>
        <w:rPr>
          <w:b/>
        </w:rPr>
        <w:t xml:space="preserve">[19:19] </w:t>
      </w:r>
      <w:r>
        <w:t>this is very important. one hindu scholar doctor nishi khan chattopadhyay, he was a bengali hindu.</w:t>
      </w:r>
    </w:p>
    <w:p>
      <w:pPr>
        <w:jc w:val="right"/>
      </w:pPr>
      <w:r>
        <w:t>دس از ویری امپورٹنٹ۔ ون ہندو اسکالر ڈاکٹر نشی خان چٹوپادیہ، ہی واز ا بنگالی ہندو۔</w:t>
      </w:r>
    </w:p>
    <w:p>
      <w:r>
        <w:rPr>
          <w:b/>
        </w:rPr>
        <w:t xml:space="preserve">[19:37] </w:t>
      </w:r>
      <w:r>
        <w:t>so he was a true seeker.</w:t>
      </w:r>
    </w:p>
    <w:p>
      <w:pPr>
        <w:jc w:val="right"/>
      </w:pPr>
      <w:r>
        <w:t>سو ہی واز ا ٹرو سیکر۔</w:t>
      </w:r>
    </w:p>
    <w:p>
      <w:r>
        <w:rPr>
          <w:b/>
        </w:rPr>
        <w:t xml:space="preserve">[19:41] </w:t>
      </w:r>
      <w:r>
        <w:t>he studied all the religions, all the philosophies, all the system of thought.</w:t>
      </w:r>
    </w:p>
    <w:p>
      <w:pPr>
        <w:jc w:val="right"/>
      </w:pPr>
      <w:r>
        <w:t>ہی سٹڈی ال دا ریلیجنز، ال دا فلاسفیز، ال دا سسٹم اف تھاٹ۔</w:t>
      </w:r>
    </w:p>
    <w:p>
      <w:r>
        <w:rPr>
          <w:b/>
        </w:rPr>
        <w:t xml:space="preserve">[19:52] </w:t>
      </w:r>
      <w:r>
        <w:t>all the religious personalities. and then he embraced islam.</w:t>
      </w:r>
    </w:p>
    <w:p>
      <w:pPr>
        <w:jc w:val="right"/>
      </w:pPr>
      <w:r>
        <w:t>ال دا ریلیجیس پرسنیلٹیز۔ اینڈ دین ہی ایمبریسڈ اسلام۔</w:t>
      </w:r>
    </w:p>
    <w:p>
      <w:r>
        <w:rPr>
          <w:b/>
        </w:rPr>
        <w:t xml:space="preserve">[20:03] </w:t>
      </w:r>
      <w:r>
        <w:t>so one of, in one of his book, he says that: "why i have accepted islam?" because when i studied it, i found that all other religions have no historical base.</w:t>
      </w:r>
    </w:p>
    <w:p>
      <w:pPr>
        <w:jc w:val="right"/>
      </w:pPr>
      <w:r>
        <w:t>سو ون اف، ان ون اف ہز بک، ہی سیز دیٹ: "وائی ائی ہیو ایکسیپٹڈ اسلام؟" بیکاز وین ائی سٹڈی اٹ، ائی فاؤنڈ دیٹ ال ادر ریلیجنز ہیو نو ہسٹوریکل بیس۔</w:t>
      </w:r>
    </w:p>
    <w:p>
      <w:r>
        <w:rPr>
          <w:b/>
        </w:rPr>
        <w:t xml:space="preserve">[20:19] </w:t>
      </w:r>
      <w:r>
        <w:t>it is only islam that has a historical base. and the prophet of islam is completely a historical prophet.</w:t>
      </w:r>
    </w:p>
    <w:p>
      <w:pPr>
        <w:jc w:val="right"/>
      </w:pPr>
      <w:r>
        <w:t>اٹ از اونلی اسلام دیٹ ہیز ا ہسٹوریکل بیس۔ اینڈ دا پرافٹ اف اسلام از کمپلیٹلی ا ہسٹوریکل پرافٹ۔</w:t>
      </w:r>
    </w:p>
    <w:p>
      <w:r>
        <w:rPr>
          <w:b/>
        </w:rPr>
        <w:t xml:space="preserve">[20:30] </w:t>
      </w:r>
      <w:r>
        <w:t>so in this book, he says that: "oh what a relief to find after all a historical prophet to believe in?" this is the word of doctor nishi khan chattopadhyay who after long study embraced islam.</w:t>
      </w:r>
    </w:p>
    <w:p>
      <w:pPr>
        <w:jc w:val="right"/>
      </w:pPr>
      <w:r>
        <w:t>سو ان دس بک، ہی سیز دیٹ: "او واٹ ا ریلیف ٹو فائنڈ افٹر ال ا ہسٹوریکل پرافٹ ٹو بیلیو ان؟" دس از دا ورڈ اف ڈاکٹر نشی خان چٹوپادیہ ہو افٹر لانگ سٹڈی ایمبریسڈ اسلام۔</w:t>
      </w:r>
    </w:p>
    <w:p>
      <w:r>
        <w:rPr>
          <w:b/>
        </w:rPr>
        <w:t xml:space="preserve">[20:52] </w:t>
      </w:r>
      <w:r>
        <w:t>so</w:t>
      </w:r>
    </w:p>
    <w:p>
      <w:pPr>
        <w:jc w:val="right"/>
      </w:pPr>
      <w:r>
        <w:t>سو</w:t>
      </w:r>
    </w:p>
    <w:p>
      <w:r>
        <w:rPr>
          <w:b/>
        </w:rPr>
        <w:t xml:space="preserve">[21:00] </w:t>
      </w:r>
      <w:r>
        <w:t>here i would like to give some examples from the life of the prophet muhammad sallallahu alaihi wasallam.</w:t>
      </w:r>
    </w:p>
    <w:p>
      <w:pPr>
        <w:jc w:val="right"/>
      </w:pPr>
      <w:r>
        <w:t>ہیر ائی وڈ لائک ٹو گیو سم ایگزیمپلز فرام دا لائف اف دا پرافٹ محمد صلی اللہ علیہ وسلم۔</w:t>
      </w:r>
    </w:p>
    <w:p>
      <w:r>
        <w:rPr>
          <w:b/>
        </w:rPr>
        <w:t xml:space="preserve">[21:10] </w:t>
      </w:r>
      <w:r>
        <w:t>you know when he was, when he started his mission in makkah, at the time makkah people were idol worshippers,</w:t>
      </w:r>
    </w:p>
    <w:p>
      <w:pPr>
        <w:jc w:val="right"/>
      </w:pPr>
      <w:r>
        <w:t>یو نو وین ہی واز، وین ہی سٹارٹڈ ہز مشن ان مکہ، ایٹ دا ٹائم مکہ پیپل ویر ائیڈل ورسپرز،</w:t>
      </w:r>
    </w:p>
    <w:p>
      <w:r>
        <w:rPr>
          <w:b/>
        </w:rPr>
        <w:t xml:space="preserve">[21:24] </w:t>
      </w:r>
      <w:r>
        <w:t>mushrik.</w:t>
      </w:r>
    </w:p>
    <w:p>
      <w:pPr>
        <w:jc w:val="right"/>
      </w:pPr>
      <w:r>
        <w:t>مشرک۔</w:t>
      </w:r>
    </w:p>
    <w:p>
      <w:r>
        <w:rPr>
          <w:b/>
        </w:rPr>
        <w:t xml:space="preserve">[21:28] </w:t>
      </w:r>
      <w:r>
        <w:t>so it was a very difficult situation.</w:t>
      </w:r>
    </w:p>
    <w:p>
      <w:pPr>
        <w:jc w:val="right"/>
      </w:pPr>
      <w:r>
        <w:t>سو اٹ واز ا ویری ڈیفیکلٹ سچویشن۔</w:t>
      </w:r>
    </w:p>
    <w:p>
      <w:r>
        <w:rPr>
          <w:b/>
        </w:rPr>
        <w:t xml:space="preserve">[21:35] </w:t>
      </w:r>
      <w:r>
        <w:t>So the first, the first problem was: "Where to, from where to begin?" From where to begin.</w:t>
      </w:r>
    </w:p>
    <w:p>
      <w:pPr>
        <w:jc w:val="right"/>
      </w:pPr>
      <w:r>
        <w:t>سو دا فرسٹ، دا فرسٹ پرابلم واز: "ویر ٹو، فرام ویر ٹو بگن؟" فرام ویر ٹو بگن۔</w:t>
      </w:r>
    </w:p>
    <w:p>
      <w:r>
        <w:rPr>
          <w:b/>
        </w:rPr>
        <w:t xml:space="preserve">[21:52] </w:t>
      </w:r>
      <w:r>
        <w:t>so he here is a great example for us in, in his life. he asked maken people to gather at,</w:t>
      </w:r>
    </w:p>
    <w:p>
      <w:pPr>
        <w:jc w:val="right"/>
      </w:pPr>
      <w:r>
        <w:t>سو ہی ہیر از ا گریٹ ایگزیمپل فار اس ان، ان ہز لائف۔ ہی اسکڈ میکن پیپل ٹو گیدر ایٹ،</w:t>
      </w:r>
    </w:p>
    <w:p>
      <w:r>
        <w:rPr>
          <w:b/>
        </w:rPr>
        <w:t xml:space="preserve">[22:08] </w:t>
      </w:r>
      <w:r>
        <w:t>at a place that was called Safa. So Safa was a well known place where people used to gather when they wanted to discuss among themselves.</w:t>
      </w:r>
    </w:p>
    <w:p>
      <w:pPr>
        <w:jc w:val="right"/>
      </w:pPr>
      <w:r>
        <w:t>ایٹ ا پلیس دیٹ واز کالڈ صفا۔ تو صفا واز ا ویل نون پلیس ویر پیپل یوز ٹو گیدر وین دے وانٹڈ ٹو ڈسکس امنگ دیم سیلف۔</w:t>
      </w:r>
    </w:p>
    <w:p>
      <w:r>
        <w:rPr>
          <w:b/>
        </w:rPr>
        <w:t xml:space="preserve">[22:27] </w:t>
      </w:r>
      <w:r>
        <w:t>so he asked people to gather here when they, when maken people gather at the place.</w:t>
      </w:r>
    </w:p>
    <w:p>
      <w:pPr>
        <w:jc w:val="right"/>
      </w:pPr>
      <w:r>
        <w:t>سو ہی اسکڈ پیپل ٹو گیدر ہیر وین دے، وین میکن پیپل گیدر ایٹ دا پلیس۔</w:t>
      </w:r>
    </w:p>
    <w:p>
      <w:r>
        <w:rPr>
          <w:b/>
        </w:rPr>
        <w:t xml:space="preserve">[22:37] </w:t>
      </w:r>
      <w:r>
        <w:t>he said,</w:t>
      </w:r>
    </w:p>
    <w:p>
      <w:pPr>
        <w:jc w:val="right"/>
      </w:pPr>
      <w:r>
        <w:t>ہی سیڈ،</w:t>
      </w:r>
    </w:p>
    <w:p>
      <w:r>
        <w:rPr>
          <w:b/>
        </w:rPr>
        <w:t xml:space="preserve">[22:44] </w:t>
      </w:r>
      <w:r>
        <w:t>addressing these maken people, he said that: "wallah</w:t>
      </w:r>
    </w:p>
    <w:p>
      <w:pPr>
        <w:jc w:val="right"/>
      </w:pPr>
      <w:r>
        <w:t>ایڈریسنگ دیز میکن پیپل، ہی سیڈ دیٹ: "واللہ</w:t>
      </w:r>
    </w:p>
    <w:p>
      <w:r>
        <w:rPr>
          <w:b/>
        </w:rPr>
        <w:t xml:space="preserve">[23:03] </w:t>
      </w:r>
      <w:r>
        <w:t>it means that this life is not a tunnel. you have to die.</w:t>
      </w:r>
    </w:p>
    <w:p>
      <w:pPr>
        <w:jc w:val="right"/>
      </w:pPr>
      <w:r>
        <w:t>اٹ مینز دیٹ دس لائف از ناٹ ا ٹنل۔ یو ہیو ٹو ڈائی۔</w:t>
      </w:r>
    </w:p>
    <w:p>
      <w:r>
        <w:rPr>
          <w:b/>
        </w:rPr>
        <w:t xml:space="preserve">[23:11] </w:t>
      </w:r>
      <w:r>
        <w:t>you have to die. and after death, you will face the problem of accountability.</w:t>
      </w:r>
    </w:p>
    <w:p>
      <w:pPr>
        <w:jc w:val="right"/>
      </w:pPr>
      <w:r>
        <w:t>یو ہیو ٹو ڈائی۔ اینڈ افٹر ڈیتھ، یو ویل فیس دا پرابلم اف اکاؤنٹیبلٹی۔</w:t>
      </w:r>
    </w:p>
    <w:p>
      <w:r>
        <w:rPr>
          <w:b/>
        </w:rPr>
        <w:t xml:space="preserve">[23:21] </w:t>
      </w:r>
      <w:r>
        <w:t>and after this, you will, you will face the hell or paradise.</w:t>
      </w:r>
    </w:p>
    <w:p>
      <w:pPr>
        <w:jc w:val="right"/>
      </w:pPr>
      <w:r>
        <w:t>اینڈ افٹر دس، یو ویل، یو ویل فیس دا ہیل اور پیراڈائز۔</w:t>
      </w:r>
    </w:p>
    <w:p>
      <w:r>
        <w:rPr>
          <w:b/>
        </w:rPr>
        <w:t xml:space="preserve">[23:32] </w:t>
      </w:r>
      <w:r>
        <w:t>if you are, if you are good in the, in the, in the eyes of god, then you will be given</w:t>
      </w:r>
    </w:p>
    <w:p>
      <w:pPr>
        <w:jc w:val="right"/>
      </w:pPr>
      <w:r>
        <w:t>اف یو ار، اف یو ار گڈ ان دا، ان دا، ان دا ائیز اف گاڈ، دین یو ویل بی گیون</w:t>
      </w:r>
    </w:p>
    <w:p>
      <w:r>
        <w:rPr>
          <w:b/>
        </w:rPr>
        <w:t xml:space="preserve">[23:45] </w:t>
      </w:r>
      <w:r>
        <w:t>paradise as reward. but if you are bad in the eyes of prophet, you will be punished and you will be given hell.</w:t>
      </w:r>
    </w:p>
    <w:p>
      <w:pPr>
        <w:jc w:val="right"/>
      </w:pPr>
      <w:r>
        <w:t>پیراڈائز ایز ریوارڈ۔ بٹ اف یو ار بیڈ ان دا ائیز اف پرافٹ، یو ویل بی پنشڈ اینڈ یو ویل بی گیون ہیل۔</w:t>
      </w:r>
    </w:p>
    <w:p>
      <w:r>
        <w:rPr>
          <w:b/>
        </w:rPr>
        <w:t xml:space="preserve">[23:58] </w:t>
      </w:r>
      <w:r>
        <w:t>and both are a tunnel. so this was the first message. first message</w:t>
      </w:r>
    </w:p>
    <w:p>
      <w:pPr>
        <w:jc w:val="right"/>
      </w:pPr>
      <w:r>
        <w:t>اینڈ بوتھ ار ا ٹنل۔ سو دس واز دا فرسٹ میسج۔ فرسٹ میسج</w:t>
      </w:r>
    </w:p>
    <w:p>
      <w:r>
        <w:rPr>
          <w:b/>
        </w:rPr>
        <w:t xml:space="preserve">[24:07] </w:t>
      </w:r>
      <w:r>
        <w:t>in this message, there was no politics, there was no social problems, nothing. only, only a message.</w:t>
      </w:r>
    </w:p>
    <w:p>
      <w:pPr>
        <w:jc w:val="right"/>
      </w:pPr>
      <w:r>
        <w:t>ان دس میسج، دیر واز نو پولیٹکس، دیر واز نو سوشل پرابلمز، نتھنگ۔ اونلی، اونلی ا میسج۔</w:t>
      </w:r>
    </w:p>
    <w:p>
      <w:r>
        <w:rPr>
          <w:b/>
        </w:rPr>
        <w:t xml:space="preserve">[24:24] </w:t>
      </w:r>
      <w:r>
        <w:t>to prophet wanted, in other words, i can say that prophet started his mission from telling people why the creation plan of god.</w:t>
      </w:r>
    </w:p>
    <w:p>
      <w:pPr>
        <w:jc w:val="right"/>
      </w:pPr>
      <w:r>
        <w:t>تو پرافٹ وانٹڈ، ان ادر ورڈز، ائی کین سی دیٹ پرافٹ سٹارٹڈ ہز مشن فرام ٹیلنگ پیپل وائی دی کرشن پلان اف گاڈ۔</w:t>
      </w:r>
    </w:p>
    <w:p>
      <w:r>
        <w:rPr>
          <w:b/>
        </w:rPr>
        <w:t xml:space="preserve">[24:36] </w:t>
      </w:r>
      <w:r>
        <w:t>in these words, prophet,</w:t>
      </w:r>
    </w:p>
    <w:p>
      <w:pPr>
        <w:jc w:val="right"/>
      </w:pPr>
      <w:r>
        <w:t>ان دیز ورڈز، پرافٹ،</w:t>
      </w:r>
    </w:p>
    <w:p>
      <w:r>
        <w:rPr>
          <w:b/>
        </w:rPr>
        <w:t xml:space="preserve">[24:42] </w:t>
      </w:r>
      <w:r>
        <w:t>in these words, prophet informed them. god wanted to convey this message that what is the creation plan of god?</w:t>
      </w:r>
    </w:p>
    <w:p>
      <w:pPr>
        <w:jc w:val="right"/>
      </w:pPr>
      <w:r>
        <w:t>ان دیز ورڈز، پرافٹ انفارم دیم۔ گاڈ وانٹڈ ٹو کنوے دس میسج دیٹ واٹ از دا کرشن پلان اف گاڈ؟</w:t>
      </w:r>
    </w:p>
    <w:p>
      <w:r>
        <w:rPr>
          <w:b/>
        </w:rPr>
        <w:t xml:space="preserve">[24:57] </w:t>
      </w:r>
      <w:r>
        <w:t>who are, who are you, who, who has created you. and after what is the, what is the, what, what is about pre death period and what is about post death period?</w:t>
      </w:r>
    </w:p>
    <w:p>
      <w:pPr>
        <w:jc w:val="right"/>
      </w:pPr>
      <w:r>
        <w:t>ہو ار، ہو ار یو، ہو، ہو ہیز کریٹڈ یو۔ اینڈ افٹر واٹ از دا، واٹ از دا، واٹ، واٹ از اباؤٹ پری ڈیتھ پیریڈ اینڈ واٹ از اباؤٹ پوسٹ ڈیتھ پیریڈ؟</w:t>
      </w:r>
    </w:p>
    <w:p>
      <w:r>
        <w:rPr>
          <w:b/>
        </w:rPr>
        <w:t xml:space="preserve">[25:18] </w:t>
      </w:r>
      <w:r>
        <w:t>so this i call creation plan of god. so prophet of islam started his mission by telling people about the creation plan of god.</w:t>
      </w:r>
    </w:p>
    <w:p>
      <w:pPr>
        <w:jc w:val="right"/>
      </w:pPr>
      <w:r>
        <w:t>سو دس ائی کال کرشن پلان اف گاڈ۔ سو پرافٹ اف اسلام سٹارٹڈ ہز مشن بائی ٹیلنگ پیپل اباؤٹ دی کرشن پلان اف گاڈ۔</w:t>
      </w:r>
    </w:p>
    <w:p>
      <w:r>
        <w:rPr>
          <w:b/>
        </w:rPr>
        <w:t xml:space="preserve">[25:32] </w:t>
      </w:r>
      <w:r>
        <w:t>this is the starting point. this is very important for every time, in every time and space.</w:t>
      </w:r>
    </w:p>
    <w:p>
      <w:pPr>
        <w:jc w:val="right"/>
      </w:pPr>
      <w:r>
        <w:t>دس از دا سٹارٹنگ پوائنٹ۔ دس از ویری امپورٹنٹ فار ایوری ٹائم، ان ایوری ٹائم اینڈ سپیس۔</w:t>
      </w:r>
    </w:p>
    <w:p>
      <w:r>
        <w:rPr>
          <w:b/>
        </w:rPr>
        <w:t xml:space="preserve">[25:47] </w:t>
      </w:r>
      <w:r>
        <w:t>so this is the starting point of the work. then you know, in mecca, there was the, there was kaba.</w:t>
      </w:r>
    </w:p>
    <w:p>
      <w:pPr>
        <w:jc w:val="right"/>
      </w:pPr>
      <w:r>
        <w:t>سو دس از دا سٹارٹنگ پوائنٹ اف دا ورک۔ دین یو نو، ان مکہ، دیر واز دا، دیر واز کعبہ۔</w:t>
      </w:r>
    </w:p>
    <w:p>
      <w:r>
        <w:rPr>
          <w:b/>
        </w:rPr>
        <w:t xml:space="preserve">[26:03] </w:t>
      </w:r>
      <w:r>
        <w:t>kaba was a mosque built by prophet abraham. so at the time, although kaba was built as a mosque, but</w:t>
      </w:r>
    </w:p>
    <w:p>
      <w:pPr>
        <w:jc w:val="right"/>
      </w:pPr>
      <w:r>
        <w:t>کعبہ واز ا ماسک بلٹ بائی پرافٹ ابراہم۔ سو ایٹ دا ٹائم، الدو کعبہ واز بلٹ ایز ا ماسک، بٹ</w:t>
      </w:r>
    </w:p>
    <w:p>
      <w:r>
        <w:rPr>
          <w:b/>
        </w:rPr>
        <w:t xml:space="preserve">[26:24] </w:t>
      </w:r>
      <w:r>
        <w:t>during that time, kaba was in the custody of mushrik people or worshippers.</w:t>
      </w:r>
    </w:p>
    <w:p>
      <w:pPr>
        <w:jc w:val="right"/>
      </w:pPr>
      <w:r>
        <w:t>ڈیورنگ دیٹ ٹائم، کعبہ واز ان دا کسٹڈی اف مشرک پیپل اور ورسپرز۔</w:t>
      </w:r>
    </w:p>
    <w:p>
      <w:r>
        <w:rPr>
          <w:b/>
        </w:rPr>
        <w:t xml:space="preserve">[26:35] </w:t>
      </w:r>
      <w:r>
        <w:t>so they placed idols in the previous of kaba. and these, the number of these idols were 300.</w:t>
      </w:r>
    </w:p>
    <w:p>
      <w:pPr>
        <w:jc w:val="right"/>
      </w:pPr>
      <w:r>
        <w:t>سو دے پلیسڈ ائیڈلز ان دا پریویس اف کعبہ۔ اینڈ دیز، دا نمبر اف دیز ائیڈلز ویر 300۔</w:t>
      </w:r>
    </w:p>
    <w:p>
      <w:r>
        <w:rPr>
          <w:b/>
        </w:rPr>
        <w:t xml:space="preserve">[26:49] </w:t>
      </w:r>
      <w:r>
        <w:t>the number of these idols was no less than 360.</w:t>
      </w:r>
    </w:p>
    <w:p>
      <w:pPr>
        <w:jc w:val="right"/>
      </w:pPr>
      <w:r>
        <w:t>دا نمبر اف دیز ائیڈلز واز نو لیس دین 360۔</w:t>
      </w:r>
    </w:p>
    <w:p>
      <w:r>
        <w:rPr>
          <w:b/>
        </w:rPr>
        <w:t xml:space="preserve">[26:57] </w:t>
      </w:r>
      <w:r>
        <w:t>so when prophet of islam started his mission, he found that there are 360 idols placed in secret kaba.</w:t>
      </w:r>
    </w:p>
    <w:p>
      <w:pPr>
        <w:jc w:val="right"/>
      </w:pPr>
      <w:r>
        <w:t>سو وین پرافٹ اف اسلام سٹارٹڈ ہز مشن، ہی فاؤنڈ دیٹ دیر ار 360 ائیڈلز پلیسڈ ان سیکرٹ کعبہ۔</w:t>
      </w:r>
    </w:p>
    <w:p>
      <w:r>
        <w:rPr>
          <w:b/>
        </w:rPr>
        <w:t xml:space="preserve">[27:12] </w:t>
      </w:r>
      <w:r>
        <w:t>it was very, it was very perturbing scene. but prophet managed this problem.</w:t>
      </w:r>
    </w:p>
    <w:p>
      <w:pPr>
        <w:jc w:val="right"/>
      </w:pPr>
      <w:r>
        <w:t>اٹ واز ویری، اٹ واز ویری پرٹربنگ سین۔ بٹ پرافٹ مینجڈ دس پرابلم۔</w:t>
      </w:r>
    </w:p>
    <w:p>
      <w:r>
        <w:rPr>
          <w:b/>
        </w:rPr>
        <w:t xml:space="preserve">[27:25] </w:t>
      </w:r>
      <w:r>
        <w:t>he never touched any idol. even he never questioned that you have to remove all these idols. you have no right to put these idols in sacred kaaba.</w:t>
      </w:r>
    </w:p>
    <w:p>
      <w:pPr>
        <w:jc w:val="right"/>
      </w:pPr>
      <w:r>
        <w:t>ہی نیور ٹچڈ اینی ائیڈل۔ ایون ہی نیور کوئسچن دیٹ یو ہیو ٹو ریموو ال دیز ائیڈلز۔ یو ہیو نو رائٹ ٹو پٹ دیز ائیڈلز ان سیکرٹ کعبہ۔</w:t>
      </w:r>
    </w:p>
    <w:p>
      <w:r>
        <w:rPr>
          <w:b/>
        </w:rPr>
        <w:t xml:space="preserve">[27:39] </w:t>
      </w:r>
      <w:r>
        <w:t>no, he never said like this. he never raised this question ke why you put these idols in sacred kaaba.</w:t>
      </w:r>
    </w:p>
    <w:p>
      <w:pPr>
        <w:jc w:val="right"/>
      </w:pPr>
      <w:r>
        <w:t>نو، ہی نیور سیڈ لائک دس۔ ہی نیور ریز دس کوئسچن کہ وائی یو پٹ دیز ائیڈلز ان سیکرٹ کعبہ۔</w:t>
      </w:r>
    </w:p>
    <w:p>
      <w:r>
        <w:rPr>
          <w:b/>
        </w:rPr>
        <w:t xml:space="preserve">[27:50] </w:t>
      </w:r>
      <w:r>
        <w:t>he never raised this question at all. but he followed a very simple formula.</w:t>
      </w:r>
    </w:p>
    <w:p>
      <w:pPr>
        <w:jc w:val="right"/>
      </w:pPr>
      <w:r>
        <w:t>ہی نیور ریز دس کوئسچن ایٹ ال۔ بٹ ہی فالوڈ ا ویری سمپل فارمولا۔</w:t>
      </w:r>
    </w:p>
    <w:p>
      <w:r>
        <w:rPr>
          <w:b/>
        </w:rPr>
        <w:t xml:space="preserve">[28:02] </w:t>
      </w:r>
      <w:r>
        <w:t>yani i can see that his formula at the time was: ignore the problem, avail the opportunities.</w:t>
      </w:r>
    </w:p>
    <w:p>
      <w:pPr>
        <w:jc w:val="right"/>
      </w:pPr>
      <w:r>
        <w:t>یعنی ائی کین سی دیٹ ہز فارمولا ایٹ دا ٹائم واز: اگنور دا پرابلم، اویل دا اپرچونیٹیز۔</w:t>
      </w:r>
    </w:p>
    <w:p>
      <w:r>
        <w:rPr>
          <w:b/>
        </w:rPr>
        <w:t xml:space="preserve">[28:13] </w:t>
      </w:r>
      <w:r>
        <w:t>ignore the problem, avail the opportunities. so he ignored the problem of idols and availed the problem of the work.</w:t>
      </w:r>
    </w:p>
    <w:p>
      <w:pPr>
        <w:jc w:val="right"/>
      </w:pPr>
      <w:r>
        <w:t>اگنور دا پرابلم، اویل دا اپرچونیٹیز۔ سو ہی اگنور دا پرابلم اف ائیڈلز اینڈ اویل دا پرابلم اف دا ورک۔</w:t>
      </w:r>
    </w:p>
    <w:p>
      <w:r>
        <w:rPr>
          <w:b/>
        </w:rPr>
        <w:t xml:space="preserve">[28:24] </w:t>
      </w:r>
      <w:r>
        <w:t>this was his strategy. this was his method.</w:t>
      </w:r>
    </w:p>
    <w:p>
      <w:pPr>
        <w:jc w:val="right"/>
      </w:pPr>
      <w:r>
        <w:t>دس واز ہز سٹریٹجی۔ دس واز ہز میتھڈ۔</w:t>
      </w:r>
    </w:p>
    <w:p>
      <w:r>
        <w:rPr>
          <w:b/>
        </w:rPr>
        <w:t xml:space="preserve">[28:31] </w:t>
      </w:r>
      <w:r>
        <w:t>so what a great lesson.</w:t>
      </w:r>
    </w:p>
    <w:p>
      <w:pPr>
        <w:jc w:val="right"/>
      </w:pPr>
      <w:r>
        <w:t>سو واٹ ا گریٹ لیسن۔</w:t>
      </w:r>
    </w:p>
    <w:p>
      <w:r>
        <w:rPr>
          <w:b/>
        </w:rPr>
        <w:t xml:space="preserve">[28:35] </w:t>
      </w:r>
      <w:r>
        <w:t>people generally, people used to engage themselves in problems, problems, problems. but prophet completely ignored the problems.</w:t>
      </w:r>
    </w:p>
    <w:p>
      <w:pPr>
        <w:jc w:val="right"/>
      </w:pPr>
      <w:r>
        <w:t>پیپل جنرلی، پیپل یوز ٹو انگیج دیم سیلف ان پرابلمز، پرابلمز، پرابلمز۔ بٹ پرافٹ کمپلیٹلی اگنورڈ دا پرابلمز۔</w:t>
      </w:r>
    </w:p>
    <w:p>
      <w:r>
        <w:rPr>
          <w:b/>
        </w:rPr>
        <w:t xml:space="preserve">[28:48] </w:t>
      </w:r>
      <w:r>
        <w:t>it was great problem that there were 360 idols placed in the premises of holy kaaba.</w:t>
      </w:r>
    </w:p>
    <w:p>
      <w:pPr>
        <w:jc w:val="right"/>
      </w:pPr>
      <w:r>
        <w:t>اٹ واز گریٹ پرابلم دیٹ دیر وار 360 ائیڈلز پلیسڈ ان دا پریمسز اف ہولی کعبہ۔</w:t>
      </w:r>
    </w:p>
    <w:p>
      <w:r>
        <w:rPr>
          <w:b/>
        </w:rPr>
        <w:t xml:space="preserve">[29:02] </w:t>
      </w:r>
      <w:r>
        <w:t>its quite evident that it was a great problem. but prophet adopted this formula: ignore the problem, avail the opportunities.</w:t>
      </w:r>
    </w:p>
    <w:p>
      <w:pPr>
        <w:jc w:val="right"/>
      </w:pPr>
      <w:r>
        <w:t>اٹس کوائٹ ایویڈنٹ دیٹ اٹ واز ا گریٹ پرابلم۔ بٹ پرافٹ اڈاپٹڈ دس فارمولا: اگنور دا پرابلم، اویل دا اپرچونیٹیز۔</w:t>
      </w:r>
    </w:p>
    <w:p>
      <w:r>
        <w:rPr>
          <w:b/>
        </w:rPr>
        <w:t xml:space="preserve">[29:16] </w:t>
      </w:r>
      <w:r>
        <w:t>so he never questioned. he completely ignored the presence of those idols in holy kaaba.</w:t>
      </w:r>
    </w:p>
    <w:p>
      <w:pPr>
        <w:jc w:val="right"/>
      </w:pPr>
      <w:r>
        <w:t>سو ہی نیور کوئسچنڈ۔ ہی کمپلیٹلی اگنورڈ دا پریزنس اف دوٹ ائیڈلز ان ہولی کعبہ۔</w:t>
      </w:r>
    </w:p>
    <w:p>
      <w:r>
        <w:rPr>
          <w:b/>
        </w:rPr>
        <w:t xml:space="preserve">[29:28] </w:t>
      </w:r>
      <w:r>
        <w:t>at the same time, he tried to avail the opportunity to address people.</w:t>
      </w:r>
    </w:p>
    <w:p>
      <w:pPr>
        <w:jc w:val="right"/>
      </w:pPr>
      <w:r>
        <w:t>ایٹ دا سیم ٹائم، ہی ٹرائیڈ ٹو اویل دا اپرچونیٹی ٹو ایڈریس پیپل۔</w:t>
      </w:r>
    </w:p>
    <w:p>
      <w:r>
        <w:rPr>
          <w:b/>
        </w:rPr>
        <w:t xml:space="preserve">[29:37] </w:t>
      </w:r>
      <w:r>
        <w:t>He used to say: "Ae uh nas, qoolo la ilaha illallah, tuflehu.</w:t>
      </w:r>
    </w:p>
    <w:p>
      <w:pPr>
        <w:jc w:val="right"/>
      </w:pPr>
      <w:r>
        <w:t>ہی یوز ٹو سی: "اے یو ہر ناس، قولو لا الہ الا اللہ، تفلحو۔</w:t>
      </w:r>
    </w:p>
    <w:p>
      <w:r>
        <w:rPr>
          <w:b/>
        </w:rPr>
        <w:t xml:space="preserve">[29:43] </w:t>
      </w:r>
      <w:r>
        <w:t>" he never said that: "you people, you have to remove all these idols from the holy Kaaba." No, he simply, he said that,</w:t>
      </w:r>
    </w:p>
    <w:p>
      <w:pPr>
        <w:jc w:val="right"/>
      </w:pPr>
      <w:r>
        <w:t>" ہی نیور سیڈ دیٹ: "یو او پیپل، یو ہیو ٹو ریموو ال دیز ائیڈلز فرام دا ہولی کعبہ۔" نو، ہی سمپلی، ہی سیڈ دیٹ،</w:t>
      </w:r>
    </w:p>
    <w:p>
      <w:r>
        <w:rPr>
          <w:b/>
        </w:rPr>
        <w:t xml:space="preserve">[29:58] </w:t>
      </w:r>
      <w:r>
        <w:t>simply, he said that: "ae uh nas, qoolo la ilaha illallah, tuflehu.</w:t>
      </w:r>
    </w:p>
    <w:p>
      <w:pPr>
        <w:jc w:val="right"/>
      </w:pPr>
      <w:r>
        <w:t>سمپلی، ہی سیڈ دیٹ: "اے یو ہر ناس، قولو لا الہ الا اللہ، تفلحو۔</w:t>
      </w:r>
    </w:p>
    <w:p>
      <w:r>
        <w:rPr>
          <w:b/>
        </w:rPr>
        <w:t xml:space="preserve">[30:03] </w:t>
      </w:r>
      <w:r>
        <w:t>" o people, say that there is no god but one god.</w:t>
      </w:r>
    </w:p>
    <w:p>
      <w:pPr>
        <w:jc w:val="right"/>
      </w:pPr>
      <w:r>
        <w:t>" او پیپل، سی دیٹ دیر از نو گاڈ بٹ ون گاڈ۔</w:t>
      </w:r>
    </w:p>
    <w:p>
      <w:r>
        <w:rPr>
          <w:b/>
        </w:rPr>
        <w:t xml:space="preserve">[30:14] </w:t>
      </w:r>
      <w:r>
        <w:t>and you will, and you will find suc</w:t>
      </w:r>
    </w:p>
    <w:p>
      <w:pPr>
        <w:jc w:val="right"/>
      </w:pPr>
      <w:r>
        <w:t>اینڈ یو ویل، اینڈ یو ویل فائنڈ سک</w:t>
      </w:r>
    </w:p>
    <w:p>
      <w:r>
        <w:rPr>
          <w:b/>
        </w:rPr>
        <w:t xml:space="preserve">[30:18] </w:t>
      </w:r>
      <w:r>
        <w:t>cess.</w:t>
      </w:r>
    </w:p>
    <w:p>
      <w:pPr>
        <w:jc w:val="right"/>
      </w:pPr>
      <w:r>
        <w:t>سیس۔</w:t>
      </w:r>
    </w:p>
    <w:p>
      <w:r>
        <w:rPr>
          <w:b/>
        </w:rPr>
        <w:t xml:space="preserve">[30:27] </w:t>
      </w:r>
      <w:r>
        <w:t>in these early days,</w:t>
      </w:r>
    </w:p>
    <w:p>
      <w:pPr>
        <w:jc w:val="right"/>
      </w:pPr>
      <w:r>
        <w:t>ان دیز ارلی ڈیز،</w:t>
      </w:r>
    </w:p>
    <w:p>
      <w:r>
        <w:rPr>
          <w:b/>
        </w:rPr>
        <w:t xml:space="preserve">[30:31] </w:t>
      </w:r>
      <w:r>
        <w:t>he received revelation from God. It is present in the Quran. It was wasiyabak fath. wasiyabak fath.</w:t>
      </w:r>
    </w:p>
    <w:p>
      <w:pPr>
        <w:jc w:val="right"/>
      </w:pPr>
      <w:r>
        <w:t>ہی ریسیوڈ ریولیشن فرام گاڈ۔ اٹ از پریزنٹ ان دا قران۔ اٹ واز وسیابک فتح۔ وسیابک فتح۔</w:t>
      </w:r>
    </w:p>
    <w:p>
      <w:r>
        <w:rPr>
          <w:b/>
        </w:rPr>
        <w:t xml:space="preserve">[30:47] </w:t>
      </w:r>
      <w:r>
        <w:t>he never received certification that w</w:t>
      </w:r>
    </w:p>
    <w:p>
      <w:pPr>
        <w:jc w:val="right"/>
      </w:pPr>
      <w:r>
        <w:t>ہی نیور ریسیوڈ سرٹیفیکیشن دیٹ و</w:t>
      </w:r>
    </w:p>
    <w:p>
      <w:r>
        <w:rPr>
          <w:b/>
        </w:rPr>
        <w:t xml:space="preserve">[30:54] </w:t>
      </w:r>
      <w:r>
        <w:t>tahur al-kaaba al-islam. tahur al-kaaba al-islam, purify holy kaaba from the idols.</w:t>
      </w:r>
    </w:p>
    <w:p>
      <w:pPr>
        <w:jc w:val="right"/>
      </w:pPr>
      <w:r>
        <w:t>طہر الکعبۃ الاسلام۔ طہر الکعبۃ الاسلام، پیوریفائی ہولی کعبہ فرام دا ائیڈلز۔</w:t>
      </w:r>
    </w:p>
    <w:p>
      <w:r>
        <w:rPr>
          <w:b/>
        </w:rPr>
        <w:t xml:space="preserve">[31:06] </w:t>
      </w:r>
      <w:r>
        <w:t>no, there was no such revelation.</w:t>
      </w:r>
    </w:p>
    <w:p>
      <w:pPr>
        <w:jc w:val="right"/>
      </w:pPr>
      <w:r>
        <w:t>نو، دیر واز نو سچ ریولیشن۔</w:t>
      </w:r>
    </w:p>
    <w:p>
      <w:r>
        <w:rPr>
          <w:b/>
        </w:rPr>
        <w:t xml:space="preserve">[31:12] </w:t>
      </w:r>
      <w:r>
        <w:t>tahur al-kaaba al-islam, he never received such revelation that you have to purify holy kaaba from from the idols.</w:t>
      </w:r>
    </w:p>
    <w:p>
      <w:pPr>
        <w:jc w:val="right"/>
      </w:pPr>
      <w:r>
        <w:t>طہر الکعبۃ الاسلام، ہی نیور ریسیوڈ سچ ریولیشن دیٹ یو ہیو ٹو پیوریفائی ہولی کعبہ فرام فرام دا ائیڈلز۔</w:t>
      </w:r>
    </w:p>
    <w:p>
      <w:r>
        <w:rPr>
          <w:b/>
        </w:rPr>
        <w:t xml:space="preserve">[31:26] </w:t>
      </w:r>
      <w:r>
        <w:t>instead, he was given this message from God: "wasiyyabak fath" yani purify yourself.</w:t>
      </w:r>
    </w:p>
    <w:p>
      <w:pPr>
        <w:jc w:val="right"/>
      </w:pPr>
      <w:r>
        <w:t>انسٹیڈ، ہی واز گیون دس میسج فرام گاڈ: "وسیابک فتح" یعنی پیوریفائی یور سیلف۔</w:t>
      </w:r>
    </w:p>
    <w:p>
      <w:r>
        <w:rPr>
          <w:b/>
        </w:rPr>
        <w:t xml:space="preserve">[31:43] </w:t>
      </w:r>
      <w:r>
        <w:t>God never gave such commandment that purify the holy kaba. but he said: "purify your s</w:t>
      </w:r>
    </w:p>
    <w:p>
      <w:pPr>
        <w:jc w:val="right"/>
      </w:pPr>
      <w:r>
        <w:t>گاڈ نیور گیو سچ کمانڈمنٹ دیٹ پیوریفائی دا ہولی کعبہ۔ بٹ ہی سیڈ: "پیوریفائی یور س</w:t>
      </w:r>
    </w:p>
    <w:p>
      <w:r>
        <w:rPr>
          <w:b/>
        </w:rPr>
        <w:t xml:space="preserve">[31:54] </w:t>
      </w:r>
      <w:r>
        <w:t>self." wasiyyabak fath, it means purify your self. this is the method followed by the prophet Muhammad.</w:t>
      </w:r>
    </w:p>
    <w:p>
      <w:pPr>
        <w:jc w:val="right"/>
      </w:pPr>
      <w:r>
        <w:t>یلف۔" وسیابک فتح، اٹ مینز پیوریفائی یور سیلف۔ دس از دا میتھڈ فالوڈ بائی دا پرافٹ محمد۔</w:t>
      </w:r>
    </w:p>
    <w:p>
      <w:r>
        <w:rPr>
          <w:b/>
        </w:rPr>
        <w:t xml:space="preserve">[32:12] </w:t>
      </w:r>
      <w:r>
        <w:t>then you know, makin people become hostile. become hostile.</w:t>
      </w:r>
    </w:p>
    <w:p>
      <w:pPr>
        <w:jc w:val="right"/>
      </w:pPr>
      <w:r>
        <w:t>دین یو نو، میکن پیپل بیکم ہوسٹائل۔ بیکم ہوسٹائل۔</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