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Replanning in the Changed Age January 13, 2019</w:t>
      </w:r>
    </w:p>
    <w:p>
      <w:r>
        <w:t>https://www.youtube.com/watch?v=pDniYg5aJlg</w:t>
      </w:r>
    </w:p>
    <w:p>
      <w:r>
        <w:rPr>
          <w:b/>
        </w:rPr>
        <w:t xml:space="preserve">[00:10] </w:t>
      </w:r>
      <w:r>
        <w:t>bismillah rahman rahim, wasallallahu ala nabiyyil karim.</w:t>
      </w:r>
    </w:p>
    <w:p>
      <w:pPr>
        <w:jc w:val="right"/>
      </w:pPr>
      <w:r>
        <w:t>بسم اللہ الرحمن الرحیم، وصلی اللہ علی نبی الکریم۔</w:t>
      </w:r>
    </w:p>
    <w:p>
      <w:r>
        <w:rPr>
          <w:b/>
        </w:rPr>
        <w:t xml:space="preserve">[00:19] </w:t>
      </w:r>
      <w:r>
        <w:t>rabishrah li sadri, wa yassir li amri, wahlul uqdatam min lisani, yafqahu qawli.</w:t>
      </w:r>
    </w:p>
    <w:p>
      <w:pPr>
        <w:jc w:val="right"/>
      </w:pPr>
      <w:r>
        <w:t>رب شرح صدری، ویسر لی امری، واحل العقدۃ من لسانی، یفقہ قولی۔</w:t>
      </w:r>
    </w:p>
    <w:p>
      <w:r>
        <w:rPr>
          <w:b/>
        </w:rPr>
        <w:t xml:space="preserve">[00:35] </w:t>
      </w:r>
      <w:r>
        <w:t>13 January 2019.</w:t>
      </w:r>
    </w:p>
    <w:p>
      <w:pPr>
        <w:jc w:val="right"/>
      </w:pPr>
      <w:r>
        <w:t>13 جنوری 2019۔</w:t>
      </w:r>
    </w:p>
    <w:p>
      <w:r>
        <w:rPr>
          <w:b/>
        </w:rPr>
        <w:t xml:space="preserve">[00:44] </w:t>
      </w:r>
      <w:r>
        <w:t>aaj</w:t>
      </w:r>
    </w:p>
    <w:p>
      <w:pPr>
        <w:jc w:val="right"/>
      </w:pPr>
      <w:r>
        <w:t>آج</w:t>
      </w:r>
    </w:p>
    <w:p>
      <w:r>
        <w:rPr>
          <w:b/>
        </w:rPr>
        <w:t xml:space="preserve">[00:48] </w:t>
      </w:r>
      <w:r>
        <w:t>quran ki aik ayat ko le kar ke kuch baatein arz karna hain.</w:t>
      </w:r>
    </w:p>
    <w:p>
      <w:pPr>
        <w:jc w:val="right"/>
      </w:pPr>
      <w:r>
        <w:t>قرآن کی ایک آیت کو لے کر کے کچھ باتیں عرض کرنا ہیں۔</w:t>
      </w:r>
    </w:p>
    <w:p>
      <w:r>
        <w:rPr>
          <w:b/>
        </w:rPr>
        <w:t xml:space="preserve">[00:57] </w:t>
      </w:r>
      <w:r>
        <w:t>woh ayat pehle parhi jayegi, uska tarjuma, aur phir uski kuch sharah ki jayegi.</w:t>
      </w:r>
    </w:p>
    <w:p>
      <w:pPr>
        <w:jc w:val="right"/>
      </w:pPr>
      <w:r>
        <w:t>وہ آیت پہلے پڑھی جائے گی، اس کا ترجمہ، اور پھر اس کی کچھ شرح کی جائے گی۔</w:t>
      </w:r>
    </w:p>
    <w:p>
      <w:r>
        <w:rPr>
          <w:b/>
        </w:rPr>
        <w:t xml:space="preserve">[01:07] </w:t>
      </w:r>
      <w:r>
        <w:t>parhiye. bismillah rahman rahim. walahad zarana l jahannama kathiram minal jinni wal ins.</w:t>
      </w:r>
    </w:p>
    <w:p>
      <w:pPr>
        <w:jc w:val="right"/>
      </w:pPr>
      <w:r>
        <w:t>پڑھیے۔ بسم اللہ الرحمن الرحیم۔ ولقد ذرعنا لجهنم کثیرا من الجن والانس۔</w:t>
      </w:r>
    </w:p>
    <w:p>
      <w:r>
        <w:rPr>
          <w:b/>
        </w:rPr>
        <w:t xml:space="preserve">[01:15] </w:t>
      </w:r>
      <w:r>
        <w:t>lahum qulubul la yafqahuna biha, waluhum aiyunul la yubsiruna biha, waluhum azanul la yasmauna biha. ulaika kal anami bal hum adallu, ulaika humul ghafilun.</w:t>
      </w:r>
    </w:p>
    <w:p>
      <w:pPr>
        <w:jc w:val="right"/>
      </w:pPr>
      <w:r>
        <w:t>لہم قلوب لا یفقہون بها، ولهم اعین لا یبصرون بها، ولهم اذان لا یسمعون بها۔ اولئک الانعام بلہم اضل، اولئک ہم الغافلون۔</w:t>
      </w:r>
    </w:p>
    <w:p>
      <w:r>
        <w:rPr>
          <w:b/>
        </w:rPr>
        <w:t xml:space="preserve">[01:29] </w:t>
      </w:r>
      <w:r>
        <w:t>surah al araf, chapter number seven, verse number 179. aur hum ne jinnat aur insanon mein se bahuton ko dozakh ke liye paida kiya hai.</w:t>
      </w:r>
    </w:p>
    <w:p>
      <w:pPr>
        <w:jc w:val="right"/>
      </w:pPr>
      <w:r>
        <w:t>سورہ الاعراف، چیپٹر نمبر سیون، ورس نمبر 179۔ اور ہم نے جنات اور انسانوں میں سے بہتوں کو دوزخ کے لیے پیدا کیا ہے۔</w:t>
      </w:r>
    </w:p>
    <w:p>
      <w:r>
        <w:rPr>
          <w:b/>
        </w:rPr>
        <w:t xml:space="preserve">[01:41] </w:t>
      </w:r>
      <w:r>
        <w:t>un ke dil hain jin se woh samajhte nahi, un ki aankhein hain jin se woh dekhte nahi, un ke kaan hain jin se woh sunte nahi. woh aise hain jaise chopaye, balkeh un se bhi zyada be ra.</w:t>
      </w:r>
    </w:p>
    <w:p>
      <w:pPr>
        <w:jc w:val="right"/>
      </w:pPr>
      <w:r>
        <w:t>ان کے دل ہیں جن سے وہ سمجھتے نہیں، ان کی آنکھیں ہیں جن سے وہ دیکھتے نہیں، ان کے کان ہیں جن سے وہ سنتے نہیں۔ وہ ایسے ہیں جیسے چوپائے، بلکہ ان سے بھی زیادہ بیرا۔</w:t>
      </w:r>
    </w:p>
    <w:p>
      <w:r>
        <w:rPr>
          <w:b/>
        </w:rPr>
        <w:t xml:space="preserve">[01:54] </w:t>
      </w:r>
      <w:r>
        <w:t>bas yahi log ghafil hain.</w:t>
      </w:r>
    </w:p>
    <w:p>
      <w:pPr>
        <w:jc w:val="right"/>
      </w:pPr>
      <w:r>
        <w:t>بس یہی لوگ غافل ہیں۔</w:t>
      </w:r>
    </w:p>
    <w:p>
      <w:r>
        <w:rPr>
          <w:b/>
        </w:rPr>
        <w:t xml:space="preserve">[01:59] </w:t>
      </w:r>
      <w:r>
        <w:t>dekhiye, yeh jo ayat hai, yeh koi mysterious ayat nahi hai. hamari rozmarra zindagi ka aik hissa hai.</w:t>
      </w:r>
    </w:p>
    <w:p>
      <w:pPr>
        <w:jc w:val="right"/>
      </w:pPr>
      <w:r>
        <w:t>دیکھیے، یہ جو آیت ہے، یہ کوئی مسٹیریس آیت نہیں ہے۔ ہماری روزمرہ زندگی کا ایک حصہ ہے۔</w:t>
      </w:r>
    </w:p>
    <w:p>
      <w:r>
        <w:rPr>
          <w:b/>
        </w:rPr>
        <w:t xml:space="preserve">[02:16] </w:t>
      </w:r>
      <w:r>
        <w:t>woh yeh ke woh us ko mein agar lafz buzurg kahunga toh yeh hoga ke logon ko Allah ne aqal diya, sochne ki taqat di,</w:t>
      </w:r>
    </w:p>
    <w:p>
      <w:pPr>
        <w:jc w:val="right"/>
      </w:pPr>
      <w:r>
        <w:t>وہ یہ کہ وہ اس کو میں اگر لفظ بزرگ کہوں گا تو یہ ہوگا کہ لوگوں کو اللہ نے عقل دیا، سوچنے کی طاقت دی،</w:t>
      </w:r>
    </w:p>
    <w:p>
      <w:r>
        <w:rPr>
          <w:b/>
        </w:rPr>
        <w:t xml:space="preserve">[02:32] </w:t>
      </w:r>
      <w:r>
        <w:t>baaton ko gehrai mein samajhne ki</w:t>
      </w:r>
    </w:p>
    <w:p>
      <w:pPr>
        <w:jc w:val="right"/>
      </w:pPr>
      <w:r>
        <w:t>باتوں کو گہرائی میں سمجھنے کی</w:t>
      </w:r>
    </w:p>
    <w:p>
      <w:r>
        <w:rPr>
          <w:b/>
        </w:rPr>
        <w:t xml:space="preserve">[02:37] </w:t>
      </w:r>
      <w:r>
        <w:t>salahiyat di. lekin woh cheezon ko bas face value lete hain.</w:t>
      </w:r>
    </w:p>
    <w:p>
      <w:pPr>
        <w:jc w:val="right"/>
      </w:pPr>
      <w:r>
        <w:t>صلاحیت دی۔ لیکن وہ چیزوں کو بس فیس بولپ لیتے ہیں۔</w:t>
      </w:r>
    </w:p>
    <w:p>
      <w:r>
        <w:rPr>
          <w:b/>
        </w:rPr>
        <w:t xml:space="preserve">[02:45] </w:t>
      </w:r>
      <w:r>
        <w:t>un alfaz ko badliye, tab matlab samajh mein ayega. koi andha nahi hota. is ka matlab nahi ke log andhe hote hain.</w:t>
      </w:r>
    </w:p>
    <w:p>
      <w:pPr>
        <w:jc w:val="right"/>
      </w:pPr>
      <w:r>
        <w:t>ان الفاظ کو بدلیے، تب مطلب سمجھ میں آئے گا۔ کوئی ادار نہیں ہوتا۔ اس کا مطلب نہیں کہ لوگ اندھے ہوتے ہیں۔</w:t>
      </w:r>
    </w:p>
    <w:p>
      <w:r>
        <w:rPr>
          <w:b/>
        </w:rPr>
        <w:t xml:space="preserve">[02:58] </w:t>
      </w:r>
      <w:r>
        <w:t>is ka matlab yeh bhi nahi ke jo log jahannami hote hain. yeh sab alfaz jo hain,</w:t>
      </w:r>
    </w:p>
    <w:p>
      <w:pPr>
        <w:jc w:val="right"/>
      </w:pPr>
      <w:r>
        <w:t>اس کا مطلب یہ بھی نہیں کہ جو لوگ جہنمی ہوتے ہیں۔ یہ سب الفاظ جو ہیں،</w:t>
      </w:r>
    </w:p>
    <w:p>
      <w:r>
        <w:rPr>
          <w:b/>
        </w:rPr>
        <w:t xml:space="preserve">[03:07] </w:t>
      </w:r>
      <w:r>
        <w:t>apne in ko face value badliye, gehrai mein sochiye. toh mein aap ko aik misaal deta hoon, is se yeh baat wazeh ho jayegi ke face value bhi lena kya hai aur deep sense bhi lena kya hai.</w:t>
      </w:r>
    </w:p>
    <w:p>
      <w:pPr>
        <w:jc w:val="right"/>
      </w:pPr>
      <w:r>
        <w:t>اپنے ان کو فیس ویلیو بدلیجئے، گہرائی میں سوچیے۔ تو میں آپ کو ایک مثال دیتا ہوں، اس سے یہ بات واضح ہو جائے گی کہ فیس ویلیو بھی لینا کیا ہے اور ڈیپ سینس بھی لینا کیا ہے۔</w:t>
      </w:r>
    </w:p>
    <w:p>
      <w:r>
        <w:rPr>
          <w:b/>
        </w:rPr>
        <w:t xml:space="preserve">[03:31] </w:t>
      </w:r>
      <w:r>
        <w:t>is ayat mein jo do taqabli andaaz bataya gaya hai, woh yahi hai ke aik woh log hain jo face value par le lete hain aur aaj sahi nahi bana paate.</w:t>
      </w:r>
    </w:p>
    <w:p>
      <w:pPr>
        <w:jc w:val="right"/>
      </w:pPr>
      <w:r>
        <w:t>اس آیت میں جو دو تقابلی انداز بتایا گیا ہے، وہ یہی ہے کہ ایک وہ لوگ ہیں جو فیس ویلیو پر لے لیتے ہیں اور آج صحیح نہیں بنا پاتے۔</w:t>
      </w:r>
    </w:p>
    <w:p>
      <w:r>
        <w:rPr>
          <w:b/>
        </w:rPr>
        <w:t xml:space="preserve">[03:47] </w:t>
      </w:r>
      <w:r>
        <w:t>aik woh hain jo deep sense mein lete hain, gehrai mein sochte hain, door tak un ko samajhne ki koshish karte hain.</w:t>
      </w:r>
    </w:p>
    <w:p>
      <w:pPr>
        <w:jc w:val="right"/>
      </w:pPr>
      <w:r>
        <w:t>ایک وہ ہیں جو ڈیپ سینس میں لیتے ہیں، گہرائی میں سوچتے ہیں، دور تک ان کو سمجھنے کی کوشش کرتے ہیں۔</w:t>
      </w:r>
    </w:p>
    <w:p>
      <w:r>
        <w:rPr>
          <w:b/>
        </w:rPr>
        <w:t xml:space="preserve">[03:59] </w:t>
      </w:r>
      <w:r>
        <w:t>yeh dekhiye,</w:t>
      </w:r>
    </w:p>
    <w:p>
      <w:pPr>
        <w:jc w:val="right"/>
      </w:pPr>
      <w:r>
        <w:t>یہ دیکھیے،</w:t>
      </w:r>
    </w:p>
    <w:p>
      <w:r>
        <w:rPr>
          <w:b/>
        </w:rPr>
        <w:t xml:space="preserve">[04:02] </w:t>
      </w:r>
      <w:r>
        <w:t>kal</w:t>
      </w:r>
    </w:p>
    <w:p>
      <w:pPr>
        <w:jc w:val="right"/>
      </w:pPr>
      <w:r>
        <w:t>کل</w:t>
      </w:r>
    </w:p>
    <w:p>
      <w:r>
        <w:rPr>
          <w:b/>
        </w:rPr>
        <w:t xml:space="preserve">[04:06] </w:t>
      </w:r>
      <w:r>
        <w:t>kal subah mein c 29 mein neeche baitha hua tha ke neeche dhoop aati hai. to dhoop mein baitha hua tha mein.</w:t>
      </w:r>
    </w:p>
    <w:p>
      <w:pPr>
        <w:jc w:val="right"/>
      </w:pPr>
      <w:r>
        <w:t>کل صبح میں سی 29 میں نیچے بیٹھا ہوا تھا کہ نیچے دھوپ آتی ہے۔ تو دھوپ میں بیٹھا ہوا تھا میں۔</w:t>
      </w:r>
    </w:p>
    <w:p>
      <w:r>
        <w:rPr>
          <w:b/>
        </w:rPr>
        <w:t xml:space="preserve">[04:22] </w:t>
      </w:r>
      <w:r>
        <w:t>to ek sahab milne ke liye aaye to woh kya kehte hain</w:t>
      </w:r>
    </w:p>
    <w:p>
      <w:pPr>
        <w:jc w:val="right"/>
      </w:pPr>
      <w:r>
        <w:t>تو ایک صاحب ملنے کے لیے آئے تو وہ کیا کہتے ہیں</w:t>
      </w:r>
    </w:p>
    <w:p>
      <w:r>
        <w:rPr>
          <w:b/>
        </w:rPr>
        <w:t xml:space="preserve">[04:32] </w:t>
      </w:r>
      <w:r>
        <w:t>ke ab to aap safar nahi karte ho ge.</w:t>
      </w:r>
    </w:p>
    <w:p>
      <w:pPr>
        <w:jc w:val="right"/>
      </w:pPr>
      <w:r>
        <w:t>کہ اب تو آپ سفر نہیں کرتے ہوں گے۔</w:t>
      </w:r>
    </w:p>
    <w:p>
      <w:r>
        <w:rPr>
          <w:b/>
        </w:rPr>
        <w:t xml:space="preserve">[04:38] </w:t>
      </w:r>
      <w:r>
        <w:t>ab to aap safar nahi karte ho ge. dekhiye, yeh hai cheezon ko face value par lena ke mein boorha ho gaya hoon, daadhi safed ho gayi hai.</w:t>
      </w:r>
    </w:p>
    <w:p>
      <w:pPr>
        <w:jc w:val="right"/>
      </w:pPr>
      <w:r>
        <w:t>اب تو آپ سفر نہیں کرتے ہوں گے۔ دیکھیے، یہ ہے چیزوں کو فیس ویلیو پر لینا کہ میں بوڑھا ہو گیا ہوں، داڑھی سفید ہو گئی ہے۔</w:t>
      </w:r>
    </w:p>
    <w:p>
      <w:r>
        <w:rPr>
          <w:b/>
        </w:rPr>
        <w:t xml:space="preserve">[04:53] </w:t>
      </w:r>
      <w:r>
        <w:t>to unhon ne samajh liya ke bas mein safar nahi karta hoon ga. to face value par lena lene wale log bekhabri mein jeete hain, unaware, unaware ho jate hain.</w:t>
      </w:r>
    </w:p>
    <w:p>
      <w:pPr>
        <w:jc w:val="right"/>
      </w:pPr>
      <w:r>
        <w:t>تو انہوں نے سمجھ لیا کہ بس میں سفر نہیں کرتا ہوں گا۔ تو فیس ویلیو پر لینا لینے والے لوگ بے خبری میں جیتے ہیں، ان ایویر، ان ایویر ہو جاتے ہیں۔</w:t>
      </w:r>
    </w:p>
    <w:p>
      <w:r>
        <w:rPr>
          <w:b/>
        </w:rPr>
        <w:t xml:space="preserve">[05:14] </w:t>
      </w:r>
      <w:r>
        <w:t>agar woh apni aankh se, apni aql se soch to sochte</w:t>
      </w:r>
    </w:p>
    <w:p>
      <w:pPr>
        <w:jc w:val="right"/>
      </w:pPr>
      <w:r>
        <w:t>اگر وہ اپنی آنکھ سے، اپنی عقل سے سوچ تو سوچتے</w:t>
      </w:r>
    </w:p>
    <w:p>
      <w:r>
        <w:rPr>
          <w:b/>
        </w:rPr>
        <w:t xml:space="preserve">[05:22] </w:t>
      </w:r>
      <w:r>
        <w:t>to un ko pata hota ke yeh to zamana hi khatam ho gaya</w:t>
      </w:r>
    </w:p>
    <w:p>
      <w:pPr>
        <w:jc w:val="right"/>
      </w:pPr>
      <w:r>
        <w:t>تو ان کو پتہ ہوتا کہ یہ تو زمانہ ہی ختم ہو گیا</w:t>
      </w:r>
    </w:p>
    <w:p>
      <w:r>
        <w:rPr>
          <w:b/>
        </w:rPr>
        <w:t xml:space="preserve">[05:28] </w:t>
      </w:r>
      <w:r>
        <w:t>ke boorha aadmi kuch chal na chal chal chal na sake, boorha aadmi safar na kar sake. woh to zamana khatam ho gaya.</w:t>
      </w:r>
    </w:p>
    <w:p>
      <w:pPr>
        <w:jc w:val="right"/>
      </w:pPr>
      <w:r>
        <w:t>کہ بوڑھا آدمی کچھ چل نہ چل چل چل نہ سکے، بوڑھا آدمی سفر نہ کر سکے۔ وہ تو زمانہ ختم ہو گیا۔</w:t>
      </w:r>
    </w:p>
    <w:p>
      <w:r>
        <w:rPr>
          <w:b/>
        </w:rPr>
        <w:t xml:space="preserve">[05:39] </w:t>
      </w:r>
      <w:r>
        <w:t>kyunke aaj ka jo boorha insaan hai, woh kya karta hai? woh apne ghar par bithaye ga, wheelchair par, wheelchair par baithe ga.</w:t>
      </w:r>
    </w:p>
    <w:p>
      <w:pPr>
        <w:jc w:val="right"/>
      </w:pPr>
      <w:r>
        <w:t>کیونکہ آج کا جو بوڑھا انسان ہے، وہ کیا کرتا ہے؟ وہ اپنے گھر پر بیٹھائے گا، ویل چیئر پر، ویل چیئر پر بیٹھے گا۔</w:t>
      </w:r>
    </w:p>
    <w:p>
      <w:r>
        <w:rPr>
          <w:b/>
        </w:rPr>
        <w:t xml:space="preserve">[05:54] </w:t>
      </w:r>
      <w:r>
        <w:t>phir woh lift par baithe ga, lift par baith kar neeche utre ga. agar woh upar ke matlab rehta hai, woh</w:t>
      </w:r>
    </w:p>
    <w:p>
      <w:pPr>
        <w:jc w:val="right"/>
      </w:pPr>
      <w:r>
        <w:t>پھر وہ لفٹ پر بیٹھے گا، لفٹ پر بیٹھ کر نیچے اترے گا۔ اگر وہ اوپر کے مطلب رہتا ہے، وہ</w:t>
      </w:r>
    </w:p>
    <w:p>
      <w:r>
        <w:rPr>
          <w:b/>
        </w:rPr>
        <w:t xml:space="preserve">[06:04] </w:t>
      </w:r>
      <w:r>
        <w:t>phir neeche utar kar ke woh car mein baithe ga, phir jaye ga airport, phir hawa jahaz mein baithe ga, aur hawa jahaz us ko urr kar ke har jagah pohncha de ga, jahan chahe ga jaye ga.</w:t>
      </w:r>
    </w:p>
    <w:p>
      <w:pPr>
        <w:jc w:val="right"/>
      </w:pPr>
      <w:r>
        <w:t>پھر نیچے اتر کر کے وہ کار میں بیٹھے گا، پھر جائے گا ایئرپورٹ، پھر ہوا جہاز میں بیٹھے گا، اور ہوا جہاز اس کو اڑ کر کے ہر جگہ پہنچا دے گا، جہاں چاہے گا جائے گا۔</w:t>
      </w:r>
    </w:p>
    <w:p>
      <w:r>
        <w:rPr>
          <w:b/>
        </w:rPr>
        <w:t xml:space="preserve">[06:18] </w:t>
      </w:r>
      <w:r>
        <w:t>yeh to zamane ka zamana doosra ho chuka hai.</w:t>
      </w:r>
    </w:p>
    <w:p>
      <w:pPr>
        <w:jc w:val="right"/>
      </w:pPr>
      <w:r>
        <w:t>یہ تو زمانے کا زمانہ دوسرا ہو چکا ہے۔</w:t>
      </w:r>
    </w:p>
    <w:p>
      <w:r>
        <w:rPr>
          <w:b/>
        </w:rPr>
        <w:t xml:space="preserve">[06:24] </w:t>
      </w:r>
      <w:r>
        <w:t>to sari duniya ka jo masla hai, woh masla jo hai, woh kya hai?</w:t>
      </w:r>
    </w:p>
    <w:p>
      <w:pPr>
        <w:jc w:val="right"/>
      </w:pPr>
      <w:r>
        <w:t>تو ساری دنیا کا جو مسئلہ ہے، وہ مسئلہ جو ہے، وہ کیا ہے؟</w:t>
      </w:r>
    </w:p>
    <w:p>
      <w:r>
        <w:rPr>
          <w:b/>
        </w:rPr>
        <w:t xml:space="preserve">[06:31] </w:t>
      </w:r>
      <w:r>
        <w:t>log zamane ke badlao ko nahi jaan paate, kisi aur soch mein jeete hain, past ki soch mein, kisi aur soch mein.</w:t>
      </w:r>
    </w:p>
    <w:p>
      <w:pPr>
        <w:jc w:val="right"/>
      </w:pPr>
      <w:r>
        <w:t>لوگ زمانے کے بدلاؤ کو نہیں جان پاتے، کسی اور سوچ میں جیتے ہیں، پاسٹ کی سوچ میں، کسی اور سوچ میں۔</w:t>
      </w:r>
    </w:p>
    <w:p>
      <w:r>
        <w:rPr>
          <w:b/>
        </w:rPr>
        <w:t xml:space="preserve">[06:41] </w:t>
      </w:r>
      <w:r>
        <w:t>zamane se bekhabar hote hain. to sara masla yeh hai ke log zamane se unaware hote hain, to soch nahi paate sahi andaaz mein, sahi raah kaam nahi kar paate.</w:t>
      </w:r>
    </w:p>
    <w:p>
      <w:pPr>
        <w:jc w:val="right"/>
      </w:pPr>
      <w:r>
        <w:t>زمانے سے بے خبر ہوتے ہیں۔ تو سارا مسئلہ یہ ہے کہ لوگ زمانے سے ان ایویر ہوتے ہیں، تو سوچ نہیں پاتے صحیح انداز میں، صحیح راہ کام نہیں کر پاتے۔</w:t>
      </w:r>
    </w:p>
    <w:p>
      <w:r>
        <w:rPr>
          <w:b/>
        </w:rPr>
        <w:t xml:space="preserve">[06:58] </w:t>
      </w:r>
      <w:r>
        <w:t>to zindagi mein hamesha yaad rakhiye, replanning hoti hai, replanning. jaise mein agar farz kiye ke is daur mein paida hua, mein paida hua 1925 mein,</w:t>
      </w:r>
    </w:p>
    <w:p>
      <w:pPr>
        <w:jc w:val="right"/>
      </w:pPr>
      <w:r>
        <w:t>تو زندگی میں ہمیشہ یاد رکھیے، ری پلاننگ ہوتی ہے، ری پلاننگ۔ جیسے میں اگر فرض کیے کہ اس دور میں پیدا ہوا، میں پیدا ہوا 1925 میں،</w:t>
      </w:r>
    </w:p>
    <w:p>
      <w:r>
        <w:rPr>
          <w:b/>
        </w:rPr>
        <w:t xml:space="preserve">[07:14] </w:t>
      </w:r>
      <w:r>
        <w:t>to woh zamana doosra zamana tha. ab mujhe jaanna chahiye ke ab wheelchair jo hai, lift hai, road hai, railway line hai, hawa jahaz hai.</w:t>
      </w:r>
    </w:p>
    <w:p>
      <w:pPr>
        <w:jc w:val="right"/>
      </w:pPr>
      <w:r>
        <w:t>تو وہ زمانہ دوسرا زمانہ تھا۔ اب مجھے جاننا چاہیے کہ اب ویل چیئر جو ہے، لفٹ ہے، روڈ ہے، ریلوے لائن ہے، ہوا جہاز ہے۔</w:t>
      </w:r>
    </w:p>
    <w:p>
      <w:r>
        <w:rPr>
          <w:b/>
        </w:rPr>
        <w:t xml:space="preserve">[07:29] </w:t>
      </w:r>
      <w:r>
        <w:t>ab woh zamana hi doosra, ab to woh sab farq khatam ho gaya.</w:t>
      </w:r>
    </w:p>
    <w:p>
      <w:pPr>
        <w:jc w:val="right"/>
      </w:pPr>
      <w:r>
        <w:t>اب وہ زمانہ ہی دوسرا، اب تو وہ سب فرق ختم ہو گیا۔</w:t>
      </w:r>
    </w:p>
    <w:p>
      <w:r>
        <w:rPr>
          <w:b/>
        </w:rPr>
        <w:t xml:space="preserve">[07:37] </w:t>
      </w:r>
      <w:r>
        <w:t>woh farq khatam ho gaya.</w:t>
      </w:r>
    </w:p>
    <w:p>
      <w:pPr>
        <w:jc w:val="right"/>
      </w:pPr>
      <w:r>
        <w:t>وہ فرق ختم ہو گیا۔</w:t>
      </w:r>
    </w:p>
    <w:p>
      <w:r>
        <w:rPr>
          <w:b/>
        </w:rPr>
        <w:t xml:space="preserve">[07:44] </w:t>
      </w:r>
      <w:r>
        <w:t>pehli baar mein hawa jahaz mein baitha tha 1976 mein, 1976.</w:t>
      </w:r>
    </w:p>
    <w:p>
      <w:pPr>
        <w:jc w:val="right"/>
      </w:pPr>
      <w:r>
        <w:t>پہلی بار میں ہوا جہاز میں بیٹھا تھا 1976 میں، 1976۔</w:t>
      </w:r>
    </w:p>
    <w:p>
      <w:r>
        <w:rPr>
          <w:b/>
        </w:rPr>
        <w:t xml:space="preserve">[07:54] </w:t>
      </w:r>
      <w:r>
        <w:t>pehli baar to jab mein airport pohncha to wahan par jo likha hua tha,</w:t>
      </w:r>
    </w:p>
    <w:p>
      <w:pPr>
        <w:jc w:val="right"/>
      </w:pPr>
      <w:r>
        <w:t>پہلی بار تو جب میں ایئرپورٹ پہنچا تو وہاں پر جو لکھا ہوا تھا،</w:t>
      </w:r>
    </w:p>
    <w:p>
      <w:r>
        <w:rPr>
          <w:b/>
        </w:rPr>
        <w:t xml:space="preserve">[08:09] </w:t>
      </w:r>
      <w:r>
        <w:t>washroom jo hota hai,</w:t>
      </w:r>
    </w:p>
    <w:p>
      <w:pPr>
        <w:jc w:val="right"/>
      </w:pPr>
      <w:r>
        <w:t>واش روم جو ہوتا ہے،</w:t>
      </w:r>
    </w:p>
    <w:p>
      <w:r>
        <w:rPr>
          <w:b/>
        </w:rPr>
        <w:t xml:space="preserve">[08:14] </w:t>
      </w:r>
      <w:r>
        <w:t>us par likha hua tha do do door the.</w:t>
      </w:r>
    </w:p>
    <w:p>
      <w:pPr>
        <w:jc w:val="right"/>
      </w:pPr>
      <w:r>
        <w:t>اس پر لکھا ہوا تھا دو دو ڈور تھے۔</w:t>
      </w:r>
    </w:p>
    <w:p>
      <w:r>
        <w:rPr>
          <w:b/>
        </w:rPr>
        <w:t xml:space="preserve">[08:20] </w:t>
      </w:r>
      <w:r>
        <w:t>ek par likha hua tha</w:t>
      </w:r>
    </w:p>
    <w:p>
      <w:pPr>
        <w:jc w:val="right"/>
      </w:pPr>
      <w:r>
        <w:t>ایک پر لکھا ہوا تھا</w:t>
      </w:r>
    </w:p>
    <w:p>
      <w:r>
        <w:rPr>
          <w:b/>
        </w:rPr>
        <w:t xml:space="preserve">[08:26] </w:t>
      </w:r>
      <w:r>
        <w:t>wash room, doosre par likha hua tha disabled. yani 1976 mein jo dunya thi,</w:t>
      </w:r>
    </w:p>
    <w:p>
      <w:pPr>
        <w:jc w:val="right"/>
      </w:pPr>
      <w:r>
        <w:t>واش روم، دوسرے پر لکھا ہوا تھا ڈس ایبلڈ۔ یعنی 1976 میں جو دنیا تھی،</w:t>
      </w:r>
    </w:p>
    <w:p>
      <w:r>
        <w:rPr>
          <w:b/>
        </w:rPr>
        <w:t xml:space="preserve">[08:39] </w:t>
      </w:r>
      <w:r>
        <w:t>woh thi ke insanon mein koi disabled tha, koi enabled tha. aaj mein jata hoon airport par to aaj woh alfaaz nahi hote.</w:t>
      </w:r>
    </w:p>
    <w:p>
      <w:pPr>
        <w:jc w:val="right"/>
      </w:pPr>
      <w:r>
        <w:t>وہ تھی کہ انسانوں میں کوئی ڈس ایبلڈ تھا، کوئی ایبلڈ تھا۔ آج میں جاتا ہوں ایئرپورٹ پر تو آج وہ الفاظ نہیں ہوتے۔</w:t>
      </w:r>
    </w:p>
    <w:p>
      <w:r>
        <w:rPr>
          <w:b/>
        </w:rPr>
        <w:t xml:space="preserve">[08:56] </w:t>
      </w:r>
      <w:r>
        <w:t>ab ab lafz hota hai differently enabled, differently enabled.</w:t>
      </w:r>
    </w:p>
    <w:p>
      <w:pPr>
        <w:jc w:val="right"/>
      </w:pPr>
      <w:r>
        <w:t>اب اب لفظ ہوتا ہے ڈفرنٹلی ایبلڈ، ڈفرنٹلی ایبلڈ۔</w:t>
      </w:r>
    </w:p>
    <w:p>
      <w:r>
        <w:rPr>
          <w:b/>
        </w:rPr>
        <w:t xml:space="preserve">[09:05] </w:t>
      </w:r>
      <w:r>
        <w:t>yani able, able, disabled log enabled ban gaye. aaj</w:t>
      </w:r>
    </w:p>
    <w:p>
      <w:pPr>
        <w:jc w:val="right"/>
      </w:pPr>
      <w:r>
        <w:t>یعنی ایبل، ایبل، ڈس ایبلڈ لوگ ایبلڈ بن گئے۔ آج</w:t>
      </w:r>
    </w:p>
    <w:p>
      <w:r>
        <w:rPr>
          <w:b/>
        </w:rPr>
        <w:t xml:space="preserve">[09:17] </w:t>
      </w:r>
      <w:r>
        <w:t>yani 1976 mein jo log disabled thay, aaj woh enabled ban gaye. yeh hai zamanay ka farq.</w:t>
      </w:r>
    </w:p>
    <w:p>
      <w:pPr>
        <w:jc w:val="right"/>
      </w:pPr>
      <w:r>
        <w:t>یعنی 1976 میں جو لوگ ڈس ایبلڈ تھے، آج وہ ایبلڈ بن گئے۔ یہ ہے زمانے کا فرق۔</w:t>
      </w:r>
    </w:p>
    <w:p>
      <w:r>
        <w:rPr>
          <w:b/>
        </w:rPr>
        <w:t xml:space="preserve">[09:27] </w:t>
      </w:r>
      <w:r>
        <w:t>yeh toh mein ne individual, individual ke aitbar se baat ki. zyada baray power par sochiye. second world war logon ne lari thi, yeh samajhtay thay ke hathiyaron se woh sab kuch hasil kar len gay.</w:t>
      </w:r>
    </w:p>
    <w:p>
      <w:pPr>
        <w:jc w:val="right"/>
      </w:pPr>
      <w:r>
        <w:t>یہ تو میں نے انڈیویجول، انڈیویجول کے اعتبار سے بات کی۔ زیادہ بڑے پاور پر سوچیے۔ سیکنڈ ورلڈ وار لوگوں نے لڑی تھی، یہ سمجھتے تھے کہ ہتھیاروں سے وہ سب کچھ حاصل کر لیں گے۔</w:t>
      </w:r>
    </w:p>
    <w:p>
      <w:r>
        <w:rPr>
          <w:b/>
        </w:rPr>
        <w:t xml:space="preserve">[09:47] </w:t>
      </w:r>
      <w:r>
        <w:t>hitler aur mussolini aur stalin yeh samajhtay thay ke hum hathiyar ke zariye sab kuch hasil kar len gay. america, woh is yeh yeh tha continuation is zamanay ka jo chal raha tha hazaron saal se.</w:t>
      </w:r>
    </w:p>
    <w:p>
      <w:pPr>
        <w:jc w:val="right"/>
      </w:pPr>
      <w:r>
        <w:t>ہٹلر اور مسولینی اور سٹالن یہ سمجھتے تھے کہ ہم ہتھیار کے ذریعے سب کچھ حاصل کر لیں گے۔ امریکہ، وہ اس یہ یہ تھا کنٹینیویشن اس زمانے کا جو چل رہا تھا ہزاروں سال سے۔</w:t>
      </w:r>
    </w:p>
    <w:p>
      <w:r>
        <w:rPr>
          <w:b/>
        </w:rPr>
        <w:t xml:space="preserve">[10:09] </w:t>
      </w:r>
      <w:r>
        <w:t>insan jab paida hua, janglon mein rehta tha, tab woh samajhta tha ke taqat hathiyar mein hai.</w:t>
      </w:r>
    </w:p>
    <w:p>
      <w:pPr>
        <w:jc w:val="right"/>
      </w:pPr>
      <w:r>
        <w:t>انسان جب پیدا ہوا، جنگلوں میں رہتا تھا، تب وہ سمجھتا تھا کہ طاقت ہتھیار میں ہے۔</w:t>
      </w:r>
    </w:p>
    <w:p>
      <w:r>
        <w:rPr>
          <w:b/>
        </w:rPr>
        <w:t xml:space="preserve">[10:19] </w:t>
      </w:r>
      <w:r>
        <w:t>chunancha adam ke jo do bhai thay, habel, qabil, toh ghussa aapas mein paida hua. toh unhon ne pathar mar kar khud halak kar diya.</w:t>
      </w:r>
    </w:p>
    <w:p>
      <w:pPr>
        <w:jc w:val="right"/>
      </w:pPr>
      <w:r>
        <w:t>چنانچہ آدم کے جو دو بھائی تھے، ہابل، قابل، تو غصہ آپس میں پیدا ہوا۔ تو انہوں نے پتھر مار کر خود ہلاک کر دیا۔</w:t>
      </w:r>
    </w:p>
    <w:p>
      <w:r>
        <w:rPr>
          <w:b/>
        </w:rPr>
        <w:t xml:space="preserve">[10:31] </w:t>
      </w:r>
      <w:r>
        <w:t>toh samajhtay thay ke pathar mein taqat hai, goli mein taqat hai, bomb mein taqat hai. woh daur tha, woh chalta raha, chalta raha, chalta raha. toh second world war ke zamanay mein jo nations involve theen larai mein,</w:t>
      </w:r>
    </w:p>
    <w:p>
      <w:pPr>
        <w:jc w:val="right"/>
      </w:pPr>
      <w:r>
        <w:t>تو سمجھتے تھے کہ پتھر میں طاقت ہے، گولی میں طاقت ہے، بم میں طاقت ہے۔ وہ دور تھا، وہ چلتا رہا، چلتا رہا، چلتا رہا۔ تو سیکنڈ ورلڈ وار کے زمانے میں جو نیشنز انوالو تھیں لڑائی میں،</w:t>
      </w:r>
    </w:p>
    <w:p>
      <w:r>
        <w:rPr>
          <w:b/>
        </w:rPr>
        <w:t xml:space="preserve">[10:48] </w:t>
      </w:r>
      <w:r>
        <w:t>toh unhon ne bana liya atom bomb. kyunke ab toh hamare paas super taqat hai, super power hai, ab toh jo chahe kar dalo.</w:t>
      </w:r>
    </w:p>
    <w:p>
      <w:pPr>
        <w:jc w:val="right"/>
      </w:pPr>
      <w:r>
        <w:t>تو انہوں نے بنا لیا ایٹم بم۔ کیونکہ اب تو ہمارے پاس سپر طاقت ہے، سپر پاور ہے، اب تو جو چاہے کر ڈالو۔</w:t>
      </w:r>
    </w:p>
    <w:p>
      <w:r>
        <w:rPr>
          <w:b/>
        </w:rPr>
        <w:t xml:space="preserve">[10:58] </w:t>
      </w:r>
      <w:r>
        <w:t>toh chunancha do bomb unhon ne gira diya.</w:t>
      </w:r>
    </w:p>
    <w:p>
      <w:pPr>
        <w:jc w:val="right"/>
      </w:pPr>
      <w:r>
        <w:t>تو چنانچہ دو بم انہوں نے گرا دیا۔</w:t>
      </w:r>
    </w:p>
    <w:p>
      <w:r>
        <w:rPr>
          <w:b/>
        </w:rPr>
        <w:t xml:space="preserve">[11:04] </w:t>
      </w:r>
      <w:r>
        <w:t>second world war ke zamanay mein aap jantay hain ke do bomb gira diya toh toh samajhtay thay ke hum</w:t>
      </w:r>
    </w:p>
    <w:p>
      <w:pPr>
        <w:jc w:val="right"/>
      </w:pPr>
      <w:r>
        <w:t>سیکنڈ ورلڈ وار کے زمانے میں آپ جانتے ہیں کہ دو بم گرا دیا تو تو سمجھتے تھے کہ ہم</w:t>
      </w:r>
    </w:p>
    <w:p>
      <w:r>
        <w:rPr>
          <w:b/>
        </w:rPr>
        <w:t xml:space="preserve">[11:19] </w:t>
      </w:r>
      <w:r>
        <w:t>hum jeetnay walay ban gaye, ab jang hamari hai. jang lekin kya hua? aap jantay hain ke atom bomb gira kar ke bhi kuch kuch kuch hua nahi.</w:t>
      </w:r>
    </w:p>
    <w:p>
      <w:pPr>
        <w:jc w:val="right"/>
      </w:pPr>
      <w:r>
        <w:t>ہم جیتنے والے بن گئے، اب جنگ ہماری ہے۔ جنگ لیکن کیا ہوا؟ آپ جانتے ہیں کہ ایٹم بم گرا کر کے بھی کچھ کچھ کچھ ہوا نہیں۔</w:t>
      </w:r>
    </w:p>
    <w:p>
      <w:r>
        <w:rPr>
          <w:b/>
        </w:rPr>
        <w:t xml:space="preserve">[11:39] </w:t>
      </w:r>
      <w:r>
        <w:t>kyunke jin logon ko haraya tha, unhon ne mislan japan ko haraya, jab germany ko haraya, germany ke do tukray kar diye.</w:t>
      </w:r>
    </w:p>
    <w:p>
      <w:pPr>
        <w:jc w:val="right"/>
      </w:pPr>
      <w:r>
        <w:t>کیونکہ جن لوگوں کو ہرایا تھا، انہوں نے مثلاً جاپان کو ہرایا، جب جرمنی کو ہرایا، جرمنی کے دو ٹکڑے کر دیے۔</w:t>
      </w:r>
    </w:p>
    <w:p>
      <w:r>
        <w:rPr>
          <w:b/>
        </w:rPr>
        <w:t xml:space="preserve">[11:49] </w:t>
      </w:r>
      <w:r>
        <w:t>toh aap jantay hain ke germany aaj zyada taqatwar hai,</w:t>
      </w:r>
    </w:p>
    <w:p>
      <w:pPr>
        <w:jc w:val="right"/>
      </w:pPr>
      <w:r>
        <w:t>تو آپ جانتے ہیں کہ جرمنی آج زیادہ طاقتور ہے،</w:t>
      </w:r>
    </w:p>
    <w:p>
      <w:r>
        <w:rPr>
          <w:b/>
        </w:rPr>
        <w:t xml:space="preserve">[11:56] </w:t>
      </w:r>
      <w:r>
        <w:t>zyada taqatwar hai. yani second world war ke zamanay mein germany jo tha, us ko do hissay kar diye.</w:t>
      </w:r>
    </w:p>
    <w:p>
      <w:pPr>
        <w:jc w:val="right"/>
      </w:pPr>
      <w:r>
        <w:t>زیادہ طاقتور ہے۔ یعنی سیکنڈ ورلڈ وار کے زمانے میں جرمنی جو تھا، اس کو دو حصے کر دیے۔</w:t>
      </w:r>
    </w:p>
    <w:p>
      <w:r>
        <w:rPr>
          <w:b/>
        </w:rPr>
        <w:t xml:space="preserve">[12:07] </w:t>
      </w:r>
      <w:r>
        <w:t>lekin aaj wohi same germany zyada taqatwar hai. kyun? ek naya raaz khula second world war ke baad, replanning.</w:t>
      </w:r>
    </w:p>
    <w:p>
      <w:pPr>
        <w:jc w:val="right"/>
      </w:pPr>
      <w:r>
        <w:t>لیکن آج وہی سیم جرمنی زیادہ طاقتور ہے۔ کیوں؟ ایک نیا راز کھلا سیکنڈ ورلڈ وار کے بعد، ری پلاننگ۔</w:t>
      </w:r>
    </w:p>
    <w:p>
      <w:r>
        <w:rPr>
          <w:b/>
        </w:rPr>
        <w:t xml:space="preserve">[12:21] </w:t>
      </w:r>
      <w:r>
        <w:t>replanning toh woh kya tha jo border dunya ke samnay aaya germany ke zariye se? woh tha remaining part of the land par le kar ke planning karna.</w:t>
      </w:r>
    </w:p>
    <w:p>
      <w:pPr>
        <w:jc w:val="right"/>
      </w:pPr>
      <w:r>
        <w:t>ری پلاننگ تو وہ کیا تھا جو بارڈر دنیا کے سامنے آیا جرمنی کے ذریعے سے؟ وہ تھا ریمیننگ پارٹ آف دا لینڈ پر لے کر کے پلاننگ کرنا۔</w:t>
      </w:r>
    </w:p>
    <w:p>
      <w:r>
        <w:rPr>
          <w:b/>
        </w:rPr>
        <w:t xml:space="preserve">[12:36] </w:t>
      </w:r>
      <w:r>
        <w:t>toh aap jantay hain ke second world war ke zamanay mein germany east germany aur west germany mein bat gaya, ek kamzor mulk ban gaya.</w:t>
      </w:r>
    </w:p>
    <w:p>
      <w:pPr>
        <w:jc w:val="right"/>
      </w:pPr>
      <w:r>
        <w:t>تو آپ جانتے ہیں کہ سیکنڈ ورلڈ وار کے زمانے میں جرمنی ایسٹ جرمنی اور ویسٹ جرمنی میں بٹ گیا، ایک کمزور ملک بن گیا۔</w:t>
      </w:r>
    </w:p>
    <w:p>
      <w:r>
        <w:rPr>
          <w:b/>
        </w:rPr>
        <w:t xml:space="preserve">[12:48] </w:t>
      </w:r>
      <w:r>
        <w:t>lekin germany ne west east germany ko bhula diya aur west germany ka jo un ke paas abhi bhi tha, us ko le kar planning ki.</w:t>
      </w:r>
    </w:p>
    <w:p>
      <w:pPr>
        <w:jc w:val="right"/>
      </w:pPr>
      <w:r>
        <w:t>لیکن جرمنی نے ویسٹ ایسٹ جرمنی کو بھلا دیا اور ویسٹ جرمنی کا جو ان کے پاس ابھی بھی تھا، اس کو لے کر پلاننگ کی۔</w:t>
      </w:r>
    </w:p>
    <w:p>
      <w:r>
        <w:rPr>
          <w:b/>
        </w:rPr>
        <w:t xml:space="preserve">[13:00] </w:t>
      </w:r>
      <w:r>
        <w:t>jis ko mein kahoon ga ke remaining part of the land par planning, remaining part of the land par planning.</w:t>
      </w:r>
    </w:p>
    <w:p>
      <w:pPr>
        <w:jc w:val="right"/>
      </w:pPr>
      <w:r>
        <w:t>جس کو میں کہوں گا کہ ریمیننگ پارٹ آف دا لینڈ پر پلاننگ، ریمیننگ پارٹ آف دا لینڈ پر پلاننگ۔</w:t>
      </w:r>
    </w:p>
    <w:p>
      <w:r>
        <w:rPr>
          <w:b/>
        </w:rPr>
        <w:t xml:space="preserve">[13:10] </w:t>
      </w:r>
      <w:r>
        <w:t>aap jantay hain ke woh dobara kya hua? ek naya germany emerge hua, us ne apne khoye hue history ko bhi le liya peaceful tareeqay se aur aur zyada taraqqi ki.</w:t>
      </w:r>
    </w:p>
    <w:p>
      <w:pPr>
        <w:jc w:val="right"/>
      </w:pPr>
      <w:r>
        <w:t>آپ جانتے ہیں کہ وہ دوبارہ کیا ہوا؟ ایک نیا جرمنی ایمرج ہوا، اس نے اپنے کھوئے ہوئے ہسٹری کو بھی لے لیا پیس فل طریقے سے اور اور زیادہ ترقی کی۔</w:t>
      </w:r>
    </w:p>
    <w:p>
      <w:r>
        <w:rPr>
          <w:b/>
        </w:rPr>
        <w:t xml:space="preserve">[13:29] </w:t>
      </w:r>
      <w:r>
        <w:t>us ne</w:t>
      </w:r>
    </w:p>
    <w:p>
      <w:pPr>
        <w:jc w:val="right"/>
      </w:pPr>
      <w:r>
        <w:t>اس نے</w:t>
      </w:r>
    </w:p>
    <w:p>
      <w:r>
        <w:rPr>
          <w:b/>
        </w:rPr>
        <w:t xml:space="preserve">[13:33] </w:t>
      </w:r>
      <w:r>
        <w:t>is se kya maloom hua ke is zamanay badal gaya hai. pathar marne ka zamanay, goli marne ka zamanay, talwar chalane ka zamanay, hatta ke bomb marne ka zamanay khatam ho gaya, khatam ho gaya.</w:t>
      </w:r>
    </w:p>
    <w:p>
      <w:pPr>
        <w:jc w:val="right"/>
      </w:pPr>
      <w:r>
        <w:t>اس سے کیا معلوم ہوا کہ اس زمانہ بدل گیا ہے۔ پتھر مارنے کا زمانہ، گولی مارنے کا زمانہ، تلوار چلانے کا زمانہ، حتیٰ کہ بم مارنے کا زمانہ ختم ہو گیا، ختم ہو گیا۔</w:t>
      </w:r>
    </w:p>
    <w:p>
      <w:r>
        <w:rPr>
          <w:b/>
        </w:rPr>
        <w:t xml:space="preserve">[13:46] </w:t>
      </w:r>
      <w:r>
        <w:t>ab to peaceful planning mein taqat hai. ab jo taqat hai, woh peaceful planning mein hai.</w:t>
      </w:r>
    </w:p>
    <w:p>
      <w:pPr>
        <w:jc w:val="right"/>
      </w:pPr>
      <w:r>
        <w:t>اب تو پیس فل پلاننگ میں طاقت ہے۔ اب جو طاقت ہے، وہ پیس فل پلاننگ میں ہے۔</w:t>
      </w:r>
    </w:p>
    <w:p>
      <w:r>
        <w:rPr>
          <w:b/>
        </w:rPr>
        <w:t xml:space="preserve">[13:56] </w:t>
      </w:r>
      <w:r>
        <w:t>ab na pathar marna hai, na goli chalana hai, na talwar chalana hai, hatta ke bomb bomb bhi girane se koi kuch hone wala nahi hai.</w:t>
      </w:r>
    </w:p>
    <w:p>
      <w:pPr>
        <w:jc w:val="right"/>
      </w:pPr>
      <w:r>
        <w:t>اب نہ پتھر مارنا ہے، نہ گولی چلانا ہے، نہ تلوار چلانا ہے، حتیٰ کہ بم بم بھی گرانے سے کوئی کچھ ہونے والا نہیں ہے۔</w:t>
      </w:r>
    </w:p>
    <w:p>
      <w:r>
        <w:rPr>
          <w:b/>
        </w:rPr>
        <w:t xml:space="preserve">[14:08] </w:t>
      </w:r>
      <w:r>
        <w:t>ab peaceful planning chahiye. peaceful planning, peaceful planning se dekho kya hua? germany kamzor, germany taqatwar, germany ban gaya.</w:t>
      </w:r>
    </w:p>
    <w:p>
      <w:pPr>
        <w:jc w:val="right"/>
      </w:pPr>
      <w:r>
        <w:t>اب پیس فل پلاننگ چاہیے۔ پیس فل پلاننگ، پیس فل پلاننگ سے دیکھیں کیا ہوا؟ جرمنی کمزور، جرمنی طاقتور، جرمنی بن گیا۔</w:t>
      </w:r>
    </w:p>
    <w:p>
      <w:r>
        <w:rPr>
          <w:b/>
        </w:rPr>
        <w:t xml:space="preserve">[14:25] </w:t>
      </w:r>
      <w:r>
        <w:t>japan phir se emerge kiya, is ne british empire khatm ho gaya tha, lekin aaj woh british empire phir nai taqat ke sath dunya mein zinda hai.</w:t>
      </w:r>
    </w:p>
    <w:p>
      <w:pPr>
        <w:jc w:val="right"/>
      </w:pPr>
      <w:r>
        <w:t>جاپان پھر سے ایمرج کیا، اس نے برٹش ایمپائر ختم ہو گیا تھا، لیکن آج وہ برٹش ایمپائر پھر نئی طاقت کے ساتھ دنیا میں زندہ ہے۔</w:t>
      </w:r>
    </w:p>
    <w:p>
      <w:r>
        <w:rPr>
          <w:b/>
        </w:rPr>
        <w:t xml:space="preserve">[14:38] </w:t>
      </w:r>
      <w:r>
        <w:t>yeh sab peaceful, peaceful taqat ke zariye, peaceful planning ke zariye. aap ghor kijiye, kaisi ajeeb baat hai ke britain,</w:t>
      </w:r>
    </w:p>
    <w:p>
      <w:pPr>
        <w:jc w:val="right"/>
      </w:pPr>
      <w:r>
        <w:t>یہ سب پیس فل، پیس فل طاقت کے ذریعے، پیس فل پلاننگ کے ذریعے۔ آپ غور کیجئے، کیسی عجیب بات ہے کہ برٹن،</w:t>
      </w:r>
    </w:p>
    <w:p>
      <w:r>
        <w:rPr>
          <w:b/>
        </w:rPr>
        <w:t xml:space="preserve">[14:52] </w:t>
      </w:r>
      <w:r>
        <w:t>britain jo hai, woh is ka empire khatm ho gaya. jis ke baray mein kaha jata hai ke kaha jata tha ke "the sun never sets on the british empire".</w:t>
      </w:r>
    </w:p>
    <w:p>
      <w:pPr>
        <w:jc w:val="right"/>
      </w:pPr>
      <w:r>
        <w:t>برٹن جو ہے، وہ اس کا ایمپائر ختم ہو گیا۔ جس کے بارے میں کہا جاتا ہے کہ کہا جاتا تھا کہ "دا سن نیور سیٹس ان دا برٹش ایمپائر"۔</w:t>
      </w:r>
    </w:p>
    <w:p>
      <w:r>
        <w:rPr>
          <w:b/>
        </w:rPr>
        <w:t xml:space="preserve">[15:09] </w:t>
      </w:r>
      <w:r>
        <w:t>itna bara is ko taqat thi. aaj kya hai? aaj is ka jo airbus hai, is ki jo hawa jahaz hai, sari dunya mein run kar raha hai.</w:t>
      </w:r>
    </w:p>
    <w:p>
      <w:pPr>
        <w:jc w:val="right"/>
      </w:pPr>
      <w:r>
        <w:t>اتنا بڑا اس کو طاقت تھی۔ آج کیا ہے؟ آج اس کا جو ایئر بس ہے، اس کی جو ہوا جہاز ہے، ساری دنیا میں رین کر رہا ہے۔</w:t>
      </w:r>
    </w:p>
    <w:p>
      <w:r>
        <w:rPr>
          <w:b/>
        </w:rPr>
        <w:t xml:space="preserve">[15:24] </w:t>
      </w:r>
      <w:r>
        <w:t>aap ko pata hai ke sari dunya mein hawa jahaz ka jo empire hai, is par do ka qabza hai: airbus ka aur boeing ka.</w:t>
      </w:r>
    </w:p>
    <w:p>
      <w:pPr>
        <w:jc w:val="right"/>
      </w:pPr>
      <w:r>
        <w:t>آپ کو پتہ ہے کہ ساری دنیا میں ہوا جہاز کا جو ایمپائر ہے، اس پر دو کا قبضہ ہے: ایئر بس کا اور بوئنگ کا۔</w:t>
      </w:r>
    </w:p>
    <w:p>
      <w:r>
        <w:rPr>
          <w:b/>
        </w:rPr>
        <w:t xml:space="preserve">[15:36] </w:t>
      </w:r>
      <w:r>
        <w:t>boeing japan, jo boeing america ka hai, airbus britain ka hai. yeh do country run kar rahe hain hawa jahaz ki dunya dunya mein, halanke woh dono se koi bhi empire nahi hai.</w:t>
      </w:r>
    </w:p>
    <w:p>
      <w:pPr>
        <w:jc w:val="right"/>
      </w:pPr>
      <w:r>
        <w:t>بوئنگ جاپان، جو بوئنگ امریکہ کا ہے، ایئر بس برٹن کا ہے۔ یہ دو کنٹری رین کر رہے ہیں ہوا جہاز کی دنیا دنیا میں، حالانکہ وہ دونوں سے کوئی بھی ایمپائر نہیں ہے۔</w:t>
      </w:r>
    </w:p>
    <w:p>
      <w:r>
        <w:rPr>
          <w:b/>
        </w:rPr>
        <w:t xml:space="preserve">[15:54] </w:t>
      </w:r>
      <w:r>
        <w:t>dono mein se koi empire nahi hai. aur musalmanon ka haal yeh hai ke aaj tak woh turkish empire ko ro rahe hain. aaj tak</w:t>
      </w:r>
    </w:p>
    <w:p>
      <w:pPr>
        <w:jc w:val="right"/>
      </w:pPr>
      <w:r>
        <w:t>دونوں میں سے کوئی ایمپائر نہیں ہے۔ اور مسلمانوں کا حال یہ ہے کہ آج تک وہ ٹرکش ایمپائر کو رو رہے ہیں۔ آج تک</w:t>
      </w:r>
    </w:p>
    <w:p>
      <w:r>
        <w:rPr>
          <w:b/>
        </w:rPr>
        <w:t xml:space="preserve">[16:05] </w:t>
      </w:r>
      <w:r>
        <w:t>itna zyada in ko gham hua turkish ka, turkish empire ka khatm hua aur falasteen ka partition hua.</w:t>
      </w:r>
    </w:p>
    <w:p>
      <w:pPr>
        <w:jc w:val="right"/>
      </w:pPr>
      <w:r>
        <w:t>اتنا زیادہ ان کو غم ہوا ٹرکش کا، ٹرکش ایمپائر کا ختم ہوا اور فلسطین کا پارٹیشن ہوا۔</w:t>
      </w:r>
    </w:p>
    <w:p>
      <w:r>
        <w:rPr>
          <w:b/>
        </w:rPr>
        <w:t xml:space="preserve">[16:16] </w:t>
      </w:r>
      <w:r>
        <w:t>to musalmanon ko aaj tak bas west se nafrat, nafrat. aur mere alfaaz mein ek naya musalmanon mein aya: westophobia.</w:t>
      </w:r>
    </w:p>
    <w:p>
      <w:pPr>
        <w:jc w:val="right"/>
      </w:pPr>
      <w:r>
        <w:t>تو مسلمانوں کو آج تک بس ویسٹ سے نفرت، نفرت۔ اور میرے الفاظ میں ایک نیا مسلمانوں میں آیا: ویسٹو فوبیا۔</w:t>
      </w:r>
    </w:p>
    <w:p>
      <w:r>
        <w:rPr>
          <w:b/>
        </w:rPr>
        <w:t xml:space="preserve">[16:31] </w:t>
      </w:r>
      <w:r>
        <w:t>aaj sari is dunya ke musalman westophobia mein jee rahe hain, west se nafrat, west se nafrat. jabke Allah taala ne namuna dikhaya tha ke dekho germany ko dekho, japan ko dekho,</w:t>
      </w:r>
    </w:p>
    <w:p>
      <w:pPr>
        <w:jc w:val="right"/>
      </w:pPr>
      <w:r>
        <w:t>آج سارے اس دنیا کے مسلمان ویسٹو فوبیا میں جی رہے ہیں، ویسٹ سے نفرت، ویسٹ سے نفرت۔ جبکہ اللہ تعالی نے نمونہ دکھایا تھا کہ دیکھو جرمنی کو دیکھو، جاپان کو دیکھو،</w:t>
      </w:r>
    </w:p>
    <w:p>
      <w:r>
        <w:rPr>
          <w:b/>
        </w:rPr>
        <w:t xml:space="preserve">[16:45] </w:t>
      </w:r>
      <w:r>
        <w:t>british empire ko dekho.</w:t>
      </w:r>
    </w:p>
    <w:p>
      <w:pPr>
        <w:jc w:val="right"/>
      </w:pPr>
      <w:r>
        <w:t>برٹش ایمپائر کو دیکھو۔</w:t>
      </w:r>
    </w:p>
    <w:p>
      <w:r>
        <w:rPr>
          <w:b/>
        </w:rPr>
        <w:t xml:space="preserve">[16:50] </w:t>
      </w:r>
      <w:r>
        <w:t>in ka re-emergence hua, in ki re-planning hua, nai taqat hazir ki unho ne. yeh kya hai? naya daur ek nai taqat le kar aya hai.</w:t>
      </w:r>
    </w:p>
    <w:p>
      <w:pPr>
        <w:jc w:val="right"/>
      </w:pPr>
      <w:r>
        <w:t>ان کا ری ایمرجنس ہوا، ان کی ری پلاننگ ہوا، نئی طاقت حاضر کی انہوں نے۔ یہ کیا ہے؟ نیا دور ایک نئی طاقت لے کر آیا ہے۔</w:t>
      </w:r>
    </w:p>
    <w:p>
      <w:r>
        <w:rPr>
          <w:b/>
        </w:rPr>
        <w:t xml:space="preserve">[17:02] </w:t>
      </w:r>
      <w:r>
        <w:t>woh khatm ho gaya, changez ka zamana khatm ho gaya, alexander ka zamana khatm ho gaya,</w:t>
      </w:r>
    </w:p>
    <w:p>
      <w:pPr>
        <w:jc w:val="right"/>
      </w:pPr>
      <w:r>
        <w:t>وہ ختم ہو گیا، چنگیز کا زمانہ ختم ہو گیا، الیگزینڈر کا زمانہ ختم ہو گیا،</w:t>
      </w:r>
    </w:p>
    <w:p>
      <w:r>
        <w:rPr>
          <w:b/>
        </w:rPr>
        <w:t xml:space="preserve">[17:10] </w:t>
      </w:r>
      <w:r>
        <w:t>babur aur urdu ka zamana khatm ho gaya. ab kuch nahi.</w:t>
      </w:r>
    </w:p>
    <w:p>
      <w:pPr>
        <w:jc w:val="right"/>
      </w:pPr>
      <w:r>
        <w:t>بابر اور اردے کا زمانہ ختم ہو گیا۔ اب کچھ نہیں۔</w:t>
      </w:r>
    </w:p>
    <w:p>
      <w:r>
        <w:rPr>
          <w:b/>
        </w:rPr>
        <w:t xml:space="preserve">[17:20] </w:t>
      </w:r>
      <w:r>
        <w:t>to aaj ka jo sab se bara message hai dunya ko, woh yeh hai ke kuch ho, kuch bhi ho jaye, re-planning karo.</w:t>
      </w:r>
    </w:p>
    <w:p>
      <w:pPr>
        <w:jc w:val="right"/>
      </w:pPr>
      <w:r>
        <w:t>تو آج کا جو سب سے بڑا میسج ہے دنیا کو، وہ یہ ہے کہ کچھ ہو، کچھ بھی ہو جائے، ری پلاننگ کرو۔</w:t>
      </w:r>
    </w:p>
    <w:p>
      <w:r>
        <w:rPr>
          <w:b/>
        </w:rPr>
        <w:t xml:space="preserve">[17:32] </w:t>
      </w:r>
      <w:r>
        <w:t>tumhare sar par bomb gira diya jaye, atom bomb, atom bomb se tumhare sar tabah kar diye jayein, tab bhi kuch gaya nahi hai. re-planning karo.</w:t>
      </w:r>
    </w:p>
    <w:p>
      <w:pPr>
        <w:jc w:val="right"/>
      </w:pPr>
      <w:r>
        <w:t>تمہارے سر پر بم گرا دیا جائے، ایٹم بم، ایٹم بم سے تمہارے سر تباہ کر دیے جائیں، تب بھی کچھ گیا نہیں ہے۔ ری پلاننگ کرو۔</w:t>
      </w:r>
    </w:p>
    <w:p>
      <w:r>
        <w:rPr>
          <w:b/>
        </w:rPr>
        <w:t xml:space="preserve">[17:43] </w:t>
      </w:r>
      <w:r>
        <w:t>to naya zamana jo hai, yeh batata hai ke re-planning mein power hai. ab na atom bomb mein hai, na na gun mein hai, aur na talwar mein hai.</w:t>
      </w:r>
    </w:p>
    <w:p>
      <w:pPr>
        <w:jc w:val="right"/>
      </w:pPr>
      <w:r>
        <w:t>تو نیا زمانہ جو ہے، یہ بتاتا ہے کہ ری پلاننگ میں پاور ہے۔ اب نہ ایٹم بم میں ہے، نہ نہ گن میں ہے، اور نہ تلوار میں ہے۔</w:t>
      </w:r>
    </w:p>
    <w:p>
      <w:r>
        <w:rPr>
          <w:b/>
        </w:rPr>
        <w:t xml:space="preserve">[18:00] </w:t>
      </w:r>
      <w:r>
        <w:t>aaj ke daur ka yaad rakhiye, jo sab se bara message hai dunya ko ke talwar mein koi taqat nahi, pathar marne mein koi taqat nahi,</w:t>
      </w:r>
    </w:p>
    <w:p>
      <w:pPr>
        <w:jc w:val="right"/>
      </w:pPr>
      <w:r>
        <w:t>آج کے دور کا یاد رکھیے، جو سب سے بڑا میسج ہے دنیا کو کہ تلوار میں کوئی طاقت نہیں، پتھر مارنے میں کوئی طاقت نہیں،</w:t>
      </w:r>
    </w:p>
    <w:p>
      <w:r>
        <w:rPr>
          <w:b/>
        </w:rPr>
        <w:t xml:space="preserve">[18:18] </w:t>
      </w:r>
      <w:r>
        <w:t>gun aur bomb mein koi taqat nahi, hatta ke nuclear bomb mein bhi koi taqat nahi. sari taqat jo hai, woh re-planning, re-planning, re-planning.</w:t>
      </w:r>
    </w:p>
    <w:p>
      <w:pPr>
        <w:jc w:val="right"/>
      </w:pPr>
      <w:r>
        <w:t>گن اور بم میں کوئی طاقت نہیں، حتیٰ کہ نیوکلیئر بم میں بھی کوئی طاقت نہیں۔ ساری طاقت جو ہے، وہ ری پلاننگ، ری پلاننگ، ری پلاننگ۔</w:t>
      </w:r>
    </w:p>
    <w:p>
      <w:r>
        <w:rPr>
          <w:b/>
        </w:rPr>
        <w:t xml:space="preserve">[18:31] </w:t>
      </w:r>
      <w:r>
        <w:t>yani aap ke paas agar ek chota ilaaqa hai, jaise west germany ke paas tha, to usi ko le kar re-planning kiye to aap ko sab kuch mil jayega.</w:t>
      </w:r>
    </w:p>
    <w:p>
      <w:pPr>
        <w:jc w:val="right"/>
      </w:pPr>
      <w:r>
        <w:t>یعنی آپ کے پاس اگر ایک چھوٹا علاقہ ہے، جیسے ویسٹ جرمنی کے پاس تھا، تو اسی کو لے کر ری پلاننگ کیے تو آپ کو سب کچھ مل جائے گا۔</w:t>
      </w:r>
    </w:p>
    <w:p>
      <w:r>
        <w:rPr>
          <w:b/>
        </w:rPr>
        <w:t xml:space="preserve">[18:49] </w:t>
      </w:r>
      <w:r>
        <w:t>to now taqat hai in the re-planning. ab jo log abhi bhi pathar marte hain, bomb banate hain, talwar ki baatein karte hain, kitne kitne zyada be khabar hain.</w:t>
      </w:r>
    </w:p>
    <w:p>
      <w:pPr>
        <w:jc w:val="right"/>
      </w:pPr>
      <w:r>
        <w:t>تو ناؤ طاقت ہے ان دا ری پلاننگ۔ اب جو لوگ ابھی بھی پتھر مارتے ہیں، بم بناتے ہیں، تلوار کی باتیں کرتے ہیں، کتنے کتنے زیادہ بے خبر ہیں۔</w:t>
      </w:r>
    </w:p>
    <w:p>
      <w:r>
        <w:rPr>
          <w:b/>
        </w:rPr>
        <w:t xml:space="preserve">[19:06] </w:t>
      </w:r>
      <w:r>
        <w:t>ab peace mein taqat hai, jang mein taqat nahi hai.</w:t>
      </w:r>
    </w:p>
    <w:p>
      <w:pPr>
        <w:jc w:val="right"/>
      </w:pPr>
      <w:r>
        <w:t>اب پیس میں طاقت ہے، جنگ میں طاقت نہیں ہے۔</w:t>
      </w:r>
    </w:p>
    <w:p>
      <w:r>
        <w:rPr>
          <w:b/>
        </w:rPr>
        <w:t xml:space="preserve">[19:11] </w:t>
      </w:r>
      <w:r>
        <w:t>aap bhi jo log jang ki baaten karte hain, woh sirf apni in awareness ka ailaan kar rahe hain. aaj jo 21 century mein jo log jang ki baaten karte hain,</w:t>
      </w:r>
    </w:p>
    <w:p>
      <w:pPr>
        <w:jc w:val="right"/>
      </w:pPr>
      <w:r>
        <w:t>آپ بھی جو لوگ جنگ کی باتیں کرتے ہیں، وہ صرف اپنی ان اویرنس کا اعلان کر رہے ہیں۔ آج جو 21 سینچری میں جو لوگ جنگ کی باتیں کرتے ہیں،</w:t>
      </w:r>
    </w:p>
    <w:p>
      <w:r>
        <w:rPr>
          <w:b/>
        </w:rPr>
        <w:t xml:space="preserve">[19:26] </w:t>
      </w:r>
      <w:r>
        <w:t>hathiyaar ki baaten karte hain, woh sirf</w:t>
      </w:r>
    </w:p>
    <w:p>
      <w:pPr>
        <w:jc w:val="right"/>
      </w:pPr>
      <w:r>
        <w:t>ہتھیار کی باتیں کرتے ہیں، وہ صرف</w:t>
      </w:r>
    </w:p>
    <w:p>
      <w:r>
        <w:rPr>
          <w:b/>
        </w:rPr>
        <w:t xml:space="preserve">[19:33] </w:t>
      </w:r>
      <w:r>
        <w:t>be-khabari ki baaten kar rahe hain. yaad rakhiye, aaj hathiyaar sirf business ke liye hota hai, taaqat ke liye nahi hota hai.</w:t>
      </w:r>
    </w:p>
    <w:p>
      <w:pPr>
        <w:jc w:val="right"/>
      </w:pPr>
      <w:r>
        <w:t>بے خبری کی باتیں کر رہے ہیں۔ یاد رکھیے، آج ہتھیار صرف بزنس کے لیے ہوتا ہے، طاقت کے لیے نہیں ہوتا ہے۔</w:t>
      </w:r>
    </w:p>
    <w:p>
      <w:r>
        <w:rPr>
          <w:b/>
        </w:rPr>
        <w:t xml:space="preserve">[19:45] </w:t>
      </w:r>
      <w:r>
        <w:t>kuch log hathiyaar bana kar bechte hain taake in logon ko, in logon ko lootein jo abhi bhi be-khabar hain. aaj ka hathiyaar developed countries ka business hai.</w:t>
      </w:r>
    </w:p>
    <w:p>
      <w:pPr>
        <w:jc w:val="right"/>
      </w:pPr>
      <w:r>
        <w:t>کچھ لوگ ہتھیار بنا کر بیچتے ہیں تاکہ ان لوگوں کو، ان لوگوں کو لوٹیں جو ابھی بھی بے خبر ہیں۔ آج کا ہتھیار ڈیولپ کنٹریز کا بزنس ہے۔</w:t>
      </w:r>
    </w:p>
    <w:p>
      <w:r>
        <w:rPr>
          <w:b/>
        </w:rPr>
        <w:t xml:space="preserve">[20:04] </w:t>
      </w:r>
      <w:r>
        <w:t>hathiyaar banao, in logon ke haath looto, in in logon ke haath becho. abhi bhi nahi jaante ke hathiyaar ka daur khatm ho gaya.</w:t>
      </w:r>
    </w:p>
    <w:p>
      <w:pPr>
        <w:jc w:val="right"/>
      </w:pPr>
      <w:r>
        <w:t>ہتھیار بناؤ، ان لوگوں کے ہاتھ لوٹو، ان ان لوگوں کے ہاتھ بیچو۔ ابھی بھی نہیں جانتے کہ ہتھیار کا دور ختم ہو گیا۔</w:t>
      </w:r>
    </w:p>
    <w:p>
      <w:r>
        <w:rPr>
          <w:b/>
        </w:rPr>
        <w:t xml:space="preserve">[20:15] </w:t>
      </w:r>
      <w:r>
        <w:t>aaj ke zamane ka jo jang hai, jo hathiyaar hai, woh kya hai? jo hoshiyaar qaumein hain, un ka business hai.</w:t>
      </w:r>
    </w:p>
    <w:p>
      <w:pPr>
        <w:jc w:val="right"/>
      </w:pPr>
      <w:r>
        <w:t>آج کے زمانے کا جو جنگ ہے، جو ہتھیار ہے، وہ کیا ہے؟ جو ہوشیار قومیں ہیں، ان کا بزنس ہے۔</w:t>
      </w:r>
    </w:p>
    <w:p>
      <w:r>
        <w:rPr>
          <w:b/>
        </w:rPr>
        <w:t xml:space="preserve">[20:27] </w:t>
      </w:r>
      <w:r>
        <w:t>aisa business jis ka faida kuch bhi nahi. be-khabaron ke haath becho aur apne aap ko maaldaar banao.</w:t>
      </w:r>
    </w:p>
    <w:p>
      <w:pPr>
        <w:jc w:val="right"/>
      </w:pPr>
      <w:r>
        <w:t>ایسا بزنس جس کا فائدہ کچھ بھی نہیں۔ بے خبروں کے ہاتھ بیچو اور اپنے آپ کو مالدار بناؤ۔</w:t>
      </w:r>
    </w:p>
    <w:p>
      <w:r>
        <w:rPr>
          <w:b/>
        </w:rPr>
        <w:t xml:space="preserve">[20:37] </w:t>
      </w:r>
      <w:r>
        <w:t>is mein koi jang ka maidan ka maamla is mein nahi hai. aaj ka hathiyaar jang ka nahi hota.</w:t>
      </w:r>
    </w:p>
    <w:p>
      <w:pPr>
        <w:jc w:val="right"/>
      </w:pPr>
      <w:r>
        <w:t>اس میں کوئی جنگ کا میدان کا معاملہ اس میں نہیں ہے۔ آج کا ہتھیار جنگ کا نہیں ہوتا۔</w:t>
      </w:r>
    </w:p>
    <w:p>
      <w:r>
        <w:rPr>
          <w:b/>
        </w:rPr>
        <w:t xml:space="preserve">[20:47] </w:t>
      </w:r>
      <w:r>
        <w:t>aaj ka jo hathiyaar hai, woh jang ke liye nahi hota. aaj ka hathiyaar hota hai hoshiyaar qaumon ka business hai, woh ke be-khabaron ke haath rooh becho.</w:t>
      </w:r>
    </w:p>
    <w:p>
      <w:pPr>
        <w:jc w:val="right"/>
      </w:pPr>
      <w:r>
        <w:t>آج کا جو ہتھیار ہے، وہ جنگ کے لیے نہیں ہوتا۔ آج کا ہتھیار ہوتا ہے ہوشیار قوموں کا بزنس ہے، وہ کہ بے خبروں کے ہاتھ روح بیچو۔</w:t>
      </w:r>
    </w:p>
    <w:p>
      <w:r>
        <w:rPr>
          <w:b/>
        </w:rPr>
        <w:t xml:space="preserve">[21:06] </w:t>
      </w:r>
      <w:r>
        <w:t>to hamein kal jo mere saath waqea guzra ke main dhoop mein baitha hua tha, bazahir ek boodha aadmi dekhne wale ke liye, main ek boodha aadmi tha.</w:t>
      </w:r>
    </w:p>
    <w:p>
      <w:pPr>
        <w:jc w:val="right"/>
      </w:pPr>
      <w:r>
        <w:t>تو ہمیں کل جو میرے ساتھ واقعہ گزرا کہ میں دھوپ میں بیٹھا ہوا تھا، بظاہر ایک بوڑھا آدمی دیکھنے والے کے لیے، میں ایک بوڑھا آدمی تھا۔</w:t>
      </w:r>
    </w:p>
    <w:p>
      <w:r>
        <w:rPr>
          <w:b/>
        </w:rPr>
        <w:t xml:space="preserve">[21:23] </w:t>
      </w:r>
      <w:r>
        <w:t>to apni aam samajh se keh diya us ne ke ab to aap safar nahi karte hoonge. woh jaanta hi nahi ke woh daur hi khatm ho gaya.</w:t>
      </w:r>
    </w:p>
    <w:p>
      <w:pPr>
        <w:jc w:val="right"/>
      </w:pPr>
      <w:r>
        <w:t>تو اپنی عام سمجھ سے کہہ دیا اس نے کہ اب تو آپ سفر نہیں کرتے ہوں گے۔ وہ جانتا ہی نہیں کہ وہ دور ہی ختم ہو گیا۔</w:t>
      </w:r>
    </w:p>
    <w:p>
      <w:r>
        <w:rPr>
          <w:b/>
        </w:rPr>
        <w:t xml:space="preserve">[21:36] </w:t>
      </w:r>
      <w:r>
        <w:t>woh daur hi khatm ho gaya.</w:t>
      </w:r>
    </w:p>
    <w:p>
      <w:pPr>
        <w:jc w:val="right"/>
      </w:pPr>
      <w:r>
        <w:t>وہ دور ہی ختم ہو گیا۔</w:t>
      </w:r>
    </w:p>
    <w:p>
      <w:r>
        <w:rPr>
          <w:b/>
        </w:rPr>
        <w:t xml:space="preserve">[21:41] </w:t>
      </w:r>
      <w:r>
        <w:t>ab to aap apne ghar mein bistar se uthiye aur wheel chair par baith jaiye. wheel chair se chaliye aur lift par baith jaiye.</w:t>
      </w:r>
    </w:p>
    <w:p>
      <w:pPr>
        <w:jc w:val="right"/>
      </w:pPr>
      <w:r>
        <w:t>اب تو آپ اپنے گھر میں بستر سے اٹھیے اور ویل چیئر پر بیٹھ جائیے۔ ویل چیئر سے چلیے اور لفٹ پر بیٹھ جائیے۔</w:t>
      </w:r>
    </w:p>
    <w:p>
      <w:r>
        <w:rPr>
          <w:b/>
        </w:rPr>
        <w:t xml:space="preserve">[21:51] </w:t>
      </w:r>
      <w:r>
        <w:t>lift se chaliye to car par baith jaiye. car se nikliye to hawa jahaaz mein baith jaiye. yaani saari duniya mein aap safar kar sakte hain.</w:t>
      </w:r>
    </w:p>
    <w:p>
      <w:pPr>
        <w:jc w:val="right"/>
      </w:pPr>
      <w:r>
        <w:t>لفٹ سے چلیے تو کار پر بیٹھ جائیے۔ کار سے نکلیے تو ہوا جہاز میں بیٹھ جائیے۔ یعنی ساری دنیا میں آپ سفر کر سکتے ہیں۔</w:t>
      </w:r>
    </w:p>
    <w:p>
      <w:r>
        <w:rPr>
          <w:b/>
        </w:rPr>
        <w:t xml:space="preserve">[22:07] </w:t>
      </w:r>
      <w:r>
        <w:t>saari duniya mein wheel chair, wheel par. yaani aap pass ko istemaal nahi kar sakte. ek baar to aisa hua ke ek baar to main kahin safar pe tha bahar to ek European country mein main tha.</w:t>
      </w:r>
    </w:p>
    <w:p>
      <w:pPr>
        <w:jc w:val="right"/>
      </w:pPr>
      <w:r>
        <w:t>ساری دنیا میں ویل چیئر، ویل پر۔ یعنی آپ پاس کو استعمال نہیں کر سکتے۔ ایک بار تو ایسا ہوا کہ ایک بار تو میں کہیں سفر پہ تھا باہر تو ایک یورپین کنٹری میں میں تھا۔</w:t>
      </w:r>
    </w:p>
    <w:p>
      <w:r>
        <w:rPr>
          <w:b/>
        </w:rPr>
        <w:t xml:space="preserve">[22:26] </w:t>
      </w:r>
      <w:r>
        <w:t>to ek shakhs ko maine dekha, ek European tha, woh dono aankhon se andha tha. woh dono aankhon se andha tha.</w:t>
      </w:r>
    </w:p>
    <w:p>
      <w:pPr>
        <w:jc w:val="right"/>
      </w:pPr>
      <w:r>
        <w:t>تو ایک شخص کو میں نے دیکھا، ایک یورپین تھا، وہ دونوں آنکھوں سے اندھا تھا۔ وہ دونوں آنکھوں سے اندھا تھا۔</w:t>
      </w:r>
    </w:p>
    <w:p>
      <w:r>
        <w:rPr>
          <w:b/>
        </w:rPr>
        <w:t xml:space="preserve">[22:39] </w:t>
      </w:r>
      <w:r>
        <w:t>to woh hawa jahaaz mein safar kar raha tha. to us ke chehre par bilkul itminaan tha, bohat hi itminaan.</w:t>
      </w:r>
    </w:p>
    <w:p>
      <w:pPr>
        <w:jc w:val="right"/>
      </w:pPr>
      <w:r>
        <w:t>تو وہ ہوا جہاز میں سفر کر رہا تھا۔ تو اس کے چہرے پر بالکل اطمینان تھا، بہت ہی اطمینان۔</w:t>
      </w:r>
    </w:p>
    <w:p>
      <w:r>
        <w:rPr>
          <w:b/>
        </w:rPr>
        <w:t xml:space="preserve">[22:49] </w:t>
      </w:r>
      <w:r>
        <w:t>to us se baat cheet ke douran maloom hua ke woh kai mulkon ka safar kar ke ab pahuncha jahan main gaya tha. to main ne us se poocha ke aap kaise kaise safar karte hain?</w:t>
      </w:r>
    </w:p>
    <w:p>
      <w:pPr>
        <w:jc w:val="right"/>
      </w:pPr>
      <w:r>
        <w:t>تو اس سے بات چیت کے دوران معلوم ہوا کہ وہ کئی ملکوں کا سفر کر کے اب پہنچا جہاں میں گیا تھا۔ تو میں نے اس سے پوچھا کہ آپ کیسے کیسے سفر کرتے ہیں؟</w:t>
      </w:r>
    </w:p>
    <w:p>
      <w:r>
        <w:rPr>
          <w:b/>
        </w:rPr>
        <w:t xml:space="preserve">[23:02] </w:t>
      </w:r>
      <w:r>
        <w:t>to bohat itminaan se us ne kaha ke yeh log bohat helpful hote hain. "These people are very very helpful" yeh kaha tha us ne.</w:t>
      </w:r>
    </w:p>
    <w:p>
      <w:pPr>
        <w:jc w:val="right"/>
      </w:pPr>
      <w:r>
        <w:t>تو بہت اطمینان سے اس نے کہا کہ یہ لوگ بہت ہیلپ فل ہوتے ہیں۔ "دیز پیپل آر ویری ویری ہیلپ فل" یہ کہا تھا اس نے۔</w:t>
      </w:r>
    </w:p>
    <w:p>
      <w:r>
        <w:rPr>
          <w:b/>
        </w:rPr>
        <w:t xml:space="preserve">[23:14] </w:t>
      </w:r>
      <w:r>
        <w:t>yaani dono aankhon se andha tha woh.</w:t>
      </w:r>
    </w:p>
    <w:p>
      <w:pPr>
        <w:jc w:val="right"/>
      </w:pPr>
      <w:r>
        <w:t>یعنی دونوں آنکھوں سے اندھا تھا وہ۔</w:t>
      </w:r>
    </w:p>
    <w:p>
      <w:r>
        <w:rPr>
          <w:b/>
        </w:rPr>
        <w:t xml:space="preserve">[23:19] </w:t>
      </w:r>
      <w:r>
        <w:t>aur kya kaha hai us ne ke "deez people aar very helpful". "deez people" se matlab kya hai?</w:t>
      </w:r>
    </w:p>
    <w:p>
      <w:pPr>
        <w:jc w:val="right"/>
      </w:pPr>
      <w:r>
        <w:t>اور کیا کہا ہے اس نے کہ "دیز پیپل آر ویری ہیلپ فل"۔ "دیز پیپل" سے مطلب کیا ہے؟</w:t>
      </w:r>
    </w:p>
    <w:p>
      <w:r>
        <w:rPr>
          <w:b/>
        </w:rPr>
        <w:t xml:space="preserve">[23:28] </w:t>
      </w:r>
      <w:r>
        <w:t>yeh jo hawa jahaaz wale hain, airport wale hain, yeh jo hotel wale hain, yeh sab mera kaam karte rehte hain.</w:t>
      </w:r>
    </w:p>
    <w:p>
      <w:pPr>
        <w:jc w:val="right"/>
      </w:pPr>
      <w:r>
        <w:t>یہ جو ہوا جہاز والے ہیں، ایئرپورٹ والے ہیں، یہ جو ہوٹل والے ہیں، یہ سب میرا کام کرتے رہتے ہیں۔</w:t>
      </w:r>
    </w:p>
    <w:p>
      <w:r>
        <w:rPr>
          <w:b/>
        </w:rPr>
        <w:t xml:space="preserve">[23:40] </w:t>
      </w:r>
      <w:r>
        <w:t>bas mere paas travel document hona chahiye. valid document, valid. phir jahan chahe jaiye.</w:t>
      </w:r>
    </w:p>
    <w:p>
      <w:pPr>
        <w:jc w:val="right"/>
      </w:pPr>
      <w:r>
        <w:t>بس میرے پاس ٹریول ڈاکومنٹ ہونا چاہیے۔ ویلڈ ڈاکومنٹ، ویلڈ۔ پھر جہاں چاہے جائیے۔</w:t>
      </w:r>
    </w:p>
    <w:p>
      <w:r>
        <w:rPr>
          <w:b/>
        </w:rPr>
        <w:t xml:space="preserve">[23:50] </w:t>
      </w:r>
      <w:r>
        <w:t>to ab jo log shikayat karte hain, bomb maarte hain, patthar maarte hain, woh sirf apni in awareness ka ailaan kar rahe hain.</w:t>
      </w:r>
    </w:p>
    <w:p>
      <w:pPr>
        <w:jc w:val="right"/>
      </w:pPr>
      <w:r>
        <w:t>تو اب جو لوگ شکایت کرتے ہیں، بم مارتے ہیں، پتھر مارتے ہیں، وہ صرف اپنی ان اویرنس کا اعلان کر رہے ہیں۔</w:t>
      </w:r>
    </w:p>
    <w:p>
      <w:r>
        <w:rPr>
          <w:b/>
        </w:rPr>
        <w:t xml:space="preserve">[24:03] </w:t>
      </w:r>
      <w:r>
        <w:t>aaj jo log patthar maarte hain, gun chalaate hain, talwaar ki baaten karte hain, jang ki baaten karte hain, woh sab log, woh sab log, chahe woh parhe likhe hon,</w:t>
      </w:r>
    </w:p>
    <w:p>
      <w:pPr>
        <w:jc w:val="right"/>
      </w:pPr>
      <w:r>
        <w:t>آج جو لوگ پتھر مارتے ہیں، گن چلاتے ہیں، تلوار کی باتیں کرتے ہیں، جنگ کی باتیں کرتے ہیں، وہ سب لوگ، وہ سب لوگ، چاہے وہ پڑھے لکھے ہوں،</w:t>
      </w:r>
    </w:p>
    <w:p>
      <w:r>
        <w:rPr>
          <w:b/>
        </w:rPr>
        <w:t xml:space="preserve">[24:22] </w:t>
      </w:r>
      <w:r>
        <w:t>chahe unhon ne digriyan hasil kar li hon, tab bhi woh sirf apne in awareness ka aelan kar rahe hain. kyunke door to hai peace ka, baatein kar rahe hain woh jang ki.</w:t>
      </w:r>
    </w:p>
    <w:p>
      <w:pPr>
        <w:jc w:val="right"/>
      </w:pPr>
      <w:r>
        <w:t>چاہے انہوں نے ڈگریاں حاصل کر لی ہوں، تب بھی وہ صرف اپنے ان اویرنس کا اعلان کر رہے ہیں۔ کیونکہ دور تو ہے پیس کا، باتیں کر رہے ہیں وہ جنگ کی۔</w:t>
      </w:r>
    </w:p>
    <w:p>
      <w:r>
        <w:rPr>
          <w:b/>
        </w:rPr>
        <w:t xml:space="preserve">[24:37] </w:t>
      </w:r>
      <w:r>
        <w:t>door to hai peace ke zariye sab kuch hasil karne ka, aur baatein kar rahe hain hathiyar ki aur boom ki.</w:t>
      </w:r>
    </w:p>
    <w:p>
      <w:pPr>
        <w:jc w:val="right"/>
      </w:pPr>
      <w:r>
        <w:t>دور تو ہے پیس کے ذریعے سب کچھ حاصل کرنے کا، اور باتیں کر رہے ہیں ہتھیار کی اور بم کی۔</w:t>
      </w:r>
    </w:p>
    <w:p>
      <w:r>
        <w:rPr>
          <w:b/>
        </w:rPr>
        <w:t xml:space="preserve">[24:48] </w:t>
      </w:r>
      <w:r>
        <w:t>to apni bekhabari ka aelan kar rahe hain woh. apni bekhabari ko bata rahe hain.</w:t>
      </w:r>
    </w:p>
    <w:p>
      <w:pPr>
        <w:jc w:val="right"/>
      </w:pPr>
      <w:r>
        <w:t>تو اپنی بے خبری کا اعلان کر رہے ہیں وہ۔ اپنی بے خبری کو بتا رہے ہیں۔</w:t>
      </w:r>
    </w:p>
    <w:p>
      <w:r>
        <w:rPr>
          <w:b/>
        </w:rPr>
        <w:t xml:space="preserve">[24:59] </w:t>
      </w:r>
      <w:r>
        <w:t>main pure yaqin ke sath keh sakta hoon ke aaj ka woh door hai ke aap chahe disabled hon ya kuch bhi hon, sari duniya mein aap safar kar sakte hain, sari duniya mein business kar sakte hain,</w:t>
      </w:r>
    </w:p>
    <w:p>
      <w:pPr>
        <w:jc w:val="right"/>
      </w:pPr>
      <w:r>
        <w:t>میں پورے یقین کے ساتھ کہہ سکتا ہوں کہ آج کا وہ دور ہے کہ آپ چاہے ڈس ایبلڈ ہوں یا کچھ بھی ہوں، ساری دنیا میں آپ سفر کر سکتے ہیں، ساری دنیا میں بزنس کر سکتے ہیں،</w:t>
      </w:r>
    </w:p>
    <w:p>
      <w:r>
        <w:rPr>
          <w:b/>
        </w:rPr>
        <w:t xml:space="preserve">[25:15] </w:t>
      </w:r>
      <w:r>
        <w:t>sari duniya mein education le sakte hain, jo chahe kar sakte hain. to aaj jo cheez na karne ki hai, woh sirf ladai hai.</w:t>
      </w:r>
    </w:p>
    <w:p>
      <w:pPr>
        <w:jc w:val="right"/>
      </w:pPr>
      <w:r>
        <w:t>ساری دنیا میں ایجوکیشن لے سکتے ہیں، جو چاہے کر سکتے ہیں۔ تو آج جو چیز نہ کرنے کی ہے، وہ صرف لڑائی ہے۔</w:t>
      </w:r>
    </w:p>
    <w:p>
      <w:r>
        <w:rPr>
          <w:b/>
        </w:rPr>
        <w:t xml:space="preserve">[25:26] </w:t>
      </w:r>
      <w:r>
        <w:t>kyunke jab sab kuch bana ladai ke mil raha ho, peace ke zariye mil raha ho, to ladai kis kis liye ladai? kis liye?</w:t>
      </w:r>
    </w:p>
    <w:p>
      <w:pPr>
        <w:jc w:val="right"/>
      </w:pPr>
      <w:r>
        <w:t>کیونکہ جب سب کچھ بنا لڑائی کے مل رہا ہو، پیس کے ذریعے مل رہا ہو، تو لڑائی کس کس لیے لڑائی؟ کس لیے؟</w:t>
      </w:r>
    </w:p>
    <w:p>
      <w:r>
        <w:rPr>
          <w:b/>
        </w:rPr>
        <w:t xml:space="preserve">[25:39] </w:t>
      </w:r>
      <w:r>
        <w:t>jab duniya aap ko ek qissa maine padha tha ke America ko, jo aap jante hain ke pehle America mein bhi ghulami ka zamana tha, ek waqt tha.</w:t>
      </w:r>
    </w:p>
    <w:p>
      <w:pPr>
        <w:jc w:val="right"/>
      </w:pPr>
      <w:r>
        <w:t>جب دنیا آپ کو ایک قصہ میں نے پڑھا تھا کہ امریکہ کو، جو آپ جانتے ہیں کہ پہلے امریکہ میں بھی غلامی کا زمانہ تھا، ایک وقت تھا۔</w:t>
      </w:r>
    </w:p>
    <w:p>
      <w:r>
        <w:rPr>
          <w:b/>
        </w:rPr>
        <w:t xml:space="preserve">[25:55] </w:t>
      </w:r>
      <w:r>
        <w:t>to phir America aazad hua. to jab America aazad hua to ek aadmi, ek American, ghar se nikla aur road par chalne laga, aur khushi se woh hath aise aise kar raha tha.</w:t>
      </w:r>
    </w:p>
    <w:p>
      <w:pPr>
        <w:jc w:val="right"/>
      </w:pPr>
      <w:r>
        <w:t>تو پھر امریکہ آزاد ہوا۔ تو جب امریکہ آزاد ہوا تو ایک آدمی، ایک امریکن، گھر سے نکلا اور روڈ پر چلنے لگا، اور خوشی سے وہ ہاتھ ایسے ایسے کر رہا تھا۔</w:t>
      </w:r>
    </w:p>
    <w:p>
      <w:r>
        <w:rPr>
          <w:b/>
        </w:rPr>
        <w:t xml:space="preserve">[26:17] </w:t>
      </w:r>
      <w:r>
        <w:t>to during this practice he hit the nose of Pathroai.</w:t>
      </w:r>
    </w:p>
    <w:p>
      <w:pPr>
        <w:jc w:val="right"/>
      </w:pPr>
      <w:r>
        <w:t>تو "ڈیورنگ دس پریکٹس ہی ہٹ دا نوز آف پاتھروائی"۔</w:t>
      </w:r>
    </w:p>
    <w:p>
      <w:r>
        <w:rPr>
          <w:b/>
        </w:rPr>
        <w:t xml:space="preserve">[26:30] </w:t>
      </w:r>
      <w:r>
        <w:t>during this practice he hit the nose of pathroai. to woh jo tha doosra aadmi, us ne kaha what is not?</w:t>
      </w:r>
    </w:p>
    <w:p>
      <w:pPr>
        <w:jc w:val="right"/>
      </w:pPr>
      <w:r>
        <w:t>"ڈیورنگ دس پریکٹس ہی ہٹ دا نوز آف پاتھروائی"۔ تو وہ جو تھا دوسرا آدمی، اس نے کہا "واٹ از ناٹ؟</w:t>
      </w:r>
    </w:p>
    <w:p>
      <w:r>
        <w:rPr>
          <w:b/>
        </w:rPr>
        <w:t xml:space="preserve">[26:39] </w:t>
      </w:r>
      <w:r>
        <w:t>what is this nonsense? why you hit my nose? to us ne kaha ke aaj main aazad hoon, America aazad hai.</w:t>
      </w:r>
    </w:p>
    <w:p>
      <w:pPr>
        <w:jc w:val="right"/>
      </w:pPr>
      <w:r>
        <w:t>واٹ از دس نان سینس؟ وائی یو ہٹ مائی نوز؟" تو اس نے کہا کہ آج میں آزاد ہوں، امریکہ آزاد ہے۔</w:t>
      </w:r>
    </w:p>
    <w:p>
      <w:r>
        <w:rPr>
          <w:b/>
        </w:rPr>
        <w:t xml:space="preserve">[26:51] </w:t>
      </w:r>
      <w:r>
        <w:t>to us ne kaha tha, bohat hi politely, us pathroai ne</w:t>
      </w:r>
    </w:p>
    <w:p>
      <w:pPr>
        <w:jc w:val="right"/>
      </w:pPr>
      <w:r>
        <w:t>تو اس نے کہا تھا، بہت ہی پلائٹلی، اس پاتھروائی نے</w:t>
      </w:r>
    </w:p>
    <w:p>
      <w:r>
        <w:rPr>
          <w:b/>
        </w:rPr>
        <w:t xml:space="preserve">[27:00] </w:t>
      </w:r>
      <w:r>
        <w:t>ke as you are free, but</w:t>
      </w:r>
    </w:p>
    <w:p>
      <w:pPr>
        <w:jc w:val="right"/>
      </w:pPr>
      <w:r>
        <w:t>کہ "ایس یو آر فری، بٹ</w:t>
      </w:r>
    </w:p>
    <w:p>
      <w:r>
        <w:rPr>
          <w:b/>
        </w:rPr>
        <w:t xml:space="preserve">[27:10] </w:t>
      </w:r>
      <w:r>
        <w:t>your freedom ends where my nose begins.</w:t>
      </w:r>
    </w:p>
    <w:p>
      <w:pPr>
        <w:jc w:val="right"/>
      </w:pPr>
      <w:r>
        <w:t>یور فریڈم اینڈز ویر مائی نوز بگنز"۔</w:t>
      </w:r>
    </w:p>
    <w:p>
      <w:r>
        <w:rPr>
          <w:b/>
        </w:rPr>
        <w:t xml:space="preserve">[27:17] </w:t>
      </w:r>
      <w:r>
        <w:t>kaisa ajeeb tha uska ke as you are free, but your freedom ends where my nose begins.</w:t>
      </w:r>
    </w:p>
    <w:p>
      <w:pPr>
        <w:jc w:val="right"/>
      </w:pPr>
      <w:r>
        <w:t>کیسا عجیب تھا اس کا کہ "ایس یو آر فری، بٹ یور فریڈم اینڈز ویر مائی نوز بگنز"۔</w:t>
      </w:r>
    </w:p>
    <w:p>
      <w:r>
        <w:rPr>
          <w:b/>
        </w:rPr>
        <w:t xml:space="preserve">[27:30] </w:t>
      </w:r>
      <w:r>
        <w:t>lekin yeh us ko jana nahi, janne walon ne jana nahi. misaal ke taur par dekhiye, jo 9/11 hua America mein, main us tower par chadha hoon jis ko, jis ko unhon ne gira diya tha hawa jahaz takra kar ke.</w:t>
      </w:r>
    </w:p>
    <w:p>
      <w:pPr>
        <w:jc w:val="right"/>
      </w:pPr>
      <w:r>
        <w:t>لیکن یہ اس کو جانا نہیں، جاننے والوں نے جانا نہیں۔ مثلاً دیکھیے، جو 9/11 ہوا امریکہ میں، میں اس ٹاور پر چڑھا ہوں جس کو، جس کو انہوں نے گرا دیا تھا ہوا جہاز ٹکرا کر کے۔</w:t>
      </w:r>
    </w:p>
    <w:p>
      <w:r>
        <w:rPr>
          <w:b/>
        </w:rPr>
        <w:t xml:space="preserve">[27:53] </w:t>
      </w:r>
      <w:r>
        <w:t>us ko main chadha hoon, us ko us par nigrani kar ke, us tower par. to us ke baad America, ab is se pehle America kuch aur tha, us ke baad America kuch aur ho gaya.</w:t>
      </w:r>
    </w:p>
    <w:p>
      <w:pPr>
        <w:jc w:val="right"/>
      </w:pPr>
      <w:r>
        <w:t>اس کو میں چڑھا ہوں، اس کو اس پر نگرانی کر کے، اس ٹاور پر۔ تو اس کے بعد امریکہ، اب اس سے پہلے امریکہ کچھ اور تھا، اس کے بعد امریکہ کچھ اور ہو گیا۔</w:t>
      </w:r>
    </w:p>
    <w:p>
      <w:r>
        <w:rPr>
          <w:b/>
        </w:rPr>
        <w:t xml:space="preserve">[28:07] </w:t>
      </w:r>
      <w:r>
        <w:t>jo log bhi America mein jate hain ya rehte hain, woh achi tarah jante hain ke is se pehle America mein bilkul aazadi thi, aasaniyan thi,</w:t>
      </w:r>
    </w:p>
    <w:p>
      <w:pPr>
        <w:jc w:val="right"/>
      </w:pPr>
      <w:r>
        <w:t>جو لوگ بھی امریکہ میں جاتے ہیں یا رہتے ہیں، وہ اچھی طرح جانتے ہیں کہ اس سے پہلے امریکہ میں بالکل آزادی تھی، آسانیاں تھیں،</w:t>
      </w:r>
    </w:p>
    <w:p>
      <w:r>
        <w:rPr>
          <w:b/>
        </w:rPr>
        <w:t xml:space="preserve">[28:23] </w:t>
      </w:r>
      <w:r>
        <w:t>rozgar tha, dollar tha, sab kuch tha. us ke baad logon par tangiyan, tangiyan huin. us ke baad rukawaten shuru ho gayin.</w:t>
      </w:r>
    </w:p>
    <w:p>
      <w:pPr>
        <w:jc w:val="right"/>
      </w:pPr>
      <w:r>
        <w:t>روزگار تھا، ڈالر تھا، سب کچھ تھا۔ اس کے بعد لوگوں پر تنگیاں، تنگیاں ہوئیں۔ اس کے بعد رکاوٹیں شروع ہوگئیں۔</w:t>
      </w:r>
    </w:p>
    <w:p>
      <w:r>
        <w:rPr>
          <w:b/>
        </w:rPr>
        <w:t xml:space="preserve">[28:36] </w:t>
      </w:r>
      <w:r>
        <w:t>to ghalati kya thi? ghalati yeh thi</w:t>
      </w:r>
    </w:p>
    <w:p>
      <w:pPr>
        <w:jc w:val="right"/>
      </w:pPr>
      <w:r>
        <w:t>تو غلطی کیا تھی؟ غلطی یہ تھی</w:t>
      </w:r>
    </w:p>
    <w:p>
      <w:r>
        <w:rPr>
          <w:b/>
        </w:rPr>
        <w:t xml:space="preserve">[28:43] </w:t>
      </w:r>
      <w:r>
        <w:t>ke in logon ne America ki industrial nose ko hit kar diya tha.</w:t>
      </w:r>
    </w:p>
    <w:p>
      <w:pPr>
        <w:jc w:val="right"/>
      </w:pPr>
      <w:r>
        <w:t>کہ ان لوگوں نے امریکہ کی انڈسٹریل نوز کو ہٹ کر دیا تھا۔</w:t>
      </w:r>
    </w:p>
    <w:p>
      <w:r>
        <w:rPr>
          <w:b/>
        </w:rPr>
        <w:t xml:space="preserve">[28:53] </w:t>
      </w:r>
      <w:r>
        <w:t>and due to their unawareness, they hit the industrial nose of America.</w:t>
      </w:r>
    </w:p>
    <w:p>
      <w:pPr>
        <w:jc w:val="right"/>
      </w:pPr>
      <w:r>
        <w:t>"ان ڈیو ٹو دیر ان اویرنس، دے ہٹ دا انڈسٹریل نوز آف امریکہ"۔</w:t>
      </w:r>
    </w:p>
    <w:p>
      <w:r>
        <w:rPr>
          <w:b/>
        </w:rPr>
        <w:t xml:space="preserve">[29:03] </w:t>
      </w:r>
      <w:r>
        <w:t>ilzam dete hain doosron ko, yeh us ne kiya, us ne kiya, us ne kiya, us ne kiya. yeh sab bilkul baseless baatein hain,</w:t>
      </w:r>
    </w:p>
    <w:p>
      <w:pPr>
        <w:jc w:val="right"/>
      </w:pPr>
      <w:r>
        <w:t>الزام دیتے ہیں دوسروں کو، یہ اس نے کیا، اس نے کیا، اس نے کیا، اس نے کیا۔ یہ سب بالکل بیسلیس باتیں ہیں،</w:t>
      </w:r>
    </w:p>
    <w:p>
      <w:r>
        <w:rPr>
          <w:b/>
        </w:rPr>
        <w:t xml:space="preserve">[29:17] </w:t>
      </w:r>
      <w:r>
        <w:t>baseless baatein hain. asal baat yeh hai ke these people were unaware of the age. and due to this unawareness, they hit the industrial nose of America.</w:t>
      </w:r>
    </w:p>
    <w:p>
      <w:pPr>
        <w:jc w:val="right"/>
      </w:pPr>
      <w:r>
        <w:t>بیسلیس باتیں ہیں۔ اصل بات یہ ہے کہ "دیز پیپل وار ان اویر آف دا ایج"۔ "ان ڈیو ٹو دس ان اویرنس، دے ہٹ دا انڈسٹریل نوز آف امریکہ"۔</w:t>
      </w:r>
    </w:p>
    <w:p>
      <w:r>
        <w:rPr>
          <w:b/>
        </w:rPr>
        <w:t xml:space="preserve">[29:34] </w:t>
      </w:r>
      <w:r>
        <w:t>to is ka matlab kya nikla? aap kuch bhi kar sakte hain, kuch bhi kar sakte hain, kuch bhi kar sakte hain. sari aazadiyan aap ke liye hain, sari opportunities aap ke liye hain, provided</w:t>
      </w:r>
    </w:p>
    <w:p>
      <w:pPr>
        <w:jc w:val="right"/>
      </w:pPr>
      <w:r>
        <w:t>تو اس کا مطلب کیا نکلا؟ آپ کچھ بھی کر سکتے ہیں، کچھ بھی کر سکتے ہیں، کچھ بھی کر سکتے ہیں۔ ساری آزادیاں آپ کے لیے ہیں، ساری اپرچونیٹیز آپ کے لیے ہیں، پرووائیڈڈ</w:t>
      </w:r>
    </w:p>
    <w:p>
      <w:r>
        <w:rPr>
          <w:b/>
        </w:rPr>
        <w:t xml:space="preserve">[29:50] </w:t>
      </w:r>
      <w:r>
        <w:t>you avoid the nose of other passer by. logon ke nose ko hit na kijiye.</w:t>
      </w:r>
    </w:p>
    <w:p>
      <w:pPr>
        <w:jc w:val="right"/>
      </w:pPr>
      <w:r>
        <w:t>یو اوائڈ دا نوز آف ادر پاسر بائی۔ لوگوں کے نوز کو ہٹ نہ کیجئے۔</w:t>
      </w:r>
    </w:p>
    <w:p>
      <w:r>
        <w:rPr>
          <w:b/>
        </w:rPr>
        <w:t xml:space="preserve">[30:02] </w:t>
      </w:r>
      <w:r>
        <w:t>phir sari dunya aap ke liye hai.</w:t>
      </w:r>
    </w:p>
    <w:p>
      <w:pPr>
        <w:jc w:val="right"/>
      </w:pPr>
      <w:r>
        <w:t>پھر ساری دنیا آپ کے لیے ہے۔</w:t>
      </w:r>
    </w:p>
    <w:p>
      <w:r>
        <w:rPr>
          <w:b/>
        </w:rPr>
        <w:t xml:space="preserve">[30:07] </w:t>
      </w:r>
      <w:r>
        <w:t>isi ka naam hai peace. peace ka is ka naam hai ke aap doosron ke door ko hit na karen. phir koi aap ko rokne wala nahin.</w:t>
      </w:r>
    </w:p>
    <w:p>
      <w:pPr>
        <w:jc w:val="right"/>
      </w:pPr>
      <w:r>
        <w:t>اسی کا نام ہے پیس۔ پیس کا اس کا نام ہے کہ آپ دوسروں کے ڈور کو ہٹ نہ کریں۔ پھر کوئی آپ کو روکنے والا نہیں۔</w:t>
      </w:r>
    </w:p>
    <w:p>
      <w:r>
        <w:rPr>
          <w:b/>
        </w:rPr>
        <w:t xml:space="preserve">[30:19] </w:t>
      </w:r>
      <w:r>
        <w:t>phir kahin aap ka rasta rokne wala nahin.</w:t>
      </w:r>
    </w:p>
    <w:p>
      <w:pPr>
        <w:jc w:val="right"/>
      </w:pPr>
      <w:r>
        <w:t>پھر کہیں آپ کا راستہ روکنے والا نہیں۔</w:t>
      </w:r>
    </w:p>
    <w:p>
      <w:r>
        <w:rPr>
          <w:b/>
        </w:rPr>
        <w:t xml:space="preserve">[30:28] </w:t>
      </w:r>
      <w:r>
        <w:t>ab sarhaden bhi aap ki rukawat nahin hain. aap par travel document hai, bas jahan chahe jaiye, aur koi sarhad nahin roke gi aap ko.</w:t>
      </w:r>
    </w:p>
    <w:p>
      <w:pPr>
        <w:jc w:val="right"/>
      </w:pPr>
      <w:r>
        <w:t>اب سرحدیں بھی آپ کی رکاوٹ نہیں ہیں۔ آپ پر ٹریول ڈاکومنٹ ہے، بس جہاں چاہے جائیے، اور کوئی سرحد نہیں روکے گی آپ کو۔</w:t>
      </w:r>
    </w:p>
    <w:p>
      <w:r>
        <w:rPr>
          <w:b/>
        </w:rPr>
        <w:t xml:space="preserve">[30:45] </w:t>
      </w:r>
      <w:r>
        <w:t>to yaad rakhiye, is dunya mein har aadmi azaad hai, har aadmi azaad hai.</w:t>
      </w:r>
    </w:p>
    <w:p>
      <w:pPr>
        <w:jc w:val="right"/>
      </w:pPr>
      <w:r>
        <w:t>تو یاد رکھیے، اس دنیا میں ہر آدمی آزاد ہے، ہر آدمی آزاد ہے۔</w:t>
      </w:r>
    </w:p>
    <w:p>
      <w:r>
        <w:rPr>
          <w:b/>
        </w:rPr>
        <w:t xml:space="preserve">[30:55] </w:t>
      </w:r>
      <w:r>
        <w:t>aur maujooda zamana to super azaadi ka zamana hai.</w:t>
      </w:r>
    </w:p>
    <w:p>
      <w:pPr>
        <w:jc w:val="right"/>
      </w:pPr>
      <w:r>
        <w:t>اور موجودہ زمانہ تو سپر آزادی کا زمانہ ہے۔</w:t>
      </w:r>
    </w:p>
    <w:p>
      <w:r>
        <w:rPr>
          <w:b/>
        </w:rPr>
        <w:t xml:space="preserve">[31:02] </w:t>
      </w:r>
      <w:r>
        <w:t>zarurat sirf yeh hai ke is ke aaj zamane ne jo ki wajah se jo change aaya hai, change is ko aap janiye.</w:t>
      </w:r>
    </w:p>
    <w:p>
      <w:pPr>
        <w:jc w:val="right"/>
      </w:pPr>
      <w:r>
        <w:t>ضرورت صرف یہ ہے کہ اس کے آج زمانے نے جو کی وجہ سے جو چینج آیا ہے، چینج اس کو آپ جانیں۔</w:t>
      </w:r>
    </w:p>
    <w:p>
      <w:r>
        <w:rPr>
          <w:b/>
        </w:rPr>
        <w:t xml:space="preserve">[31:14] </w:t>
      </w:r>
      <w:r>
        <w:t>aap ko yaad hoga america ke sadar jo the, obama, jab woh president bane aur chicago mein unhon ne taqreer ki thi.</w:t>
      </w:r>
    </w:p>
    <w:p>
      <w:pPr>
        <w:jc w:val="right"/>
      </w:pPr>
      <w:r>
        <w:t>آپ کو یاد ہوگا امریکہ کے صدر جو تھے، اوباما، جب وہ پریزیڈنٹ بنے اور شکاگو میں انہوں نے تقریر کی تھی۔</w:t>
      </w:r>
    </w:p>
    <w:p>
      <w:r>
        <w:rPr>
          <w:b/>
        </w:rPr>
        <w:t xml:space="preserve">[31:27] </w:t>
      </w:r>
      <w:r>
        <w:t>to pehli is cheez jo thi, victory ke baad, pehli victory</w:t>
      </w:r>
    </w:p>
    <w:p>
      <w:pPr>
        <w:jc w:val="right"/>
      </w:pPr>
      <w:r>
        <w:t>تو پہلی اس چیز جو تھی، وکٹری کے بعد، پہلی وکٹری</w:t>
      </w:r>
    </w:p>
    <w:p>
      <w:r>
        <w:rPr>
          <w:b/>
        </w:rPr>
        <w:t xml:space="preserve">[31:37] </w:t>
      </w:r>
      <w:r>
        <w:t>"change has come to america".</w:t>
      </w:r>
    </w:p>
    <w:p>
      <w:pPr>
        <w:jc w:val="right"/>
      </w:pPr>
      <w:r>
        <w:t>"چینج ہیز کم ٹو امریکہ"۔</w:t>
      </w:r>
    </w:p>
    <w:p>
      <w:r>
        <w:rPr>
          <w:b/>
        </w:rPr>
        <w:t xml:space="preserve">[31:43] </w:t>
      </w:r>
      <w:r>
        <w:t>"change has come to America". To haan, aap ko taajjub hua ke isi waqt mein ne kaha tha, isi waqt, isi waqt ke sadar America ko abhi tak yeh khabar nahin.</w:t>
      </w:r>
    </w:p>
    <w:p>
      <w:pPr>
        <w:jc w:val="right"/>
      </w:pPr>
      <w:r>
        <w:t>"چینج ہیز کم ٹو امریکہ"۔ تو ہاں، آپ کو تعجب ہوا کہ اسی وقت میں نے کہا تھا، اسی وقت، اسی وقت کہ صدر امریکہ کو ابھی تک یہ خبر نہیں۔</w:t>
      </w:r>
    </w:p>
    <w:p>
      <w:r>
        <w:rPr>
          <w:b/>
        </w:rPr>
        <w:t xml:space="preserve">[31:54] </w:t>
      </w:r>
      <w:r>
        <w:t>change to aa chuka,</w:t>
      </w:r>
    </w:p>
    <w:p>
      <w:pPr>
        <w:jc w:val="right"/>
      </w:pPr>
      <w:r>
        <w:t>چینج تو آ چکا،</w:t>
      </w:r>
    </w:p>
    <w:p>
      <w:r>
        <w:rPr>
          <w:b/>
        </w:rPr>
        <w:t xml:space="preserve">[31:59] </w:t>
      </w:r>
      <w:r>
        <w:t>america mein nahin, chand tak aa chuka. change aaj aap zameen mein reh rahe hain aur aap ka koi saathi chand par hai to aap yahan se baat kar sakte hain.</w:t>
      </w:r>
    </w:p>
    <w:p>
      <w:pPr>
        <w:jc w:val="right"/>
      </w:pPr>
      <w:r>
        <w:t>امریکہ میں نہیں، چاند تک آ چکا۔ چینج آج آپ زمین میں رہ رہے ہیں اور آپ کا کوئی ساتھی چاند پر ہے تو آپ یہاں سے بات کر سکتے ہیں۔</w:t>
      </w:r>
    </w:p>
    <w:p>
      <w:r>
        <w:rPr>
          <w:b/>
        </w:rPr>
        <w:t xml:space="preserve">[32:15] </w:t>
      </w:r>
      <w:r>
        <w:t>yeh change hai.</w:t>
      </w:r>
    </w:p>
    <w:p>
      <w:pPr>
        <w:jc w:val="right"/>
      </w:pPr>
      <w:r>
        <w:t>یہ چینج ہے۔</w:t>
      </w:r>
    </w:p>
    <w:p>
      <w:r>
        <w:rPr>
          <w:b/>
        </w:rPr>
        <w:t xml:space="preserve">[32:19] </w:t>
      </w:r>
      <w:r>
        <w:t>to president of america ne kaha tha jeetne ke baad ke "change has come to america".</w:t>
      </w:r>
    </w:p>
    <w:p>
      <w:pPr>
        <w:jc w:val="right"/>
      </w:pPr>
      <w:r>
        <w:t>تو پریزیڈنٹ آف امریکہ نے کہا تھا جیتنے کے بعد کہ "چینج ہیز کم ٹو امریکہ"۔</w:t>
      </w:r>
    </w:p>
    <w:p>
      <w:r>
        <w:rPr>
          <w:b/>
        </w:rPr>
        <w:t xml:space="preserve">[32:29] </w:t>
      </w:r>
      <w:r>
        <w:t>mein kehta hoon ke change sari dunya mein aa chuka, ghareeb, ameer, sab ke liye aa chuka. hindu, musalman, sab ke liye aa chuka. india, pakistan, sab ke liye aa chuka.</w:t>
      </w:r>
    </w:p>
    <w:p>
      <w:pPr>
        <w:jc w:val="right"/>
      </w:pPr>
      <w:r>
        <w:t>میں کہتا ہوں کہ چینج ساری دنیا میں آ چکا، غریب، امیر، سب کے لیے آ چکا۔ ہندو، مسلمان، سب کے لیے آ چکا۔ انڈیا، پاکستان، سب کے لیے آ چکا۔</w:t>
      </w:r>
    </w:p>
    <w:p>
      <w:r>
        <w:rPr>
          <w:b/>
        </w:rPr>
        <w:t xml:space="preserve">[32:44] </w:t>
      </w:r>
      <w:r>
        <w:t>ab koi farq nahin hai.</w:t>
      </w:r>
    </w:p>
    <w:p>
      <w:pPr>
        <w:jc w:val="right"/>
      </w:pPr>
      <w:r>
        <w:t>اب کوئی فرق نہیں ہے۔</w:t>
      </w:r>
    </w:p>
    <w:p>
      <w:r>
        <w:rPr>
          <w:b/>
        </w:rPr>
        <w:t xml:space="preserve">[32:48] </w:t>
      </w:r>
      <w:r>
        <w:t>sari dunya mein har ek ke liye, har mulk ke liye, har qaum ke liye, har insaan ke liye change aa chuka. aap</w:t>
      </w:r>
    </w:p>
    <w:p>
      <w:pPr>
        <w:jc w:val="right"/>
      </w:pPr>
      <w:r>
        <w:t>ساری دنیا میں ہر ایک کے لیے، ہر ملک کے لیے، ہر قوم کے لیے، ہر انسان کے لیے چینج آ چکا۔ آپ</w:t>
      </w:r>
    </w:p>
    <w:p>
      <w:r>
        <w:rPr>
          <w:b/>
        </w:rPr>
        <w:t xml:space="preserve">[32:58] </w:t>
      </w:r>
      <w:r>
        <w:t>planning karna janiye, art of planning. aap art of planning karna janiye.</w:t>
      </w:r>
    </w:p>
    <w:p>
      <w:pPr>
        <w:jc w:val="right"/>
      </w:pPr>
      <w:r>
        <w:t>پلاننگ کرنا جانیں، آرٹ آف پلاننگ۔ آپ آرٹ آف پلاننگ کرنا جانیں۔</w:t>
      </w:r>
    </w:p>
    <w:p>
      <w:r>
        <w:rPr>
          <w:b/>
        </w:rPr>
        <w:t xml:space="preserve">[33:09] </w:t>
      </w:r>
      <w:r>
        <w:t>aap yani aap ko yeh janna chahiye ke badle hue zamane mein badla hua planning kya ho sakta hai. badle hue zamane mein badli hui effective planning kya ho sakti hai, is ko janiye.</w:t>
      </w:r>
    </w:p>
    <w:p>
      <w:pPr>
        <w:jc w:val="right"/>
      </w:pPr>
      <w:r>
        <w:t>آپ یعنی آپ کو یہ جاننا چاہیے کہ بدلے ہوئے زمانے میں بدلا ہوا پلاننگ کیا ہو سکتا ہے۔ بدلے ہوئے زمانے میں بدلی ہوئی ایفیکٹیو پلاننگ کیا ہو سکتی ہے، اس کو جانیں۔</w:t>
      </w:r>
    </w:p>
    <w:p>
      <w:r>
        <w:rPr>
          <w:b/>
        </w:rPr>
        <w:t xml:space="preserve">[33:27] </w:t>
      </w:r>
      <w:r>
        <w:t>yani america ke</w:t>
      </w:r>
    </w:p>
    <w:p>
      <w:pPr>
        <w:jc w:val="right"/>
      </w:pPr>
      <w:r>
        <w:t>یعنی امریکہ کے</w:t>
      </w:r>
    </w:p>
    <w:p>
      <w:r>
        <w:rPr>
          <w:b/>
        </w:rPr>
        <w:t xml:space="preserve">[33:32] </w:t>
      </w:r>
      <w:r>
        <w:t>newark tower ko tode baghair aap sare america mein jo chahe kijiye, koi rukawat nahin aap ko.</w:t>
      </w:r>
    </w:p>
    <w:p>
      <w:pPr>
        <w:jc w:val="right"/>
      </w:pPr>
      <w:r>
        <w:t>نیوار ٹاور کو توڑے بغیر آپ سارے امریکہ میں جو چاہے کیجئے، کوئی رکاوٹ نہیں آپ کو۔</w:t>
      </w:r>
    </w:p>
    <w:p>
      <w:r>
        <w:rPr>
          <w:b/>
        </w:rPr>
        <w:t xml:space="preserve">[33:45] </w:t>
      </w:r>
      <w:r>
        <w:t>yani america newark tower ko tode baghair</w:t>
      </w:r>
    </w:p>
    <w:p>
      <w:pPr>
        <w:jc w:val="right"/>
      </w:pPr>
      <w:r>
        <w:t>یعنی امریکہ نیوارک ٹاور کو توڑے بغیر</w:t>
      </w:r>
    </w:p>
    <w:p>
      <w:r>
        <w:rPr>
          <w:b/>
        </w:rPr>
        <w:t xml:space="preserve">[33:53] </w:t>
      </w:r>
      <w:r>
        <w:t>aap sare america mein jo chahe kijiye, itna freedom hai. balkeh jab jab jab tod diya aap ne, tab se rukawaten aap ke samne aa gayin kyunke aap ne is ki nose ko hit kar diya.</w:t>
      </w:r>
    </w:p>
    <w:p>
      <w:pPr>
        <w:jc w:val="right"/>
      </w:pPr>
      <w:r>
        <w:t>آپ سارے امریکہ میں جو چاہے کیجئے، اتنا فریڈم ہے۔ بلکہ جب جب جب توڑ دیا آپ نے، تب سے رکاوٹیں آپ کے سامنے آ گئی کیونکہ آپ نے اس کی نوز کو ہٹ کر دیا۔</w:t>
      </w:r>
    </w:p>
    <w:p>
      <w:r>
        <w:rPr>
          <w:b/>
        </w:rPr>
        <w:t xml:space="preserve">[34:11] </w:t>
      </w:r>
      <w:r>
        <w:t>yeh hai woh cheez jo hum mein saare ko janna hai,</w:t>
      </w:r>
    </w:p>
    <w:p>
      <w:pPr>
        <w:jc w:val="right"/>
      </w:pPr>
      <w:r>
        <w:t>یہ ہے وہ چیز جو ہم میں سارے کو جاننا ہے،</w:t>
      </w:r>
    </w:p>
    <w:p>
      <w:r>
        <w:rPr>
          <w:b/>
        </w:rPr>
        <w:t xml:space="preserve">[34:18] </w:t>
      </w:r>
      <w:r>
        <w:t>hum mein saare ko janna hai. to kaisi ajeeb hai yeh ayat jo aaj maine parhi aap ke samne. aankhein hain magar dekhte nahi, dimagh ke upar sochte nahi.</w:t>
      </w:r>
    </w:p>
    <w:p>
      <w:pPr>
        <w:jc w:val="right"/>
      </w:pPr>
      <w:r>
        <w:t>ہم میں سارے کو جاننا ہے۔ تو کیسی عجیب ہے یہ آیت جو آج میں نے پڑھی آپ کے سامنے۔ آنکھیں ہیں مگر دیکھتے نہیں، دماغ کے اوپر سوچتے نہیں۔</w:t>
      </w:r>
    </w:p>
    <w:p>
      <w:r>
        <w:rPr>
          <w:b/>
        </w:rPr>
        <w:t xml:space="preserve">[34:30] </w:t>
      </w:r>
      <w:r>
        <w:t>is ko main chahunga phir se ek baar to aap sunein is ayat ko. is ayat ko parhiye, is ka tarjuma parhiye.</w:t>
      </w:r>
    </w:p>
    <w:p>
      <w:pPr>
        <w:jc w:val="right"/>
      </w:pPr>
      <w:r>
        <w:t>اس کو میں چاہوں گا پھر سے ایک بار تو آپ سنیں اس آیت کو۔ اس آیت کو پڑھیے، اس کا ترجمہ پڑھیے۔</w:t>
      </w:r>
    </w:p>
    <w:p>
      <w:r>
        <w:rPr>
          <w:b/>
        </w:rPr>
        <w:t xml:space="preserve">[34:42] </w:t>
      </w:r>
      <w:r>
        <w:t>walqad zarana li jahannama katheeran min al jinni wal insi lahum quloobun la yafqahoona biha walahum aiyun la yubsiroona biha walahum azanun la yasmaoona biha olaiqa al anami bal hum adallu olaiqa hum al ghafiloon aur hum ne jinat aur insanoon mein se bohoton ko dozakh ke liye paida kiya hai.</w:t>
      </w:r>
    </w:p>
    <w:p>
      <w:pPr>
        <w:jc w:val="right"/>
      </w:pPr>
      <w:r>
        <w:t>ولقد ذرعنا لجهنم کثیرا من الجن والانس لہم قلوب لا یفقہون بها ولہم اعین لا یبصرون بها ولہم اذان لا یسمعون بها اولئک الانعام بلہم اضل اولئک ہم الغافلون اور ہم نے جنات اور انسانوں میں سے بہتوں کو دوزخ کے لیے پیدا کیا ہے۔</w:t>
      </w:r>
    </w:p>
    <w:p>
      <w:r>
        <w:rPr>
          <w:b/>
        </w:rPr>
        <w:t xml:space="preserve">[35:05] </w:t>
      </w:r>
      <w:r>
        <w:t>in ke dil hain jin se woh samajhte nahi, in ki aankhein hain jin se woh dekhte nahi, in ke kaan hain jin se woh sunte nahi. woh aise hain jaise chopaye, balkeh un se bhi zyada be rah.</w:t>
      </w:r>
    </w:p>
    <w:p>
      <w:pPr>
        <w:jc w:val="right"/>
      </w:pPr>
      <w:r>
        <w:t>ان کے دل ہیں جن سے وہ سمجھتے نہیں، ان کی آنکھیں ہیں جن سے وہ دیکھتے نہیں، ان کے کان ہیں جن سے وہ سنتے نہیں۔ وہ ایسے ہیں جیسے چوپائے، بلکہ ان سے بھی زیادہ بے راہ۔</w:t>
      </w:r>
    </w:p>
    <w:p>
      <w:r>
        <w:rPr>
          <w:b/>
        </w:rPr>
        <w:t xml:space="preserve">[35:18] </w:t>
      </w:r>
      <w:r>
        <w:t>yahi log hain ghafil. dekhiye, is ayat ko</w:t>
      </w:r>
    </w:p>
    <w:p>
      <w:pPr>
        <w:jc w:val="right"/>
      </w:pPr>
      <w:r>
        <w:t>یہی لوگ ہیں غافل۔ دیکھیے، اس آیت کو</w:t>
      </w:r>
    </w:p>
    <w:p>
      <w:r>
        <w:rPr>
          <w:b/>
        </w:rPr>
        <w:t xml:space="preserve">[35:26] </w:t>
      </w:r>
      <w:r>
        <w:t>deep sense mein lijiye, deep sense mein. fresh word badlijiye. is mein jo bataya gaya hai ke Allah taala ne jo jandar paida kiye hain,</w:t>
      </w:r>
    </w:p>
    <w:p>
      <w:pPr>
        <w:jc w:val="right"/>
      </w:pPr>
      <w:r>
        <w:t>ڈیپ سینس میں لیجئے، ڈیپ سینس میں۔ فریش ورڈ بدلیجئے۔ اس میں جو بتایا گیا ہے کہ اللہ تعالیٰ نے جو جاندار پیدا کیے ہیں،</w:t>
      </w:r>
    </w:p>
    <w:p>
      <w:r>
        <w:rPr>
          <w:b/>
        </w:rPr>
        <w:t xml:space="preserve">[35:42] </w:t>
      </w:r>
      <w:r>
        <w:t>is mein ek animal hai, ek insan hai.</w:t>
      </w:r>
    </w:p>
    <w:p>
      <w:pPr>
        <w:jc w:val="right"/>
      </w:pPr>
      <w:r>
        <w:t>اس میں ایک انیمل ہے، ایک انسان ہے۔</w:t>
      </w:r>
    </w:p>
    <w:p>
      <w:r>
        <w:rPr>
          <w:b/>
        </w:rPr>
        <w:t xml:space="preserve">[35:49] </w:t>
      </w:r>
      <w:r>
        <w:t>to kuch log jo apne insan hone ko jaan lein, to woh insan ban ke jiyenge. jo na jaanein to animal ban kar jiyenge, just like animal.</w:t>
      </w:r>
    </w:p>
    <w:p>
      <w:pPr>
        <w:jc w:val="right"/>
      </w:pPr>
      <w:r>
        <w:t>تو کچھ لوگ جو اپنے انسان ہونے کو جان لیں، تو وہ انسان بن کے جئیں گے۔ جو نہ جائیں تو انیمل بن کر جئیں گے، جسٹ لائک انیمل۔</w:t>
      </w:r>
    </w:p>
    <w:p>
      <w:r>
        <w:rPr>
          <w:b/>
        </w:rPr>
        <w:t xml:space="preserve">[36:08] </w:t>
      </w:r>
      <w:r>
        <w:t>to yahi woh log hain jin ke bare mein kaha: aankh hai magar dekhte nahi, kaan hai magar sunte nahi, mind hai magar sochte nahi.</w:t>
      </w:r>
    </w:p>
    <w:p>
      <w:pPr>
        <w:jc w:val="right"/>
      </w:pPr>
      <w:r>
        <w:t>تو یہی وہ لوگ ہیں جن کے بارے میں کہا: آنکھ ہے مگر دیکھتے نہیں، کان ہے مگر سنتے نہیں، مائنڈ ہے مگر سوچتے نہیں۔</w:t>
      </w:r>
    </w:p>
    <w:p>
      <w:r>
        <w:rPr>
          <w:b/>
        </w:rPr>
        <w:t xml:space="preserve">[36:19] </w:t>
      </w:r>
      <w:r>
        <w:t>animals, unawareness.</w:t>
      </w:r>
    </w:p>
    <w:p>
      <w:pPr>
        <w:jc w:val="right"/>
      </w:pPr>
      <w:r>
        <w:t>انیملز، ان اویرنس۔</w:t>
      </w:r>
    </w:p>
    <w:p>
      <w:r>
        <w:rPr>
          <w:b/>
        </w:rPr>
        <w:t xml:space="preserve">[36:24] </w:t>
      </w:r>
      <w:r>
        <w:t>to insan ka masla yaad rakhiye, yeh nahi hai ke koi dushman un ka hai, koi un ko rukawat dali hui hai, koi hukoomat un ke khilaf hai.</w:t>
      </w:r>
    </w:p>
    <w:p>
      <w:pPr>
        <w:jc w:val="right"/>
      </w:pPr>
      <w:r>
        <w:t>تو انسان کا مسئلہ یاد رکھیے، یہ نہیں ہے کہ کوئی دشمن ان کا ہے، کوئی ان کو رکاوٹ ڈالی ہوئی ہے، کوئی حکومت ان کے خلاف ہے۔</w:t>
      </w:r>
    </w:p>
    <w:p>
      <w:r>
        <w:rPr>
          <w:b/>
        </w:rPr>
        <w:t xml:space="preserve">[36:36] </w:t>
      </w:r>
      <w:r>
        <w:t>yeh sab kuch bhi nahi, kuch bhi nahi, kuch bhi nahi. ek hi cheez insan ke dushman hai, aur woh hai unawareness.</w:t>
      </w:r>
    </w:p>
    <w:p>
      <w:pPr>
        <w:jc w:val="right"/>
      </w:pPr>
      <w:r>
        <w:t>یہ سب کچھ بھی نہیں، کچھ بھی نہیں، کچھ بھی نہیں۔ ایک ہی چیز انسان کے دشمن ہے، اور وہ ہے ان اویرنس۔</w:t>
      </w:r>
    </w:p>
    <w:p>
      <w:r>
        <w:rPr>
          <w:b/>
        </w:rPr>
        <w:t xml:space="preserve">[36:48] </w:t>
      </w:r>
      <w:r>
        <w:t>aur animal kya hai? animal ka case? animal yeh kaise ke woh unaware hain? woh jante hi nahi kuch. to insan agar unaware ho jayein to just like animal ho jate hain.</w:t>
      </w:r>
    </w:p>
    <w:p>
      <w:pPr>
        <w:jc w:val="right"/>
      </w:pPr>
      <w:r>
        <w:t>اور انیمل کیا ہے؟ انیمل کا کیس؟ انیمل یہ کیسے کہ وہ ان اویر ہیں؟ وہ جانتے ہی نہیں کچھ۔ تو انسان اگر ان اویر ہو جائیں تو جسٹ لائک انیمل ہو جاتے ہیں۔</w:t>
      </w:r>
    </w:p>
    <w:p>
      <w:r>
        <w:rPr>
          <w:b/>
        </w:rPr>
        <w:t xml:space="preserve">[37:06] </w:t>
      </w:r>
      <w:r>
        <w:t>to apne bachon ko khoob education, education dilaiye, khud parhiye. to agar aap achi tarike se aware ho jayein to na aap shor karenge ke sahib, is ko reservation do,</w:t>
      </w:r>
    </w:p>
    <w:p>
      <w:pPr>
        <w:jc w:val="right"/>
      </w:pPr>
      <w:r>
        <w:t>تو اپنے بچوں کو خوب ایجوکیشن، ایجوکیشن دلائیے، خود پڑھیے۔ تو اگر آپ اچھی طریقے سے اویر ہو جائیں تو نہ آپ شور کریں گے کہ صاحب، اس کو ریزرویشن دو،</w:t>
      </w:r>
    </w:p>
    <w:p>
      <w:r>
        <w:rPr>
          <w:b/>
        </w:rPr>
        <w:t xml:space="preserve">[37:21] </w:t>
      </w:r>
      <w:r>
        <w:t>mujhe quota chahiye,</w:t>
      </w:r>
    </w:p>
    <w:p>
      <w:pPr>
        <w:jc w:val="right"/>
      </w:pPr>
      <w:r>
        <w:t>مجھے کوٹا چاہیے،</w:t>
      </w:r>
    </w:p>
    <w:p>
      <w:r>
        <w:rPr>
          <w:b/>
        </w:rPr>
        <w:t xml:space="preserve">[37:26] </w:t>
      </w:r>
      <w:r>
        <w:t>mujhe yeh chahiye, mujhe woh chahiye, kuch nahi. sari dunya aap ke paas hogi, sari taqat aap ke paas hogi, sab kuch aap ke paas hoga,</w:t>
      </w:r>
    </w:p>
    <w:p>
      <w:pPr>
        <w:jc w:val="right"/>
      </w:pPr>
      <w:r>
        <w:t>مجھے یہ چاہیے، مجھے وہ چاہیے، کچھ نہیں۔ ساری دنیا آپ کے پاس ہوگی، ساری طاقت آپ کے پاس ہوگی، سب کچھ آپ کے پاس ہوگا،</w:t>
      </w:r>
    </w:p>
    <w:p>
      <w:r>
        <w:rPr>
          <w:b/>
        </w:rPr>
        <w:t xml:space="preserve">[37:41] </w:t>
      </w:r>
      <w:r>
        <w:t>hawai jahaz aap ke paas hoga, paise karwaiye, ticket kharidiye, hawai jahaz mein baithiye, jahan chahein is liye jaiye. travel recommend hona chahiye aap ke paas.</w:t>
      </w:r>
    </w:p>
    <w:p>
      <w:pPr>
        <w:jc w:val="right"/>
      </w:pPr>
      <w:r>
        <w:t>ہوائی جہاز آپ کے پاس ہوگا، پیسے کروائیے، ٹکٹ خریدیے، ہوائی جہاز میں بیٹھیے، جہاں چاہیں اس لیے جائیے۔ ٹریول ریکمنڈ ہونا چاہیے آپ کے پاس۔</w:t>
      </w:r>
    </w:p>
    <w:p>
      <w:r>
        <w:rPr>
          <w:b/>
        </w:rPr>
        <w:t xml:space="preserve">[37:54] </w:t>
      </w:r>
      <w:r>
        <w:t>sari dunya mein jaiye. Quran mein do lafz aaye: sair aur siyahaat. yani chalo phiro, yahan jao, wahan jao, zameen ko dekho.</w:t>
      </w:r>
    </w:p>
    <w:p>
      <w:pPr>
        <w:jc w:val="right"/>
      </w:pPr>
      <w:r>
        <w:t>ساری دنیا میں جائیے۔ قرآن میں دو لفظ آئے: سیر اور سیاحت۔ یعنی چلو پھرو، یہاں جاؤ، وہاں جاؤ، زمین کو دیکھو۔</w:t>
      </w:r>
    </w:p>
    <w:p>
      <w:r>
        <w:rPr>
          <w:b/>
        </w:rPr>
        <w:t xml:space="preserve">[38:11] </w:t>
      </w:r>
      <w:r>
        <w:t>to main sochta hoon ke yeh yeh zameen mein aana jana, chalna phirna pehle to koi possible nahi tha.</w:t>
      </w:r>
    </w:p>
    <w:p>
      <w:pPr>
        <w:jc w:val="right"/>
      </w:pPr>
      <w:r>
        <w:t>تو میں سوچتا ہوں کہ یہ یہ زمین میں آنا جانا، چلنا پھرنا پہلے تو کوئی پاسیبل نہیں تھا۔</w:t>
      </w:r>
    </w:p>
    <w:p>
      <w:r>
        <w:rPr>
          <w:b/>
        </w:rPr>
        <w:t xml:space="preserve">[38:22] </w:t>
      </w:r>
      <w:r>
        <w:t>Rasool Allah ke zamane mein to oont the, hote the. oont se aap kat jate, yahan se wahan thori door jate hote the bas.</w:t>
      </w:r>
    </w:p>
    <w:p>
      <w:pPr>
        <w:jc w:val="right"/>
      </w:pPr>
      <w:r>
        <w:t>رسول اللہ کے زمانے میں تو اونٹ تھے، ہوتے تھے۔ اونٹ سے آپ کٹ جاتے، یہاں سے وہاں تھوڑی دور جاتے ہوتے تھے بس۔</w:t>
      </w:r>
    </w:p>
    <w:p>
      <w:r>
        <w:rPr>
          <w:b/>
        </w:rPr>
        <w:t xml:space="preserve">[38:32] </w:t>
      </w:r>
      <w:r>
        <w:t>lekin Quran ki ayatein jo hain, woh future ko cover kar rahi hain. yaad rakhiye, Quran ko is waqt samajh payenge aap jab yeh jaanein ke Quran ki ayatein future ko cover kar rahi hain.</w:t>
      </w:r>
    </w:p>
    <w:p>
      <w:pPr>
        <w:jc w:val="right"/>
      </w:pPr>
      <w:r>
        <w:t>لیکن قرآن کی آیتیں جو ہیں، وہ فیوچر کو کور کر رہی ہیں۔ یاد رکھیے، قرآن کو اس وقت سمجھ پائیں گے آپ جب یہ جانیں کہ قرآن کی آیتیں فیوچر کو کور کر رہی ہیں۔</w:t>
      </w:r>
    </w:p>
    <w:p>
      <w:r>
        <w:rPr>
          <w:b/>
        </w:rPr>
        <w:t xml:space="preserve">[38:50] </w:t>
      </w:r>
      <w:r>
        <w:t>future ko. yani paisa kamao, ticket kharido, hawai jahaz baitho, aur jahan chaho jao, business karo, chahe siyahaat karo, dawat ka kaam karo, Quran ko phailao, kuch bhi karo.</w:t>
      </w:r>
    </w:p>
    <w:p>
      <w:pPr>
        <w:jc w:val="right"/>
      </w:pPr>
      <w:r>
        <w:t>فیوچر کو۔ یعنی پیسہ کماؤ، ٹکٹ خریدو، ہوائی جہاز بیٹھو، اور جہاں چاہو جاؤ، بزنس کرو، چاہے سیاحت کرو، دعوت کا کام کرو، قرآن کو پھیلاؤ، کچھ بھی کرو۔</w:t>
      </w:r>
    </w:p>
    <w:p>
      <w:r>
        <w:rPr>
          <w:b/>
        </w:rPr>
        <w:t xml:space="preserve">[39:07] </w:t>
      </w:r>
      <w:r>
        <w:t>yeh sab is mein shamil hai. yeh sara message is mein shamil hai, sara paigham is mein shamil hai.</w:t>
      </w:r>
    </w:p>
    <w:p>
      <w:pPr>
        <w:jc w:val="right"/>
      </w:pPr>
      <w:r>
        <w:t>یہ سب اس میں شامل ہے۔ یہ سارا میسج اس میں شامل ہے، سارا پیغام اس میں شامل ہے۔</w:t>
      </w:r>
    </w:p>
    <w:p>
      <w:r>
        <w:rPr>
          <w:b/>
        </w:rPr>
        <w:t xml:space="preserve">[39:19] </w:t>
      </w:r>
      <w:r>
        <w:t>to Quran mein to yeh hai ke zameen mein safar karo.</w:t>
      </w:r>
    </w:p>
    <w:p>
      <w:pPr>
        <w:jc w:val="right"/>
      </w:pPr>
      <w:r>
        <w:t>تو قرآن میں تو یہ ہے کہ زمین میں سفر کرو۔</w:t>
      </w:r>
    </w:p>
    <w:p>
      <w:r>
        <w:rPr>
          <w:b/>
        </w:rPr>
        <w:t xml:space="preserve">[39:26] </w:t>
      </w:r>
      <w:r>
        <w:t>is zamane mein jab ke safar ya to paidal hota tha ya oont pe hota tha, aaj ke, aaj ki, aaj ke zamane mein safar tha hi nahin.</w:t>
      </w:r>
    </w:p>
    <w:p>
      <w:pPr>
        <w:jc w:val="right"/>
      </w:pPr>
      <w:r>
        <w:t>اس زمانے میں جب کہ سفر یا تو پیدل ہوتا تھا یا اونٹ پہ ہوتا تھا، آج کے، آج کی، آج کے زمانے میں سفر تھا ہی نہیں۔</w:t>
      </w:r>
    </w:p>
    <w:p>
      <w:r>
        <w:rPr>
          <w:b/>
        </w:rPr>
        <w:t xml:space="preserve">[39:40] </w:t>
      </w:r>
      <w:r>
        <w:t>to quran ki aayaten cover kar rahi hain future ko, future ko, future ko. kyunke woh is hasti ki kitab hai jo future ko janta hai.</w:t>
      </w:r>
    </w:p>
    <w:p>
      <w:pPr>
        <w:jc w:val="right"/>
      </w:pPr>
      <w:r>
        <w:t>تو قرآن کی آیتیں کور کر رہی ہیں فیوچر کو، فیوچر کو، فیوچر کو۔ کیونکہ وہ اس ہستی کی کتاب ہے جو فیوچر کو جانتا ہے۔</w:t>
      </w:r>
    </w:p>
    <w:p>
      <w:r>
        <w:rPr>
          <w:b/>
        </w:rPr>
        <w:t xml:space="preserve">[39:53] </w:t>
      </w:r>
      <w:r>
        <w:t>is hasti ki kitab hai jo future ko janta hai.</w:t>
      </w:r>
    </w:p>
    <w:p>
      <w:pPr>
        <w:jc w:val="right"/>
      </w:pPr>
      <w:r>
        <w:t>اس ہستی کی کتاب ہے جو فیوچر کو جانتا ہے۔</w:t>
      </w:r>
    </w:p>
    <w:p>
      <w:r>
        <w:rPr>
          <w:b/>
        </w:rPr>
        <w:t xml:space="preserve">[40:01] </w:t>
      </w:r>
      <w:r>
        <w:t>jiske maani ke sari dunya tumhare qadmon ke neeche hai, jahan chahe jao, jahan chahe business karo, jahan chahe dawat ka kaam karo, jahan chahe kuch karo.</w:t>
      </w:r>
    </w:p>
    <w:p>
      <w:pPr>
        <w:jc w:val="right"/>
      </w:pPr>
      <w:r>
        <w:t>جس کے معنی کہ ساری دنیا تمہارے قدموں کے نیچے ہے، جہاں چاہے جاؤ، جہاں چاہے بزنس کرو، جہاں چاہے دعوت کا کام کرو، جہاں چاہے کچھ کرو۔</w:t>
      </w:r>
    </w:p>
    <w:p>
      <w:r>
        <w:rPr>
          <w:b/>
        </w:rPr>
        <w:t xml:space="preserve">[40:13] </w:t>
      </w:r>
      <w:r>
        <w:t>to ab empire banane ki zaroorat nahin hai, lad kar, lad kar empire banana. ab lad kar empire banane ki koi zaroorat hi nahin hai.</w:t>
      </w:r>
    </w:p>
    <w:p>
      <w:pPr>
        <w:jc w:val="right"/>
      </w:pPr>
      <w:r>
        <w:t>تو اب ایمپائر بنانے کی ضرورت نہیں ہے، لڑ کر، لڑ کر ایمپائر بنانا۔ اب لڑ کر ایمپائر بنانے کی کوئی ضرورت ہی نہیں ہے۔</w:t>
      </w:r>
    </w:p>
    <w:p>
      <w:r>
        <w:rPr>
          <w:b/>
        </w:rPr>
        <w:t xml:space="preserve">[40:24] </w:t>
      </w:r>
      <w:r>
        <w:t>aaj to ilm, education, planning, is mein taqat hai.</w:t>
      </w:r>
    </w:p>
    <w:p>
      <w:pPr>
        <w:jc w:val="right"/>
      </w:pPr>
      <w:r>
        <w:t>آج تو علم، ایجوکیشن، پلاننگ، اس میں طاقت ہے۔</w:t>
      </w:r>
    </w:p>
    <w:p>
      <w:r>
        <w:rPr>
          <w:b/>
        </w:rPr>
        <w:t xml:space="preserve">[40:38] </w:t>
      </w:r>
      <w:r>
        <w:t>to meri dua hai ke Allah taala hum sab ko tofeeq de ke hum zamane ko pehchanein aur yeh jaanein ke humein ab cheezon ko face value par nahin lena hai, balkeh deep sense mein lena hai.</w:t>
      </w:r>
    </w:p>
    <w:p>
      <w:pPr>
        <w:jc w:val="right"/>
      </w:pPr>
      <w:r>
        <w:t>تو میری دعا ہے کہ اللہ تعالیٰ ہم سب کو توفیق دے کہ ہم زمانے کو پہچانیں اور یہ جانیں کہ ہمیں اب چیزوں کو فیس ویلیو پر نہیں لینا ہے، بلکہ ڈیپ سینس میں لینا ہے۔</w:t>
      </w:r>
    </w:p>
    <w:p>
      <w:r>
        <w:rPr>
          <w:b/>
        </w:rPr>
        <w:t xml:space="preserve">[40:57] </w:t>
      </w:r>
      <w:r>
        <w:t>tab hum kamyabi ke sath dunya mein jee sakte hain. Assalam o alaikum warahmatullah</w:t>
      </w:r>
    </w:p>
    <w:p>
      <w:pPr>
        <w:jc w:val="right"/>
      </w:pPr>
      <w:r>
        <w:t>تب ہم کامیابی کے ساتھ دنیا میں جی سکتے ہیں۔ السلام علیکم ورحمۃ اللہ</w:t>
      </w:r>
    </w:p>
    <w:p>
      <w:r>
        <w:rPr>
          <w:b/>
        </w:rPr>
        <w:t xml:space="preserve">[41:18] </w:t>
      </w:r>
      <w:r>
        <w:t>Okay, we'll start with the question answer and comment session. All the viewers are requested that when you post your questions and comments in the on the Facebook, please do mention your location when you post your questions.</w:t>
      </w:r>
    </w:p>
    <w:p>
      <w:pPr>
        <w:jc w:val="right"/>
      </w:pPr>
      <w:r>
        <w:t>اوکے، ویل سٹارٹ ود دی کوئسچن انسر اینڈ کمنٹ سیشن۔ All the viewers are requested that when you post your questions and comments in the on the Facebook, please do mention your location when you post your questions.</w:t>
      </w:r>
    </w:p>
    <w:p>
      <w:r>
        <w:rPr>
          <w:b/>
        </w:rPr>
        <w:t xml:space="preserve">[41:31] </w:t>
      </w:r>
      <w:r>
        <w:t>So I'll first begin with the comments which you all have sent.</w:t>
      </w:r>
    </w:p>
    <w:p>
      <w:pPr>
        <w:jc w:val="right"/>
      </w:pPr>
      <w:r>
        <w:t>So I'll first begin with the comments which you all have sent.</w:t>
      </w:r>
    </w:p>
    <w:p>
      <w:r>
        <w:rPr>
          <w:b/>
        </w:rPr>
        <w:t xml:space="preserve">[41:36] </w:t>
      </w:r>
      <w:r>
        <w:t>Maulana, yeh comment bheja hai west bengal se, Mr. K.A. Baker ne. Unhone likha hai: "I express my heartfelt regards and much thanks to Maulana Wahiduddin Khan sahib and Dr.</w:t>
      </w:r>
    </w:p>
    <w:p>
      <w:pPr>
        <w:jc w:val="right"/>
      </w:pPr>
      <w:r>
        <w:t>مولانا، یہ کمنٹ بھیجا ہے ویسٹ بنگال سے، مسٹر کے اے بیکر نے۔ انہوں نے لکھا ہے: "I express my heartfelt regards and much thanks to مولانا وحید الدین خان صاحب and Dr.</w:t>
      </w:r>
    </w:p>
    <w:p>
      <w:r>
        <w:rPr>
          <w:b/>
        </w:rPr>
        <w:t xml:space="preserve">[41:51] </w:t>
      </w:r>
      <w:r>
        <w:t>Farida Khanam Sahiba for the contribution of very important and learnable articles in Spirit of Islam magazine.</w:t>
      </w:r>
    </w:p>
    <w:p>
      <w:pPr>
        <w:jc w:val="right"/>
      </w:pPr>
      <w:r>
        <w:t>فریدہ خانم صاحبہ for the contribution of very important and learnable articles in Spirit of Islam magazine.</w:t>
      </w:r>
    </w:p>
    <w:p>
      <w:r>
        <w:rPr>
          <w:b/>
        </w:rPr>
        <w:t xml:space="preserve">[42:01] </w:t>
      </w:r>
      <w:r>
        <w:t>I had chosen three articles from old issues and translated them into Bengali language, and one of the articles got published in Daily Kalom Patrika in Bengali.</w:t>
      </w:r>
    </w:p>
    <w:p>
      <w:pPr>
        <w:jc w:val="right"/>
      </w:pPr>
      <w:r>
        <w:t>I had chosen three articles from old issues and translated them into Bengali language, and one of the articles got published in Daily کلام پترکہ in Bengali.</w:t>
      </w:r>
    </w:p>
    <w:p>
      <w:r>
        <w:rPr>
          <w:b/>
        </w:rPr>
        <w:t xml:space="preserve">[42:14] </w:t>
      </w:r>
      <w:r>
        <w:t>The editor of the Patrika is Janab Ahmed Hassan Imran, who is also a member of the Parliament.</w:t>
      </w:r>
    </w:p>
    <w:p>
      <w:pPr>
        <w:jc w:val="right"/>
      </w:pPr>
      <w:r>
        <w:t>The editor of the پترکہ is جناب احمد حسن عمران، who is also a member of the Parliament.</w:t>
      </w:r>
    </w:p>
    <w:p>
      <w:r>
        <w:rPr>
          <w:b/>
        </w:rPr>
        <w:t xml:space="preserve">[42:22] </w:t>
      </w:r>
      <w:r>
        <w:t>I have also sent a copy of the magazine to Srimati Mamta Banerjee. In issue number 70, I found a very important article titled "The Concept of Spirituality in Islam.</w:t>
      </w:r>
    </w:p>
    <w:p>
      <w:pPr>
        <w:jc w:val="right"/>
      </w:pPr>
      <w:r>
        <w:t>I have also sent a copy of the magazine to Srimati Mamta Banerjee. In issue number 70, I found a very important article titled "The Concept of Spirituality in Islam.</w:t>
      </w:r>
    </w:p>
    <w:p>
      <w:r>
        <w:rPr>
          <w:b/>
        </w:rPr>
        <w:t xml:space="preserve">[42:36] </w:t>
      </w:r>
      <w:r>
        <w:t>I am unable to express in language the endless value and the importance of such beautiful and wisdomful articles.</w:t>
      </w:r>
    </w:p>
    <w:p>
      <w:pPr>
        <w:jc w:val="right"/>
      </w:pPr>
      <w:r>
        <w:t>I am unable to express in language the endless value and the importance of such beautiful and wisdomful articles.</w:t>
      </w:r>
    </w:p>
    <w:p>
      <w:r>
        <w:rPr>
          <w:b/>
        </w:rPr>
        <w:t xml:space="preserve">[42:47] </w:t>
      </w:r>
      <w:r>
        <w:t>My good wishes and salam to you, Maulana sahib." Maulana Iqbal Omri ne Chennai se likha hai: "Maulana, aaj aapki talk se maloom hua ke jo zamane se bekhabar rahenge, woh jannat se bhi bekhabar ho jayenge. Zamane se bekhabri hi asal masla hai,</w:t>
      </w:r>
    </w:p>
    <w:p>
      <w:pPr>
        <w:jc w:val="right"/>
      </w:pPr>
      <w:r>
        <w:t>My good wishes and سلام to you, مولانا صاحب." مولانا اقبال عمری نے چنئی سے لکھا ہے: "مولانا، आज आपकी टॉक से मालूम हुआ कि जो زمانے سے بے خبر रहेंगे, वह जन्नत से भी بے خبر हो जाएंगे। زمانے سے بے خبری ہی اصل مسئلہ ہے،</w:t>
      </w:r>
    </w:p>
    <w:p>
      <w:r>
        <w:rPr>
          <w:b/>
        </w:rPr>
        <w:t xml:space="preserve">[43:08] </w:t>
      </w:r>
      <w:r>
        <w:t>sirf al risala mission hi ki waja say hum kuch jaan sakay.</w:t>
      </w:r>
    </w:p>
    <w:p>
      <w:pPr>
        <w:jc w:val="right"/>
      </w:pPr>
      <w:r>
        <w:t>صرف الرسالہ مشن ہی کی وجہ سے ہم کچھ جان سکے۔</w:t>
      </w:r>
    </w:p>
    <w:p>
      <w:r>
        <w:rPr>
          <w:b/>
        </w:rPr>
        <w:t xml:space="preserve">[43:13] </w:t>
      </w:r>
      <w:r>
        <w:t>jazak Allah Maulana iss kay baad unhonay aik aur comment bhi jha hai, Maulana, jiss mein unhonay</w:t>
      </w:r>
    </w:p>
    <w:p>
      <w:pPr>
        <w:jc w:val="right"/>
      </w:pPr>
      <w:r>
        <w:t>جزاک اللہ مولانا اس کے بعد انہوں نے ایک اور کمنٹ بھیجا ہے، مولانا، جس میں انہوں نے</w:t>
      </w:r>
    </w:p>
    <w:p>
      <w:r>
        <w:rPr>
          <w:b/>
        </w:rPr>
        <w:t xml:space="preserve">[43:19] </w:t>
      </w:r>
      <w:r>
        <w:t>likha hai: "Maulana, aaj jo ayat ki tafseer</w:t>
      </w:r>
    </w:p>
    <w:p>
      <w:pPr>
        <w:jc w:val="right"/>
      </w:pPr>
      <w:r>
        <w:t>لکھا ہے: "مولانا، आज जो آیت کی تفسیر</w:t>
      </w:r>
    </w:p>
    <w:p>
      <w:r>
        <w:rPr>
          <w:b/>
        </w:rPr>
        <w:t xml:space="preserve">[43:24] </w:t>
      </w:r>
      <w:r>
        <w:t>batayi, woh meray liye bilkul nayi thi.</w:t>
      </w:r>
    </w:p>
    <w:p>
      <w:pPr>
        <w:jc w:val="right"/>
      </w:pPr>
      <w:r>
        <w:t>بتائی، वह मेरे लिए बिल्कुल नई थी।</w:t>
      </w:r>
    </w:p>
    <w:p>
      <w:r>
        <w:rPr>
          <w:b/>
        </w:rPr>
        <w:t xml:space="preserve">[43:27] </w:t>
      </w:r>
      <w:r>
        <w:t>ziyada log in aware rehtay hain, iss liye un ka anjam bhi bura hota hai."</w:t>
      </w:r>
    </w:p>
    <w:p>
      <w:pPr>
        <w:jc w:val="right"/>
      </w:pPr>
      <w:r>
        <w:t>زیادہ لوگ ان اویر رہتے ہیں، اسی لیے ان کا انجام بھی برا ہوتا ہے۔"</w:t>
      </w:r>
    </w:p>
    <w:p>
      <w:r>
        <w:rPr>
          <w:b/>
        </w:rPr>
        <w:t xml:space="preserve">[43:35] </w:t>
      </w:r>
      <w:r>
        <w:t>Sajid Ahmed Khan sahib nay Nagpur say likha hai: "Jazak Allah Maulana sahib, from your teachings in real</w:t>
      </w:r>
    </w:p>
    <w:p>
      <w:pPr>
        <w:jc w:val="right"/>
      </w:pPr>
      <w:r>
        <w:t>ساجد احمد خان صاحب نے ناگپور سے لکھا ہے: "जزاک اللہ مولانا صاحب, फ्रॉम योर टीचिंग्स इन रियल</w:t>
      </w:r>
    </w:p>
    <w:p>
      <w:r>
        <w:rPr>
          <w:b/>
        </w:rPr>
        <w:t xml:space="preserve">[43:40] </w:t>
      </w:r>
      <w:r>
        <w:t>Sense, we came to learn the art of reading between the lines, understanding beyond words and the face,</w:t>
      </w:r>
    </w:p>
    <w:p>
      <w:pPr>
        <w:jc w:val="right"/>
      </w:pPr>
      <w:r>
        <w:t>सेंस, वी केम टू लर्न दी आर्ट ऑफ रीडिंग बिटवीन दी लाइंस, अंडरस्टैंडिंग बियोंड वर्ड्स एंड दी फेस,</w:t>
      </w:r>
    </w:p>
    <w:p>
      <w:r>
        <w:rPr>
          <w:b/>
        </w:rPr>
        <w:t xml:space="preserve">[43:48] </w:t>
      </w:r>
      <w:r>
        <w:t>and this is possible by only deep thinking.</w:t>
      </w:r>
    </w:p>
    <w:p>
      <w:pPr>
        <w:jc w:val="right"/>
      </w:pPr>
      <w:r>
        <w:t>एंड दिस इज पॉसिबल बाय ओनली डीप थिंकिंग।</w:t>
      </w:r>
    </w:p>
    <w:p>
      <w:r>
        <w:rPr>
          <w:b/>
        </w:rPr>
        <w:t xml:space="preserve">[43:52] </w:t>
      </w:r>
      <w:r>
        <w:t>you have</w:t>
      </w:r>
    </w:p>
    <w:p>
      <w:pPr>
        <w:jc w:val="right"/>
      </w:pPr>
      <w:r>
        <w:t>यू हैव</w:t>
      </w:r>
    </w:p>
    <w:p>
      <w:r>
        <w:rPr>
          <w:b/>
        </w:rPr>
        <w:t xml:space="preserve">[43:53] </w:t>
      </w:r>
      <w:r>
        <w:t>open the message of the Quran to ponder seriously</w:t>
      </w:r>
    </w:p>
    <w:p>
      <w:pPr>
        <w:jc w:val="right"/>
      </w:pPr>
      <w:r>
        <w:t>ओपन दी मैसेज ऑफ दी कुरान टू पॉन्डर सीरियसली</w:t>
      </w:r>
    </w:p>
    <w:p>
      <w:r>
        <w:rPr>
          <w:b/>
        </w:rPr>
        <w:t xml:space="preserve">[43:56] </w:t>
      </w:r>
      <w:r>
        <w:t>. This is the only way to reach to the ultimate truth." Elias Asad sahib ne Vaniyambadi, Tamil Nadu se likha hai: "Replanning is the essential part of any country or society for the development. Weapons are powerless in the modern world. Very essential point.</w:t>
      </w:r>
    </w:p>
    <w:p>
      <w:pPr>
        <w:jc w:val="right"/>
      </w:pPr>
      <w:r>
        <w:t>। दिस इज दी ओनली वे टू रीच टू दी अल्टीमेट ट्रुथ।" الیاس اسد صاحب نے وانیم باڑی، تمل ناڈو سے لکھا ہے: "रीप्लानिंग इज दी एसेंशियल पार्ट ऑफ एनी कंट्री और सोसाइटी फॉर दी डेवलपमेंट। वेपंस आर पावरलेस इन दी मॉडर्न वर्ल्ड। ویری ایسینشل پوائنٹ۔</w:t>
      </w:r>
    </w:p>
    <w:p>
      <w:r>
        <w:rPr>
          <w:b/>
        </w:rPr>
        <w:t xml:space="preserve">[44:16] </w:t>
      </w:r>
      <w:r>
        <w:t>Jazak Allah Maulana." Mohammed Rafiq Tesewala ne, unhone location nahin likhi hai, unhone likha hai: "Aaj ka zamana aman ka zamana hai, aman mein taqat hai, jang ka zamana khatam ho chuka." Ayaz Ahmed sahib ne Jamshedpur se likha hai: "Alhamdulillah Maulana, aap ne bohat wazahat ke sath bataya ke peace ki taqat hi aaj sab se bari taqat hai.</w:t>
      </w:r>
    </w:p>
    <w:p>
      <w:pPr>
        <w:jc w:val="right"/>
      </w:pPr>
      <w:r>
        <w:t>جزاک اللہ مولانا۔" मोहम्मद रफीक टेसेवाला ने, उन्होंने लोकेशन नहीं लिखी है, उन्होंने लिखा है: "آج کا زمانہ امن کا زمانہ ہے، امن میں طاقت ہے، جنگ کا زمانہ ختم ہو چکا۔" अयाज अहमद साहब ने जमशेदपुर से लिखा है: "الحمدللہ مولانا، آپ نے بہت وضاحت کے ساتھ بتایا کہ پیس کی طاقت ہی آج سب سے بڑی طاقت ہے۔</w:t>
      </w:r>
    </w:p>
    <w:p>
      <w:r>
        <w:rPr>
          <w:b/>
        </w:rPr>
        <w:t xml:space="preserve">[44:44] </w:t>
      </w:r>
      <w:r>
        <w:t>Kash hamari Muslim qaum is taqat ko samajhne aur isi aitbar se apni planning kar sake." Kashmir Baramula se likha hai Mohammed Maqsood Nazir sahib ne: "Each individual has a certain level of awareness</w:t>
      </w:r>
    </w:p>
    <w:p>
      <w:pPr>
        <w:jc w:val="right"/>
      </w:pPr>
      <w:r>
        <w:t>کاش ہماری مسلم قوم اس طاقت کو سمجھنے اور اسی اعتبار سے اپنی پلاننگ کر سکے۔" कश्मीर बारामूला से लिखा है मोहम्मद मकसूद नजर साहब ने: "Each individual has a certain level of awareness</w:t>
      </w:r>
    </w:p>
    <w:p>
      <w:r>
        <w:rPr>
          <w:b/>
        </w:rPr>
        <w:t xml:space="preserve">[45:03] </w:t>
      </w:r>
      <w:r>
        <w:t>. However, a true submitter to God alone tends to be able to develop a deeper and more profound level of this awareness."</w:t>
      </w:r>
    </w:p>
    <w:p>
      <w:pPr>
        <w:jc w:val="right"/>
      </w:pPr>
      <w:r>
        <w:t>. However, a true submitter to God alone tends to be able to develop a deeper and more profound level of this awareness."</w:t>
      </w:r>
    </w:p>
    <w:p>
      <w:r>
        <w:rPr>
          <w:b/>
        </w:rPr>
        <w:t xml:space="preserve">[45:15] </w:t>
      </w:r>
      <w:r>
        <w:t>Boston se Asad Pervez sahib ne likha hai: "Today I read in the Quran and in chapter 13, verse 11. It says: God does not change the condition of a people's lot unless they change what is in their hearts.</w:t>
      </w:r>
    </w:p>
    <w:p>
      <w:pPr>
        <w:jc w:val="right"/>
      </w:pPr>
      <w:r>
        <w:t>बॉस्टन से असद परवेज साहब ने लिखा है: "Today I read in the Quran and in chapter 13, verse 11. It says: God does not change the condition of a people's lot unless they change what is in their hearts.</w:t>
      </w:r>
    </w:p>
    <w:p>
      <w:r>
        <w:rPr>
          <w:b/>
        </w:rPr>
        <w:t xml:space="preserve">[45:34] </w:t>
      </w:r>
      <w:r>
        <w:t>This means unless the Muslim community doesn't change its heart to become positive, God will not make their condition positive."</w:t>
      </w:r>
    </w:p>
    <w:p>
      <w:pPr>
        <w:jc w:val="right"/>
      </w:pPr>
      <w:r>
        <w:t>This means unless the Muslim community doesn't change its heart to become positive, God will not make their condition positive.</w:t>
      </w:r>
    </w:p>
    <w:p>
      <w:r>
        <w:rPr>
          <w:b/>
        </w:rPr>
        <w:t xml:space="preserve">[45:44] </w:t>
      </w:r>
      <w:r>
        <w:t>maulana, this verse has become very clear due to today's lecture.</w:t>
      </w:r>
    </w:p>
    <w:p>
      <w:pPr>
        <w:jc w:val="right"/>
      </w:pPr>
      <w:r>
        <w:t>مولانا، this verse has become very clear due to today's lecture.</w:t>
      </w:r>
    </w:p>
    <w:p>
      <w:r>
        <w:rPr>
          <w:b/>
        </w:rPr>
        <w:t xml:space="preserve">[45:49] </w:t>
      </w:r>
      <w:r>
        <w:t>thank you." nagpur se mohammad irfan rasheedi sahib ne likha hai: "every person is free to launch his or her own activities.</w:t>
      </w:r>
    </w:p>
    <w:p>
      <w:pPr>
        <w:jc w:val="right"/>
      </w:pPr>
      <w:r>
        <w:t>Thank you." नागपुर से मोहम्मद इरफान रशीदी साहब ने लिखा है: "Every person is free to launch his or her own activities.</w:t>
      </w:r>
    </w:p>
    <w:p>
      <w:r>
        <w:rPr>
          <w:b/>
        </w:rPr>
        <w:t xml:space="preserve">[46:00] </w:t>
      </w:r>
      <w:r>
        <w:t>the only restriction being that he or she should not become harmful for his or her fellow beings." jazak allah maulana sahib.</w:t>
      </w:r>
    </w:p>
    <w:p>
      <w:pPr>
        <w:jc w:val="right"/>
      </w:pPr>
      <w:r>
        <w:t>The only restriction being that he or she should not become harmful for his or her fellow beings." جزاک اللہ مولانا صاحب۔</w:t>
      </w:r>
    </w:p>
    <w:p>
      <w:r>
        <w:rPr>
          <w:b/>
        </w:rPr>
        <w:t xml:space="preserve">[46:11] </w:t>
      </w:r>
      <w:r>
        <w:t>maulana sawal lena chahenge. yeh sawal dubai se bheja hai irshad khan sahib ne, aur unka sawal hai: "moulana, you always emphasize on unilateral peace,</w:t>
      </w:r>
    </w:p>
    <w:p>
      <w:pPr>
        <w:jc w:val="right"/>
      </w:pPr>
      <w:r>
        <w:t>मौलाना सवाल लेना चाहेंगे। यह सवाल दुबई से भेजा है इरशाद खान साहब ने, और उनका सवाल है: "Moulana, you always emphasize on unilateral peace,</w:t>
      </w:r>
    </w:p>
    <w:p>
      <w:r>
        <w:rPr>
          <w:b/>
        </w:rPr>
        <w:t xml:space="preserve">[46:26] </w:t>
      </w:r>
      <w:r>
        <w:t>but if the opposite party is not willing to change and creating big issues, then should we not abandon the peace approach?</w:t>
      </w:r>
    </w:p>
    <w:p>
      <w:pPr>
        <w:jc w:val="right"/>
      </w:pPr>
      <w:r>
        <w:t>but if the opposite party is not willing to change and creating big issues, then should we not abandon the peace approach?</w:t>
      </w:r>
    </w:p>
    <w:p>
      <w:r>
        <w:rPr>
          <w:b/>
        </w:rPr>
        <w:t xml:space="preserve">[46:36] </w:t>
      </w:r>
      <w:r>
        <w:t>my question is: what should be the point beyond which we should give up the peace approach? there has to be some limit on peace up to a particular level.</w:t>
      </w:r>
    </w:p>
    <w:p>
      <w:pPr>
        <w:jc w:val="right"/>
      </w:pPr>
      <w:r>
        <w:t>My question is: what should be the point beyond which we should give up the peace approach? There has to be some limit on peace up to a particular level.</w:t>
      </w:r>
    </w:p>
    <w:p>
      <w:r>
        <w:rPr>
          <w:b/>
        </w:rPr>
        <w:t xml:space="preserve">[46:48] </w:t>
      </w:r>
      <w:r>
        <w:t>what is that particular level, and what is your take on this?" bhai, hamare mission ne dalail ki zaban ko aakhri had tak wazeh kar diya hai, aakhri had tak.</w:t>
      </w:r>
    </w:p>
    <w:p>
      <w:pPr>
        <w:jc w:val="right"/>
      </w:pPr>
      <w:r>
        <w:t>What is that particular level, and what is your take on this?" بھائی، ہمارے مشن نے دلائل کی زبان کو آخری حد تک واضح کر دیا ہے، آخری حد تک۔</w:t>
      </w:r>
    </w:p>
    <w:p>
      <w:r>
        <w:rPr>
          <w:b/>
        </w:rPr>
        <w:t xml:space="preserve">[47:04] </w:t>
      </w:r>
      <w:r>
        <w:t>ab jo log in dalail se baat ko samajh nahi paye, to unko sirf intezar karna chahiye farishton ki fauj ka.</w:t>
      </w:r>
    </w:p>
    <w:p>
      <w:pPr>
        <w:jc w:val="right"/>
      </w:pPr>
      <w:r>
        <w:t>اب جو لوگ ان دلائل سے بات کو سمجھ نہیں پائے، تو ان کو صرف انتظار کرنا چاہیے فرشتوں کی فوج کا۔</w:t>
      </w:r>
    </w:p>
    <w:p>
      <w:r>
        <w:rPr>
          <w:b/>
        </w:rPr>
        <w:t xml:space="preserve">[47:16] </w:t>
      </w:r>
      <w:r>
        <w:t>insani zaban mein jo dalail the, woh to hum ne bayan kar diye.</w:t>
      </w:r>
    </w:p>
    <w:p>
      <w:pPr>
        <w:jc w:val="right"/>
      </w:pPr>
      <w:r>
        <w:t>انسانی زبان میں جو دلائل تھے، وہ تو ہم نے بیان کر دیے۔</w:t>
      </w:r>
    </w:p>
    <w:p>
      <w:r>
        <w:rPr>
          <w:b/>
        </w:rPr>
        <w:t xml:space="preserve">[47:26] </w:t>
      </w:r>
      <w:r>
        <w:t>maulana, agla sawal sajid khan sahib ne bheja hai lucknow se. unhone likha hai ki "how can we develop the ability to recognize the evil and good in a person so we don't take them on face value?"</w:t>
      </w:r>
    </w:p>
    <w:p>
      <w:pPr>
        <w:jc w:val="right"/>
      </w:pPr>
      <w:r>
        <w:t>मौलाना, अगला सवाल साजिद खान साहब ने भेजा है लखनऊ से। उन्होंने लिखा है कि "How can we develop the ability to recognize the evil and good in a person so we don't take them on face value?"</w:t>
      </w:r>
    </w:p>
    <w:p>
      <w:r>
        <w:rPr>
          <w:b/>
        </w:rPr>
        <w:t xml:space="preserve">[47:46] </w:t>
      </w:r>
      <w:r>
        <w:t>dekhiye, sara mamla yeh hai ke batane wale batate hain, lekin aap affected ho jate hain. mera tajruba zindagi bhar ka yeh hai ke sab se bari burai jo hai, affected hona hai,</w:t>
      </w:r>
    </w:p>
    <w:p>
      <w:pPr>
        <w:jc w:val="right"/>
      </w:pPr>
      <w:r>
        <w:t>دیکھیے، سارا معاملہ یہ ہے کہ بتانے والے بتاتے ہیں، لیکن آپ affected ہو جاتے ہیں۔ میرا تجربہ زندگی بھر کا یہ ہے کہ سب سے بڑی برائی جو ہے، affected ہونا ہے،</w:t>
      </w:r>
    </w:p>
    <w:p>
      <w:r>
        <w:rPr>
          <w:b/>
        </w:rPr>
        <w:t xml:space="preserve">[47:59] </w:t>
      </w:r>
      <w:r>
        <w:t>bara manna, ghussa hona. aur kaisi ajib baat hai ke rasool allah ne yeh baat bata di thi. ek hadith hai ke ek ek insan aya rasool allah ke paas, usne kaha ke mujhe ek master ki bataiye, zindagi ke master ki.</w:t>
      </w:r>
    </w:p>
    <w:p>
      <w:pPr>
        <w:jc w:val="right"/>
      </w:pPr>
      <w:r>
        <w:t>برا ماننا، غصہ ہونا۔ اور کیسی عجیب بات ہے کہ رسول اللہ نے یہ بات بتا دی تھی۔ ایک حدیث ہے کہ ایک ایک انسان آیا رسول اللہ کے پاس، اس نے کہا کہ مجھے ایک ماسٹر کی بتائیے، زندگی کے ماسٹر کی۔</w:t>
      </w:r>
    </w:p>
    <w:p>
      <w:r>
        <w:rPr>
          <w:b/>
        </w:rPr>
        <w:t xml:space="preserve">[48:19] </w:t>
      </w:r>
      <w:r>
        <w:t>zindagi ke master ki. aur rasool allah ne kya kaha? la taghab ghussa mat karo. to main sari zindagi is hadith par sochta raha hoon.</w:t>
      </w:r>
    </w:p>
    <w:p>
      <w:pPr>
        <w:jc w:val="right"/>
      </w:pPr>
      <w:r>
        <w:t>زندگی کے ماسٹر کی۔ اور رسول اللہ نے کیا کہا؟ لا تغضب غصہ مت کرو۔ تو میں ساری زندگی اس حدیث پر سوچتا رہا ہوں۔</w:t>
      </w:r>
    </w:p>
    <w:p>
      <w:r>
        <w:rPr>
          <w:b/>
        </w:rPr>
        <w:t xml:space="preserve">[48:35] </w:t>
      </w:r>
      <w:r>
        <w:t>to ghussa na k</w:t>
      </w:r>
    </w:p>
    <w:p>
      <w:pPr>
        <w:jc w:val="right"/>
      </w:pPr>
      <w:r>
        <w:t>تو غصہ نہ ک</w:t>
      </w:r>
    </w:p>
    <w:p>
      <w:r>
        <w:rPr>
          <w:b/>
        </w:rPr>
        <w:t xml:space="preserve">[48:37] </w:t>
      </w:r>
      <w:r>
        <w:t>ro, yeh master ki kyun hai? allah ne aap ko jo mind diya hai, mind, woh sab kuch usko pata hai.</w:t>
      </w:r>
    </w:p>
    <w:p>
      <w:pPr>
        <w:jc w:val="right"/>
      </w:pPr>
      <w:r>
        <w:t>رو، یہ ماسٹر کی کیوں ہے؟ اللہ نے آپ کو جو mind دیا ہے، mind، وہ سب کچھ اس کو پتہ ہے۔</w:t>
      </w:r>
    </w:p>
    <w:p>
      <w:r>
        <w:rPr>
          <w:b/>
        </w:rPr>
        <w:t xml:space="preserve">[48:50] </w:t>
      </w:r>
      <w:r>
        <w:t>allah ne bhar diya iske andar sara ilm. lekin jab aap ghussa hote hain to aap ek mauqaf ho jata hai, aap ka dimagh kuch soch nahi paata.</w:t>
      </w:r>
    </w:p>
    <w:p>
      <w:pPr>
        <w:jc w:val="right"/>
      </w:pPr>
      <w:r>
        <w:t>اللہ نے بھر دیا اس کے اندر سارا علم۔ لیکن جب آپ غصہ ہوتے ہیں تو آپ ایک موقف ہو جاتا ہے، آپ کا دماغ کچھ سوچ نہیں پاتے۔</w:t>
      </w:r>
    </w:p>
    <w:p>
      <w:r>
        <w:rPr>
          <w:b/>
        </w:rPr>
        <w:t xml:space="preserve">[49:02] </w:t>
      </w:r>
      <w:r>
        <w:t>aap sochne ka darwaza band ho jata hai. agar aap ghussa na hon, affected na hon, to aap ka mind apne aap hi sab kuch bata dega.</w:t>
      </w:r>
    </w:p>
    <w:p>
      <w:pPr>
        <w:jc w:val="right"/>
      </w:pPr>
      <w:r>
        <w:t>آپ سوچنے کا دروازہ بند ہو جاتا ہے۔ اگر آپ غصہ نہ ہوں، affected نہ ہوں، تو آپ کا mind اپنے آپ ہی سب کچھ بتا دے گا۔</w:t>
      </w:r>
    </w:p>
    <w:p>
      <w:r>
        <w:rPr>
          <w:b/>
        </w:rPr>
        <w:t xml:space="preserve">[49:16] </w:t>
      </w:r>
      <w:r>
        <w:t>universal knowledge allah ne iske andar. yeh to hai ke ilm adam al asma kullaha yahi to matlab hai wa allama adama al asma kullaha yani sari dunya ka ilm, sari dunya ka ilm aap ke dimagh mein bhar diya hai allah ne.</w:t>
      </w:r>
    </w:p>
    <w:p>
      <w:pPr>
        <w:jc w:val="right"/>
      </w:pPr>
      <w:r>
        <w:t>Universal knowledge اللہ نے اس کے اندر۔ یہ تو ہے کہ علم آدم الأسماء كلها یہی تو مطلب ہے وعلم آدم الأسماء كلها یعنی ساری دنیا کا علم، ساری دنیا کا علم آپ کے دماغ میں بھر دیا ہے اللہ نے۔</w:t>
      </w:r>
    </w:p>
    <w:p>
      <w:r>
        <w:rPr>
          <w:b/>
        </w:rPr>
        <w:t xml:space="preserve">[49:41] </w:t>
      </w:r>
      <w:r>
        <w:t>sirf yeh ke aap affected na hon, ghussa na karen, ghazab nak na hon, nafrat na karen. bas mind ko natural tareeqe par apna kaam karne den.</w:t>
      </w:r>
    </w:p>
    <w:p>
      <w:pPr>
        <w:jc w:val="right"/>
      </w:pPr>
      <w:r>
        <w:t>صرف یہ کہ آپ affected نہ ہوں، غصہ نہ کریں، غضب ناک نہ ہوں، نفرت نہ کریں۔ بس mind کو natural طریقے پر اپنا کام کرنے دیں۔</w:t>
      </w:r>
    </w:p>
    <w:p>
      <w:r>
        <w:rPr>
          <w:b/>
        </w:rPr>
        <w:t xml:space="preserve">[49:56] </w:t>
      </w:r>
      <w:r>
        <w:t>bas yeh nahi kar paate. ghusse mein</w:t>
      </w:r>
    </w:p>
    <w:p>
      <w:pPr>
        <w:jc w:val="right"/>
      </w:pPr>
      <w:r>
        <w:t>بس یہ نہیں کر پاتے۔ غصے میں</w:t>
      </w:r>
    </w:p>
    <w:p>
      <w:r>
        <w:rPr>
          <w:b/>
        </w:rPr>
        <w:t xml:space="preserve">[50:03] </w:t>
      </w:r>
      <w:r>
        <w:t>sochte hain, nafrat mein sochte hain, yeh dushman hai, woh dushman hai, yeh is tarah sochte hain.</w:t>
      </w:r>
    </w:p>
    <w:p>
      <w:pPr>
        <w:jc w:val="right"/>
      </w:pPr>
      <w:r>
        <w:t>سوچتے ہیں، نفرت میں سوچتے ہیں، یہ دشمن ہے، وہ دشمن ہے، یہ اس طرح سوچتے ہیں۔</w:t>
      </w:r>
    </w:p>
    <w:p>
      <w:r>
        <w:rPr>
          <w:b/>
        </w:rPr>
        <w:t xml:space="preserve">[50:13] </w:t>
      </w:r>
      <w:r>
        <w:t>mind ko free rakhiye, mind ko natural andaaz mein sochne dijiye to mind khud hi aap ko sab kuch bata dega, sab kuch bata dega.</w:t>
      </w:r>
    </w:p>
    <w:p>
      <w:pPr>
        <w:jc w:val="right"/>
      </w:pPr>
      <w:r>
        <w:t>Mind کو free رکھیے، mind کو natural انداز میں سوچنے دیجیے تو mind خود ہی آپ کو سب کچھ بتا دے گا، سب کچھ بتا دے گا۔</w:t>
      </w:r>
    </w:p>
    <w:p>
      <w:r>
        <w:rPr>
          <w:b/>
        </w:rPr>
        <w:t xml:space="preserve">[50:29] </w:t>
      </w:r>
      <w:r>
        <w:t>yahi ayat hai, yeh matlab hai is ayat ka jo aaj padhi gayi hai.</w:t>
      </w:r>
    </w:p>
    <w:p>
      <w:pPr>
        <w:jc w:val="right"/>
      </w:pPr>
      <w:r>
        <w:t>یہی آیت ہے، یہ مطلب ہے اس آیت کا جو آج پڑھی گئی ہے۔</w:t>
      </w:r>
    </w:p>
    <w:p>
      <w:r>
        <w:rPr>
          <w:b/>
        </w:rPr>
        <w:t xml:space="preserve">[50:42] </w:t>
      </w:r>
      <w:r>
        <w:t>maulana, agla sawal delhi se ram mohan rai sahib ka hai. unhone likha hai: "aapke vichar vastav mein preranadayak hain. aapne jo ayat ka bhashya kiya, isi tarah ke vichar vedon mein bhi hain. kya inhen jodkar jagruk karne ki zaroorat hai?"</w:t>
      </w:r>
    </w:p>
    <w:p>
      <w:pPr>
        <w:jc w:val="right"/>
      </w:pPr>
      <w:r>
        <w:t>मौलाना, अगला सवाल दिल्ली से राममोहन राय साहब का है। उन्होंने लिखा है: "आपके विचार वास्तव में प्रेरणादायक हैं। आपने जो आयात का भाष्य किया, इसी तरह के विचार वेदों में भी हैं। क्या इन्हें जोड़कर जागरूक करने की जरूरत है?</w:t>
      </w:r>
    </w:p>
    <w:p>
      <w:r>
        <w:rPr>
          <w:b/>
        </w:rPr>
        <w:t xml:space="preserve">[51:04] </w:t>
      </w:r>
      <w:r>
        <w:t>hum dhanya hue." haan, zaroor hai, isko jodkar padhiye, bataiye logon ko. jahan bhi sachai hai, jahan bhi aqal ki baat hai,</w:t>
      </w:r>
    </w:p>
    <w:p>
      <w:pPr>
        <w:jc w:val="right"/>
      </w:pPr>
      <w:r>
        <w:t>हम धन्य हुए।" ہاں، ضرور ہے، اس کو جوڑ کر پڑھیے، بتائیے لوگوں کو۔ جہاں بھی سچائی ہے، جہاں بھی عقل کی بات ہے،</w:t>
      </w:r>
    </w:p>
    <w:p>
      <w:r>
        <w:rPr>
          <w:b/>
        </w:rPr>
        <w:t xml:space="preserve">[51:19] </w:t>
      </w:r>
      <w:r>
        <w:t>is ko lijie, is se faida uthaiye.</w:t>
      </w:r>
    </w:p>
    <w:p>
      <w:pPr>
        <w:jc w:val="right"/>
      </w:pPr>
      <w:r>
        <w:t>اس کو لیجیے، اس سے فائدہ اٹھائیے۔</w:t>
      </w:r>
    </w:p>
    <w:p>
      <w:r>
        <w:rPr>
          <w:b/>
        </w:rPr>
        <w:t xml:space="preserve">[51:26] </w:t>
      </w:r>
      <w:r>
        <w:t>maulana yaqoob umri ne dilli se likha hai: "maulana, jazak allah for making us aware of the most powerful weapon: the age which is re-planning." dr.</w:t>
      </w:r>
    </w:p>
    <w:p>
      <w:pPr>
        <w:jc w:val="right"/>
      </w:pPr>
      <w:r>
        <w:t>मौलाना याकूब उमरी ने दिल्ली से लिखा है: "مولانا، جزاک اللہ for making us aware of the most powerful weapon: the age which is re-planning." डॉ.</w:t>
      </w:r>
    </w:p>
    <w:p>
      <w:r>
        <w:rPr>
          <w:b/>
        </w:rPr>
        <w:t xml:space="preserve">[51:38] </w:t>
      </w:r>
      <w:r>
        <w:t>juneid shaikh ne mumbai se likha hai: "today's class was amazing. kuch bhi ho jaye, aap re-planning kijiye, and re-planning is the real power." yeh sentence ne mere zehan ko hila diya. jazak allah maulana sahab. mumbai se mehboob bhai ne likha hai, unka sawal hai: "moulana, when someone hits our nose,</w:t>
      </w:r>
    </w:p>
    <w:p>
      <w:pPr>
        <w:jc w:val="right"/>
      </w:pPr>
      <w:r>
        <w:t>जुनेद शेख ने मुंबई से लिखा है: "Today's class was amazing. कुछ भी हो जाए, आप re-planning कीजिए, and re-planning is the real power." यह sentence ने मेरे ज़हन को हिला दिया। جزاک اللہ मौलाना साहब। मुंबई से महबूब भाई ने लिखा है, उनका सवाल है: "Moulana, when someone hits our nose,</w:t>
      </w:r>
    </w:p>
    <w:p>
      <w:r>
        <w:rPr>
          <w:b/>
        </w:rPr>
        <w:t xml:space="preserve">[52:01] </w:t>
      </w:r>
      <w:r>
        <w:t>how can we remain positive and re-plan our action</w:t>
      </w:r>
    </w:p>
    <w:p>
      <w:pPr>
        <w:jc w:val="right"/>
      </w:pPr>
      <w:r>
        <w:t>how can we remain positive and re-plan our action</w:t>
      </w:r>
    </w:p>
    <w:p>
      <w:r>
        <w:rPr>
          <w:b/>
        </w:rPr>
        <w:t xml:space="preserve">[52:06] </w:t>
      </w:r>
      <w:r>
        <w:t>?" iske bare mein bataein. mushkil to rozana hi koi meri nose ko hit karta hai. aap jante hain ke mere bohat zyada sari dunya mein mere khilaf bolne wale hain.</w:t>
      </w:r>
    </w:p>
    <w:p>
      <w:pPr>
        <w:jc w:val="right"/>
      </w:pPr>
      <w:r>
        <w:t>?" इसके बारे में बताएँ। مشکل تو روزانہ ہی کوئی میری nose کو hit کرتا ہے۔ آپ جانتے ہیں کہ میرے بہت زیادہ ساری دنیا میں میرے خلاف بولنے والے ہیں۔</w:t>
      </w:r>
    </w:p>
    <w:p>
      <w:r>
        <w:rPr>
          <w:b/>
        </w:rPr>
        <w:t xml:space="preserve">[52:18] </w:t>
      </w:r>
      <w:r>
        <w:t>koi kehta hai ke yeh general sahab ka zamana aadmi hai, koi kehta hai ke yeh rss ka aadmi hai, koi kehta hai ke yeh</w:t>
      </w:r>
    </w:p>
    <w:p>
      <w:pPr>
        <w:jc w:val="right"/>
      </w:pPr>
      <w:r>
        <w:t>کوئی کہتا ہے کہ یہ جنرل صاحب کا زمانہ آدمی ہے، کوئی کہتا ہے کہ یہ آر ایس ایس کا آدمی ہے، کوئی کہتا ہے کہ یہ</w:t>
      </w:r>
    </w:p>
    <w:p>
      <w:r>
        <w:rPr>
          <w:b/>
        </w:rPr>
        <w:t xml:space="preserve">[52:31] </w:t>
      </w:r>
      <w:r>
        <w:t>is ka.</w:t>
      </w:r>
    </w:p>
    <w:p>
      <w:pPr>
        <w:jc w:val="right"/>
      </w:pPr>
      <w:r>
        <w:t>اس کا۔</w:t>
      </w:r>
    </w:p>
    <w:p>
      <w:r>
        <w:rPr>
          <w:b/>
        </w:rPr>
        <w:t xml:space="preserve">[52:37] </w:t>
      </w:r>
      <w:r>
        <w:t>america ke. america ke agent hai, koi kehta hai israel ka agent hai. rozana mere khilaf yeh baatein kijiye. hamein to yani kuch bhi nahi, kuch bhi, one person bhi koi asar nahi hota is ka.</w:t>
      </w:r>
    </w:p>
    <w:p>
      <w:pPr>
        <w:jc w:val="right"/>
      </w:pPr>
      <w:r>
        <w:t>امریکہ کے۔ امریکہ کے agent ہے، کوئی کہتا ہے اسرائیل کا agent ہے۔ روزانہ میرے خلاف یہ باتیں کیجیے۔ ہمیں تو یعنی کچھ بھی نہیں، کچھ بھی، one person بھی کوئی اثر نہیں ہوتا اس کا۔</w:t>
      </w:r>
    </w:p>
    <w:p>
      <w:r>
        <w:rPr>
          <w:b/>
        </w:rPr>
        <w:t xml:space="preserve">[52:50] </w:t>
      </w:r>
      <w:r>
        <w:t>main rethinking, albata rethinking karta hoon. rethinking. aaj bhi maine rethinking kiya. aaj main bata sakta hoon main aap ko ke aaj maine kis cheez par rethinking ki. mera daily ka yeh hai ke log kehte hain mujh ko aur main rethinking karta hoon.</w:t>
      </w:r>
    </w:p>
    <w:p>
      <w:pPr>
        <w:jc w:val="right"/>
      </w:pPr>
      <w:r>
        <w:t>میں rethinking، البتہ rethinking کرتا ہوں۔ Rethinking۔ آج بھی میں نے rethinking کیا۔ آج میں بتا سکتا ہوں میں آپ کو کہ آج میں نے کس چیز پر rethinking کی۔ میرا daily کا یہ ہے کہ لوگ کہتے ہیں مجھ کو اور میں rethinking کرتا ہوں۔</w:t>
      </w:r>
    </w:p>
    <w:p>
      <w:r>
        <w:rPr>
          <w:b/>
        </w:rPr>
        <w:t xml:space="preserve">[53:06] </w:t>
      </w:r>
      <w:r>
        <w:t>is se mujhe phir se aql aati hai, aql aati hai, aql aati hai. kuch nahi, aap la taghzab ka formula pakad lijie. bas aap ko yani master ki mil jayegi.</w:t>
      </w:r>
    </w:p>
    <w:p>
      <w:pPr>
        <w:jc w:val="right"/>
      </w:pPr>
      <w:r>
        <w:t>اس سے مجھے پھر سے عقل آتی ہے، عقل آتی ہے، عقل آتی ہے۔ کچھ نہیں، آپ لا تغضب کا فارمولا پکڑ لیجیے۔ بس آپ کو یعنی ماسٹر کی مل جائے گی۔</w:t>
      </w:r>
    </w:p>
    <w:p>
      <w:r>
        <w:rPr>
          <w:b/>
        </w:rPr>
        <w:t xml:space="preserve">[53:23] </w:t>
      </w:r>
      <w:r>
        <w:t>maulana sajid anwar sahab ne mumbai se sawal kiya hai: "maulana, you have mentioned many times that the correct beginning is to know oneself first.</w:t>
      </w:r>
    </w:p>
    <w:p>
      <w:pPr>
        <w:jc w:val="right"/>
      </w:pPr>
      <w:r>
        <w:t>मौलाना साजिद अनवर साहब ने मुंबई से सवाल किया है: "مولانا، you have mentioned many times that the correct beginning is to know oneself first.</w:t>
      </w:r>
    </w:p>
    <w:p>
      <w:r>
        <w:rPr>
          <w:b/>
        </w:rPr>
        <w:t xml:space="preserve">[53:35] </w:t>
      </w:r>
      <w:r>
        <w:t>kindly explain this further: what does it mean to know oneself first?" kya matlab hai is ka?</w:t>
      </w:r>
    </w:p>
    <w:p>
      <w:pPr>
        <w:jc w:val="right"/>
      </w:pPr>
      <w:r>
        <w:t>Kindly explain this further: what does it mean to know oneself first?" کیا مطلب ہے اس کا؟</w:t>
      </w:r>
    </w:p>
    <w:p>
      <w:r>
        <w:rPr>
          <w:b/>
        </w:rPr>
        <w:t xml:space="preserve">[53:44] </w:t>
      </w:r>
      <w:r>
        <w:t>ke aap jo maulana hamesha kehte hain ke correct beginning wahan se shuru hoti hai ke pehle apne aap ko janiye. to wo yeh chahte hain ke aap yeh thoda sa explain karein ke kya mayne hain is baat ke. mayne yeh hain ke insaan ke andar ego hai.</w:t>
      </w:r>
    </w:p>
    <w:p>
      <w:pPr>
        <w:jc w:val="right"/>
      </w:pPr>
      <w:r>
        <w:t>कि आप जो मौलाना हमेशा कहते हैं कि correct beginning वहाँ से शुरू होती है कि पहले अपने आप को जानिए। तो वो ये चाहते हैं कि आप ये थोड़ा सा explain करें कि क्या मायने हैं इस बात के। معنی یہ ہیں کہ انسان کے اندر ego ہے۔</w:t>
      </w:r>
    </w:p>
    <w:p>
      <w:r>
        <w:rPr>
          <w:b/>
        </w:rPr>
        <w:t xml:space="preserve">[54:02] </w:t>
      </w:r>
      <w:r>
        <w:t>har insaan, chahe aurat ho ya mard, ego hai. to jab bhi koi aadmi kuch kehta hai to ego aap ka, ego ko, ego affected ho jata hai.</w:t>
      </w:r>
    </w:p>
    <w:p>
      <w:pPr>
        <w:jc w:val="right"/>
      </w:pPr>
      <w:r>
        <w:t>ہر انسان، چاہے عورت ہو یا مرد، ego ہے۔ تو جب بھی کوئی آدمی کچھ کہتا ہے تو ego آپ کا، ego کو، ego affected ہو جاتا ہے۔</w:t>
      </w:r>
    </w:p>
    <w:p>
      <w:r>
        <w:rPr>
          <w:b/>
        </w:rPr>
        <w:t xml:space="preserve">[54:16] </w:t>
      </w:r>
      <w:r>
        <w:t>yeh yeh har aadmi ka hai, har aadmi. koi ek aadmi ki baat nahi hai. to jaldi se jan liejiye ke yahan mera ego bol raha hai, meri nature nahi.</w:t>
      </w:r>
    </w:p>
    <w:p>
      <w:pPr>
        <w:jc w:val="right"/>
      </w:pPr>
      <w:r>
        <w:t>یہ یہ ہر آدمی کا ہے، ہر آدمی۔ کوئی ایک آدمی کی بات نہیں ہے۔ تو جلدی سے جان لیجیے کہ یہاں میرا ego بول رہا ہے، میری nature نہیں۔</w:t>
      </w:r>
    </w:p>
    <w:p>
      <w:r>
        <w:rPr>
          <w:b/>
        </w:rPr>
        <w:t xml:space="preserve">[54:29] </w:t>
      </w:r>
      <w:r>
        <w:t>har aadmi do ke beech mein hota hai: nature ego, nature ego. har aadmi. to kahan aap ki nature bol rahi hai, janiye, aur kahan aap ka ego bol raha hai, wo janiye.</w:t>
      </w:r>
    </w:p>
    <w:p>
      <w:pPr>
        <w:jc w:val="right"/>
      </w:pPr>
      <w:r>
        <w:t>ہر آدمی دو کے بیچ میں ہوتا ہے: nature ego، nature ego۔ ہر آدمی۔ تو کہاں آپ کی nature بول رہی ہے، جانیے، اور کہاں آپ کا ego بول رہا ہے، وہ جانیے۔</w:t>
      </w:r>
    </w:p>
    <w:p>
      <w:r>
        <w:rPr>
          <w:b/>
        </w:rPr>
        <w:t xml:space="preserve">[54:44] </w:t>
      </w:r>
      <w:r>
        <w:t>bas sab kuch theek ho jayega. sab kuch apne aap theek ho jayega.</w:t>
      </w:r>
    </w:p>
    <w:p>
      <w:pPr>
        <w:jc w:val="right"/>
      </w:pPr>
      <w:r>
        <w:t>بس سب کچھ ٹھیک ہو جائے گا۔ سب کچھ اپنے آپ ٹھیک ہو جائے گا۔</w:t>
      </w:r>
    </w:p>
    <w:p>
      <w:r>
        <w:rPr>
          <w:b/>
        </w:rPr>
        <w:t xml:space="preserve">[54:53] </w:t>
      </w:r>
      <w:r>
        <w:t>isi ko kehte hain know thyself.</w:t>
      </w:r>
    </w:p>
    <w:p>
      <w:pPr>
        <w:jc w:val="right"/>
      </w:pPr>
      <w:r>
        <w:t>اسی کو کہتے ہیں know thyself.</w:t>
      </w:r>
    </w:p>
    <w:p>
      <w:r>
        <w:rPr>
          <w:b/>
        </w:rPr>
        <w:t xml:space="preserve">[54:56] </w:t>
      </w:r>
      <w:r>
        <w:t>know thyself. ke kab aap ka ego bol pada hai aur kab aap ka nature jaaga hai.</w:t>
      </w:r>
    </w:p>
    <w:p>
      <w:pPr>
        <w:jc w:val="right"/>
      </w:pPr>
      <w:r>
        <w:t>Know thyself. کہ کب آپ کا ego بول پڑا ہے اور کب آپ کا nature جاگا ہے۔</w:t>
      </w:r>
    </w:p>
    <w:p>
      <w:r>
        <w:rPr>
          <w:b/>
        </w:rPr>
        <w:t xml:space="preserve">[55:05] </w:t>
      </w:r>
      <w:r>
        <w:t>is ko janiye.</w:t>
      </w:r>
    </w:p>
    <w:p>
      <w:pPr>
        <w:jc w:val="right"/>
      </w:pPr>
      <w:r>
        <w:t>اس کو جانیے۔</w:t>
      </w:r>
    </w:p>
    <w:p>
      <w:r>
        <w:rPr>
          <w:b/>
        </w:rPr>
        <w:t xml:space="preserve">[55:13] </w:t>
      </w:r>
      <w:r>
        <w:t>dr. naghma siddiqui ne dilli se comment bheja hai, unhone likha hai: "i understood today the importance of removing my unawareness with regards to everything to becoming a human being.</w:t>
      </w:r>
    </w:p>
    <w:p>
      <w:pPr>
        <w:jc w:val="right"/>
      </w:pPr>
      <w:r>
        <w:t>डॉ. नगमा सिद्दीकी ने दिल्ली से comment भेजा है, उन्होंने लिखा है: "I understood today the importance of removing my unawareness with regards to everything to becoming a human being.</w:t>
      </w:r>
    </w:p>
    <w:p>
      <w:r>
        <w:rPr>
          <w:b/>
        </w:rPr>
        <w:t xml:space="preserve">[55:28] </w:t>
      </w:r>
      <w:r>
        <w:t>and this can only be through peace and planning based on what remains and not to confront others in the hope of receiving what we wrongly think is our due." maulana, agla sawal lete hain. yeh bheja hai miss dania mustafa ne karachi, pakistan se. unhone likha hai:</w:t>
      </w:r>
    </w:p>
    <w:p>
      <w:pPr>
        <w:jc w:val="right"/>
      </w:pPr>
      <w:r>
        <w:t>And this can only be through peace and planning based on what remains and not to confront others in the hope of receiving what we wrongly think is our due." मौलाना, अगला सवाल लेते हैं। यह भेजा है मिस दानिया मुस्तफा ने कराची, पाकिस्तान से। उन्होंने लिखा है:</w:t>
      </w:r>
    </w:p>
    <w:p>
      <w:r>
        <w:rPr>
          <w:b/>
        </w:rPr>
        <w:t xml:space="preserve">[55:53] </w:t>
      </w:r>
      <w:r>
        <w:t>"there is an ayat in surah al-inshaq, ayat number 9, where it says. and return to his people in happiness</w:t>
      </w:r>
    </w:p>
    <w:p>
      <w:pPr>
        <w:jc w:val="right"/>
      </w:pPr>
      <w:r>
        <w:t>"There is an ayat in Surah Al-Inshaq, ayat number 9, where it says. And return to his people in happiness</w:t>
      </w:r>
    </w:p>
    <w:p>
      <w:r>
        <w:rPr>
          <w:b/>
        </w:rPr>
        <w:t xml:space="preserve">[56:06] </w:t>
      </w:r>
      <w:r>
        <w:t>. my question is: what does happiness mean in this verse?" bhai, aap arabi padhie, arabi aur tarjuma.</w:t>
      </w:r>
    </w:p>
    <w:p>
      <w:pPr>
        <w:jc w:val="right"/>
      </w:pPr>
      <w:r>
        <w:t>. My question is: what does happiness mean in this verse?" بھائی، آپ عربی پڑھیے، عربی اور ترجمہ۔</w:t>
      </w:r>
    </w:p>
    <w:p>
      <w:r>
        <w:rPr>
          <w:b/>
        </w:rPr>
        <w:t xml:space="preserve">[56:16] </w:t>
      </w:r>
      <w:r>
        <w:t>fama man otiya kitaba biyamine fasawfa yuhasabu hisaban yaseera wayanqalibu ila ahlihi masroora aur jis ko is ka kitab is ke dayein hath mein diya jayega, to anqarib is se asan hisab liya jayega,</w:t>
      </w:r>
    </w:p>
    <w:p>
      <w:pPr>
        <w:jc w:val="right"/>
      </w:pPr>
      <w:r>
        <w:t>فَأَمَّا مَنْ أُوتِيَ كِتَابَهُ بِيَمِينِ فَسَوْفَ يُحَاسَبُ حِسَابًا يَسِيرًا وَيَنْقَلِبُ إِلَى أَهْلِهِ مَسْرُورًا اور جس کو اس کا کتاب اس کے دائیں ہاتھ میں دیا جائے گا، تو عنقریب اس سے آسان حساب لیا جائے گا،</w:t>
      </w:r>
    </w:p>
    <w:p>
      <w:r>
        <w:rPr>
          <w:b/>
        </w:rPr>
        <w:t xml:space="preserve">[56:33] </w:t>
      </w:r>
      <w:r>
        <w:t>aur woh apne ghar walon ki taraf khushi khushi lotega.</w:t>
      </w:r>
    </w:p>
    <w:p>
      <w:pPr>
        <w:jc w:val="right"/>
      </w:pPr>
      <w:r>
        <w:t>اور وہ اپنے گھر والوں کی طرف خوشی خوشی لوٹے گا۔</w:t>
      </w:r>
    </w:p>
    <w:p>
      <w:r>
        <w:rPr>
          <w:b/>
        </w:rPr>
        <w:t xml:space="preserve">[56:42] </w:t>
      </w:r>
      <w:r>
        <w:t>bhai, yeh yeh yeh jo hadith hai, yeh aakhirat ke bare mein hai. aakhirat ke bare mein hum apni aql se kuch nahi bol sakte.</w:t>
      </w:r>
    </w:p>
    <w:p>
      <w:pPr>
        <w:jc w:val="right"/>
      </w:pPr>
      <w:r>
        <w:t>بھائی، یہ یہ یہ جو حدیث ہے، یہ آخرت کے بارے میں ہے۔ آخرت کے بارے میں ہم اپنی عقل سے کچھ نہیں بول سکتے۔</w:t>
      </w:r>
    </w:p>
    <w:p>
      <w:r>
        <w:rPr>
          <w:b/>
        </w:rPr>
        <w:t xml:space="preserve">[56:52] </w:t>
      </w:r>
      <w:r>
        <w:t>is ke bare mein jo logon ne likha hai, us ko parh lijiyey. wohi meri bhi rai hai. mein apni aql nahi lagaunga wahan.</w:t>
      </w:r>
    </w:p>
    <w:p>
      <w:pPr>
        <w:jc w:val="right"/>
      </w:pPr>
      <w:r>
        <w:t>اس کے بارے میں جو لوگوں نے لکھا ہے، اس کو پڑھ لیجیے۔ وہی میری بھی رائے ہے۔ میں اپنی عقل نہیں لگاؤں گا وہاں۔</w:t>
      </w:r>
    </w:p>
    <w:p>
      <w:r>
        <w:rPr>
          <w:b/>
        </w:rPr>
        <w:t xml:space="preserve">[57:06] </w:t>
      </w:r>
      <w:r>
        <w:t>is ayat ke bare mein har tafsir mein milega aap ko. bas wohi hamari bhi rai hai.</w:t>
      </w:r>
    </w:p>
    <w:p>
      <w:pPr>
        <w:jc w:val="right"/>
      </w:pPr>
      <w:r>
        <w:t>اس آیت کے بارے میں ہر تفسیر میں ملے گا آپ کو۔ بس وہی ہماری بھی رائے ہے۔</w:t>
      </w:r>
    </w:p>
    <w:p>
      <w:r>
        <w:rPr>
          <w:b/>
        </w:rPr>
        <w:t xml:space="preserve">[57:20] </w:t>
      </w:r>
      <w:r>
        <w:t>maulana, agla sawal lete hain. yeh sindh, pakistan se bheja hai ghulam farooq sahab ne. unhon ne likha hai ke "Can we conclude that majority of Muslims are still living in their past</w:t>
      </w:r>
    </w:p>
    <w:p>
      <w:pPr>
        <w:jc w:val="right"/>
      </w:pPr>
      <w:r>
        <w:t>मौलाना, अगला सवाल लेते हैं। यह سندھ, پاکستان से भेजा है गुलाम फारूक साहब ने। उन्होंने लिखा है कि "Can we conclude that majority of Muslims are still living in their past</w:t>
      </w:r>
    </w:p>
    <w:p>
      <w:r>
        <w:rPr>
          <w:b/>
        </w:rPr>
        <w:t xml:space="preserve">[57:36] </w:t>
      </w:r>
      <w:r>
        <w:t>?" yeh koi shakk hi nahi. yeh koi shakk hi nahi. aap dekhiye ke sare arab aaj bhi jee rahe hain is par ke haye falasteen, is ka tukra le liya.</w:t>
      </w:r>
    </w:p>
    <w:p>
      <w:pPr>
        <w:jc w:val="right"/>
      </w:pPr>
      <w:r>
        <w:t>?" یہ کوئی شک ہی نہیں۔ یہ کوئی شک ہی نہیں۔ آپ دیکھیے کہ سارے عرب آج بھی جی رہے ہیں اس پر کہ ہائے فلسطین، اس کا ٹکڑا لے لیا۔</w:t>
      </w:r>
    </w:p>
    <w:p>
      <w:r>
        <w:rPr>
          <w:b/>
        </w:rPr>
        <w:t xml:space="preserve">[57:51] </w:t>
      </w:r>
      <w:r>
        <w:t>mujhe thoda aadha diya, aadha le liya. sare arab, one to all isi par jee rahe hain. aur itni bari misaal banai Allah taala ne, itni bari misaal banai ke khud makka mein misaal hai, makka mein ke kaaba ka ek hissa toota hua chhod diya wahan ke logon ne, mushrik logon ne.</w:t>
      </w:r>
    </w:p>
    <w:p>
      <w:pPr>
        <w:jc w:val="right"/>
      </w:pPr>
      <w:r>
        <w:t>مجھے تھوڑا آدھا دیا، آدھا لے لیا۔ سارے عرب، one to all اسی پر جی رہے ہیں۔ اور اتنی بڑی مثال بنائی اللہ تعالیٰ نے، اتنی بڑی مثال بنائی کہ خود مکہ میں مثال ہے، مکہ میں کہ کعبہ کا ایک حصہ ٹوٹا ہوا چھوڑ دیا وہاں کے لوگوں نے، مشرک لوگوں نے۔</w:t>
      </w:r>
    </w:p>
    <w:p>
      <w:r>
        <w:rPr>
          <w:b/>
        </w:rPr>
        <w:t xml:space="preserve">[58:16] </w:t>
      </w:r>
      <w:r>
        <w:t>ek hissa chhod diya. to rasool Allah ne remaining part of the kaaba par planning ki apni. kaisi ajeeb baat hai.</w:t>
      </w:r>
    </w:p>
    <w:p>
      <w:pPr>
        <w:jc w:val="right"/>
      </w:pPr>
      <w:r>
        <w:t>ایک حصہ چھوڑ دیا۔ تو رسول اللہ نے remaining part of the کعبہ پر planning کی اپنی۔ کیسی عجیب بات ہے۔</w:t>
      </w:r>
    </w:p>
    <w:p>
      <w:r>
        <w:rPr>
          <w:b/>
        </w:rPr>
        <w:t xml:space="preserve">[58:29] </w:t>
      </w:r>
      <w:r>
        <w:t>rasool Allah salallahu alaihi wasallam ne kaaba ke remaining part par apni planning ki. aur us ko chhod diya ke log yeh misaal rahe ke kaise kya aata hai kaam.</w:t>
      </w:r>
    </w:p>
    <w:p>
      <w:pPr>
        <w:jc w:val="right"/>
      </w:pPr>
      <w:r>
        <w:t>رسول اللہ صلی اللہ علیہ وسلم نے کعبہ کے remaining part پر اپنی planning کی۔ اور اس کو چھوڑ دیا کہ لوگ یہ مثال رہے کہ کیسے کیا آتا ہے کام۔</w:t>
      </w:r>
    </w:p>
    <w:p>
      <w:r>
        <w:rPr>
          <w:b/>
        </w:rPr>
        <w:t xml:space="preserve">[58:43] </w:t>
      </w:r>
      <w:r>
        <w:t>moajza zamane mein germany ki misaal Allah ne qaim kardi ke remaining part of germany par us ne planning ki. aur kamyab ho gaya.</w:t>
      </w:r>
    </w:p>
    <w:p>
      <w:pPr>
        <w:jc w:val="right"/>
      </w:pPr>
      <w:r>
        <w:t>معجزہ زمانے میں جرمنی کی مثال اللہ نے قائم کر دی کہ remaining part of جرمنی پر اس نے planning کی۔ اور کامیاب ہو گیا۔</w:t>
      </w:r>
    </w:p>
    <w:p>
      <w:r>
        <w:rPr>
          <w:b/>
        </w:rPr>
        <w:t xml:space="preserve">[58:56] </w:t>
      </w:r>
      <w:r>
        <w:t>khud yeh singapore ka haal hi hai. singapore aap jante hain ke pehle malaya ka hissa tha.</w:t>
      </w:r>
    </w:p>
    <w:p>
      <w:pPr>
        <w:jc w:val="right"/>
      </w:pPr>
      <w:r>
        <w:t>خود یہ سنگاپور کا حال ہی ہے۔ سنگاپور آپ جانتے ہیں کہ پہلے ملایا کا حصہ تھا۔</w:t>
      </w:r>
    </w:p>
    <w:p>
      <w:r>
        <w:rPr>
          <w:b/>
        </w:rPr>
        <w:t xml:space="preserve">[59:06] </w:t>
      </w:r>
      <w:r>
        <w:t>ab woh alag chhota sa mulk bana diya gaya. to there was remaining part of malaya.</w:t>
      </w:r>
    </w:p>
    <w:p>
      <w:pPr>
        <w:jc w:val="right"/>
      </w:pPr>
      <w:r>
        <w:t>اب وہ الگ چھوٹا سا ملک بنا دیا گیا۔ تو there was remaining part of ملایا۔</w:t>
      </w:r>
    </w:p>
    <w:p>
      <w:r>
        <w:rPr>
          <w:b/>
        </w:rPr>
        <w:t xml:space="preserve">[59:16] </w:t>
      </w:r>
      <w:r>
        <w:t>to Allah taala ne misaalain qaim ki hain. lekin phir bhi log isi mein phanse hue hain. koi kashmir mein, koi falasteen mein. phansa hua hai aadmi. phansa hua aadmi.</w:t>
      </w:r>
    </w:p>
    <w:p>
      <w:pPr>
        <w:jc w:val="right"/>
      </w:pPr>
      <w:r>
        <w:t>تو اللہ تعالیٰ نے مثالیں قائم کی ہیں۔ لیکن پھر بھی لوگ اسی میں پھنسے ہوئے ہیں۔ کوئی کشمیر میں، کوئی فلسطین میں۔ پھنسا ہوا ہے آدمی۔ پھنسا ہوا آدمی۔</w:t>
      </w:r>
    </w:p>
    <w:p>
      <w:r>
        <w:rPr>
          <w:b/>
        </w:rPr>
        <w:t xml:space="preserve">[59:27] </w:t>
      </w:r>
      <w:r>
        <w:t>itni bari bari misaalain hain. woh woh jo ayat hai, woh parhiye sahab. waqayim min ayatin yamurrun alaiha woh parhiye aur us ka tarjuma parhiye.</w:t>
      </w:r>
    </w:p>
    <w:p>
      <w:pPr>
        <w:jc w:val="right"/>
      </w:pPr>
      <w:r>
        <w:t>اتنی بڑی بڑی مثالیں ہیں۔ وہ وہ جو آیت ہے، وہ پڑھیے صاحب۔ وقایم من آیت یمرون علیہا وہ پڑھیے اور اس کا ترجمہ پڑھیے۔</w:t>
      </w:r>
    </w:p>
    <w:p>
      <w:r>
        <w:rPr>
          <w:b/>
        </w:rPr>
        <w:t xml:space="preserve">[59:39] </w:t>
      </w:r>
      <w:r>
        <w:t>waqayim min ayatin fis samawati wal ardi yamurrun alaiha wahum anha muaridoon surah yusuf, chapter number 12, verse number 105.</w:t>
      </w:r>
    </w:p>
    <w:p>
      <w:pPr>
        <w:jc w:val="right"/>
      </w:pPr>
      <w:r>
        <w:t>وقایم من آیت فی السماوات والارض یمرون علیہا وهم عنہا معرضون سورہ یوسف، چیپٹر نمبر 12، ورس نمبر 105۔</w:t>
      </w:r>
    </w:p>
    <w:p>
      <w:r>
        <w:rPr>
          <w:b/>
        </w:rPr>
        <w:t xml:space="preserve">[59:50] </w:t>
      </w:r>
      <w:r>
        <w:t>aur kitni hi aayatein hain jin par se un ka guzar hota hai. magar woh us ki taraf se araz karte hain. yahi to hai.</w:t>
      </w:r>
    </w:p>
    <w:p>
      <w:pPr>
        <w:jc w:val="right"/>
      </w:pPr>
      <w:r>
        <w:t>اور کتنی ہی آیتیں ہیں جن پر سے ان کا گزر ہوتا ہے۔ مگر وہ اس کی طرف سے اعراض کرتے ہیں۔ یہی تو ہے۔</w:t>
      </w:r>
    </w:p>
    <w:p>
      <w:r>
        <w:rPr>
          <w:b/>
        </w:rPr>
        <w:t xml:space="preserve">[1:00:00] </w:t>
      </w:r>
      <w:r>
        <w:t>yahi to hai ke misaalain hain. khud kaaba mein misaal hai ke rasool Allah ne remaining part of kaaba par planning ki aur kamyab rahey.</w:t>
      </w:r>
    </w:p>
    <w:p>
      <w:pPr>
        <w:jc w:val="right"/>
      </w:pPr>
      <w:r>
        <w:t>یہی تو ہے کہ مثالیں ہیں۔ خود کعبہ میں مثال ہے کہ رسول اللہ نے remaining part of کعبہ پر planning کی اور کامیاب رہے۔</w:t>
      </w:r>
    </w:p>
    <w:p>
      <w:r>
        <w:rPr>
          <w:b/>
        </w:rPr>
        <w:t xml:space="preserve">[1:00:10] </w:t>
      </w:r>
      <w:r>
        <w:t>germany mein misaal hai. Germany remaining part of germany par planning ki aur kamyab rahey. lekin wahi wahi wahi wahi bekhabari, wahi bekhabari, wahi bekhabari.</w:t>
      </w:r>
    </w:p>
    <w:p>
      <w:pPr>
        <w:jc w:val="right"/>
      </w:pPr>
      <w:r>
        <w:t>جرمنی میں مثال ہے۔ Germany remaining part of جرمنی پر planning کی اور کامیاب رہے۔ لیکن وہی وہی وہی وہی بے خبری، وہی بے خبری، وہی بے خبری۔</w:t>
      </w:r>
    </w:p>
    <w:p>
      <w:r>
        <w:rPr>
          <w:b/>
        </w:rPr>
        <w:t xml:space="preserve">[1:00:28] </w:t>
      </w:r>
      <w:r>
        <w:t>maulana, kuch aur comment parhna chahenge agle sawal lene se pehle.</w:t>
      </w:r>
    </w:p>
    <w:p>
      <w:pPr>
        <w:jc w:val="right"/>
      </w:pPr>
      <w:r>
        <w:t>मौलाना, कुछ और comment पढ़ना चाहेंगे अगले सवाल लेने से पहले।</w:t>
      </w:r>
    </w:p>
    <w:p>
      <w:r>
        <w:rPr>
          <w:b/>
        </w:rPr>
        <w:t xml:space="preserve">[1:00:37] </w:t>
      </w:r>
      <w:r>
        <w:t>bisma rishi ne kashmir se sawal, comment bheja hai. un ka comment hai: "Moulana, I am really blessed to be able to hear you live.</w:t>
      </w:r>
    </w:p>
    <w:p>
      <w:pPr>
        <w:jc w:val="right"/>
      </w:pPr>
      <w:r>
        <w:t>बिस्मा ऋषि ने कश्मीर से सवाल, comment भेजा है। उनका comment है: "Moulana, I am really blessed to be able to hear you live.</w:t>
      </w:r>
    </w:p>
    <w:p>
      <w:r>
        <w:rPr>
          <w:b/>
        </w:rPr>
        <w:t xml:space="preserve">[1:00:48] </w:t>
      </w:r>
      <w:r>
        <w:t>May Allah give you a very long life so that you can keep sharing this endless wisdom with us for many years to come.</w:t>
      </w:r>
    </w:p>
    <w:p>
      <w:pPr>
        <w:jc w:val="right"/>
      </w:pPr>
      <w:r>
        <w:t>May Allah give you a very long life so that you can keep sharing this endless wisdom with us for many years to come.</w:t>
      </w:r>
    </w:p>
    <w:p>
      <w:r>
        <w:rPr>
          <w:b/>
        </w:rPr>
        <w:t xml:space="preserve">[1:00:58] </w:t>
      </w:r>
      <w:r>
        <w:t>I want to increase un ka phir sawal hai, maulana. unhon ne likha hai: "I want to increase my knowledge and wisdom many folds. What do you suggest should I do to be able to achieve it?"</w:t>
      </w:r>
    </w:p>
    <w:p>
      <w:pPr>
        <w:jc w:val="right"/>
      </w:pPr>
      <w:r>
        <w:t>I want to increase उनका फिर सवाल है, मौलाना। उन्होंने लिखा है: "I want to increase my knowledge and wisdom many folds. What do you suggest should I do to be able to achieve it?"</w:t>
      </w:r>
    </w:p>
    <w:p>
      <w:r>
        <w:rPr>
          <w:b/>
        </w:rPr>
        <w:t xml:space="preserve">[1:01:17] </w:t>
      </w:r>
      <w:r>
        <w:t>maine bhi duaen kar ke parha hai. aap bhi dua kar ke parhiye. mein sirf ek qissa bata sakta hoon ke ibn taimiyah islam ki tareekh ke bohat bare aalim thay.</w:t>
      </w:r>
    </w:p>
    <w:p>
      <w:pPr>
        <w:jc w:val="right"/>
      </w:pPr>
      <w:r>
        <w:t>میں نے بھی دعائیں کر کے پڑھا ہے۔ آپ بھی دعا کر کے پڑھیے۔ میں صرف ایک قصہ بتا سکتا ہوں کہ ابن تیمیہ اسلام کی تاریخ کے بہت بڑے عالم تھے۔</w:t>
      </w:r>
    </w:p>
    <w:p>
      <w:r>
        <w:rPr>
          <w:b/>
        </w:rPr>
        <w:t xml:space="preserve">[1:01:33] </w:t>
      </w:r>
      <w:r>
        <w:t>to un ke bare mein aata hai ke quran mein koi ayat un ki samajh mein nahi aa rahi thi. to jungle mein chale gaye aur wuzu kar ke do rakat dua parhi.</w:t>
      </w:r>
    </w:p>
    <w:p>
      <w:pPr>
        <w:jc w:val="right"/>
      </w:pPr>
      <w:r>
        <w:t>تو ان کے بارے میں آتا ہے کہ قرآن میں کوئی آیت ان کی سمجھ میں نہیں آ رہی تھی۔ تو جنگل میں چلے گئے اور وضو کر کے دو رکعت دعا پڑھی۔</w:t>
      </w:r>
    </w:p>
    <w:p>
      <w:r>
        <w:rPr>
          <w:b/>
        </w:rPr>
        <w:t xml:space="preserve">[1:01:45] </w:t>
      </w:r>
      <w:r>
        <w:t>aur dua kiya ke ya muallimi ibrahim allimni yahi mein karta rahunga hamesha.</w:t>
      </w:r>
    </w:p>
    <w:p>
      <w:pPr>
        <w:jc w:val="right"/>
      </w:pPr>
      <w:r>
        <w:t>اور دعا کیا کہ يَا مُعَلَّمَىٰ اِبْرَاهِيمْ عَلِّمْنِي یہی میں کرتا رہوں گا ہمیشہ۔</w:t>
      </w:r>
    </w:p>
    <w:p>
      <w:r>
        <w:rPr>
          <w:b/>
        </w:rPr>
        <w:t xml:space="preserve">[1:01:55] </w:t>
      </w:r>
      <w:r>
        <w:t>aap bhi kijiye. sab ke liye darwaza khula hua hai.</w:t>
      </w:r>
    </w:p>
    <w:p>
      <w:pPr>
        <w:jc w:val="right"/>
      </w:pPr>
      <w:r>
        <w:t>آپ بھی کیجیے۔ سب کے لیے دروازہ کھلا ہوا ہے۔</w:t>
      </w:r>
    </w:p>
    <w:p>
      <w:r>
        <w:rPr>
          <w:b/>
        </w:rPr>
        <w:t xml:space="preserve">[1:02:08] </w:t>
      </w:r>
      <w:r>
        <w:t>dr. vikar alam ne new york se comment bheja hai. unhone likha hai: "moulana saab, you are the only one who sees the future need of this world is in peace</w:t>
      </w:r>
    </w:p>
    <w:p>
      <w:pPr>
        <w:jc w:val="right"/>
      </w:pPr>
      <w:r>
        <w:t>डॉ. विकार आलम ने न्यूयॉर्क से comment भेजा है। उन्होंने लिखा है: "Moulana saab, you are the only one who sees the future need of this world is in peace</w:t>
      </w:r>
    </w:p>
    <w:p>
      <w:r>
        <w:rPr>
          <w:b/>
        </w:rPr>
        <w:t xml:space="preserve">[1:02:20] </w:t>
      </w:r>
      <w:r>
        <w:t>. i pray that your thoughts get to the ears of this world. your message of peace for the muslim world is the only way out for them to successfully take the message of allah to the rest of this world and fulfill their responsibility." miss hina manzoor ne kashmir se likha hai: "beautiful lecture, maulana sahab</w:t>
      </w:r>
    </w:p>
    <w:p>
      <w:pPr>
        <w:jc w:val="right"/>
      </w:pPr>
      <w:r>
        <w:t>. I pray that your thoughts get to the ears of this world. Your message of peace for the Muslim world is the only way out for them to successfully take the message of Allah to the rest of this world and fulfill their responsibility." मिस हिना मंजूर ने कश्मीर से लिखा है: "Beautiful lecture, मौलाना साहब</w:t>
      </w:r>
    </w:p>
    <w:p>
      <w:r>
        <w:rPr>
          <w:b/>
        </w:rPr>
        <w:t xml:space="preserve">[1:02:43] </w:t>
      </w:r>
      <w:r>
        <w:t>. in today's world, we are so much involved in issues like hatred and enmity towards each other. but when we start to live our life according to the teachings of qur'an,</w:t>
      </w:r>
    </w:p>
    <w:p>
      <w:pPr>
        <w:jc w:val="right"/>
      </w:pPr>
      <w:r>
        <w:t>. In today's world, we are so much involved in issues like hatred and enmity towards each other. But when we start to live our life according to the teachings of Qur'an,</w:t>
      </w:r>
    </w:p>
    <w:p>
      <w:r>
        <w:rPr>
          <w:b/>
        </w:rPr>
        <w:t xml:space="preserve">[1:02:56] </w:t>
      </w:r>
      <w:r>
        <w:t>this world will become a beautiful place to live in. allah hum sab ko taufeeq de aman ke rastay par chalne ki." dr.</w:t>
      </w:r>
    </w:p>
    <w:p>
      <w:pPr>
        <w:jc w:val="right"/>
      </w:pPr>
      <w:r>
        <w:t>this world will become a beautiful place to live in. अल्लाह हम सबको तौफीक दे अमन के रास्ते पर चलने की।" डॉ.</w:t>
      </w:r>
    </w:p>
    <w:p>
      <w:r>
        <w:rPr>
          <w:b/>
        </w:rPr>
        <w:t xml:space="preserve">[1:03:06] </w:t>
      </w:r>
      <w:r>
        <w:t>safeena tabassum ne saharanpur se likha hai: "this lecture gives us so much positive energy</w:t>
      </w:r>
    </w:p>
    <w:p>
      <w:pPr>
        <w:jc w:val="right"/>
      </w:pPr>
      <w:r>
        <w:t>सफीना तबस्सुम ने सहारनपुर से लिखा है: "This lecture gives us so much positive energy</w:t>
      </w:r>
    </w:p>
    <w:p>
      <w:r>
        <w:rPr>
          <w:b/>
        </w:rPr>
        <w:t xml:space="preserve">[1:03:13] </w:t>
      </w:r>
      <w:r>
        <w:t>. we have all the opportunities and there is no hindrance. we all need to shed off our unawareness.</w:t>
      </w:r>
    </w:p>
    <w:p>
      <w:pPr>
        <w:jc w:val="right"/>
      </w:pPr>
      <w:r>
        <w:t>. We have all the opportunities and there is no hindrance. We all need to shed off our unawareness.</w:t>
      </w:r>
    </w:p>
    <w:p>
      <w:r>
        <w:rPr>
          <w:b/>
        </w:rPr>
        <w:t xml:space="preserve">[1:03:21] </w:t>
      </w:r>
      <w:r>
        <w:t>this is so good. jazaak allah maulana sahab for sharing your thought with us</w:t>
      </w:r>
    </w:p>
    <w:p>
      <w:pPr>
        <w:jc w:val="right"/>
      </w:pPr>
      <w:r>
        <w:t>This is so good. جزاک اللہ مولانا صاحب for sharing your thought with us</w:t>
      </w:r>
    </w:p>
    <w:p>
      <w:r>
        <w:rPr>
          <w:b/>
        </w:rPr>
        <w:t xml:space="preserve">[1:03:27] </w:t>
      </w:r>
      <w:r>
        <w:t>." ab dekhiye, yeh doctor sakina ke walid sahab, doctor aslam, wahan gaye, misr gaye, azhar mein gaye.</w:t>
      </w:r>
    </w:p>
    <w:p>
      <w:pPr>
        <w:jc w:val="right"/>
      </w:pPr>
      <w:r>
        <w:t>." اب دیکھیے، یہ ڈاکٹر سکینہ کے والد صاحب، ڈاکٹر اسلم، وہاں گئے، مصر گئے، ازہر میں گئے۔</w:t>
      </w:r>
    </w:p>
    <w:p>
      <w:r>
        <w:rPr>
          <w:b/>
        </w:rPr>
        <w:t xml:space="preserve">[1:03:40] </w:t>
      </w:r>
      <w:r>
        <w:t>woh aap jante hain ke azhar toh arbon ki duniya hai, arab log wahan par chhaye rehte hain.</w:t>
      </w:r>
    </w:p>
    <w:p>
      <w:pPr>
        <w:jc w:val="right"/>
      </w:pPr>
      <w:r>
        <w:t>وہ آپ جانتے ہیں کہ ازہر تو عربوں کی دنیا ہے، عرب لوگ وہاں پر چھائے رہتے ہیں۔</w:t>
      </w:r>
    </w:p>
    <w:p>
      <w:r>
        <w:rPr>
          <w:b/>
        </w:rPr>
        <w:t xml:space="preserve">[1:03:51] </w:t>
      </w:r>
      <w:r>
        <w:t>toh doctor aslam sahab urdu, hindi, english toh jante hain lekin arabi nahi jante. aur wahan sab arabi bolne wale, unhone wahan dhoom macha di, dhoom macha di.</w:t>
      </w:r>
    </w:p>
    <w:p>
      <w:pPr>
        <w:jc w:val="right"/>
      </w:pPr>
      <w:r>
        <w:t>تو ڈاکٹر اسلم صاحب اردو، ہندی، انگلش تو جانتے ہیں لیکن عربی نہیں جانتے۔ اور وہاں سب عربی بولنے والے، انہوں نے وہاں دھوم مچا دی، دھوم مچا دی۔</w:t>
      </w:r>
    </w:p>
    <w:p>
      <w:r>
        <w:rPr>
          <w:b/>
        </w:rPr>
        <w:t xml:space="preserve">[1:04:04] </w:t>
      </w:r>
      <w:r>
        <w:t>wahan par aisa zamana aaya hai, is zamane mein koi rukawat nahi, kuch nahi.</w:t>
      </w:r>
    </w:p>
    <w:p>
      <w:pPr>
        <w:jc w:val="right"/>
      </w:pPr>
      <w:r>
        <w:t>وہاں پر ایسا زمانہ آیا ہے، اس زمانے میں کوئی رکاوٹ نہیں، کچھ نہیں۔</w:t>
      </w:r>
    </w:p>
    <w:p>
      <w:r>
        <w:rPr>
          <w:b/>
        </w:rPr>
        <w:t xml:space="preserve">[1:04:14] </w:t>
      </w:r>
      <w:r>
        <w:t>apni aqal ko istemal kijiye aur jahan chahein dhoom macha dijiye. doctor aslam ne ja kar al-azhar mein dhoom macha di. aap bhi jahan chahein wahan dhoom macha dijiye, sirf nafrat dil mein na ho.</w:t>
      </w:r>
    </w:p>
    <w:p>
      <w:pPr>
        <w:jc w:val="right"/>
      </w:pPr>
      <w:r>
        <w:t>اپنی عقل کو استعمال کیجیے اور جہاں چاہیں دھوم مچا دیجیے۔ ڈاکٹر اسلم نے جا کر الازہر میں دھوم مچا دی۔ آپ بھی جہاں چاہیں وہاں دھوم مچا دیجیے، صرف نفرت دل میں نہ ہو۔</w:t>
      </w:r>
    </w:p>
    <w:p>
      <w:r>
        <w:rPr>
          <w:b/>
        </w:rPr>
        <w:t xml:space="preserve">[1:04:31] </w:t>
      </w:r>
      <w:r>
        <w:t>patthar marna chhod dein, bam chalana chhod dein. har jagah aap taqat hain, har jagah aap taqat hain, har jagah aap taqat hain.</w:t>
      </w:r>
    </w:p>
    <w:p>
      <w:pPr>
        <w:jc w:val="right"/>
      </w:pPr>
      <w:r>
        <w:t>پتھر مارنا چھوڑ دیں، بم چلانا چھوڑ دیں۔ ہر جگہ آپ طاقت ہیں، ہر جگہ آپ طاقت ہیں، ہر جگہ آپ طاقت ہیں۔</w:t>
      </w:r>
    </w:p>
    <w:p>
      <w:r>
        <w:rPr>
          <w:b/>
        </w:rPr>
        <w:t xml:space="preserve">[1:04:44] </w:t>
      </w:r>
      <w:r>
        <w:t>is se pehle woh london gaye the, wahan bhi dhoom macha di. toh koi cheez wahan rukawat nahi hai, kuch bhi nahi.</w:t>
      </w:r>
    </w:p>
    <w:p>
      <w:pPr>
        <w:jc w:val="right"/>
      </w:pPr>
      <w:r>
        <w:t>اس سے پہلے وہ لندن گئے تھے، وہاں بھی دھوم مچا دی۔ تو کوئی چیز وہاں رکاوٹ نہیں ہے، کچھ بھی نہیں۔</w:t>
      </w:r>
    </w:p>
    <w:p>
      <w:r>
        <w:rPr>
          <w:b/>
        </w:rPr>
        <w:t xml:space="preserve">[1:04:53] </w:t>
      </w:r>
      <w:r>
        <w:t>aap ke dil mein hate na ho, aap ke dil mein allah ki mohabbat ho, insaan ki mohabbat ho, bas yeh kafi hai.</w:t>
      </w:r>
    </w:p>
    <w:p>
      <w:pPr>
        <w:jc w:val="right"/>
      </w:pPr>
      <w:r>
        <w:t>آپ کے دل میں ہیٹ نہ ہو، آپ کے دل میں اللہ کی محبت ہو، انسان کی محبت ہو، بس یہ کافی ہے۔</w:t>
      </w:r>
    </w:p>
    <w:p>
      <w:r>
        <w:rPr>
          <w:b/>
        </w:rPr>
        <w:t xml:space="preserve">[1:05:08] </w:t>
      </w:r>
      <w:r>
        <w:t>maulana, agla sawal dhampur se mehtab ahmad sahab ne kiya hai. unhone likha hai: "moulana saab, replanning is the best formula to success</w:t>
      </w:r>
    </w:p>
    <w:p>
      <w:pPr>
        <w:jc w:val="right"/>
      </w:pPr>
      <w:r>
        <w:t>मौलाना, अगला सवाल धामपुर से मेहताब अहमद साहब ने किया है। उन्होंने लिखा है: "Moulana saab, replanning is the best formula to success</w:t>
      </w:r>
    </w:p>
    <w:p>
      <w:r>
        <w:rPr>
          <w:b/>
        </w:rPr>
        <w:t xml:space="preserve">[1:05:19] </w:t>
      </w:r>
      <w:r>
        <w:t>. you are absolutely right. my question is: our leaders and ulema are complaining and making new issues every day for the government.</w:t>
      </w:r>
    </w:p>
    <w:p>
      <w:pPr>
        <w:jc w:val="right"/>
      </w:pPr>
      <w:r>
        <w:t>. You are absolutelyright. My question is: our leaders and ulema are complaining and making new issues every day for the government.</w:t>
      </w:r>
    </w:p>
    <w:p>
      <w:r>
        <w:rPr>
          <w:b/>
        </w:rPr>
        <w:t xml:space="preserve">[1:05:31] </w:t>
      </w:r>
      <w:r>
        <w:t>is it right or wrong as per islamic teaching? what is your opinion on this?"</w:t>
      </w:r>
    </w:p>
    <w:p>
      <w:pPr>
        <w:jc w:val="right"/>
      </w:pPr>
      <w:r>
        <w:t>Is itright or wrong as per Islamic teaching? What is your opinion on this?"</w:t>
      </w:r>
    </w:p>
    <w:p>
      <w:r>
        <w:rPr>
          <w:b/>
        </w:rPr>
        <w:t xml:space="preserve">[1:05:38] </w:t>
      </w:r>
      <w:r>
        <w:t>rang nahi hai, yeh blending hai, blender, blender. rang ka dard toh halka hai, yeh sab blender hai, blender.</w:t>
      </w:r>
    </w:p>
    <w:p>
      <w:pPr>
        <w:jc w:val="right"/>
      </w:pPr>
      <w:r>
        <w:t>رنگ نہیں ہے، یہ بلینڈنگ ہے، بلینڈر، بلینڈر۔ رنگ کا درد تو ہلکا ہے، یہ سب بلینڈر ہے، بلینڈر۔</w:t>
      </w:r>
    </w:p>
    <w:p>
      <w:r>
        <w:rPr>
          <w:b/>
        </w:rPr>
        <w:t xml:space="preserve">[1:05:53] </w:t>
      </w:r>
      <w:r>
        <w:t>these people are living in darkness.</w:t>
      </w:r>
    </w:p>
    <w:p>
      <w:pPr>
        <w:jc w:val="right"/>
      </w:pPr>
      <w:r>
        <w:t>These people are living in darkness.</w:t>
      </w:r>
    </w:p>
    <w:p>
      <w:r>
        <w:rPr>
          <w:b/>
        </w:rPr>
        <w:t xml:space="preserve">[1:06:00] </w:t>
      </w:r>
      <w:r>
        <w:t>Maulana, aap isko blunder kyu keh rahe hain? Iski kya wajah hai? Isi bekhabari ki aakhri had hai. Blunder is liye ke woh qaid barg khade hue hain,</w:t>
      </w:r>
    </w:p>
    <w:p>
      <w:pPr>
        <w:jc w:val="right"/>
      </w:pPr>
      <w:r>
        <w:t>मौलाना, आप इसको ब्लेंडर क्यों कह रहे हैं? इसकी क्या वजह है? اسی بے خبری کی آخری حد ہے۔ بلینڈر اس لیے کہ وہ قائد برگ کھڑے ہوئے ہیں،</w:t>
      </w:r>
    </w:p>
    <w:p>
      <w:r>
        <w:rPr>
          <w:b/>
        </w:rPr>
        <w:t xml:space="preserve">[1:06:14] </w:t>
      </w:r>
      <w:r>
        <w:t>unke akhbaron mein unki baatein qaid ke taur par chapti hain aur kehte hain ulti baatein.</w:t>
      </w:r>
    </w:p>
    <w:p>
      <w:pPr>
        <w:jc w:val="right"/>
      </w:pPr>
      <w:r>
        <w:t>ان کے اخباروں میں ان کی باتیں قائد کے طور پر چھپتی ہیں اور کہتے ہیں الٹی باتیں۔</w:t>
      </w:r>
    </w:p>
    <w:p>
      <w:r>
        <w:rPr>
          <w:b/>
        </w:rPr>
        <w:t xml:space="preserve">[1:06:28] </w:t>
      </w:r>
      <w:r>
        <w:t>yeh qur'an ka naam lete hain aur qur'an ko jante hi nahi, qur'an mein kya hai.</w:t>
      </w:r>
    </w:p>
    <w:p>
      <w:pPr>
        <w:jc w:val="right"/>
      </w:pPr>
      <w:r>
        <w:t>یہ قرآن کا نام لیتے ہیں اور قرآن کو جانتے ہی نہیں، قرآن میں کیا ہے۔</w:t>
      </w:r>
    </w:p>
    <w:p>
      <w:r>
        <w:rPr>
          <w:b/>
        </w:rPr>
        <w:t xml:space="preserve">[1:06:38] </w:t>
      </w:r>
      <w:r>
        <w:t>aap mujhe bataiye ke saare musalman west se nafrat karte hain, mujhe bataiye qur'an mein kahan likha hua hai?</w:t>
      </w:r>
    </w:p>
    <w:p>
      <w:pPr>
        <w:jc w:val="right"/>
      </w:pPr>
      <w:r>
        <w:t>آپ مجھے بتائیے کہ سارے مسلمان ویسٹ سے نفرت کرتے ہیں، مجھے بتائیے قرآن میں کہاں لکھا ہوا ہے؟</w:t>
      </w:r>
    </w:p>
    <w:p>
      <w:r>
        <w:rPr>
          <w:b/>
        </w:rPr>
        <w:t xml:space="preserve">[1:06:48] </w:t>
      </w:r>
      <w:r>
        <w:t>Westophobia mein har musalman mubtala hai. To yeh kahan, kis aayat se nikalta hai yeh?</w:t>
      </w:r>
    </w:p>
    <w:p>
      <w:pPr>
        <w:jc w:val="right"/>
      </w:pPr>
      <w:r>
        <w:t>ویسٹو فوبیا میں ہر مسلمان مبتلا ہے۔ تو یہ کہاں، کس آیت سے نکلتا ہے یہ؟</w:t>
      </w:r>
    </w:p>
    <w:p>
      <w:r>
        <w:rPr>
          <w:b/>
        </w:rPr>
        <w:t xml:space="preserve">[1:07:00] </w:t>
      </w:r>
      <w:r>
        <w:t>to mein to kahunga ke yeh log jo hain na quran ko jante, na zamane ko jante. quran se bekhabar, zamane se bekhabar.</w:t>
      </w:r>
    </w:p>
    <w:p>
      <w:pPr>
        <w:jc w:val="right"/>
      </w:pPr>
      <w:r>
        <w:t>تو میں تو کہوں گا کہ یہ لوگ جو ہیں نہ قرآن کو جانتے، نہ زمانے کو جانتے۔ قرآن سے بے خبر، زمانے سے بے خبر۔</w:t>
      </w:r>
    </w:p>
    <w:p>
      <w:r>
        <w:rPr>
          <w:b/>
        </w:rPr>
        <w:t xml:space="preserve">[1:07:17] </w:t>
      </w:r>
      <w:r>
        <w:t>maulana, agla sawal bheja hai.</w:t>
      </w:r>
    </w:p>
    <w:p>
      <w:pPr>
        <w:jc w:val="right"/>
      </w:pPr>
      <w:r>
        <w:t>मौलाना, अगला सवाल भेजा है।</w:t>
      </w:r>
    </w:p>
    <w:p>
      <w:r>
        <w:rPr>
          <w:b/>
        </w:rPr>
        <w:t xml:space="preserve">[1:07:23] </w:t>
      </w:r>
      <w:r>
        <w:t>maulana farad ahmad umri sahib ne dilli se, unhone likha hai: "moulana, there is a hadith reported by ubaidullah bin mohsin al ansari in tirmidhi.</w:t>
      </w:r>
    </w:p>
    <w:p>
      <w:pPr>
        <w:jc w:val="right"/>
      </w:pPr>
      <w:r>
        <w:t>मौलाना फराद अहमद उमरी साहब ने दिल्ली से, उन्होंने लिखा है: "Moulana, there is a hadith reported by عبیداللہ بن محسن الانصاری in الترمذی.</w:t>
      </w:r>
    </w:p>
    <w:p>
      <w:r>
        <w:rPr>
          <w:b/>
        </w:rPr>
        <w:t xml:space="preserve">[1:07:37] </w:t>
      </w:r>
      <w:r>
        <w:t>the prophet had said: 'who soever begins the day feeling peace, security, and good health, and possesses provision for his day, is as though he possesses the whole world.'</w:t>
      </w:r>
    </w:p>
    <w:p>
      <w:pPr>
        <w:jc w:val="right"/>
      </w:pPr>
      <w:r>
        <w:t>The Prophet had said: 'Who soever begins the day feeling peace, security, and good health, and possesses provision for his day, is as though he possesses the whole world.'</w:t>
      </w:r>
    </w:p>
    <w:p>
      <w:r>
        <w:rPr>
          <w:b/>
        </w:rPr>
        <w:t xml:space="preserve">[1:07:52] </w:t>
      </w:r>
      <w:r>
        <w:t>according to this hadith, living in peace and having opportunity is like having the whole world.' moulana, what is your comment to this hadith?</w:t>
      </w:r>
    </w:p>
    <w:p>
      <w:pPr>
        <w:jc w:val="right"/>
      </w:pPr>
      <w:r>
        <w:t>According to this hadith, living in peace and having opportunity is like having the whole world.' मौलाना, what is your comment to this hadith?</w:t>
      </w:r>
    </w:p>
    <w:p>
      <w:r>
        <w:rPr>
          <w:b/>
        </w:rPr>
        <w:t xml:space="preserve">[1:08:04] </w:t>
      </w:r>
      <w:r>
        <w:t>is hadith ko aur short kar ke bataunga, short ke agar aap subah subah uthein aur aap ke ek aur hadith mein ek hi lafz aaya hai, ek aur hadith mein ke subah ko uthein aur aap ke dil mein kisi ka nafrat na ho to sab kuch aap ke paas hai.</w:t>
      </w:r>
    </w:p>
    <w:p>
      <w:pPr>
        <w:jc w:val="right"/>
      </w:pPr>
      <w:r>
        <w:t>اس حدیث کو اور شارٹ کر کے بتاؤں گا، شارٹ کہ اگر آپ صبح صبح اٹھیں اور آپ کے ایک اور حدیث میں ایک ہی لفظ آیا ہے، ایک اور حدیث میں کہ صبح کو اٹھیں اور آپ کے دل میں کسی کا نفرت نہ ہو تو سب کچھ آپ کے پاس ہے۔</w:t>
      </w:r>
    </w:p>
    <w:p>
      <w:r>
        <w:rPr>
          <w:b/>
        </w:rPr>
        <w:t xml:space="preserve">[1:08:26] </w:t>
      </w:r>
      <w:r>
        <w:t>kyunke nafrat nahi hai to aap replanning karenge, apni opportunity ka avail karenge.</w:t>
      </w:r>
    </w:p>
    <w:p>
      <w:pPr>
        <w:jc w:val="right"/>
      </w:pPr>
      <w:r>
        <w:t>کیونکہ نفرت نہیں ہے تو آپ ری پلاننگ کریں گے، اپنی اپرچونیٹی کا اویل کریں گے۔</w:t>
      </w:r>
    </w:p>
    <w:p>
      <w:r>
        <w:rPr>
          <w:b/>
        </w:rPr>
        <w:t xml:space="preserve">[1:08:36] </w:t>
      </w:r>
      <w:r>
        <w:t>sara burai jo hai, nafrat se aati hai, nafrat se sari burai.</w:t>
      </w:r>
    </w:p>
    <w:p>
      <w:pPr>
        <w:jc w:val="right"/>
      </w:pPr>
      <w:r>
        <w:t>سارا برائی جو ہے، نفرت سے آتی ہے، نفرت سے ساری برائی۔</w:t>
      </w:r>
    </w:p>
    <w:p>
      <w:r>
        <w:rPr>
          <w:b/>
        </w:rPr>
        <w:t xml:space="preserve">[1:08:45] </w:t>
      </w:r>
      <w:r>
        <w:t>logon ki in se nafrat, in se nafrat, sab nafraton mein jee rahe hain log. to unki planning apne beta beti ke liye chalti hai, duniya ke liye nahi chalti.</w:t>
      </w:r>
    </w:p>
    <w:p>
      <w:pPr>
        <w:jc w:val="right"/>
      </w:pPr>
      <w:r>
        <w:t>لوگوں کی ان سے نفرت، ان سے نفرت، سب نفرتوں میں جی رہے ہیں لوگ۔ تو ان کی پلاننگ اپنے بیٹا بیٹی کے لیے چلتی ہے، دنیا کے لیے نہیں چلتی۔</w:t>
      </w:r>
    </w:p>
    <w:p>
      <w:r>
        <w:rPr>
          <w:b/>
        </w:rPr>
        <w:t xml:space="preserve">[1:08:58] </w:t>
      </w:r>
      <w:r>
        <w:t>jisko dekhiye, apna beta beti ke liye master planner hai, planner hai. jisko dekhiye, apne beta beti ke liye woh master planner hai, planner hai.</w:t>
      </w:r>
    </w:p>
    <w:p>
      <w:pPr>
        <w:jc w:val="right"/>
      </w:pPr>
      <w:r>
        <w:t>جس کو دیکھیے، اپنا بیٹا بیٹی کے لیے ماسٹر پلانر ہے، پلانر ہے۔ جس کو دیکھیے، اپنے بیٹا بیٹی کے لیے وہ ماسٹر پلانر ہے، پلانر ہے۔</w:t>
      </w:r>
    </w:p>
    <w:p>
      <w:r>
        <w:rPr>
          <w:b/>
        </w:rPr>
        <w:t xml:space="preserve">[1:09:10] </w:t>
      </w:r>
      <w:r>
        <w:t>lekin baqi duniya ke liye woh kuch nahi hai.</w:t>
      </w:r>
    </w:p>
    <w:p>
      <w:pPr>
        <w:jc w:val="right"/>
      </w:pPr>
      <w:r>
        <w:t>لیکن بقیہ دنیا کے لیے وہ کچھ نہیں ہے۔</w:t>
      </w:r>
    </w:p>
    <w:p>
      <w:r>
        <w:rPr>
          <w:b/>
        </w:rPr>
        <w:t xml:space="preserve">[1:09:16] </w:t>
      </w:r>
      <w:r>
        <w:t>maulana, agla sawal bheja hai mohammad bilal shafi sahib ne itanagar, arunachal pradesh se. unhone likha hai: "moulana, what is the reason for unawareness?</w:t>
      </w:r>
    </w:p>
    <w:p>
      <w:pPr>
        <w:jc w:val="right"/>
      </w:pPr>
      <w:r>
        <w:t>मौलाना, अगला सवाल भेजा है मोहम्मद बिलाल शफी साहब ने ईटानगर, अरुणाचल प्रदेश से। उन्होंने लिखा है: "Moulana, what is the reason for unawareness?</w:t>
      </w:r>
    </w:p>
    <w:p>
      <w:r>
        <w:rPr>
          <w:b/>
        </w:rPr>
        <w:t xml:space="preserve">[1:09:29] </w:t>
      </w:r>
      <w:r>
        <w:t>even people with various kinds of educational degrees seem to be unaware. so what is the reason behind this?</w:t>
      </w:r>
    </w:p>
    <w:p>
      <w:pPr>
        <w:jc w:val="right"/>
      </w:pPr>
      <w:r>
        <w:t>Even people with various kinds of educational degrees seem to be unaware. So what is the reason behind this?</w:t>
      </w:r>
    </w:p>
    <w:p>
      <w:r>
        <w:rPr>
          <w:b/>
        </w:rPr>
        <w:t xml:space="preserve">[1:09:38] </w:t>
      </w:r>
      <w:r>
        <w:t>can it be attributed to anyone's shortcoming?"</w:t>
      </w:r>
    </w:p>
    <w:p>
      <w:pPr>
        <w:jc w:val="right"/>
      </w:pPr>
      <w:r>
        <w:t>Can it be attributed to anyone's shortcoming?"</w:t>
      </w:r>
    </w:p>
    <w:p>
      <w:r>
        <w:rPr>
          <w:b/>
        </w:rPr>
        <w:t xml:space="preserve">[1:09:52] </w:t>
      </w:r>
      <w:r>
        <w:t>bhai sahib, koi ek cheez bataiye. maulana, kya iska karan yeh bhi ho sakta hai ke objective thinking nahi hai logon ke andar?</w:t>
      </w:r>
    </w:p>
    <w:p>
      <w:pPr>
        <w:jc w:val="right"/>
      </w:pPr>
      <w:r>
        <w:t>بھائی صاحب، کوئی ایک چیز بتائیے۔ मौलाना, क्या इसका कारण यह भी हो सकता है कि ऑब्जेक्टिव थिंकिंग नहीं है लोगों के अंदर?</w:t>
      </w:r>
    </w:p>
    <w:p>
      <w:r>
        <w:rPr>
          <w:b/>
        </w:rPr>
        <w:t xml:space="preserve">[1:10:00] </w:t>
      </w:r>
      <w:r>
        <w:t>jaise ke aapne starting mein bhi kaha ke face value par log lete hain, to isiliye unki unawareness nahi toot paati hai. theek baat hai, sahi baat hai, sahi baat hai.</w:t>
      </w:r>
    </w:p>
    <w:p>
      <w:pPr>
        <w:jc w:val="right"/>
      </w:pPr>
      <w:r>
        <w:t>जैसे कि आपने स्टार्टिंग में भी कहा कि फेस वैल्यू पर लोग लेते हैं, तो इसीलिए उनकी अनअवेयरनेस नहीं टूट पाती है। ٹھیک بات ہے، صحیح بات ہے، صحیح بات ہے۔</w:t>
      </w:r>
    </w:p>
    <w:p>
      <w:r>
        <w:rPr>
          <w:b/>
        </w:rPr>
        <w:t xml:space="preserve">[1:10:16] </w:t>
      </w:r>
      <w:r>
        <w:t>maulana, agla sawal javed hayat sahib ne mumbai se kiya hai. unhone likha hai ke maulana, ek sahib jinka talluq kabhi jamaat islami se tha, abhi aapke kafi mutassir ho gaye hain,</w:t>
      </w:r>
    </w:p>
    <w:p>
      <w:pPr>
        <w:jc w:val="right"/>
      </w:pPr>
      <w:r>
        <w:t>मौलाना, अगला सवाल जावेद हयात साहब ने मुंबई से किया है। उन्होंने लिखा है कि मौलाना, एक साहब जिनका ताल्लुक कभी जमात इस्लामी से था, अभी आपके काफी मुतस्सिर हो गए हैं,</w:t>
      </w:r>
    </w:p>
    <w:p>
      <w:r>
        <w:rPr>
          <w:b/>
        </w:rPr>
        <w:t xml:space="preserve">[1:10:30] </w:t>
      </w:r>
      <w:r>
        <w:t>aapse kafi mutassir ho gaye hain. aapse janna chahte hain ke rasool allah ne abu sufyan ke israr ke bawajood hudaybiya treaty ki tajdeed kyun nahi ki?</w:t>
      </w:r>
    </w:p>
    <w:p>
      <w:pPr>
        <w:jc w:val="right"/>
      </w:pPr>
      <w:r>
        <w:t>आपसे काफी मुतस्सिर हो गए हैं। आपसे जानना चाहते हैं कि रसूल अल्लाह ने अबू सूफियन के इसरार के बावजूद हुदेबिया ट्रीटी की تجدید क्यों नहीं की?</w:t>
      </w:r>
    </w:p>
    <w:p>
      <w:r>
        <w:rPr>
          <w:b/>
        </w:rPr>
        <w:t xml:space="preserve">[1:10:43] </w:t>
      </w:r>
      <w:r>
        <w:t>iski kya wajah thi? unse kahiye ke likh ke bhejein, hum alaihi salam mein jawab denge iska. ji.</w:t>
      </w:r>
    </w:p>
    <w:p>
      <w:pPr>
        <w:jc w:val="right"/>
      </w:pPr>
      <w:r>
        <w:t>इसकी क्या वजह थी? ان سے کہیے کہ لکھ کے بھیجیں، ہم علیہ السلام میں جواب دیں گے اس کا۔ जी।</w:t>
      </w:r>
    </w:p>
    <w:p>
      <w:r>
        <w:rPr>
          <w:b/>
        </w:rPr>
        <w:t xml:space="preserve">[1:10:54] </w:t>
      </w:r>
      <w:r>
        <w:t>maulana, agla sawal bengaluru se mr. srinivas krishnan ji ne kiya hai. unhone likha hai: "moulana, i always plan but fail, and this has made me a person with a lot of complexes, like lack of confidence, negativity, and depression.</w:t>
      </w:r>
    </w:p>
    <w:p>
      <w:pPr>
        <w:jc w:val="right"/>
      </w:pPr>
      <w:r>
        <w:t>मौलाना, अगला सवाल बेंगलुरु से मिस्टर श्रीनिवास कृष्णन जी ने किया है। उन्होंने लिखा है: "Moulana, I always plan but fail, and this has made me a person with a lot of complexes, like lack of confidence, negativity, and depression.</w:t>
      </w:r>
    </w:p>
    <w:p>
      <w:r>
        <w:rPr>
          <w:b/>
        </w:rPr>
        <w:t xml:space="preserve">[1:11:12] </w:t>
      </w:r>
      <w:r>
        <w:t>i don't know how can i replan as i keep failing. please give me your advice so i can become a successful person</w:t>
      </w:r>
    </w:p>
    <w:p>
      <w:pPr>
        <w:jc w:val="right"/>
      </w:pPr>
      <w:r>
        <w:t>I don't know how can I replan as I keep failing. Please give me your advice so I can become a successful person</w:t>
      </w:r>
    </w:p>
    <w:p>
      <w:r>
        <w:rPr>
          <w:b/>
        </w:rPr>
        <w:t xml:space="preserve">[1:11:22] </w:t>
      </w:r>
      <w:r>
        <w:t>. my age is twenty years and i have done graduation and i am presently preparing for my competitive exams." dekhiye, isko bahut gaur se suniye aap.</w:t>
      </w:r>
    </w:p>
    <w:p>
      <w:pPr>
        <w:jc w:val="right"/>
      </w:pPr>
      <w:r>
        <w:t>. My age is twenty years and I have done graduation and I am presently preparing for my competitive exams." دیکھیے، اس کو بہت غور سے سنیے آپ۔</w:t>
      </w:r>
    </w:p>
    <w:p>
      <w:r>
        <w:rPr>
          <w:b/>
        </w:rPr>
        <w:t xml:space="preserve">[1:11:37] </w:t>
      </w:r>
      <w:r>
        <w:t>planning do qism ki hai,</w:t>
      </w:r>
    </w:p>
    <w:p>
      <w:pPr>
        <w:jc w:val="right"/>
      </w:pPr>
      <w:r>
        <w:t>پلاننگ دو قسم کی ہے،</w:t>
      </w:r>
    </w:p>
    <w:p>
      <w:r>
        <w:rPr>
          <w:b/>
        </w:rPr>
        <w:t xml:space="preserve">[1:11:42] </w:t>
      </w:r>
      <w:r>
        <w:t>planning do qism ki hai. ek hai mabni par khwahish</w:t>
      </w:r>
    </w:p>
    <w:p>
      <w:pPr>
        <w:jc w:val="right"/>
      </w:pPr>
      <w:r>
        <w:t>پلاننگ دو قسم کی ہے۔ ایک ہے مبنی پر خواہش</w:t>
      </w:r>
    </w:p>
    <w:p>
      <w:r>
        <w:rPr>
          <w:b/>
        </w:rPr>
        <w:t xml:space="preserve">[1:11:53] </w:t>
      </w:r>
      <w:r>
        <w:t>aur ek hai bani par reality.</w:t>
      </w:r>
    </w:p>
    <w:p>
      <w:pPr>
        <w:jc w:val="right"/>
      </w:pPr>
      <w:r>
        <w:t>اور ایک ہے مبنی پر ریلیٹی۔</w:t>
      </w:r>
    </w:p>
    <w:p>
      <w:r>
        <w:rPr>
          <w:b/>
        </w:rPr>
        <w:t xml:space="preserve">[1:12:01] </w:t>
      </w:r>
      <w:r>
        <w:t>to planning woh successfull hoti hai jo bani par fact ho, bani par reality ho. jo khwahish par ho gi, woh kabhi kamyab nahi ho gi.</w:t>
      </w:r>
    </w:p>
    <w:p>
      <w:pPr>
        <w:jc w:val="right"/>
      </w:pPr>
      <w:r>
        <w:t>تو پلاننگ وہ سکسیس فل ہوتی ہے جو مبنی پر فیکٹ ہو، مبنی پر ریلیٹی ہو۔ جو خواہش پر ہو گی، وہ کبھی کامیاب نہیں ہو گی۔</w:t>
      </w:r>
    </w:p>
    <w:p>
      <w:r>
        <w:rPr>
          <w:b/>
        </w:rPr>
        <w:t xml:space="preserve">[1:12:13] </w:t>
      </w:r>
      <w:r>
        <w:t>jaise aap dekhiye,</w:t>
      </w:r>
    </w:p>
    <w:p>
      <w:pPr>
        <w:jc w:val="right"/>
      </w:pPr>
      <w:r>
        <w:t>جیسے آپ دیکھیے،</w:t>
      </w:r>
    </w:p>
    <w:p>
      <w:r>
        <w:rPr>
          <w:b/>
        </w:rPr>
        <w:t xml:space="preserve">[1:12:18] </w:t>
      </w:r>
      <w:r>
        <w:t>falasteen ko lijiye, sari dunya mil kar ke planning kar rahi hai, woh sari dunya is ke sath hai.</w:t>
      </w:r>
    </w:p>
    <w:p>
      <w:pPr>
        <w:jc w:val="right"/>
      </w:pPr>
      <w:r>
        <w:t>فلسطین کو لیجیے، ساری دنیا مل کر کے پلاننگ کر رہی ہے، وہ ساری دنیا اس کے ساتھ ہے۔</w:t>
      </w:r>
    </w:p>
    <w:p>
      <w:r>
        <w:rPr>
          <w:b/>
        </w:rPr>
        <w:t xml:space="preserve">[1:12:28] </w:t>
      </w:r>
      <w:r>
        <w:t>koi dua kar raha hai, koi koi taqreer kar raha hai, koi kitab chhaap raha hai, lekin fail, fail, fail. kyunke right planning nahi hai.</w:t>
      </w:r>
    </w:p>
    <w:p>
      <w:pPr>
        <w:jc w:val="right"/>
      </w:pPr>
      <w:r>
        <w:t>کوئی دعا کر رہا ہے، کوئی کوئی تقریر کر رہا ہے، کوئی کتاب چھاپ رہا ہے، لیکن فیل، فیل، فیل۔ کیونکہ رائٹ پلاننگ نہیں ہے۔</w:t>
      </w:r>
    </w:p>
    <w:p>
      <w:r>
        <w:rPr>
          <w:b/>
        </w:rPr>
        <w:t xml:space="preserve">[1:12:39] </w:t>
      </w:r>
      <w:r>
        <w:t>unki planning is par hai ke poora falasteen ko hum phir se qabza karein, jis tarah ke turkon ke turk abbas ke zamane mein tha.</w:t>
      </w:r>
    </w:p>
    <w:p>
      <w:pPr>
        <w:jc w:val="right"/>
      </w:pPr>
      <w:r>
        <w:t>ان کی پلاننگ اس پر ہے کہ پورا فلسطین کو ہم پھر سے قبضہ کریں، جس طرح کہ ترکوں کے ترک عباس کے زمانے میں تھا۔</w:t>
      </w:r>
    </w:p>
    <w:p>
      <w:r>
        <w:rPr>
          <w:b/>
        </w:rPr>
        <w:t xml:space="preserve">[1:12:49] </w:t>
      </w:r>
      <w:r>
        <w:t>yeh nahi ke jo rest, jo remaining part hai falasteen, is par planning nahi hai. agar falasteen mein planning hoti unki, remaining part of da falasteen par, to aaj bohat taraqqi ho chuki hui hoti.</w:t>
      </w:r>
    </w:p>
    <w:p>
      <w:pPr>
        <w:jc w:val="right"/>
      </w:pPr>
      <w:r>
        <w:t>یہ نہیں کہ جو ریسٹ، جو ریمیننگ پارٹ ہے فلسطین، اس پر پلاننگ نہیں ہے۔ اگر فلسطین میں پلاننگ ہوتی ان کی، ریمیننگ پارٹ آف دا فلسطین پر، تو آج بہت ترقی ہو چکی ہوئی ہوتی۔</w:t>
      </w:r>
    </w:p>
    <w:p>
      <w:r>
        <w:rPr>
          <w:b/>
        </w:rPr>
        <w:t xml:space="preserve">[1:13:07] </w:t>
      </w:r>
      <w:r>
        <w:t>kyunke woh sari planning is par hai ke jo jo part unke paas nahi raha partition ke baad, us ko chheno, us ko qabza karo.</w:t>
      </w:r>
    </w:p>
    <w:p>
      <w:pPr>
        <w:jc w:val="right"/>
      </w:pPr>
      <w:r>
        <w:t>کیونکہ وہ ساری پلاننگ اس پر ہے کہ جو جو پارٹ ان کے پاس نہیں رہا پارٹیشن کے بعد، اس کو چھینو، اس کو قبضہ کرو۔</w:t>
      </w:r>
    </w:p>
    <w:p>
      <w:r>
        <w:rPr>
          <w:b/>
        </w:rPr>
        <w:t xml:space="preserve">[1:13:20] </w:t>
      </w:r>
      <w:r>
        <w:t>is ka naam planning thori hai, yeh to yeh to apni khwahish ke peechhe daudna hai, yeh planning nahi hai.</w:t>
      </w:r>
    </w:p>
    <w:p>
      <w:pPr>
        <w:jc w:val="right"/>
      </w:pPr>
      <w:r>
        <w:t>اس کا نام پلاننگ تھوڑی ہے، یہ تو یہ تو اپنی خواہش کے پیچھے دوڑنا ہے، یہ پلاننگ نہیں ہے۔</w:t>
      </w:r>
    </w:p>
    <w:p>
      <w:r>
        <w:rPr>
          <w:b/>
        </w:rPr>
        <w:t xml:space="preserve">[1:13:32] </w:t>
      </w:r>
      <w:r>
        <w:t>Maulana, agla sawal Delhi se Syed Ahmed Ali sahib ne bheja hai. unhone likha hai: "Moulana saab, earlier Muslims thought reading and reciting Quran is sufficient,</w:t>
      </w:r>
    </w:p>
    <w:p>
      <w:pPr>
        <w:jc w:val="right"/>
      </w:pPr>
      <w:r>
        <w:t>मौलाना, अगला सवाल दिल्ली से सैयद अहमद अली साहब ने भेजा है। उन्होंने लिखा है: "Moulana saab, earlier Muslims thought reading and reciting Quran is sufficient,</w:t>
      </w:r>
    </w:p>
    <w:p>
      <w:r>
        <w:rPr>
          <w:b/>
        </w:rPr>
        <w:t xml:space="preserve">[1:13:46] </w:t>
      </w:r>
      <w:r>
        <w:t>and they felt that they have fulfilled their responsibility towards Quran, while no importance is being given in understanding, reflection, and following of the Quran.</w:t>
      </w:r>
    </w:p>
    <w:p>
      <w:pPr>
        <w:jc w:val="right"/>
      </w:pPr>
      <w:r>
        <w:t>and they felt that they have fulfilled their responsibility towards Quran, while no importance is being given in understanding, reflection, and following of the Quran.</w:t>
      </w:r>
    </w:p>
    <w:p>
      <w:r>
        <w:rPr>
          <w:b/>
        </w:rPr>
        <w:t xml:space="preserve">[1:13:58] </w:t>
      </w:r>
      <w:r>
        <w:t>Today this has become a habit of a lot of Muslims because they have been exposed to one side.</w:t>
      </w:r>
    </w:p>
    <w:p>
      <w:pPr>
        <w:jc w:val="right"/>
      </w:pPr>
      <w:r>
        <w:t>Today this has become a habit of a lot of Muslims because they have been exposed to one side.</w:t>
      </w:r>
    </w:p>
    <w:p>
      <w:r>
        <w:rPr>
          <w:b/>
        </w:rPr>
        <w:t xml:space="preserve">[1:14:07] </w:t>
      </w:r>
      <w:r>
        <w:t>How can we change and improve their state?"</w:t>
      </w:r>
    </w:p>
    <w:p>
      <w:pPr>
        <w:jc w:val="right"/>
      </w:pPr>
      <w:r>
        <w:t>How can we change and improve their state?"</w:t>
      </w:r>
    </w:p>
    <w:p>
      <w:r>
        <w:rPr>
          <w:b/>
        </w:rPr>
        <w:t xml:space="preserve">[1:14:12] </w:t>
      </w:r>
      <w:r>
        <w:t>is sawal ka jawab is ke liye aap hamari tafseer jo hai Tazkirah Quran us ko shuru se aakhir tak ek baar padh daliye, phir sawal kijiye.</w:t>
      </w:r>
    </w:p>
    <w:p>
      <w:pPr>
        <w:jc w:val="right"/>
      </w:pPr>
      <w:r>
        <w:t>اس سوال کا جواب اس کے لیے آپ ہماری تفسیر جو ہے تذکر القرآن اس کو شروع سے آخر تک ایک بار پڑھ ڈالیے، پھر سوال کیجیے۔</w:t>
      </w:r>
    </w:p>
    <w:p>
      <w:r>
        <w:rPr>
          <w:b/>
        </w:rPr>
        <w:t xml:space="preserve">[1:14:24] </w:t>
      </w:r>
      <w:r>
        <w:t>Tazkirah Quran ko shuru se aakhir tak kam az kam ek baar padh daliye aap, phir sawal kijiye. Maulana Asif sahib ne agla sawal kiya hai Kashmir se. unhone aapse poocha hai:</w:t>
      </w:r>
    </w:p>
    <w:p>
      <w:pPr>
        <w:jc w:val="right"/>
      </w:pPr>
      <w:r>
        <w:t>تذکر القرآن کو شروع سے آخر تک کم از کم ایک بار پڑھ ڈالیے آپ، پھر سوال کیجیے۔ मौलाना आसिफ साहब ने अगला सवाल किया है कश्मीर से। उन्होंने आपसे पूछा है:</w:t>
      </w:r>
    </w:p>
    <w:p>
      <w:r>
        <w:rPr>
          <w:b/>
        </w:rPr>
        <w:t xml:space="preserve">[1:14:39] </w:t>
      </w:r>
      <w:r>
        <w:t>"Moulana saab, my question is: how can Muslim ummah be united in the present age</w:t>
      </w:r>
    </w:p>
    <w:p>
      <w:pPr>
        <w:jc w:val="right"/>
      </w:pPr>
      <w:r>
        <w:t>"Moulana saab, my question is: how can Muslim ummah be united in the present age</w:t>
      </w:r>
    </w:p>
    <w:p>
      <w:r>
        <w:rPr>
          <w:b/>
        </w:rPr>
        <w:t xml:space="preserve">[1:14:46] </w:t>
      </w:r>
      <w:r>
        <w:t>"? What is your advice?" dekhiye, yeh sawal hi sahi nahi hai. aap chahte hain ke unite ho jayein sab log, yeh kabhi ho hi nahi sakta.</w:t>
      </w:r>
    </w:p>
    <w:p>
      <w:pPr>
        <w:jc w:val="right"/>
      </w:pPr>
      <w:r>
        <w:t>? What is your advice?" دیکھیے، یہ سوال ہی صحیح نہیں ہے۔ آپ چاہتے ہیں کہ یونائٹ ہو جائیں سب لوگ، یہ کبھی ہو ہی نہیں سکتا۔</w:t>
      </w:r>
    </w:p>
    <w:p>
      <w:r>
        <w:rPr>
          <w:b/>
        </w:rPr>
        <w:t xml:space="preserve">[1:14:57] </w:t>
      </w:r>
      <w:r>
        <w:t>Rasool Allah ke daur mein bhi nahi tha.</w:t>
      </w:r>
    </w:p>
    <w:p>
      <w:pPr>
        <w:jc w:val="right"/>
      </w:pPr>
      <w:r>
        <w:t>رسول اللہ کے دور میں بھی نہیں تھا۔</w:t>
      </w:r>
    </w:p>
    <w:p>
      <w:r>
        <w:rPr>
          <w:b/>
        </w:rPr>
        <w:t xml:space="preserve">[1:15:02] </w:t>
      </w:r>
      <w:r>
        <w:t>difference ke bawajood mil kar kaam karna aur asal cheez hai adjustment. unity nahi hai, unity kabhi hoti hi nahi.</w:t>
      </w:r>
    </w:p>
    <w:p>
      <w:pPr>
        <w:jc w:val="right"/>
      </w:pPr>
      <w:r>
        <w:t>ڈفرنس کے باوجود مل کر کام کرنا اور اصل چیز ہے ایڈجسٹمنٹ۔ یونٹی نہیں ہے، یونٹی کبھی ہوتی ہی نہیں۔</w:t>
      </w:r>
    </w:p>
    <w:p>
      <w:r>
        <w:rPr>
          <w:b/>
        </w:rPr>
        <w:t xml:space="preserve">[1:15:13] </w:t>
      </w:r>
      <w:r>
        <w:t>Hazrat Musa mein, Hazrat Haroon mein nahi thi. unity of thought nahi thi kabhi dunya mein. yaad rakhiye, unity of thought possible hi nahi hai.</w:t>
      </w:r>
    </w:p>
    <w:p>
      <w:pPr>
        <w:jc w:val="right"/>
      </w:pPr>
      <w:r>
        <w:t>حضرت موسیٰ میں، حضرت ہارون میں نہیں تھی۔ یونٹی آف تھاٹ نہیں تھی کبھی دنیا میں۔ یاد رکھیے، یونٹی آف تھاٹ پاسیبل ہی نہیں ہے۔</w:t>
      </w:r>
    </w:p>
    <w:p>
      <w:r>
        <w:rPr>
          <w:b/>
        </w:rPr>
        <w:t xml:space="preserve">[1:15:24] </w:t>
      </w:r>
      <w:r>
        <w:t>adjust passible hai. adjustment</w:t>
      </w:r>
    </w:p>
    <w:p>
      <w:pPr>
        <w:jc w:val="right"/>
      </w:pPr>
      <w:r>
        <w:t>ایڈجسٹر پاسیبل ہے۔ ایڈجسٹمنٹ</w:t>
      </w:r>
    </w:p>
    <w:p>
      <w:r>
        <w:rPr>
          <w:b/>
        </w:rPr>
        <w:t xml:space="preserve">[1:15:30] </w:t>
      </w:r>
      <w:r>
        <w:t>ikhtilaf mein ek hum ne likha tha ek mazmoon. ikhtilaf ke bawajood mutahid hona yeh hai ittehad.</w:t>
      </w:r>
    </w:p>
    <w:p>
      <w:pPr>
        <w:jc w:val="right"/>
      </w:pPr>
      <w:r>
        <w:t>اختلاف میں ایک ہم نے لکھا تھا ایک مضمون۔ اختلاف کے باوجود متحد ہونا یہ ہے اتحاد۔</w:t>
      </w:r>
    </w:p>
    <w:p>
      <w:r>
        <w:rPr>
          <w:b/>
        </w:rPr>
        <w:t xml:space="preserve">[1:15:40] </w:t>
      </w:r>
      <w:r>
        <w:t>ikhtilaf ke bawajood mutahid hona yeh hai ittehad. aap chahte hain ke ikhtilaf khatm ho jaye, yeh to bilkul ghair fitri baat hai, unnatural baat hai.</w:t>
      </w:r>
    </w:p>
    <w:p>
      <w:pPr>
        <w:jc w:val="right"/>
      </w:pPr>
      <w:r>
        <w:t>اختلاف کے باوجود متحد ہونا یہ ہے اتحاد۔ آپ چاہتے ہیں کہ اختلاف ختم ہو جائے، یہ تو بالکل غیر فطری بات ہے، ان نیچرل بات ہے۔</w:t>
      </w:r>
    </w:p>
    <w:p>
      <w:r>
        <w:rPr>
          <w:b/>
        </w:rPr>
        <w:t xml:space="preserve">[1:15:54] </w:t>
      </w:r>
      <w:r>
        <w:t>Maulana Gufran Sheikh sahib nay Mumbai say comment bheja hai.</w:t>
      </w:r>
    </w:p>
    <w:p>
      <w:pPr>
        <w:jc w:val="right"/>
      </w:pPr>
      <w:r>
        <w:t>मौलाना गुफरान शेख साहब ने मुंबई से कमेंट भेजा है।</w:t>
      </w:r>
    </w:p>
    <w:p>
      <w:r>
        <w:rPr>
          <w:b/>
        </w:rPr>
        <w:t xml:space="preserve">[1:15:57] </w:t>
      </w:r>
      <w:r>
        <w:t>unhonay likha hai: "It's a great contribution of the West world that we are watching you live, still</w:t>
      </w:r>
    </w:p>
    <w:p>
      <w:pPr>
        <w:jc w:val="right"/>
      </w:pPr>
      <w:r>
        <w:t>उन्होंने लिखा है: "It's a great contribution of the West world that we are watching you live, still</w:t>
      </w:r>
    </w:p>
    <w:p>
      <w:r>
        <w:rPr>
          <w:b/>
        </w:rPr>
        <w:t xml:space="preserve">[1:16:05] </w:t>
      </w:r>
      <w:r>
        <w:t>we keep blaming them."</w:t>
      </w:r>
    </w:p>
    <w:p>
      <w:pPr>
        <w:jc w:val="right"/>
      </w:pPr>
      <w:r>
        <w:t>we keep blaming them."</w:t>
      </w:r>
    </w:p>
    <w:p>
      <w:r>
        <w:rPr>
          <w:b/>
        </w:rPr>
        <w:t xml:space="preserve">[1:16:08] </w:t>
      </w:r>
      <w:r>
        <w:t>Maulana, agla sawal</w:t>
      </w:r>
    </w:p>
    <w:p>
      <w:pPr>
        <w:jc w:val="right"/>
      </w:pPr>
      <w:r>
        <w:t>मौलाना, अगला सवाल</w:t>
      </w:r>
    </w:p>
    <w:p>
      <w:r>
        <w:rPr>
          <w:b/>
        </w:rPr>
        <w:t xml:space="preserve">[1:16:11] </w:t>
      </w:r>
      <w:r>
        <w:t>Islamabad, Pakistan say Arif Nael sahib nay kiya hai.</w:t>
      </w:r>
    </w:p>
    <w:p>
      <w:pPr>
        <w:jc w:val="right"/>
      </w:pPr>
      <w:r>
        <w:t>इस्लामाबाद, पाकिस्तान से आरिफ नईल साहब ने किया है।</w:t>
      </w:r>
    </w:p>
    <w:p>
      <w:r>
        <w:rPr>
          <w:b/>
        </w:rPr>
        <w:t xml:space="preserve">[1:16:16] </w:t>
      </w:r>
      <w:r>
        <w:t>unhonay aap say poocha hai kay "How to plan when your circumstances</w:t>
      </w:r>
    </w:p>
    <w:p>
      <w:pPr>
        <w:jc w:val="right"/>
      </w:pPr>
      <w:r>
        <w:t>उन्होंने आपसे पूछा है कि "How to plan when your circumstances</w:t>
      </w:r>
    </w:p>
    <w:p>
      <w:r>
        <w:rPr>
          <w:b/>
        </w:rPr>
        <w:t xml:space="preserve">[1:16:21] </w:t>
      </w:r>
      <w:r>
        <w:t>are strictly being governed by rules and regulations?"</w:t>
      </w:r>
    </w:p>
    <w:p>
      <w:pPr>
        <w:jc w:val="right"/>
      </w:pPr>
      <w:r>
        <w:t>are strictly being governed by rules and regulations?</w:t>
      </w:r>
    </w:p>
    <w:p>
      <w:r>
        <w:rPr>
          <w:b/>
        </w:rPr>
        <w:t xml:space="preserve">[1:16:25] </w:t>
      </w:r>
      <w:r>
        <w:t>What is your advice?" kya matlab hai? ke hum aise situation mein kaise plan kar sakte hain jab bohat zyada rules aur regulations restrictive hain nature mein?</w:t>
      </w:r>
    </w:p>
    <w:p>
      <w:pPr>
        <w:jc w:val="right"/>
      </w:pPr>
      <w:r>
        <w:t>What is your advice?" क्या मतलब है? कि हम ऐसे सिचुएशन में कैसे प्लान कर सकते हैं जब बहुत ज्यादा रूल्स और रेगुलेशंस रिस्ट्रिक्टिव हैं नेचर में?</w:t>
      </w:r>
    </w:p>
    <w:p>
      <w:r>
        <w:rPr>
          <w:b/>
        </w:rPr>
        <w:t xml:space="preserve">[1:16:36] </w:t>
      </w:r>
      <w:r>
        <w:t>to us mahaul—haan, misaal yaani—haan, example nahin diya unhonay. Maulana, ye to hawai baat hai. Misaal dijiye aap. Ji,</w:t>
      </w:r>
    </w:p>
    <w:p>
      <w:pPr>
        <w:jc w:val="right"/>
      </w:pPr>
      <w:r>
        <w:t>तो उस माहौल—हां, मिसाल यानी—हां, एग्जांपल नहीं दिया उन्होंने। मौलाना, ये तो हवाई बात है। मिसाल दीजिए आप। जी,</w:t>
      </w:r>
    </w:p>
    <w:p>
      <w:r>
        <w:rPr>
          <w:b/>
        </w:rPr>
        <w:t xml:space="preserve">[1:16:48] </w:t>
      </w:r>
      <w:r>
        <w:t>Maulana, agla sawal letay hain jo Kashmir say bheja hai Amir Mauri sahab nay. Unhonay likha hai: "Moulana saab, replanning is always done when one acknowledges and accepts the failure.</w:t>
      </w:r>
    </w:p>
    <w:p>
      <w:pPr>
        <w:jc w:val="right"/>
      </w:pPr>
      <w:r>
        <w:t>मौलाना, अगला सवाल लेते हैं जो कश्मीर से भेजा है आमिर मौरी साहब ने। उन्होंने लिखा है: "Moulana saab, replanning is always done when one acknowledges and accepts the failure.</w:t>
      </w:r>
    </w:p>
    <w:p>
      <w:r>
        <w:rPr>
          <w:b/>
        </w:rPr>
        <w:t xml:space="preserve">[1:17:00] </w:t>
      </w:r>
      <w:r>
        <w:t>People generally do not accept failure and hence they do not think deeply and fail to do replanning. My question, Maulana sahab, is—" sahi, sahi, sahi kaha inhonay. Haan, unka sawal hai Maulana is par. Unka sawal yeh hai ki "How can we learn to acknowledge and accept the failure?"</w:t>
      </w:r>
    </w:p>
    <w:p>
      <w:pPr>
        <w:jc w:val="right"/>
      </w:pPr>
      <w:r>
        <w:t>People generally do not accept failure and hence they do not think deeply and fail to do replanning. My question, मौलाना साहब, is—" सही, सही, सही कहा इन्होंने। हां, उनका सवाल है मौलाना इस पर। उनका सवाल यह है कि "How can we learn to acknowledge and accept the failure?"</w:t>
      </w:r>
    </w:p>
    <w:p>
      <w:r>
        <w:rPr>
          <w:b/>
        </w:rPr>
        <w:t xml:space="preserve">[1:17:22] </w:t>
      </w:r>
      <w:r>
        <w:t>Iskay baray mein batayein. Bhai, dekhiye, ya to aap hamesha keh rahi hain tabahi ki ghari, aap daal dijiye ya acknowledge kariye. Aapkay bas mein nahin hai ki aap law of nature ko badal dein. Law of nature to favor karega. Nahin, aap mantay hain aap ki bas tabahi mein jaiye, tabah ho jaiye. Law of nature to koi badlega</w:t>
      </w:r>
    </w:p>
    <w:p>
      <w:pPr>
        <w:jc w:val="right"/>
      </w:pPr>
      <w:r>
        <w:t>इसके बारे में बताएं। भाई, देखिए, या तो आप हमेशा कह रही हैं तबाही की गड़ी, आप डाल दीजिए या acknowledge करिए। आपके बस में नहीं है कि आप लॉ ऑफ नेचर को बदल दें। लॉ ऑफ नेचर तो फेवर करेगा। नहीं, आप मानते हैं आप कि बस तबाही में जाइए, तबाह हो जाइए। लॉ ऑफ नेचर तो कोई बदलेगा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