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Peace and Violence in Islam July 27, 2008</w:t>
      </w:r>
    </w:p>
    <w:p>
      <w:r>
        <w:t>https://youtu.be/B_61iaC_2dQ</w:t>
      </w:r>
    </w:p>
    <w:p>
      <w:r>
        <w:rPr>
          <w:b/>
        </w:rPr>
        <w:t xml:space="preserve">[00:28] </w:t>
      </w:r>
      <w:r>
        <w:t>wa hal al-uqdat min lisani, yafqah qawli.</w:t>
      </w:r>
    </w:p>
    <w:p>
      <w:pPr>
        <w:jc w:val="right"/>
      </w:pPr>
      <w:r>
        <w:t>واحل العقدۃ من لسانی، یفقہ قولی۔</w:t>
      </w:r>
    </w:p>
    <w:p>
      <w:r>
        <w:rPr>
          <w:b/>
        </w:rPr>
        <w:t xml:space="preserve">[00:38] </w:t>
      </w:r>
      <w:r>
        <w:t>aaj ka jo topic hai woh hai</w:t>
      </w:r>
    </w:p>
    <w:p>
      <w:pPr>
        <w:jc w:val="right"/>
      </w:pPr>
      <w:r>
        <w:t>آج کا جو ٹاپک ہے وہ ہے</w:t>
      </w:r>
    </w:p>
    <w:p>
      <w:r>
        <w:rPr>
          <w:b/>
        </w:rPr>
        <w:t xml:space="preserve">[00:45] </w:t>
      </w:r>
      <w:r>
        <w:t>Islam</w:t>
      </w:r>
    </w:p>
    <w:p>
      <w:pPr>
        <w:jc w:val="right"/>
      </w:pPr>
      <w:r>
        <w:t>اسلام</w:t>
      </w:r>
    </w:p>
    <w:p>
      <w:r>
        <w:rPr>
          <w:b/>
        </w:rPr>
        <w:t xml:space="preserve">[00:49] </w:t>
      </w:r>
      <w:r>
        <w:t>and violence, ya Islam and peace.</w:t>
      </w:r>
    </w:p>
    <w:p>
      <w:pPr>
        <w:jc w:val="right"/>
      </w:pPr>
      <w:r>
        <w:t>اینڈ وائلنس، یا اسلام اینڈ پیس۔</w:t>
      </w:r>
    </w:p>
    <w:p>
      <w:r>
        <w:rPr>
          <w:b/>
        </w:rPr>
        <w:t xml:space="preserve">[00:55] </w:t>
      </w:r>
      <w:r>
        <w:t>aaj kal jo news bohat zyada aa rahi hai media mein, isi ko le kar maine yeh topic chuna hai.</w:t>
      </w:r>
    </w:p>
    <w:p>
      <w:pPr>
        <w:jc w:val="right"/>
      </w:pPr>
      <w:r>
        <w:t>آج کل جو نیوز بہت زیادہ آ رہی ہے میڈیا میں، اسی کو لے کر میں نے یہ ٹاپک چنا ہے۔</w:t>
      </w:r>
    </w:p>
    <w:p>
      <w:r>
        <w:rPr>
          <w:b/>
        </w:rPr>
        <w:t xml:space="preserve">[01:08] </w:t>
      </w:r>
      <w:r>
        <w:t>aaj bhi aap ne dekha hoga newspapers mein, is silsile mein bohat hi hot news aa rahi hain.</w:t>
      </w:r>
    </w:p>
    <w:p>
      <w:pPr>
        <w:jc w:val="right"/>
      </w:pPr>
      <w:r>
        <w:t>آج بھی آپ نے دیکھا ہوگا نیوز پیپرز میں، اس سلسلے میں بہت ہی ہاٹ نیوز آ رہی ہیں۔</w:t>
      </w:r>
    </w:p>
    <w:p>
      <w:r>
        <w:rPr>
          <w:b/>
        </w:rPr>
        <w:t xml:space="preserve">[01:17] </w:t>
      </w:r>
      <w:r>
        <w:t>main yeh keh sakta hoon ke pichle kam az kam 50 saal se yeh ho raha hai ke musalman jagah jagah conference karte hain, India mein, India ke bahar,</w:t>
      </w:r>
    </w:p>
    <w:p>
      <w:pPr>
        <w:jc w:val="right"/>
      </w:pPr>
      <w:r>
        <w:t>میں یہ کہہ سکتا ہوں کہ پچھلے کم از کم 50 سال سے یہ ہو رہا ہے کہ مسلمان جگہ جگہ کانفرنس کرتے ہیں، انڈیا میں، انڈیا کے باہر،</w:t>
      </w:r>
    </w:p>
    <w:p>
      <w:r>
        <w:rPr>
          <w:b/>
        </w:rPr>
        <w:t xml:space="preserve">[01:32] </w:t>
      </w:r>
      <w:r>
        <w:t>har jagah.</w:t>
      </w:r>
    </w:p>
    <w:p>
      <w:pPr>
        <w:jc w:val="right"/>
      </w:pPr>
      <w:r>
        <w:t>ہر جگہ۔</w:t>
      </w:r>
    </w:p>
    <w:p>
      <w:r>
        <w:rPr>
          <w:b/>
        </w:rPr>
        <w:t xml:space="preserve">[01:36] </w:t>
      </w:r>
      <w:r>
        <w:t>is ka maqsad aik hi hota hai, woh hai Islam ke khilaf ya musalmanon ke khilaf misunderstanding ko khatam karna.</w:t>
      </w:r>
    </w:p>
    <w:p>
      <w:pPr>
        <w:jc w:val="right"/>
      </w:pPr>
      <w:r>
        <w:t>اس کا مقصد ایک ہی ہوتا ہے، وہ ہے اسلام کے خلاف یا مسلمانوں کے خلاف مس انڈرسٹینڈنگ کو ختم کرنا۔</w:t>
      </w:r>
    </w:p>
    <w:p>
      <w:r>
        <w:rPr>
          <w:b/>
        </w:rPr>
        <w:t xml:space="preserve">[01:50] </w:t>
      </w:r>
      <w:r>
        <w:t>sab ka yahi hota hai.</w:t>
      </w:r>
    </w:p>
    <w:p>
      <w:pPr>
        <w:jc w:val="right"/>
      </w:pPr>
      <w:r>
        <w:t>سب کا یہی ہوتا ہے۔</w:t>
      </w:r>
    </w:p>
    <w:p>
      <w:r>
        <w:rPr>
          <w:b/>
        </w:rPr>
        <w:t xml:space="preserve">[01:52] </w:t>
      </w:r>
      <w:r>
        <w:t>yani yeh jo duniya mein image ban gayi Islam ki ya musalmanon ki ke yeh log</w:t>
      </w:r>
    </w:p>
    <w:p>
      <w:pPr>
        <w:jc w:val="right"/>
      </w:pPr>
      <w:r>
        <w:t>یعنی یہ جو دنیا میں امیج بن گئی اسلام کی یا مسلمانوں کی کہ یہ لوگ</w:t>
      </w:r>
    </w:p>
    <w:p>
      <w:r>
        <w:rPr>
          <w:b/>
        </w:rPr>
        <w:t xml:space="preserve">[02:03] </w:t>
      </w:r>
      <w:r>
        <w:t>violent hote hain, aur yeh ke yeh log jo hain aaj ki yani modern society mein misfit hain, kahin bhi woh adjust nahi kar paate, aur phir woh militancy par utar aate hain.</w:t>
      </w:r>
    </w:p>
    <w:p>
      <w:pPr>
        <w:jc w:val="right"/>
      </w:pPr>
      <w:r>
        <w:t>وائلنٹ ہوتے ہیں، اور یہ کہ یہ لوگ جو ہیں آج کی یعنی ماڈرن سوسائٹی میں مس فٹ ہیں، کہیں بھی وہ ایڈجسٹ نہیں کر پاتے، اور پھر وہ ملٹنسی پر اتر آتے ہیں۔</w:t>
      </w:r>
    </w:p>
    <w:p>
      <w:r>
        <w:rPr>
          <w:b/>
        </w:rPr>
        <w:t xml:space="preserve">[02:21] </w:t>
      </w:r>
      <w:r>
        <w:t>is tarah ki aap duniya mein jahan bhi jayen to yeh image aap ko payenge musalmanon ke bare mein.</w:t>
      </w:r>
    </w:p>
    <w:p>
      <w:pPr>
        <w:jc w:val="right"/>
      </w:pPr>
      <w:r>
        <w:t>اس طرح کی آپ دنیا میں جہاں بھی جائیں تو یہ امیج آپ کو پائیں گے مسلمانوں کے بارے میں۔</w:t>
      </w:r>
    </w:p>
    <w:p>
      <w:r>
        <w:rPr>
          <w:b/>
        </w:rPr>
        <w:t xml:space="preserve">[02:30] </w:t>
      </w:r>
      <w:r>
        <w:t>to</w:t>
      </w:r>
    </w:p>
    <w:p>
      <w:pPr>
        <w:jc w:val="right"/>
      </w:pPr>
      <w:r>
        <w:t>تو</w:t>
      </w:r>
    </w:p>
    <w:p>
      <w:r>
        <w:rPr>
          <w:b/>
        </w:rPr>
        <w:t xml:space="preserve">[02:31] </w:t>
      </w:r>
      <w:r>
        <w:t>pichle 50 baras se taqreeban yeh ho raha hai ke saare log lage hue hain aisi kitabein chhapte hain jaise Islam the most misunderstood religion,</w:t>
      </w:r>
    </w:p>
    <w:p>
      <w:pPr>
        <w:jc w:val="right"/>
      </w:pPr>
      <w:r>
        <w:t>پچھلے 50 برس سے تقریباً یہ ہو رہا ہے کہ سارے لوگ لگے ہوئے ہیں ایسی کتابیں چھاپتے ہیں جیسے اسلام دا موسٹ مس انڈرسٹڈ ریلیجن،</w:t>
      </w:r>
    </w:p>
    <w:p>
      <w:r>
        <w:rPr>
          <w:b/>
        </w:rPr>
        <w:t xml:space="preserve">[02:48] </w:t>
      </w:r>
      <w:r>
        <w:t>aur jalse, conferencein waghera.</w:t>
      </w:r>
    </w:p>
    <w:p>
      <w:pPr>
        <w:jc w:val="right"/>
      </w:pPr>
      <w:r>
        <w:t>اور جلسے، کانفرنسیں وغیرہ۔</w:t>
      </w:r>
    </w:p>
    <w:p>
      <w:r>
        <w:rPr>
          <w:b/>
        </w:rPr>
        <w:t xml:space="preserve">[02:57] </w:t>
      </w:r>
      <w:r>
        <w:t>aik Mahatma Gandhi ke pote ne aik kitab chhapi hai, moti si kitab hai, to us mein Islam par bhi kuch pages hain.</w:t>
      </w:r>
    </w:p>
    <w:p>
      <w:pPr>
        <w:jc w:val="right"/>
      </w:pPr>
      <w:r>
        <w:t>ایک مہاتما گاندھی کے پوتے نے ایک کتاب چھاپی ہے، موٹی سی کتاب ہے، تو اس میں اسلام پر بھی کچھ پیجز ہیں۔</w:t>
      </w:r>
    </w:p>
    <w:p>
      <w:r>
        <w:rPr>
          <w:b/>
        </w:rPr>
        <w:t xml:space="preserve">[03:10] </w:t>
      </w:r>
      <w:r>
        <w:t>to us mein unhone likha hai musalmanon ke bare mein ke</w:t>
      </w:r>
    </w:p>
    <w:p>
      <w:pPr>
        <w:jc w:val="right"/>
      </w:pPr>
      <w:r>
        <w:t>تو اس میں انہوں نے لکھا ہے مسلمانوں کے بارے میں کہ</w:t>
      </w:r>
    </w:p>
    <w:p>
      <w:r>
        <w:rPr>
          <w:b/>
        </w:rPr>
        <w:t xml:space="preserve">[03:24] </w:t>
      </w:r>
      <w:r>
        <w:t>us mein yeh likha hai unhone ke "to every vein of false Muslim was a knife" ke n a i f e. to is par bhi logon ne kafi likha, magar yeh to translation hai Iqbal ke aik misre ka.</w:t>
      </w:r>
    </w:p>
    <w:p>
      <w:pPr>
        <w:jc w:val="right"/>
      </w:pPr>
      <w:r>
        <w:t>اس میں یہ لکھا ہے انہوں نے کہ "ٹیلی وین اف فالس مسلم واز ا نائف" کے این ائی ایف ای۔ تو اس پر بھی لوگوں نے کافی لکھا، مگر یہ تو ٹرانسلیشن ہے اقبال کے ایک مصرعے کا۔</w:t>
      </w:r>
    </w:p>
    <w:p>
      <w:r>
        <w:rPr>
          <w:b/>
        </w:rPr>
        <w:t xml:space="preserve">[03:41] </w:t>
      </w:r>
      <w:r>
        <w:t>Iqbal ne yeh likha tha ke "har musalma rag-e-batil ke liye nashtar tha, har musalma rag-e-batil ke liye nashtar tha,</w:t>
      </w:r>
    </w:p>
    <w:p>
      <w:pPr>
        <w:jc w:val="right"/>
      </w:pPr>
      <w:r>
        <w:t>اقبال نے یہ لکھا تھا کہ "ہر مسلمہ لگ باطل کے لیے نشتر تھا، ہر مسلمہ رگ باطل کے لیے نشتر تھا،</w:t>
      </w:r>
    </w:p>
    <w:p>
      <w:r>
        <w:rPr>
          <w:b/>
        </w:rPr>
        <w:t xml:space="preserve">[03:55] </w:t>
      </w:r>
      <w:r>
        <w:t>to every vein of false Muslim was a knife". to yeh tarjuma kiya Khushwant Singh ne, phir us ko naqal kiya Mahatma Gandhi ke pote ne apni kitab mein.</w:t>
      </w:r>
    </w:p>
    <w:p>
      <w:pPr>
        <w:jc w:val="right"/>
      </w:pPr>
      <w:r>
        <w:t>ٹو ایوری وین اف فالس مسلم واز ا نائف"۔ تو یہ ترجمہ کیا خوشبند سنگھ نے، پھر اس کو نقل کیا مہاتما گاندھی کے پوتے نے اپنی کتاب میں۔</w:t>
      </w:r>
    </w:p>
    <w:p>
      <w:r>
        <w:rPr>
          <w:b/>
        </w:rPr>
        <w:t xml:space="preserve">[04:07] </w:t>
      </w:r>
      <w:r>
        <w:t>lekin sawal yeh hai ke likha kis ne? likha to Iqbal ne.</w:t>
      </w:r>
    </w:p>
    <w:p>
      <w:pPr>
        <w:jc w:val="right"/>
      </w:pPr>
      <w:r>
        <w:t>لیکن سوال یہ ہے کہ لکھا کس نے؟ لکھا تو اقبال نے۔</w:t>
      </w:r>
    </w:p>
    <w:p>
      <w:r>
        <w:rPr>
          <w:b/>
        </w:rPr>
        <w:t xml:space="preserve">[04:12] </w:t>
      </w:r>
      <w:r>
        <w:t>to dekhen, is masle ka maine bohat zyada study ki hai. yeh masla mis understanding ka hai nahi,</w:t>
      </w:r>
    </w:p>
    <w:p>
      <w:pPr>
        <w:jc w:val="right"/>
      </w:pPr>
      <w:r>
        <w:t>تو دیکھیں، اس مسئلے کا میں نے بہت زیادہ اسٹڈی کی ہے۔ یہ مسئلہ مس انڈرسٹینڈنگ کا ہے نہیں،</w:t>
      </w:r>
    </w:p>
    <w:p>
      <w:r>
        <w:rPr>
          <w:b/>
        </w:rPr>
        <w:t xml:space="preserve">[04:23] </w:t>
      </w:r>
      <w:r>
        <w:t>yeh soch hi basically galat hai. yani yeh diagnosis galat hai ke yeh masla mis understanding ka hai.</w:t>
      </w:r>
    </w:p>
    <w:p>
      <w:pPr>
        <w:jc w:val="right"/>
      </w:pPr>
      <w:r>
        <w:t>یہ سوچ ہی بیسکلی غلط ہے۔ یعنی یہ ڈائیگنوسس غلط ہے کہ یہ مسئلہ مس انڈرسٹینڈنگ کا ہے۔</w:t>
      </w:r>
    </w:p>
    <w:p>
      <w:r>
        <w:rPr>
          <w:b/>
        </w:rPr>
        <w:t xml:space="preserve">[04:30] </w:t>
      </w:r>
      <w:r>
        <w:t>yeh masla yeh hai ke musalman khud</w:t>
      </w:r>
    </w:p>
    <w:p>
      <w:pPr>
        <w:jc w:val="right"/>
      </w:pPr>
      <w:r>
        <w:t>یہ مسئلہ یہ ہے کہ مسلمان خود</w:t>
      </w:r>
    </w:p>
    <w:p>
      <w:r>
        <w:rPr>
          <w:b/>
        </w:rPr>
        <w:t xml:space="preserve">[04:36] </w:t>
      </w:r>
      <w:r>
        <w:t>apne bare mein revise karen, reassessment karen. aur yeh haqeeqat hai ke aaj ki duniya mein musalman fit nahi ho rahe hain, aur is liye woh react karte hain.</w:t>
      </w:r>
    </w:p>
    <w:p>
      <w:pPr>
        <w:jc w:val="right"/>
      </w:pPr>
      <w:r>
        <w:t>اپنے بارے میں ریوائز کریں، ری اسسمنٹ کریں۔ اور یہ حقیقت ہے کہ آج کی دنیا میں مسلمان فٹ نہیں ہو رہے ہیں، اور اس لیے وہ ری ایکٹ کرتے ہیں۔</w:t>
      </w:r>
    </w:p>
    <w:p>
      <w:r>
        <w:rPr>
          <w:b/>
        </w:rPr>
        <w:t xml:space="preserve">[04:50] </w:t>
      </w:r>
      <w:r>
        <w:t>jab react karte hain to woh pahunch jata hai suicide bombing tak.</w:t>
      </w:r>
    </w:p>
    <w:p>
      <w:pPr>
        <w:jc w:val="right"/>
      </w:pPr>
      <w:r>
        <w:t>جب ری ایکٹ کرتے ہیں تو وہ پہنچ جاتا ہے سوسائیڈ بمبنگ تک۔</w:t>
      </w:r>
    </w:p>
    <w:p>
      <w:r>
        <w:rPr>
          <w:b/>
        </w:rPr>
        <w:t xml:space="preserve">[04:57] </w:t>
      </w:r>
      <w:r>
        <w:t>phir is ko aap sochen to yeh baat bohat door tak jati hai. hadees mein aata hai ke rasool Allah ne farmaya ke teen period jo hain woh sahi period ho gaye Islam mein, is ke baad bigad aa jayega.</w:t>
      </w:r>
    </w:p>
    <w:p>
      <w:pPr>
        <w:jc w:val="right"/>
      </w:pPr>
      <w:r>
        <w:t>پھر اس کو آپ سوچیں تو یہ بات بہت دور تک جاتی ہے۔ حدیث میں آتا ہے کہ رسول اللہ نے فرمایا کہ تین پیریڈ جو ہیں وہ صحیح پیریڈ ہو گئے اسلام میں، اس کے بعد بگاڑ آ جائے گا۔</w:t>
      </w:r>
    </w:p>
    <w:p>
      <w:r>
        <w:rPr>
          <w:b/>
        </w:rPr>
        <w:t xml:space="preserve">[05:14] </w:t>
      </w:r>
      <w:r>
        <w:t>khair ul quroon quarni thumma alladheena yaloona hum thumma alladheena yaloona hum to teen period kaun hain?</w:t>
      </w:r>
    </w:p>
    <w:p>
      <w:pPr>
        <w:jc w:val="right"/>
      </w:pPr>
      <w:r>
        <w:t>خیر القرون قرنی ثم الذینیلونہم ثم الذینیلونہم تو تین پیریڈ کون ہیں؟</w:t>
      </w:r>
    </w:p>
    <w:p>
      <w:r>
        <w:rPr>
          <w:b/>
        </w:rPr>
        <w:t xml:space="preserve">[05:22] </w:t>
      </w:r>
      <w:r>
        <w:t>ek hai prophetic period, doosra hai khilafat period, aur teesra hai ummat period. in teen periods mein Islam more or less apni sahi shakal mein raha.</w:t>
      </w:r>
    </w:p>
    <w:p>
      <w:pPr>
        <w:jc w:val="right"/>
      </w:pPr>
      <w:r>
        <w:t>ایک ہے پرافیٹک پیریڈ، دوسرا ہے خلافت پیریڈ، اور تیسرا ہے امیت پیریڈ۔ ان تین پیریڈز میں اسلام مور اور لیس اپنی صحیح شکل میں رہا۔</w:t>
      </w:r>
    </w:p>
    <w:p>
      <w:r>
        <w:rPr>
          <w:b/>
        </w:rPr>
        <w:t xml:space="preserve">[05:39] </w:t>
      </w:r>
      <w:r>
        <w:t>is ke baad jab abbas period aaya to wahan se deviation shuru hua. abbas period mein aisa hua ke musalmanon ka ek empire ban gaya, bohat bada empire.</w:t>
      </w:r>
    </w:p>
    <w:p>
      <w:pPr>
        <w:jc w:val="right"/>
      </w:pPr>
      <w:r>
        <w:t>اس کے بعد جب عباس پیریڈ آیا تو وہاں سے ڈیوی ایشن شروع ہوا۔ عباس پیریڈ میں ایسا ہوا کہ مسلمانوں کا ایک ایمپائر بن گیا، بہت بڑا ایمپائر۔</w:t>
      </w:r>
    </w:p>
    <w:p>
      <w:r>
        <w:rPr>
          <w:b/>
        </w:rPr>
        <w:t xml:space="preserve">[05:53] </w:t>
      </w:r>
      <w:r>
        <w:t>to ab yeh model hi badal gaya. pehle Islam chal raha tha da'wah model par. da'wah model mein peace hota hai, tolerance hota hai,</w:t>
      </w:r>
    </w:p>
    <w:p>
      <w:pPr>
        <w:jc w:val="right"/>
      </w:pPr>
      <w:r>
        <w:t>تو اب یہ ماڈل ہی بدل گیا۔ پہلے اسلام چل رہا تھا دعوی ماڈل پر۔ دعوی ماڈل میں پیس ہوتا ہے، ٹالرنس ہوتا ہے،</w:t>
      </w:r>
    </w:p>
    <w:p>
      <w:r>
        <w:rPr>
          <w:b/>
        </w:rPr>
        <w:t xml:space="preserve">[06:06] </w:t>
      </w:r>
      <w:r>
        <w:t>insan ke liye love hoti hai, compassion hota hai, well wishing hoti hai.</w:t>
      </w:r>
    </w:p>
    <w:p>
      <w:pPr>
        <w:jc w:val="right"/>
      </w:pPr>
      <w:r>
        <w:t>انسان کے لیے لو ہوتی ہے، کمپیشن ہوتا ہے، ویل وشنگ ہوتی ہے۔</w:t>
      </w:r>
    </w:p>
    <w:p>
      <w:r>
        <w:rPr>
          <w:b/>
        </w:rPr>
        <w:t xml:space="preserve">[06:12] </w:t>
      </w:r>
      <w:r>
        <w:t>to Islam</w:t>
      </w:r>
    </w:p>
    <w:p>
      <w:pPr>
        <w:jc w:val="right"/>
      </w:pPr>
      <w:r>
        <w:t>تو اسلام</w:t>
      </w:r>
    </w:p>
    <w:p>
      <w:r>
        <w:rPr>
          <w:b/>
        </w:rPr>
        <w:t xml:space="preserve">[06:17] </w:t>
      </w:r>
      <w:r>
        <w:t>Makkah se Damascus tak, yani prophetic period, khilafat period, aur ummat period tak, da'wah model tha is ka.</w:t>
      </w:r>
    </w:p>
    <w:p>
      <w:pPr>
        <w:jc w:val="right"/>
      </w:pPr>
      <w:r>
        <w:t>مکہ سے دمشق تک، یعنی پرافیٹک پیریڈ، خلافت پیریڈ، اور امیت پیریڈ تک، دعوی ماڈل تھا اس کا۔</w:t>
      </w:r>
    </w:p>
    <w:p>
      <w:r>
        <w:rPr>
          <w:b/>
        </w:rPr>
        <w:t xml:space="preserve">[06:28] </w:t>
      </w:r>
      <w:r>
        <w:t>abbas period mein aisa hua ke wahan par model badal gaya. ab ult kar rule jo hai woh model ban gaya. yahin se sari kharabiyan paida huin.</w:t>
      </w:r>
    </w:p>
    <w:p>
      <w:pPr>
        <w:jc w:val="right"/>
      </w:pPr>
      <w:r>
        <w:t>عباس پیریڈ میں ایسا ہوا کہ وہاں پر ماڈل بدل گیا۔ اب الٹ کر رول جو ہے وہ ماڈل بن گیا۔ یہیں سے ساری خرابیاں پیدا ہوئیں۔</w:t>
      </w:r>
    </w:p>
    <w:p>
      <w:r>
        <w:rPr>
          <w:b/>
        </w:rPr>
        <w:t xml:space="preserve">[06:41] </w:t>
      </w:r>
      <w:r>
        <w:t>abbasi daur mein aise log paida hue, aise scholars jinhone duniya ko do category mein banta: dar ul Islam aur dar ul kufr.</w:t>
      </w:r>
    </w:p>
    <w:p>
      <w:pPr>
        <w:jc w:val="right"/>
      </w:pPr>
      <w:r>
        <w:t>عباسی دور میں ایسے لوگ پیدا ہوئے، ایسے سکالرز جنہوں نے دنیا کو دو کیٹیگری میں بانٹا: دارالاسلام اور دارالکفر۔</w:t>
      </w:r>
    </w:p>
    <w:p>
      <w:r>
        <w:rPr>
          <w:b/>
        </w:rPr>
        <w:t xml:space="preserve">[06:54] </w:t>
      </w:r>
      <w:r>
        <w:t>yani ek woh land jahan musalman rule kar rahe hain, doosra woh land jahan musalman rule nahi kar rahe hain. yeh ek bid'at thi, rasool Allah ne aisa nahi kiya tha.</w:t>
      </w:r>
    </w:p>
    <w:p>
      <w:pPr>
        <w:jc w:val="right"/>
      </w:pPr>
      <w:r>
        <w:t>یعنی ایک وہ لینڈ جہاں مسلمان رول کر رہے ہیں، دوسرا وہ لینڈ جہاں مسلمان رول نہیں کر رہے ہیں۔ یہ ایک بدعت تھی، رسول اللہ نے ایسا نہیں کیا تھا۔</w:t>
      </w:r>
    </w:p>
    <w:p>
      <w:r>
        <w:rPr>
          <w:b/>
        </w:rPr>
        <w:t xml:space="preserve">[07:07] </w:t>
      </w:r>
      <w:r>
        <w:t>yahan se aisa hua ke model ban gaya political supremacy. maine ek baar ek speech suni, ek bade Muslim scholar ki,</w:t>
      </w:r>
    </w:p>
    <w:p>
      <w:pPr>
        <w:jc w:val="right"/>
      </w:pPr>
      <w:r>
        <w:t>یہاں سے ایسا ہوا کہ ماڈل بن گیا پولیٹیکل سپریمیسی۔ میں نے ایک بار ایک ایک سپیچ سنی، ایک ایک بڑے مسلم سکالر کی،</w:t>
      </w:r>
    </w:p>
    <w:p>
      <w:r>
        <w:rPr>
          <w:b/>
        </w:rPr>
        <w:t xml:space="preserve">[07:21] </w:t>
      </w:r>
      <w:r>
        <w:t>to un ki speech jab khatm hui to question hua. to ek Indian Muslim ne wahan poocha mujh se ke India ke bare mein aap kya kehte hain?</w:t>
      </w:r>
    </w:p>
    <w:p>
      <w:pPr>
        <w:jc w:val="right"/>
      </w:pPr>
      <w:r>
        <w:t>تو ان کی سپیچ جب ختم ہوئی تو کوئسچن ہوا۔ تو ایک انڈین مسلم نے وہاں پوچھا مجھ سے کہ انڈیا کے بارے میں آپ کیا کہتے ہیں؟</w:t>
      </w:r>
    </w:p>
    <w:p>
      <w:r>
        <w:rPr>
          <w:b/>
        </w:rPr>
        <w:t xml:space="preserve">[07:37] </w:t>
      </w:r>
      <w:r>
        <w:t>unhone Islam and West mein bole the. woh</w:t>
      </w:r>
    </w:p>
    <w:p>
      <w:pPr>
        <w:jc w:val="right"/>
      </w:pPr>
      <w:r>
        <w:t>انہوں نے اسلام اینڈ ویسٹ میں بولے تھے۔ وہ</w:t>
      </w:r>
    </w:p>
    <w:p>
      <w:r>
        <w:rPr>
          <w:b/>
        </w:rPr>
        <w:t xml:space="preserve">[07:42] </w:t>
      </w:r>
      <w:r>
        <w:t>to kuch der woh chup rahe. For a moment there was a pause phir woh bole ke yeh bada mushkil sawal hai kyunke Islam mein position of strength ka model hai,</w:t>
      </w:r>
    </w:p>
    <w:p>
      <w:pPr>
        <w:jc w:val="right"/>
      </w:pPr>
      <w:r>
        <w:t>تو کچھ دیر وہ چپ رہے۔ For a moment there was a pause پھر وہ بولے کہ یہ بڑا مشکل سوال ہے کیونکہ اسلام میں پوزیشن اف اسٹرینتھ کا ماڈل ہے،</w:t>
      </w:r>
    </w:p>
    <w:p>
      <w:r>
        <w:rPr>
          <w:b/>
        </w:rPr>
        <w:t xml:space="preserve">[07:59] </w:t>
      </w:r>
      <w:r>
        <w:t>lekin Islam mein position of honesty ka model nahi.</w:t>
      </w:r>
    </w:p>
    <w:p>
      <w:pPr>
        <w:jc w:val="right"/>
      </w:pPr>
      <w:r>
        <w:t>لیکن اسلام میں پوزیشن اف مانسٹی کا ماڈل نہیں۔</w:t>
      </w:r>
    </w:p>
    <w:p>
      <w:r>
        <w:rPr>
          <w:b/>
        </w:rPr>
        <w:t xml:space="preserve">[08:06] </w:t>
      </w:r>
      <w:r>
        <w:t>yeh bohat hi anokhi baat thi.</w:t>
      </w:r>
    </w:p>
    <w:p>
      <w:pPr>
        <w:jc w:val="right"/>
      </w:pPr>
      <w:r>
        <w:t>یہ بہت ہی انوکھی بات تھی۔</w:t>
      </w:r>
    </w:p>
    <w:p>
      <w:r>
        <w:rPr>
          <w:b/>
        </w:rPr>
        <w:t xml:space="preserve">[08:10] </w:t>
      </w:r>
      <w:r>
        <w:t>yani unhone Islam ko shuru kiya hai abbas period se, jab Islam musalman jo hain empire bana chuke the apna. to model badal gaya.</w:t>
      </w:r>
    </w:p>
    <w:p>
      <w:pPr>
        <w:jc w:val="right"/>
      </w:pPr>
      <w:r>
        <w:t>یعنی انہوں نے اسلام کو شروع کیا ہے عباس پیریڈ سے، جب اسلام مسلمان جو ہیں ایمپائر بنا چکے تھے اپنا۔ تو ماڈل بدل گیا۔</w:t>
      </w:r>
    </w:p>
    <w:p>
      <w:r>
        <w:rPr>
          <w:b/>
        </w:rPr>
        <w:t xml:space="preserve">[08:20] </w:t>
      </w:r>
      <w:r>
        <w:t>basic baat hai ke model badal gaya. honesty hi asal model hai Islam mein. ab model ban gaya political rule.</w:t>
      </w:r>
    </w:p>
    <w:p>
      <w:pPr>
        <w:jc w:val="right"/>
      </w:pPr>
      <w:r>
        <w:t>بیسک بات ہے کہ ماڈل بدل گیا۔ مانسٹی ہی اصل ماڈل ہے اسلام میں۔ اب ماڈل بن گیا پولیٹیکل رول۔</w:t>
      </w:r>
    </w:p>
    <w:p>
      <w:r>
        <w:rPr>
          <w:b/>
        </w:rPr>
        <w:t xml:space="preserve">[08:32] </w:t>
      </w:r>
      <w:r>
        <w:t>ab dekhen, sab se bada jo word use kiya hai Quran mein woh abd hai. jab hum kalma padhte hain to us mein hum padhte hain ke ashhadu an la ilaha illallah wa ashhadu anna Muhammadan abduhu wa rasuluh rasool Allah ke liye pehle kehte hain abd.</w:t>
      </w:r>
    </w:p>
    <w:p>
      <w:pPr>
        <w:jc w:val="right"/>
      </w:pPr>
      <w:r>
        <w:t>اب دیکھیں، سب سے بڑا جو ورڈ یوز کیا ہے قرآن میں وہ عبد ہے۔ جب ہم کلمہ پڑھتے ہیں تو اس میں ہم پڑھتے ہیں کہ اشھد ان لا الہ الا اللہ واشہد ان محمد عبدہ ورسولہ رسول اللہ کے لیے پہلے کہتے ہیں عبد۔</w:t>
      </w:r>
    </w:p>
    <w:p>
      <w:r>
        <w:rPr>
          <w:b/>
        </w:rPr>
        <w:t xml:space="preserve">[08:51] </w:t>
      </w:r>
      <w:r>
        <w:t>abd mani banda, servant.</w:t>
      </w:r>
    </w:p>
    <w:p>
      <w:pPr>
        <w:jc w:val="right"/>
      </w:pPr>
      <w:r>
        <w:t>عبد معنی بندہ، سرونٹ۔</w:t>
      </w:r>
    </w:p>
    <w:p>
      <w:r>
        <w:rPr>
          <w:b/>
        </w:rPr>
        <w:t xml:space="preserve">[08:56] </w:t>
      </w:r>
      <w:r>
        <w:t>rasool Allah ka jab miraj hua aur aap makka se madina gaye to wahan bhi aap dekhen quran majeed mein</w:t>
      </w:r>
    </w:p>
    <w:p>
      <w:pPr>
        <w:jc w:val="right"/>
      </w:pPr>
      <w:r>
        <w:t>رسول اللہ کا جب معراج ہوا اور آپ مکہ سے مدینہ گئے تو وہاں بھی آپ دیکھیں قرآن مجید میں</w:t>
      </w:r>
    </w:p>
    <w:p>
      <w:r>
        <w:rPr>
          <w:b/>
        </w:rPr>
        <w:t xml:space="preserve">[09:02] </w:t>
      </w:r>
      <w:r>
        <w:t>subhan alladhi asraab abdah lailatal mashriq bi abdah yahan bhi aap dekhen apne bande ko le gaya Allah makka se yerushlem.</w:t>
      </w:r>
    </w:p>
    <w:p>
      <w:pPr>
        <w:jc w:val="right"/>
      </w:pPr>
      <w:r>
        <w:t>سبحان الذی اسراء بعبدہ لیلۃ المشرق بعبدہ یہاں بھی آپ دیکھیں اپنے بندے کو لے گیا اللہ مکہ سے یروشلم۔</w:t>
      </w:r>
    </w:p>
    <w:p>
      <w:r>
        <w:rPr>
          <w:b/>
        </w:rPr>
        <w:t xml:space="preserve">[09:17] </w:t>
      </w:r>
      <w:r>
        <w:t>to jitna bhi aap padhenge to mansty hi Islam mein model hai asal. chahe aap political role aap ke paas ho, tab bhi mansty model hai.</w:t>
      </w:r>
    </w:p>
    <w:p>
      <w:pPr>
        <w:jc w:val="right"/>
      </w:pPr>
      <w:r>
        <w:t>تو جتنا بھی آپ پڑھیں گے تو مانسٹی ہی اسلام میں ماڈل ہے اصل۔ چاہے آپ پولیٹیکل رول آپ کے پاس ہو، تب بھی مانسٹی ماڈل ہے۔</w:t>
      </w:r>
    </w:p>
    <w:p>
      <w:r>
        <w:rPr>
          <w:b/>
        </w:rPr>
        <w:t xml:space="preserve">[09:30] </w:t>
      </w:r>
      <w:r>
        <w:t>jaise Hazrat Umar Farooq ke zamane mein aap jante hain ke Islam ki hukumat ban chuki thi bare area mein. to ek bar aisa hua ke ek shakhs milne aya Hazrat Umar Farooq se, jo khalifa the us waqt, second khalifa.</w:t>
      </w:r>
    </w:p>
    <w:p>
      <w:pPr>
        <w:jc w:val="right"/>
      </w:pPr>
      <w:r>
        <w:t>جیسے حضرت عمر فاروق کے زمانے میں آپ جانتے ہیں کہ اسلام کی حکومت بن چکی تھی بڑے ایریا میں۔ تو ایک بار ایسا ہوا کہ ایک شخص ملنے آیا حضرت عمر فاروق سے، جو خلیفہ تھے اس وقت، سیکنڈ خلیفہ۔</w:t>
      </w:r>
    </w:p>
    <w:p>
      <w:r>
        <w:rPr>
          <w:b/>
        </w:rPr>
        <w:t xml:space="preserve">[09:49] </w:t>
      </w:r>
      <w:r>
        <w:t>to wo madina ke bahar phir rahe the to unhone kaha ke</w:t>
      </w:r>
    </w:p>
    <w:p>
      <w:pPr>
        <w:jc w:val="right"/>
      </w:pPr>
      <w:r>
        <w:t>تو وہ مدینہ کے باہر پھر رہے تھے تو انہوں نے کہا کہ</w:t>
      </w:r>
    </w:p>
    <w:p>
      <w:r>
        <w:rPr>
          <w:b/>
        </w:rPr>
        <w:t xml:space="preserve">[09:55] </w:t>
      </w:r>
      <w:r>
        <w:t>aap kya kar rahe hain? unhone kaha ke main baitul maal ka oont gum ho gaya, main us ko dhoondh raha hoon. ab khalifa keh raha hai ke main oont dhoondh raha hoon.</w:t>
      </w:r>
    </w:p>
    <w:p>
      <w:pPr>
        <w:jc w:val="right"/>
      </w:pPr>
      <w:r>
        <w:t>آپ کیا کر رہے ہیں؟ انہوں نے کہا کہ میں بیت البال کا اونٹ گم ہو گیا، میں اس کو ڈھونڈ رہا ہوں۔ اب خلیفہ کہہ رہا ہے کہ میں اونٹ ڈھونڈ رہا ہوں۔</w:t>
      </w:r>
    </w:p>
    <w:p>
      <w:r>
        <w:rPr>
          <w:b/>
        </w:rPr>
        <w:t xml:space="preserve">[10:07] </w:t>
      </w:r>
      <w:r>
        <w:t>to unhone kaha ke yeh to aap kisi ghulam se keh dete hain, aap kisi mulazim se keh dete hain, aap kisi servant se keh dete hain, aap wo dhoondh lata oont ko.</w:t>
      </w:r>
    </w:p>
    <w:p>
      <w:pPr>
        <w:jc w:val="right"/>
      </w:pPr>
      <w:r>
        <w:t>تو انہوں نے کہا کہ یہ تو آپ کسی غلام سے کہہ دیتے ہیں، آپ کسی ملازم سے کہہ دیتے ہیں، آپ کسی سرونٹ سے کہہ دیتے ہیں، آپ وہ ڈھونڈ لاتا اونٹ کو۔</w:t>
      </w:r>
    </w:p>
    <w:p>
      <w:r>
        <w:rPr>
          <w:b/>
        </w:rPr>
        <w:t xml:space="preserve">[10:20] </w:t>
      </w:r>
      <w:r>
        <w:t>to abd ka lafz istemal kiya tha unhone</w:t>
      </w:r>
    </w:p>
    <w:p>
      <w:pPr>
        <w:jc w:val="right"/>
      </w:pPr>
      <w:r>
        <w:t>تو عبد کا لفظ استعمال کیا تھا انہوں نے</w:t>
      </w:r>
    </w:p>
    <w:p>
      <w:r>
        <w:rPr>
          <w:b/>
        </w:rPr>
        <w:t xml:space="preserve">[10:23] </w:t>
      </w:r>
      <w:r>
        <w:t>. to Hazrat Umar ne farmaya ke ai abd abd mini ai abd abd mini mujh se bada abd kaun hai?</w:t>
      </w:r>
    </w:p>
    <w:p>
      <w:pPr>
        <w:jc w:val="right"/>
      </w:pPr>
      <w:r>
        <w:t>۔ تو حضرت عمر نے فرمایا کہ ای عبد عبد منی ای عبد عبد منی مجھ سے بڑا عبد کون ہے؟</w:t>
      </w:r>
    </w:p>
    <w:p>
      <w:r>
        <w:rPr>
          <w:b/>
        </w:rPr>
        <w:t xml:space="preserve">[10:34] </w:t>
      </w:r>
      <w:r>
        <w:t>mujh se bada servant of God kaun hai? yani khalifa hote hue unhone abd abd bataya apne aap ko. to dekhen, yeh galat, yeh categorization galat hai.</w:t>
      </w:r>
    </w:p>
    <w:p>
      <w:pPr>
        <w:jc w:val="right"/>
      </w:pPr>
      <w:r>
        <w:t>مجھ سے بڑا سرونٹ اف گاڈ کون ہے؟ یعنی خلیفہ ہوتے ہوئے انہوں نے عبد عبد بتایا اپنے آپ کو۔ تو دیکھیں، یہ غلط، یہ کیٹیگرائزیشن غلط ہے۔</w:t>
      </w:r>
    </w:p>
    <w:p>
      <w:r>
        <w:rPr>
          <w:b/>
        </w:rPr>
        <w:t xml:space="preserve">[10:48] </w:t>
      </w:r>
      <w:r>
        <w:t>yeh do category banana ke position of strength, position of mansty, ek hi category hai, wo hai position of mansty.</w:t>
      </w:r>
    </w:p>
    <w:p>
      <w:pPr>
        <w:jc w:val="right"/>
      </w:pPr>
      <w:r>
        <w:t>یہ دو کیٹیگری بنانا کہ پوزیشن اف اسٹرینتھ، پوزیشن اف مانسٹی، ایک ہی کیٹیگری ہے، وہ ہے پوزیشن اف مانسٹی۔</w:t>
      </w:r>
    </w:p>
    <w:p>
      <w:r>
        <w:rPr>
          <w:b/>
        </w:rPr>
        <w:t xml:space="preserve">[10:58] </w:t>
      </w:r>
      <w:r>
        <w:t>position of strength jo hai, wo apne aap mein galat hai. kyun? agar aap ko strength mili hui hai to wo to test hai.</w:t>
      </w:r>
    </w:p>
    <w:p>
      <w:pPr>
        <w:jc w:val="right"/>
      </w:pPr>
      <w:r>
        <w:t>پوزیشن اف اسٹرینتھ جو ہے، وہ اپنے آپ میں غلط ہے۔ کیوں؟ اگر آپ کو اسٹرینتھ ملی ہوئی ہے تو وہ تو ٹیسٹ ہے۔</w:t>
      </w:r>
    </w:p>
    <w:p>
      <w:r>
        <w:rPr>
          <w:b/>
        </w:rPr>
        <w:t xml:space="preserve">[11:07] </w:t>
      </w:r>
      <w:r>
        <w:t>test hai wo, wo koi status nahi hai aap ka. status to ek hi hai ke aap mansty.</w:t>
      </w:r>
    </w:p>
    <w:p>
      <w:pPr>
        <w:jc w:val="right"/>
      </w:pPr>
      <w:r>
        <w:t>ٹیسٹ ہے وہ، وہ کوئی اسٹیٹس نہیں ہے آپ کا۔ اسٹیٹس تو ایک ہی ہے کہ آپ مانسٹی۔</w:t>
      </w:r>
    </w:p>
    <w:p>
      <w:r>
        <w:rPr>
          <w:b/>
        </w:rPr>
        <w:t xml:space="preserve">[11:17] </w:t>
      </w:r>
      <w:r>
        <w:t>to yeh bahut badi bhool hui hai sankadon saal se ke logon ne is ko bhi is ko target bana liya. jab aap ne kaha yeh to is mani ke aap ne target badal diya.</w:t>
      </w:r>
    </w:p>
    <w:p>
      <w:pPr>
        <w:jc w:val="right"/>
      </w:pPr>
      <w:r>
        <w:t>تو یہ بہت بڑی بھول ہوئی ہے سینکڑوں سال سے کہ لوگوں نے اس کو بھی اس کو ٹارگٹ بنا لیا۔ جب آپ نے کہا یہ تو اس معنی کہ آپ نے ٹارگٹ بدل دیا۔</w:t>
      </w:r>
    </w:p>
    <w:p>
      <w:r>
        <w:rPr>
          <w:b/>
        </w:rPr>
        <w:t xml:space="preserve">[11:29] </w:t>
      </w:r>
      <w:r>
        <w:t>ab target kya ho gaya? political role banana.</w:t>
      </w:r>
    </w:p>
    <w:p>
      <w:pPr>
        <w:jc w:val="right"/>
      </w:pPr>
      <w:r>
        <w:t>اب ٹارگٹ کیا ہو گیا؟ پولیٹیکل رول بنانا۔</w:t>
      </w:r>
    </w:p>
    <w:p>
      <w:r>
        <w:rPr>
          <w:b/>
        </w:rPr>
        <w:t xml:space="preserve">[11:35] </w:t>
      </w:r>
      <w:r>
        <w:t>to taqreeban 800 saal ya koi badhaya hai to ek hazar saal tak musalman ko duniya mein iqtadar mila raha hai, kam kam ya zyada, more or less.</w:t>
      </w:r>
    </w:p>
    <w:p>
      <w:pPr>
        <w:jc w:val="right"/>
      </w:pPr>
      <w:r>
        <w:t>تو تقریباً 800 سال یا کوئی بڑھایا ہے تو ایک ہزار سال تک مسلمان کو دنیا میں اقتدار ملا رہا ہے، کم کم یا زیادہ، مور اور لیس۔</w:t>
      </w:r>
    </w:p>
    <w:p>
      <w:r>
        <w:rPr>
          <w:b/>
        </w:rPr>
        <w:t xml:space="preserve">[11:46] </w:t>
      </w:r>
      <w:r>
        <w:t>jab yeh iqtadar chhin, jaise Mughal empire khatam hua, Turkish empire khatam hua, Fatmi empire khatam hua, to musalmanon ne mehsoos kiya ke jo hamari asal, jo hamara status tha, wo chhin gaya hum se.</w:t>
      </w:r>
    </w:p>
    <w:p>
      <w:pPr>
        <w:jc w:val="right"/>
      </w:pPr>
      <w:r>
        <w:t>جب یہ اقتدار چھنا، جیسے مغل ایمپائر ختم ہوا، ٹرکش ایمپائر ختم ہوا، فاطمی ایمپائر ختم ہوا، تو مسلمانوں نے محسوس کیا کہ جو ہماری اصل، جو ہمارا اسٹیٹس تھا، وہ چھن گیا ہم سے۔</w:t>
      </w:r>
    </w:p>
    <w:p>
      <w:r>
        <w:rPr>
          <w:b/>
        </w:rPr>
        <w:t xml:space="preserve">[12:04] </w:t>
      </w:r>
      <w:r>
        <w:t>kyunki model badal rakha tha unhone. wahan se shuru ho raha hai yeh sab, yani do sau saal se shuru ho raha hai. yeh</w:t>
      </w:r>
    </w:p>
    <w:p>
      <w:pPr>
        <w:jc w:val="right"/>
      </w:pPr>
      <w:r>
        <w:t>کیونکہ ماڈل بدل رکھا تھا انہوں نے۔ وہاں سے شروع ہو رہا ہے یہ سب، یعنی دو سو سال سے شروع ہو رہا ہے۔ یہ</w:t>
      </w:r>
    </w:p>
    <w:p>
      <w:r>
        <w:rPr>
          <w:b/>
        </w:rPr>
        <w:t xml:space="preserve">[12:14] </w:t>
      </w:r>
      <w:r>
        <w:t>to pehle aise log paida hue jo is par book likhi, literature tayyar kiya ke humein phir se regain karna chahiye apni political glory ko.</w:t>
      </w:r>
    </w:p>
    <w:p>
      <w:pPr>
        <w:jc w:val="right"/>
      </w:pPr>
      <w:r>
        <w:t>تو پہلے ایسے لوگ پیدا ہوئے جو اس پر بک لکھی، لٹریچر تیار کیا کہ ہمیں پھر سے ری گین کرنا چاہیے اپنی پولیٹیکل گلوری کو۔</w:t>
      </w:r>
    </w:p>
    <w:p>
      <w:r>
        <w:rPr>
          <w:b/>
        </w:rPr>
        <w:t xml:space="preserve">[12:24] </w:t>
      </w:r>
      <w:r>
        <w:t>is mein sab se pehle main samajhta hoon ke zyada numayan naam hai Syed Jawad Nuwani ka.</w:t>
      </w:r>
    </w:p>
    <w:p>
      <w:pPr>
        <w:jc w:val="right"/>
      </w:pPr>
      <w:r>
        <w:t>اس میں سب سے پہلے میں سمجھتا ہوں کہ زیادہ نمایاں نام ہے سید جواد النعوانی کا۔</w:t>
      </w:r>
    </w:p>
    <w:p>
      <w:r>
        <w:rPr>
          <w:b/>
        </w:rPr>
        <w:t xml:space="preserve">[12:33] </w:t>
      </w:r>
      <w:r>
        <w:t>phir bahut se log aaye is mein, aur yahi sare leader, sare thinker, sare reformer yahi karte rahe ke political role ko, political glory ko phir se wapas lana.</w:t>
      </w:r>
    </w:p>
    <w:p>
      <w:pPr>
        <w:jc w:val="right"/>
      </w:pPr>
      <w:r>
        <w:t>پھر بہت سے لوگ آئے اس میں، اور یہی سارے لیڈر، سارے تھنکر، سارے ریفارمر یہی کرتے رہے کہ پولیٹیکل رول کو، پولیٹیکل گلوری کو پھر سے واپس لانا۔</w:t>
      </w:r>
    </w:p>
    <w:p>
      <w:r>
        <w:rPr>
          <w:b/>
        </w:rPr>
        <w:t xml:space="preserve">[12:48] </w:t>
      </w:r>
      <w:r>
        <w:t>alag alag dhang se, ek hi maqsad tha sab ka. phir kya hua ke literature ya kitabon ke zariye se kuch mila nahi un ko.</w:t>
      </w:r>
    </w:p>
    <w:p>
      <w:pPr>
        <w:jc w:val="right"/>
      </w:pPr>
      <w:r>
        <w:t>الگ الگ ڈھنگ سے، ایک ہی مقصد تھا سب کا۔ پھر کیا ہوا کہ لٹریچر یا کتابوں کے ذریعے سے کچھ ملا نہیں ان کو۔</w:t>
      </w:r>
    </w:p>
    <w:p>
      <w:r>
        <w:rPr>
          <w:b/>
        </w:rPr>
        <w:t xml:space="preserve">[12:59] </w:t>
      </w:r>
      <w:r>
        <w:t>to phir unhone kya kiya ke aur aage badhe. wo phir jihad shuru kiya. jihad yani hum mein to kahunga ke military se shuru ki unhone.</w:t>
      </w:r>
    </w:p>
    <w:p>
      <w:pPr>
        <w:jc w:val="right"/>
      </w:pPr>
      <w:r>
        <w:t>تو پھر انہوں نے کیا کیا کہ اور آگے بڑھے۔ وہ پھر جہاد شروع کیا۔ جہاد یعنی ہم میں تو کہوں گا کہ ملٹری سے شروع کی انہوں نے۔</w:t>
      </w:r>
    </w:p>
    <w:p>
      <w:r>
        <w:rPr>
          <w:b/>
        </w:rPr>
        <w:t xml:space="preserve">[13:15] </w:t>
      </w:r>
      <w:r>
        <w:t>to military se bhi kamyab nahi hue. to phir ab aap dekh rahe hain ke suicide bombing ho rahi hai, jagah jagah suicide bombing ho rahi hai.</w:t>
      </w:r>
    </w:p>
    <w:p>
      <w:pPr>
        <w:jc w:val="right"/>
      </w:pPr>
      <w:r>
        <w:t>تو ملٹری سے بھی کامیاب نہیں ہوئے۔ تو پھر اب آپ دیکھ رہے ہیں کہ سوسائیڈ بمبنگ ہو رہی ہے، جگہ جگہ سوسائیڈ بمبنگ ہو رہی ہے۔</w:t>
      </w:r>
    </w:p>
    <w:p>
      <w:r>
        <w:rPr>
          <w:b/>
        </w:rPr>
        <w:t xml:space="preserve">[13:27] </w:t>
      </w:r>
      <w:r>
        <w:t>to yeh to ek ek ghalti hai jo chal rahi hai bohat dinon se. to aap ko revise karna chahiye apni is thinking ko, lotna chahiye is taraf ke mansty hamara model ho, political role hamara model hi na ho.</w:t>
      </w:r>
    </w:p>
    <w:p>
      <w:pPr>
        <w:jc w:val="right"/>
      </w:pPr>
      <w:r>
        <w:t>تو یہ تو ایک ایک غلطی ہے جو چل رہی ہے بہت دنوں سے۔ تو آپ کو ریوائز کرنا چاہیے اپنی اس تھنکنگ کو، لوٹنا چاہیے اس طرف کہ مانسٹی ہمارا ماڈل ہو، پولیٹیکل رول ہمارا ماڈل ہی نہ ہو۔</w:t>
      </w:r>
    </w:p>
    <w:p>
      <w:r>
        <w:rPr>
          <w:b/>
        </w:rPr>
        <w:t xml:space="preserve">[13:45] </w:t>
      </w:r>
      <w:r>
        <w:t>main aap ko do example deta hoon, bohat hi teen example balkay: jawaduddin Afghani, Syed Qutb, aur Maududi.</w:t>
      </w:r>
    </w:p>
    <w:p>
      <w:pPr>
        <w:jc w:val="right"/>
      </w:pPr>
      <w:r>
        <w:t>میں آپ کو دو ایگزامپل دیتا ہوں، بہت ہی تین ایگزامپل بلکہ: جواد الدین افغانی، سید قطب، اور مودودی۔</w:t>
      </w:r>
    </w:p>
    <w:p>
      <w:r>
        <w:rPr>
          <w:b/>
        </w:rPr>
        <w:t xml:space="preserve">[13:58] </w:t>
      </w:r>
      <w:r>
        <w:t>jawaduddin Afghani gaye Turkey mein jab abhi khilafat baqi thi wahan par, to is ne bohat zyada in ko izaz kiya aur bohat zyada in ko mawaqay diye ke aap Islam ke taleem ko barhaiye, Islam ki teaching ko barhaiye,</w:t>
      </w:r>
    </w:p>
    <w:p>
      <w:pPr>
        <w:jc w:val="right"/>
      </w:pPr>
      <w:r>
        <w:t>جواد الدین افغانی گئے ترکی میں جب ابھی خلافت باقی تھی وہاں پر، تو اس نے بہت زیادہ ان کو اعزاز کیا اور بہت زیادہ ان کو مواقع دیے کہ آپ اسلام کے تعلیم کو بڑھائیے، اسلام کی ٹیچنگ کو بڑھائیے،</w:t>
      </w:r>
    </w:p>
    <w:p>
      <w:r>
        <w:rPr>
          <w:b/>
        </w:rPr>
        <w:t xml:space="preserve">[14:14] </w:t>
      </w:r>
      <w:r>
        <w:t>logon ko Islam ki line pe educate kijiye. lekin unhon ne kaha ke tum tum khud hato, tumhari seat par hamein qabza karna hai. to is ne Turkey ke Sultan ne in ko nikal diya.</w:t>
      </w:r>
    </w:p>
    <w:p>
      <w:pPr>
        <w:jc w:val="right"/>
      </w:pPr>
      <w:r>
        <w:t>لوگوں کو اسلام کی لائن پہ ایجوکیٹ کیجئے۔ لیکن انہوں نے کہا کہ تم تم خود ہٹو، تمہاری سیٹ پر ہمیں قبضہ کرنا ہے۔ تو اس نے ترکی کے سلطان نے ان کو نکال دیا۔</w:t>
      </w:r>
    </w:p>
    <w:p>
      <w:r>
        <w:rPr>
          <w:b/>
        </w:rPr>
        <w:t xml:space="preserve">[14:27] </w:t>
      </w:r>
      <w:r>
        <w:t>ab dekhen ke Syed Qutb ko dekhen, jawabuddin Nasser jo wahan president thay, unhon ne peshkash ki, offer kiya un ko</w:t>
      </w:r>
    </w:p>
    <w:p>
      <w:pPr>
        <w:jc w:val="right"/>
      </w:pPr>
      <w:r>
        <w:t>اب دیکھیں کہ سید قطب کو دیکھیں، جواب الدین ناصر جو وہاں پریزیڈنٹ تھے، انہوں نے پیشکش کی، افر کیا ان کو</w:t>
      </w:r>
    </w:p>
    <w:p>
      <w:r>
        <w:rPr>
          <w:b/>
        </w:rPr>
        <w:t xml:space="preserve">[14:37] </w:t>
      </w:r>
      <w:r>
        <w:t>ke aap ko hum education minister bana dete hain Egypt mein. aap poore Misr ke jo nai nasal hai, us ko educate kijiye.</w:t>
      </w:r>
    </w:p>
    <w:p>
      <w:pPr>
        <w:jc w:val="right"/>
      </w:pPr>
      <w:r>
        <w:t>کہ آپ کو ہم ایجوکیشن منسٹر بنا دیتے ہیں ایجپٹ میں۔ آپ پورے مصر کے جو نئی نسل ہے، اس کو ایجوکیٹ کیجئے۔</w:t>
      </w:r>
    </w:p>
    <w:p>
      <w:r>
        <w:rPr>
          <w:b/>
        </w:rPr>
        <w:t xml:space="preserve">[14:49] </w:t>
      </w:r>
      <w:r>
        <w:t>magar unhon ne accept nahi kiya is ko. is ke unhon ne throat par baithna tha. Syed Ibrahim Modi ko offer diya Sadar Ayub Khan ne ke aap ko hum ek national university banate hain aur us ko poora charge aap ko de dete</w:t>
      </w:r>
    </w:p>
    <w:p>
      <w:pPr>
        <w:jc w:val="right"/>
      </w:pPr>
      <w:r>
        <w:t>مگر انہوں نے ایکسیپٹ نہیں کیا اس کو۔ اس کے انہوں نے تھروٹ پر بیٹھنا تھا۔ سید ابراہیم مودی کو افر دیا صدر ایوب خان نے کہ آپ کو ہم ایک نیشنل یونیورسٹی بناتے ہیں اور اس کو پورا چارج آپ کو دے دیتے</w:t>
      </w:r>
    </w:p>
    <w:p>
      <w:r>
        <w:rPr>
          <w:b/>
        </w:rPr>
        <w:t xml:space="preserve">[15:06] </w:t>
      </w:r>
      <w:r>
        <w:t>hain. is ka audit bhi nahi kiya jayega. aap wahan par ek nai nasal banaiye, un ko educate kar ke. unhon ne accept nahi kiya is ko.</w:t>
      </w:r>
    </w:p>
    <w:p>
      <w:pPr>
        <w:jc w:val="right"/>
      </w:pPr>
      <w:r>
        <w:t>ہیں۔ اس کا اڈٹ بھی نہیں کیا جائے گا۔ آپ وہاں پر ایک نئی نسل بنائیے، ان کو ایجوکیٹ کر کے۔ انہوں نے ایکسیپٹ نہیں کیا اس کو۔</w:t>
      </w:r>
    </w:p>
    <w:p>
      <w:r>
        <w:rPr>
          <w:b/>
        </w:rPr>
        <w:t xml:space="preserve">[15:14] </w:t>
      </w:r>
      <w:r>
        <w:t>tum takht khali karo. kyun? sab logon ke mind mein tha ke position of strength asal cheez hai, yani political power asal cheez hai.</w:t>
      </w:r>
    </w:p>
    <w:p>
      <w:pPr>
        <w:jc w:val="right"/>
      </w:pPr>
      <w:r>
        <w:t>تم تخت خالی کرو۔ کیوں؟ سب لوگوں کے مائنڈ میں تھا کہ پوزیشن اف اسٹرینتھ اصل چیز ہے، یعنی پولیٹیکل پاور اصل چیز ہے۔</w:t>
      </w:r>
    </w:p>
    <w:p>
      <w:r>
        <w:rPr>
          <w:b/>
        </w:rPr>
        <w:t xml:space="preserve">[15:25] </w:t>
      </w:r>
      <w:r>
        <w:t>education ko kam samjha unhon ne. education ko kam dikhai pada kyunke is mein mansty, manst ban kar kaam karna tha.</w:t>
      </w:r>
    </w:p>
    <w:p>
      <w:pPr>
        <w:jc w:val="right"/>
      </w:pPr>
      <w:r>
        <w:t>ایجوکیشن کو کم سمجھا انہوں نے۔ ایجوکیشن کو کم دکھائی پڑا کیونکہ اس میں مانسٹی، مانسٹ بن کر کام کرنا تھا۔</w:t>
      </w:r>
    </w:p>
    <w:p>
      <w:r>
        <w:rPr>
          <w:b/>
        </w:rPr>
        <w:t xml:space="preserve">[15:36] </w:t>
      </w:r>
      <w:r>
        <w:t>to yeh hai asal baat. sab ke dabaao gham mein bhara hua hai. maine India se le kar America tak, Arab tak sab jo safar kiya, saare Musalmanon ko maine paya ke woh un ke dilon mein hate bomb maujood hai.</w:t>
      </w:r>
    </w:p>
    <w:p>
      <w:pPr>
        <w:jc w:val="right"/>
      </w:pPr>
      <w:r>
        <w:t>تو یہ ہے اصل بات۔ سب کے دباؤ غم میں بھرا ہوا ہے۔ میں نے انڈیا سے لے کر امریکہ تک، عرب تک سب جو سفر کیا، سارے مسلمانوں کو میں نے پایا کہ وہ ان کے دلوں میں ہیٹ بم موجود ہے۔</w:t>
      </w:r>
    </w:p>
    <w:p>
      <w:r>
        <w:rPr>
          <w:b/>
        </w:rPr>
        <w:t xml:space="preserve">[15:49] </w:t>
      </w:r>
      <w:r>
        <w:t>hate bomb wohi explosive bomb ban jata hai. kabhi kabhi ek ek Musalman ke dil mein hate bomb hai. America mein ek sahib ko bohat acha main samajhta tha ke un ke andar hate bomb nahi hai.</w:t>
      </w:r>
    </w:p>
    <w:p>
      <w:pPr>
        <w:jc w:val="right"/>
      </w:pPr>
      <w:r>
        <w:t>ہیٹ بم وہی ایکسپلوژو بم بن جاتا ہے۔ کبھی کبھی ایک ایک مسلمان کے دل میں ہیٹ بم ہے۔ امریکہ میں ایک صاحب کو بہت اچھا میں سمجھتا تھا کہ ان کے اندر ہیٹ بم نہیں ہے۔</w:t>
      </w:r>
    </w:p>
    <w:p>
      <w:r>
        <w:rPr>
          <w:b/>
        </w:rPr>
        <w:t xml:space="preserve">[16:03] </w:t>
      </w:r>
      <w:r>
        <w:t>lekin jab thora sa un se controversy hui to maloom hua ke un ke andar hate bomb hai.</w:t>
      </w:r>
    </w:p>
    <w:p>
      <w:pPr>
        <w:jc w:val="right"/>
      </w:pPr>
      <w:r>
        <w:t>لیکن جب تھوڑا سا ان سے کنٹروورسی ہوئی تو معلوم ہوا کہ ان کے اندر ہیٹ بم ہے۔</w:t>
      </w:r>
    </w:p>
    <w:p>
      <w:r>
        <w:rPr>
          <w:b/>
        </w:rPr>
        <w:t xml:space="preserve">[16:10] </w:t>
      </w:r>
      <w:r>
        <w:t>to maine kam az kam kisi ko nahi paya jo hate bomb se khali ho. yeh hate bomb hai jo kabhi kabhi explosive bomb ban jata hai. to misunderstanding kya?</w:t>
      </w:r>
    </w:p>
    <w:p>
      <w:pPr>
        <w:jc w:val="right"/>
      </w:pPr>
      <w:r>
        <w:t>تو میں نے کم از کم کسی کو نہیں پایا جو ہیٹ بم سے خالی ہو۔ یہ ہیٹ بم ہے جو کبھی کبھی ایکسپلوژو بم بن جاتا ہے۔ تو مس انڈرسٹینڈنگ کیا؟</w:t>
      </w:r>
    </w:p>
    <w:p>
      <w:r>
        <w:rPr>
          <w:b/>
        </w:rPr>
        <w:t xml:space="preserve">[16:22] </w:t>
      </w:r>
      <w:r>
        <w:t>aap ko yeh karna padega ke jo baad ke zamane mein jo development hua aur jo Musalmanon ke zehan ko political zehan bana diya gaya, us ko theek karen.</w:t>
      </w:r>
    </w:p>
    <w:p>
      <w:pPr>
        <w:jc w:val="right"/>
      </w:pPr>
      <w:r>
        <w:t>آپ کو یہ کرنا پڑے گا کہ جو بعد کے زمانے میں جو ڈیولپمنٹ ہوا اور جو مسلمانوں کے ذہن کو پولیٹیکل ذہن بنا دیا گیا، اس کو ٹھیک کریں۔</w:t>
      </w:r>
    </w:p>
    <w:p>
      <w:r>
        <w:rPr>
          <w:b/>
        </w:rPr>
        <w:t xml:space="preserve">[16:39] </w:t>
      </w:r>
      <w:r>
        <w:t>aap jante hain ke is zamane mein aap dekhen to saare log political interpretation mein jee rahe hain. saare log. hamare paas ek sahib aaye thay, Deccan ke Fayyaz sahib,</w:t>
      </w:r>
    </w:p>
    <w:p>
      <w:pPr>
        <w:jc w:val="right"/>
      </w:pPr>
      <w:r>
        <w:t>آپ جانتے ہیں کہ اس زمانے میں آپ دیکھیں تو سارے لوگ پولیٹیکل انٹرپریشن میں جی رہے ہیں۔ سارے لوگ۔ ہمارے پاس ایک صاحب آئے تھے، دکن کے فیاض صاحب،</w:t>
      </w:r>
    </w:p>
    <w:p>
      <w:r>
        <w:rPr>
          <w:b/>
        </w:rPr>
        <w:t xml:space="preserve">[16:52] </w:t>
      </w:r>
      <w:r>
        <w:t>to hamari cheezen parheen. unhon ne to woh keh rahe thay ke mera to khayal hai ke saare log political line pe sochte hain, aur yeh bilkul sahi baat hai.</w:t>
      </w:r>
    </w:p>
    <w:p>
      <w:pPr>
        <w:jc w:val="right"/>
      </w:pPr>
      <w:r>
        <w:t>تو ہماری چیزیں پڑھیں۔ انہوں نے تو وہ کہہ رہے تھے کہ میرا تو خیال ہے کہ سارے لوگ پولیٹیکل لائن پہ سوچتے ہیں، اور یہ بالکل صحیح بات ہے۔</w:t>
      </w:r>
    </w:p>
    <w:p>
      <w:r>
        <w:rPr>
          <w:b/>
        </w:rPr>
        <w:t xml:space="preserve">[17:03] </w:t>
      </w:r>
      <w:r>
        <w:t>to political interpretation jo hai, woh jar hai ke militancy ki, suicide bombing ki.</w:t>
      </w:r>
    </w:p>
    <w:p>
      <w:pPr>
        <w:jc w:val="right"/>
      </w:pPr>
      <w:r>
        <w:t>تو پولیٹیکل انٹرپریشن جو ہے، وہ جڑ ہے کہ ملٹینسی کی، سوسائیڈ بمبنگ کی۔</w:t>
      </w:r>
    </w:p>
    <w:p>
      <w:r>
        <w:rPr>
          <w:b/>
        </w:rPr>
        <w:t xml:space="preserve">[17:11] </w:t>
      </w:r>
      <w:r>
        <w:t>kyunke aap ne Islam ka ki jo taabeer ki, woh political line par ki. yani Islam ka rule chahiye hamein taake hum Islam ke laws jo hain, us ko implement karen.</w:t>
      </w:r>
    </w:p>
    <w:p>
      <w:pPr>
        <w:jc w:val="right"/>
      </w:pPr>
      <w:r>
        <w:t>کیونکہ آپ نے اسلام کا کی جو تعبیر کی، وہ پولیٹیکل لائن پر کی۔ یعنی اسلام کا رول چاہیے ہمیں تاکہ ہم اسلام کے لاز جو ہیں، اس کو امپلیمنٹ کریں۔</w:t>
      </w:r>
    </w:p>
    <w:p>
      <w:r>
        <w:rPr>
          <w:b/>
        </w:rPr>
        <w:t xml:space="preserve">[17:25] </w:t>
      </w:r>
      <w:r>
        <w:t>ab rule par doosre log hain, to ab un ko hatana hai. to un se aap ne singer chhed diya, un ki opposition mein aagaye.</w:t>
      </w:r>
    </w:p>
    <w:p>
      <w:pPr>
        <w:jc w:val="right"/>
      </w:pPr>
      <w:r>
        <w:t>اب رول پر دوسرے لوگ ہیں، تو اب ان کو ہٹانا ہے۔ تو ان سے آپ نے سنگر چھیڑ دیا، ان کی اپوزیشن میں آگئے۔</w:t>
      </w:r>
    </w:p>
    <w:p>
      <w:r>
        <w:rPr>
          <w:b/>
        </w:rPr>
        <w:t xml:space="preserve">[17:34] </w:t>
      </w:r>
      <w:r>
        <w:t>aap aap nahi un ko hata paye to aap ne military se shuru kar di.</w:t>
      </w:r>
    </w:p>
    <w:p>
      <w:pPr>
        <w:jc w:val="right"/>
      </w:pPr>
      <w:r>
        <w:t>آپ آپ نہیں ان کو ہٹا پائے تو آپ نے ملٹری سے شروع کر دی۔</w:t>
      </w:r>
    </w:p>
    <w:p>
      <w:r>
        <w:rPr>
          <w:b/>
        </w:rPr>
        <w:t xml:space="preserve">[17:38] </w:t>
      </w:r>
      <w:r>
        <w:t>military se bhi nahi hata paye to aap ab suicide bombing kar rahe hain. main aap ko ek example deta hoon Syed Qutb ka, jo poore aalam Islam mein number one samjhate hain.</w:t>
      </w:r>
    </w:p>
    <w:p>
      <w:pPr>
        <w:jc w:val="right"/>
      </w:pPr>
      <w:r>
        <w:t>ملٹری سے بھی نہیں ہٹا پائے تو آپ اب سوسائیڈ بمبنگ کر رہے ہیں۔ میں آپ کو ایک ایگزامپل دیتا ہوں سید قطب کا، جو پورے عالم اسلام میں نمبر ون سمجھاتے ہیں۔</w:t>
      </w:r>
    </w:p>
    <w:p>
      <w:r>
        <w:rPr>
          <w:b/>
        </w:rPr>
        <w:t xml:space="preserve">[17:52] </w:t>
      </w:r>
      <w:r>
        <w:t>aalam Arab mein, aalam Arab mein number one samjhate hain Syed Qutb. un ki tafseer hai, uska naam hai "Fi Zilal al-Quran".</w:t>
      </w:r>
    </w:p>
    <w:p>
      <w:pPr>
        <w:jc w:val="right"/>
      </w:pPr>
      <w:r>
        <w:t>عالم عرب میں، عالم عرب میں نمبر ون سمجھاتے ہیں سید قطب۔ ان کی تفسیر ہے، اس کا نام ہے "فی ذلال القرآن"۔</w:t>
      </w:r>
    </w:p>
    <w:p>
      <w:r>
        <w:rPr>
          <w:b/>
        </w:rPr>
        <w:t xml:space="preserve">[18:05] </w:t>
      </w:r>
      <w:r>
        <w:t>Arabic mein un ki tafseer hai "Fi Zilal al-Quran".</w:t>
      </w:r>
    </w:p>
    <w:p>
      <w:pPr>
        <w:jc w:val="right"/>
      </w:pPr>
      <w:r>
        <w:t>عربک میں ان کی تفسیر ہے "فی ذلال القرآن"۔</w:t>
      </w:r>
    </w:p>
    <w:p>
      <w:r>
        <w:rPr>
          <w:b/>
        </w:rPr>
        <w:t xml:space="preserve">[18:12] </w:t>
      </w:r>
      <w:r>
        <w:t>is mein yani yeh jo is ka main misaal de raha hoon, kis tarah logon ne Islam ka political interpretation diya, is mein dekhen Quran mein qissa bataya gaya hai Hazrat Musa ka aur Firon ka.</w:t>
      </w:r>
    </w:p>
    <w:p>
      <w:pPr>
        <w:jc w:val="right"/>
      </w:pPr>
      <w:r>
        <w:t>اس میں یعنی یہ جو اس کا میں مثال دے رہا ہوں، کس طرح لوگوں نے اسلام کا پولیٹیکل انٹرپریشن دیا، اس میں دیکھیں قرآن میں قصہ بتایا گیا ہے حضرت موسیٰ کا اور فرعون کا۔</w:t>
      </w:r>
    </w:p>
    <w:p>
      <w:r>
        <w:rPr>
          <w:b/>
        </w:rPr>
        <w:t xml:space="preserve">[18:30] </w:t>
      </w:r>
      <w:r>
        <w:t>to musa ne jab firoun ke darbar mein apna apna message jo allah taala ne diya tha, un ko pesh kiya, toheed ka mission, to woh kehta hai firoun ke darbari sab maujood the wahan par.</w:t>
      </w:r>
    </w:p>
    <w:p>
      <w:pPr>
        <w:jc w:val="right"/>
      </w:pPr>
      <w:r>
        <w:t>تو موسیٰ نے جب فرعون کے دربار میں اپنا اپنا میسج جو اللہ تعالیٰ نے دیا تھا، ان کو پیش کیا، توحید کا مشن، تو وہ کہتا ہے فرعون کہ درباری سب موجود تھے وہاں پر۔</w:t>
      </w:r>
    </w:p>
    <w:p>
      <w:r>
        <w:rPr>
          <w:b/>
        </w:rPr>
        <w:t xml:space="preserve">[18:47] </w:t>
      </w:r>
      <w:r>
        <w:t>darbariyon ko address kiya is ne ke yurid yukhrijakum minkum musa ke bare mein ke yeh to hum ko hamari zameen se nikal dena chahta hai.</w:t>
      </w:r>
    </w:p>
    <w:p>
      <w:pPr>
        <w:jc w:val="right"/>
      </w:pPr>
      <w:r>
        <w:t>درباریوں کو ایڈریس کیا اس نے کہ یرید یخرجکم منکم موسیٰ کے بارے میں کہ یہ تو ہم کو ہماری زمین سے نکال دینا چاہتا ہے۔</w:t>
      </w:r>
    </w:p>
    <w:p>
      <w:r>
        <w:rPr>
          <w:b/>
        </w:rPr>
        <w:t xml:space="preserve">[18:57] </w:t>
      </w:r>
      <w:r>
        <w:t>yeh aadmi</w:t>
      </w:r>
    </w:p>
    <w:p>
      <w:pPr>
        <w:jc w:val="right"/>
      </w:pPr>
      <w:r>
        <w:t>یہ آدمی</w:t>
      </w:r>
    </w:p>
    <w:p>
      <w:r>
        <w:rPr>
          <w:b/>
        </w:rPr>
        <w:t xml:space="preserve">[18:59] </w:t>
      </w:r>
      <w:r>
        <w:t>yurid yukhrijakum minkum yeh hum ko apni zameen se nikal dena chahta hai. Yani is ko political colour de diya is ne. Political colour.</w:t>
      </w:r>
    </w:p>
    <w:p>
      <w:pPr>
        <w:jc w:val="right"/>
      </w:pPr>
      <w:r>
        <w:t>یرید یخرجکم منکم یہ ہم کو اپنی زمین سے نکال دینا چاہتا ہے۔ یعنی اس کو پولیٹیکل کلر دے دیا اس نے۔ پولیٹیکل کلر۔</w:t>
      </w:r>
    </w:p>
    <w:p>
      <w:r>
        <w:rPr>
          <w:b/>
        </w:rPr>
        <w:t xml:space="preserve">[19:10] </w:t>
      </w:r>
      <w:r>
        <w:t>ab yeh hazrat musa ke ka jo wahan par jo bole the, woh is mein kuch bhi nahi tha. Aisa political baat is mein kuch bhi nahi tha. To syed qutb ne hazrat musa ki ki jo speech thi, wahan par us se to kuch nahi paya apne political is ke liye inter</w:t>
      </w:r>
    </w:p>
    <w:p>
      <w:pPr>
        <w:jc w:val="right"/>
      </w:pPr>
      <w:r>
        <w:t>اب یہ حضرت موسیٰ کے کا جو وہاں پر جو بولے تھے، وہ اس میں کچھ بھی نہیں تھا۔ ایسا پولیٹیکل بات اس میں کچھ بھی نہیں تھا۔ تو سید قطب نے حضرت موسیٰ کی کی جو سپیچ تھی، وہاں پر اس سے تو کچھ نہیں پایا اپنے پولیٹیکل اس کے لیے انٹر</w:t>
      </w:r>
    </w:p>
    <w:p>
      <w:r>
        <w:rPr>
          <w:b/>
        </w:rPr>
        <w:t xml:space="preserve">[19:28] </w:t>
      </w:r>
      <w:r>
        <w:t>pression ke liye. To firoun ke paas se nikal liya ke firoun ne kaha tha ke firoun ne yeh kaha tha ke musa chahte hain ke hum ko hamari zameen se nikal dein.</w:t>
      </w:r>
    </w:p>
    <w:p>
      <w:pPr>
        <w:jc w:val="right"/>
      </w:pPr>
      <w:r>
        <w:t>پریشن کے لیے۔ تو فرعون کے پاس سے نکال لیا کہ فرعون نے کہا تھا کہ فرعون نے یہ کہا تھا کہ موسیٰ چاہتے ہیں کہ ہم کو ہماری زمین سے نکال دیں۔</w:t>
      </w:r>
    </w:p>
    <w:p>
      <w:r>
        <w:rPr>
          <w:b/>
        </w:rPr>
        <w:t xml:space="preserve">[19:38] </w:t>
      </w:r>
      <w:r>
        <w:t>yani hamare zameen ka matlab mulk, hamara country, hamara egypt. To egypt ko qabza kar lein, hum ko nikal kar ke.</w:t>
      </w:r>
    </w:p>
    <w:p>
      <w:pPr>
        <w:jc w:val="right"/>
      </w:pPr>
      <w:r>
        <w:t>یعنی ہمارے زمین کا مطلب ملک، ہمارا کنٹری، ہمارا ایجپٹ۔ تو ایجپٹ کو قبضہ کر لیں، ہم کو نکال کر کے۔</w:t>
      </w:r>
    </w:p>
    <w:p>
      <w:r>
        <w:rPr>
          <w:b/>
        </w:rPr>
        <w:t xml:space="preserve">[19:47] </w:t>
      </w:r>
      <w:r>
        <w:t>to un ko unhon ne jo likha hai, syed qutb ne woh yeh likha hai unhon ne ke innaha zahab al-sultan innaha zahab al-sultan yeh to sultan mani hote hain power, iqtidaar.</w:t>
      </w:r>
    </w:p>
    <w:p>
      <w:pPr>
        <w:jc w:val="right"/>
      </w:pPr>
      <w:r>
        <w:t>تو ان کو انہوں نے جو لکھا ہے، سید قطب صاحب نے وہ یہ لکھا ہے انہوں نے کہ انہا ذهاب السلطان انہا ذهاب السلطان یہ تو سلطان معنی ہوتے ہیں پاور، اقتدار۔</w:t>
      </w:r>
    </w:p>
    <w:p>
      <w:r>
        <w:rPr>
          <w:b/>
        </w:rPr>
        <w:t xml:space="preserve">[20:03] </w:t>
      </w:r>
      <w:r>
        <w:t>yeh to hamara iqtidaar cheenna chahta hai. Yeh to iqtidaar khone khone ki baat hai.</w:t>
      </w:r>
    </w:p>
    <w:p>
      <w:pPr>
        <w:jc w:val="right"/>
      </w:pPr>
      <w:r>
        <w:t>یہ تو ہمارا اقتدار چھیننا چاہتا ہے۔ یہ تو اقتدار کھونے کھونے کی بات ہے۔</w:t>
      </w:r>
    </w:p>
    <w:p>
      <w:r>
        <w:rPr>
          <w:b/>
        </w:rPr>
        <w:t xml:space="preserve">[20:11] </w:t>
      </w:r>
      <w:r>
        <w:t>yani is ko political colour de diya ke musa aaye hain taake hamare power, hamare iqtidaar cheenein. Hum yahan pe hukoomat apni qaim karein.</w:t>
      </w:r>
    </w:p>
    <w:p>
      <w:pPr>
        <w:jc w:val="right"/>
      </w:pPr>
      <w:r>
        <w:t>یعنی اس کو پولیٹیکل کلر دے دیا کہ موسیٰ آئے ہیں تاکہ ہمارے پاور، ہمارے اقتدار چھینیں۔ ہم یہاں پہ حکومت اپنی قائم کریں۔</w:t>
      </w:r>
    </w:p>
    <w:p>
      <w:r>
        <w:rPr>
          <w:b/>
        </w:rPr>
        <w:t xml:space="preserve">[20:20] </w:t>
      </w:r>
      <w:r>
        <w:t>to yeh un ke alfaaz hain, yeh hazrat musa ke alfaaz nahi hain ke hazrat musa ne ki taqreer ke baad jo bola tha, woh firoun.</w:t>
      </w:r>
    </w:p>
    <w:p>
      <w:pPr>
        <w:jc w:val="right"/>
      </w:pPr>
      <w:r>
        <w:t>تو یہ ان کے الفاظ ہیں، یہ حضرت موسیٰ کے الفاظ نہیں ہیں کہ حضرت موسیٰ نے کی تقریر کے بعد جو بولا تھا، وہ فرعون۔</w:t>
      </w:r>
    </w:p>
    <w:p>
      <w:r>
        <w:rPr>
          <w:b/>
        </w:rPr>
        <w:t xml:space="preserve">[20:31] </w:t>
      </w:r>
      <w:r>
        <w:t>is ka yeh syed qutb ne yeh matlab nikala ke innaha zahab al-sultan yeh to hamari iqtadari ko cheenna chahta hai.</w:t>
      </w:r>
    </w:p>
    <w:p>
      <w:pPr>
        <w:jc w:val="right"/>
      </w:pPr>
      <w:r>
        <w:t>اس کا یہ سید قطب صاحب نے یہ مطلب نکالا کہ انہا ذهاب السلطان یہ تو ہماری اقتداری کو چھیننا چاہتا ہے۔</w:t>
      </w:r>
    </w:p>
    <w:p>
      <w:r>
        <w:rPr>
          <w:b/>
        </w:rPr>
        <w:t xml:space="preserve">[20:42] </w:t>
      </w:r>
      <w:r>
        <w:t>aur likha unhon ne ke</w:t>
      </w:r>
    </w:p>
    <w:p>
      <w:pPr>
        <w:jc w:val="right"/>
      </w:pPr>
      <w:r>
        <w:t>اور لکھا انہوں نے کہ</w:t>
      </w:r>
    </w:p>
    <w:p>
      <w:r>
        <w:rPr>
          <w:b/>
        </w:rPr>
        <w:t xml:space="preserve">[20:46] </w:t>
      </w:r>
      <w:r>
        <w:t>muhawalat qalb al-nizam muhawalat qalb al-nizam yani hamara system badalne ka ka yeh yeh muhawala mani koshish.</w:t>
      </w:r>
    </w:p>
    <w:p>
      <w:pPr>
        <w:jc w:val="right"/>
      </w:pPr>
      <w:r>
        <w:t>محاولۃ قلبی نظام محاولۃ قلبی نظام یعنی ہمارا سسٹم بدلنے کا کا یہ یہ محاولہ معنی کوشش۔</w:t>
      </w:r>
    </w:p>
    <w:p>
      <w:r>
        <w:rPr>
          <w:b/>
        </w:rPr>
        <w:t xml:space="preserve">[20:58] </w:t>
      </w:r>
      <w:r>
        <w:t>yani in ka maqsad hai ke hamari hamari jo system hai, jo hamara hamari hukoomat hai, hukoomat ko badal de.</w:t>
      </w:r>
    </w:p>
    <w:p>
      <w:pPr>
        <w:jc w:val="right"/>
      </w:pPr>
      <w:r>
        <w:t>یعنی ان کا مقصد ہے کہ ہماری ہماری جو سسٹم ہے، جو ہمارا ہماری حکومت ہے، حکومت کو بدل دے۔</w:t>
      </w:r>
    </w:p>
    <w:p>
      <w:r>
        <w:rPr>
          <w:b/>
        </w:rPr>
        <w:t xml:space="preserve">[21:06] </w:t>
      </w:r>
      <w:r>
        <w:t>is tarah unhon ne nikala ke</w:t>
      </w:r>
    </w:p>
    <w:p>
      <w:pPr>
        <w:jc w:val="right"/>
      </w:pPr>
      <w:r>
        <w:t>اس طرح انہوں نے نکالا کہ</w:t>
      </w:r>
    </w:p>
    <w:p>
      <w:r>
        <w:rPr>
          <w:b/>
        </w:rPr>
        <w:t xml:space="preserve">[21:10] </w:t>
      </w:r>
      <w:r>
        <w:t>ke nabiyon ki dawat hoti hai is baat ki ke hukoomat ilahia qaim ki jaye, divine rule qaim kiya jaye.</w:t>
      </w:r>
    </w:p>
    <w:p>
      <w:pPr>
        <w:jc w:val="right"/>
      </w:pPr>
      <w:r>
        <w:t>کہ نبیوں کی دعوت ہوتی ہے اس بات کی کہ حکومت الہیہ قائم کی جائے، ڈیوائن رول قائم کیا جائے۔</w:t>
      </w:r>
    </w:p>
    <w:p>
      <w:r>
        <w:rPr>
          <w:b/>
        </w:rPr>
        <w:t xml:space="preserve">[21:19] </w:t>
      </w:r>
      <w:r>
        <w:t>yani political revolution laya jaye. Ab dekhein jo text hai quran majeed ka, us mein to kuch bhi nahi aisa.</w:t>
      </w:r>
    </w:p>
    <w:p>
      <w:pPr>
        <w:jc w:val="right"/>
      </w:pPr>
      <w:r>
        <w:t>یعنی پولیٹیکل ریولوشن لایا جائے۔ اب دیکھیں جو ٹیکسٹ ہے قرآن مجید کا، اس میں تو کچھ بھی نہیں ایسا۔</w:t>
      </w:r>
    </w:p>
    <w:p>
      <w:r>
        <w:rPr>
          <w:b/>
        </w:rPr>
        <w:t xml:space="preserve">[21:29] </w:t>
      </w:r>
      <w:r>
        <w:t>aur dilchasp baat yeh hai ke agar hazrat musa ka target yeh tha ke egypt mein apni hukoomat qaim karein, apna rule qaim karein wahan, to unhon ne to is ka ulta kiya.</w:t>
      </w:r>
    </w:p>
    <w:p>
      <w:pPr>
        <w:jc w:val="right"/>
      </w:pPr>
      <w:r>
        <w:t>اور دلچسپ بات یہ ہے کہ اگر حضرت موسیٰ کا ٹارگٹ یہ تھا کہ ایجپٹ میں اپنی حکومت قائم کریں، اپنا رول قائم کریں وہاں، تو انہوں نے تو اس کا الٹا کیا۔</w:t>
      </w:r>
    </w:p>
    <w:p>
      <w:r>
        <w:rPr>
          <w:b/>
        </w:rPr>
        <w:t xml:space="preserve">[21:46] </w:t>
      </w:r>
      <w:r>
        <w:t>aap jante hain ke allah taala ne firoun ko aur us ke lashkar ko, us ki sari jo military thi, sab ko samundar mein gharaq kar diya.</w:t>
      </w:r>
    </w:p>
    <w:p>
      <w:pPr>
        <w:jc w:val="right"/>
      </w:pPr>
      <w:r>
        <w:t>آپ جانتے ہیں کہ اللہ تعالیٰ نے فرعون کو اور اس کے لشکر کو، اس کی ساری جو ملٹری تھی، سب کو سمندر میں غرق کر دیا۔</w:t>
      </w:r>
    </w:p>
    <w:p>
      <w:r>
        <w:rPr>
          <w:b/>
        </w:rPr>
        <w:t xml:space="preserve">[22:01] </w:t>
      </w:r>
      <w:r>
        <w:t>yeh aap parhte hain quran mein aur bible mein bhi yeh baat maujood hai.</w:t>
      </w:r>
    </w:p>
    <w:p>
      <w:pPr>
        <w:jc w:val="right"/>
      </w:pPr>
      <w:r>
        <w:t>یہ آپ پڑھتے ہیں قرآن میں اور بائبل میں بھی یہ بات موجود ہے۔</w:t>
      </w:r>
    </w:p>
    <w:p>
      <w:r>
        <w:rPr>
          <w:b/>
        </w:rPr>
        <w:t xml:space="preserve">[22:06] </w:t>
      </w:r>
      <w:r>
        <w:t>to jab firoun khatam ho gaya aur us ki us ka military, us ki military power bhi khatam ho gayi, to hazrat musa ka mauqa tha ke ab woh misr mein apni apna rule qaim karein.</w:t>
      </w:r>
    </w:p>
    <w:p>
      <w:pPr>
        <w:jc w:val="right"/>
      </w:pPr>
      <w:r>
        <w:t>تو جب فرعون ختم ہو گیا اور اس کی اس کا ملٹری، اس کی ملٹری پاور بھی ختم ہوگئی، تو حضرت موسیٰ کا موقع تھا کہ اب وہ مصر میں اپنی اپنا رول قائم کریں۔</w:t>
      </w:r>
    </w:p>
    <w:p>
      <w:r>
        <w:rPr>
          <w:b/>
        </w:rPr>
        <w:t xml:space="preserve">[22:20] </w:t>
      </w:r>
      <w:r>
        <w:t>lekin hazrat musa ne kiya kiya? Misr ko chhod kar chale gaye sahra-e-sina mein, desert mein.</w:t>
      </w:r>
    </w:p>
    <w:p>
      <w:pPr>
        <w:jc w:val="right"/>
      </w:pPr>
      <w:r>
        <w:t>لیکن حضرت موسیٰ نے کیا کیا؟ مصر کو چھوڑ کر چلے گئے صحرائے سینا میں، ڈیزرٹ میں۔</w:t>
      </w:r>
    </w:p>
    <w:p>
      <w:r>
        <w:rPr>
          <w:b/>
        </w:rPr>
        <w:t xml:space="preserve">[22:28] </w:t>
      </w:r>
      <w:r>
        <w:t>to kaise ajeeb the hazrat musa ke jo nishana, jo target banaya tha unhon ne, woh target un ko mil gaya bilkul.</w:t>
      </w:r>
    </w:p>
    <w:p>
      <w:pPr>
        <w:jc w:val="right"/>
      </w:pPr>
      <w:r>
        <w:t>تو کیسے عجیب تھے حضرت موسیٰ کہ جو نشانہ، جو ٹارگٹ بنایا تھا انہوں نے، وہ ٹارگٹ ان کو مل گیا بالکل۔</w:t>
      </w:r>
    </w:p>
    <w:p>
      <w:r>
        <w:rPr>
          <w:b/>
        </w:rPr>
        <w:t xml:space="preserve">[22:38] </w:t>
      </w:r>
      <w:r>
        <w:t>aur phir woh egypt chhod kar chale gaye sahra-e-sina mein. Yeh sab aap parhein ke quran mein bhi hai, bible mein bhi yeh baat hai. Lekin yeh kitaab aizam phaili sari duniya mein.</w:t>
      </w:r>
    </w:p>
    <w:p>
      <w:pPr>
        <w:jc w:val="right"/>
      </w:pPr>
      <w:r>
        <w:t>اور پھر وہ ایجپٹ چھوڑ کر چلے گئے صحرائے سینا میں۔ یہ سب آپ پڑھیں کہ قرآن میں بھی ہے، بائبل میں بھی یہ بات ہے۔ لیکن یہ کتاب اعزام پھیلی ساری دنیا میں۔</w:t>
      </w:r>
    </w:p>
    <w:p>
      <w:r>
        <w:rPr>
          <w:b/>
        </w:rPr>
        <w:t xml:space="preserve">[22:51] </w:t>
      </w:r>
      <w:r>
        <w:t>aur yeh baatein Syed Ibrahim Mody ne likhi hain ke saari dunya ke musalmanon ke andar aap dekhen ke political thinking. Mujhe to koi nahi mila jo is se bacha hua ho.</w:t>
      </w:r>
    </w:p>
    <w:p>
      <w:pPr>
        <w:jc w:val="right"/>
      </w:pPr>
      <w:r>
        <w:t>اور یہ باتیں سید ابراہیم مودی نے لکھی ہیں کہ ساری دنیا کے مسلمانوں کے اندر آپ دیکھیں کہ پولیٹیکل تھنکنگ۔ مجھے تو کوئی نہیں ملا جو اس سے بچا ہوا ہو۔</w:t>
      </w:r>
    </w:p>
    <w:p>
      <w:r>
        <w:rPr>
          <w:b/>
        </w:rPr>
        <w:t xml:space="preserve">[23:03] </w:t>
      </w:r>
      <w:r>
        <w:t>Political thinking yaani jo zamana tha, usi ko model samajh liya. Yaani empire jab qaim tha ke phir hamein empire qaim karna hai, phir hamein political glory qaim karna hai.</w:t>
      </w:r>
    </w:p>
    <w:p>
      <w:pPr>
        <w:jc w:val="right"/>
      </w:pPr>
      <w:r>
        <w:t>پولیٹیکل تھنکنگ یعنی جو زمانہ تھا، اسی کو ماڈل سمجھ لیا۔ یعنی ایمپائر جب قائم تھا کہ پھر ہمیں ایمپائر قائم کرنا ہے، پھر ہمیں پولیٹیکل گلوری قائم کرنا ہے۔</w:t>
      </w:r>
    </w:p>
    <w:p>
      <w:r>
        <w:rPr>
          <w:b/>
        </w:rPr>
        <w:t xml:space="preserve">[23:18] </w:t>
      </w:r>
      <w:r>
        <w:t>To cheez kya thi</w:t>
      </w:r>
    </w:p>
    <w:p>
      <w:pPr>
        <w:jc w:val="right"/>
      </w:pPr>
      <w:r>
        <w:t>تو چیز کیا تھی</w:t>
      </w:r>
    </w:p>
    <w:p>
      <w:r>
        <w:rPr>
          <w:b/>
        </w:rPr>
        <w:t xml:space="preserve">[23:21] </w:t>
      </w:r>
      <w:r>
        <w:t>? Aaj kal ki jo qaumein thin, jin se woh takra rahe the, un ka power zyada tha, un ke paas zyada better technique thi, un ke paas zyada achhi science thi.</w:t>
      </w:r>
    </w:p>
    <w:p>
      <w:pPr>
        <w:jc w:val="right"/>
      </w:pPr>
      <w:r>
        <w:t>؟ آج کل کی جو قومیں تھیں، جن سے وہ ٹکرا رہے تھے، ان کا پاور زیادہ تھا، ان کے پاس زیادہ بیٹر ٹیکنیک تھی، ان کے پاس زیادہ اچھی سائنس تھی۔</w:t>
      </w:r>
    </w:p>
    <w:p>
      <w:r>
        <w:rPr>
          <w:b/>
        </w:rPr>
        <w:t xml:space="preserve">[23:33] </w:t>
      </w:r>
      <w:r>
        <w:t>To musalman kahin kamyab nahi hue. Jab nahi kamyab hue to military chalai unhone. Is mein bhi kuch nahi mila to ab to suicide bombing karte hain, apne hi ko halak kar ke doosron ko maar do.</w:t>
      </w:r>
    </w:p>
    <w:p>
      <w:pPr>
        <w:jc w:val="right"/>
      </w:pPr>
      <w:r>
        <w:t>تو مسلمان کہیں کامیاب نہیں ہوئے۔ جب نہیں کامیاب ہوئے تو ملٹری چلائی انہوں نے۔ اس میں بھی کچھ نہیں ملا تو اب تو سوسائیڈ بمبنگ کرتے ہیں، اپنے ہی کو ہلاک کر کے دوسروں کو مار دو۔</w:t>
      </w:r>
    </w:p>
    <w:p>
      <w:r>
        <w:rPr>
          <w:b/>
        </w:rPr>
        <w:t xml:space="preserve">[23:47] </w:t>
      </w:r>
      <w:r>
        <w:t>To aaj kal jo ho rahi hai conferences idhar</w:t>
      </w:r>
    </w:p>
    <w:p>
      <w:pPr>
        <w:jc w:val="right"/>
      </w:pPr>
      <w:r>
        <w:t>تو آج کل جو ہو رہی ہے کانفرنسیں ادھر</w:t>
      </w:r>
    </w:p>
    <w:p>
      <w:r>
        <w:rPr>
          <w:b/>
        </w:rPr>
        <w:t xml:space="preserve">[23:50] </w:t>
      </w:r>
      <w:r>
        <w:t>idhar, abhi July mein Madrid mein conference hui hai, 200 us mein bulaye gaye the log, har mazhab ke log.</w:t>
      </w:r>
    </w:p>
    <w:p>
      <w:pPr>
        <w:jc w:val="right"/>
      </w:pPr>
      <w:r>
        <w:t>ادھر، ابھی جولائی میں میڈرڈ میں کانفرنس ہوئی ہے، 200 اس میں بلائے گئے تھے لوگ، ہر مذہب کے لوگ۔</w:t>
      </w:r>
    </w:p>
    <w:p>
      <w:r>
        <w:rPr>
          <w:b/>
        </w:rPr>
        <w:t xml:space="preserve">[23:59] </w:t>
      </w:r>
      <w:r>
        <w:t>To naam to tha "interfaith dialogue", is ka naam tha "interfaith dialogue". Lekin maqsad sara jo focus tha us cheez par, woh yahi tha ke musalmanon ke khilaf misconception ko khatam karna, yeh batana ke hum log to peaceful log</w:t>
      </w:r>
    </w:p>
    <w:p>
      <w:pPr>
        <w:jc w:val="right"/>
      </w:pPr>
      <w:r>
        <w:t>تو نام تو تھا "انٹرفیئر ڈائیلاگ"، اس کا نام تھا "انٹرفیئر ڈائیلاگ"۔ لیکن مقصد سارا جو فوکس تھا اس چیز پر، وہ یہی تھا کہ مسلمانوں کے خلاف مسڈیسٹین کو ختم کرنا، یہ بتانا کہ ہم لوگ تو پیس فل لوگ</w:t>
      </w:r>
    </w:p>
    <w:p>
      <w:r>
        <w:rPr>
          <w:b/>
        </w:rPr>
        <w:t xml:space="preserve">[24:16] </w:t>
      </w:r>
      <w:r>
        <w:t>hain, Islam ki taleemat sab peace, Islam ki teaching jo hai, sab peace par base karti hai. To is tarah ki conferences hazaron ho chuki hain pichhle 50 saal mein, hazaron se kam nahi,</w:t>
      </w:r>
    </w:p>
    <w:p>
      <w:pPr>
        <w:jc w:val="right"/>
      </w:pPr>
      <w:r>
        <w:t>ہیں، اسلام کی تعلیمات سب پیس، اسلام کی ٹیچنگ جو ہے، سب پیس پر بیس کرتی ہے۔ تو اس طرح کے کانفرنسیں ہزاروں ہو چکی ہیں پچھلے 50 سال میں، ہزاروں سے کم نہیں،</w:t>
      </w:r>
    </w:p>
    <w:p>
      <w:r>
        <w:rPr>
          <w:b/>
        </w:rPr>
        <w:t xml:space="preserve">[24:31] </w:t>
      </w:r>
      <w:r>
        <w:t>chhoti badi. Aur aur aap dekhen, sab in vain result less balkeh badh raha hai.</w:t>
      </w:r>
    </w:p>
    <w:p>
      <w:pPr>
        <w:jc w:val="right"/>
      </w:pPr>
      <w:r>
        <w:t>چھوٹی بڑی۔ اور اور آپ دیکھیں، سب ان وین رزلٹ لیس بلکہ بڑھ رہا ہے۔</w:t>
      </w:r>
    </w:p>
    <w:p>
      <w:r>
        <w:rPr>
          <w:b/>
        </w:rPr>
        <w:t xml:space="preserve">[24:42] </w:t>
      </w:r>
      <w:r>
        <w:t>Ab aaj dekhen, aaj jo newspaper mein aap ne parha hoga, itne saare bomb blast hue hain to badh raha hai, badh raha hai, badh raha hai. Kyun badh raha hai?</w:t>
      </w:r>
    </w:p>
    <w:p>
      <w:pPr>
        <w:jc w:val="right"/>
      </w:pPr>
      <w:r>
        <w:t>اب آج دیکھیں، آج جو نیوز پیپر میں آپ نے پڑھا ہوگا، اتنے سارے بمب بلاسٹ ہوئے ہیں تو بڑھا جا رہا ہے، بڑھا جا رہا ہے، بڑھا جا رہا ہے۔ کیوں بڑھا جا رہا ہے؟</w:t>
      </w:r>
    </w:p>
    <w:p>
      <w:r>
        <w:rPr>
          <w:b/>
        </w:rPr>
        <w:t xml:space="preserve">[24:53] </w:t>
      </w:r>
      <w:r>
        <w:t>Ke jo asal root hai, wahan par nahi koi pahunchta. Asal root hai ke mind mein jo basa hua hai, political interpretation, political glory ke sirf strength hamein lena hai, phir dobara modesty pe musalman raazi nahi hain.</w:t>
      </w:r>
    </w:p>
    <w:p>
      <w:pPr>
        <w:jc w:val="right"/>
      </w:pPr>
      <w:r>
        <w:t>کہ جو اصل روٹ ہے، وہاں پر نہیں کوئی پہنچتا۔ اصل روٹ ہے کہ مائنڈ میں جو بسا ہوا ہے، پولیٹیکل انٹرپریشن، پولیٹیکل گلوری کہ صرف اسٹرینتھ ہمیں لینا ہے، پھر دوبارہ مانسٹی پہ مسلمان راضی نہیں ہیں۔</w:t>
      </w:r>
    </w:p>
    <w:p>
      <w:r>
        <w:rPr>
          <w:b/>
        </w:rPr>
        <w:t xml:space="preserve">[25:13] </w:t>
      </w:r>
      <w:r>
        <w:t>Is ko khatam karna padega. Ab main aap ko ek baat arz karna chahta hoon ke aap sab se pehle yeh samajhne ki koshish kijiye ke Khuda ka creation plan kya hai.</w:t>
      </w:r>
    </w:p>
    <w:p>
      <w:pPr>
        <w:jc w:val="right"/>
      </w:pPr>
      <w:r>
        <w:t>اس کو ختم کرنا پڑے گا۔ اب میں آپ کو ایک بات عرض کرنا چاہتا ہوں کہ آپ سب سے پہلے یہ سمجھنے کی کوشش کیجئے کہ خدا کا کریشن پلان کیا ہے۔</w:t>
      </w:r>
    </w:p>
    <w:p>
      <w:r>
        <w:rPr>
          <w:b/>
        </w:rPr>
        <w:t xml:space="preserve">[25:28] </w:t>
      </w:r>
      <w:r>
        <w:t>Is creation plan ke subject musalman bhi hain, non-muslim bhi hain, dono.</w:t>
      </w:r>
    </w:p>
    <w:p>
      <w:pPr>
        <w:jc w:val="right"/>
      </w:pPr>
      <w:r>
        <w:t>اس کریشن پلان کے سبجیکٹ مسلمان بھی ہیں، نان مسلم بھی ہیں، دونوں۔</w:t>
      </w:r>
    </w:p>
    <w:p>
      <w:r>
        <w:rPr>
          <w:b/>
        </w:rPr>
        <w:t xml:space="preserve">[25:38] </w:t>
      </w:r>
      <w:r>
        <w:t>To is mein aap padhenge ke Quran ki poore Quran mein aap yeh baat padhenge ke base karta hai sab kuch ibtila par, examination test.</w:t>
      </w:r>
    </w:p>
    <w:p>
      <w:pPr>
        <w:jc w:val="right"/>
      </w:pPr>
      <w:r>
        <w:t>تو اس میں آپ پڑھیں گے کہ قرآن کی پورے قرآن میں آپ یہ بات پڑھیں گے کہ بیس کرتا ہے سب کچھ ابتلا پر، ایگزامنری ٹیسٹ۔</w:t>
      </w:r>
    </w:p>
    <w:p>
      <w:r>
        <w:rPr>
          <w:b/>
        </w:rPr>
        <w:t xml:space="preserve">[25:51] </w:t>
      </w:r>
      <w:r>
        <w:t>Yaani har aadmi test par hai is duniya mein. Is duniya mein har aadmi test par hai.</w:t>
      </w:r>
    </w:p>
    <w:p>
      <w:pPr>
        <w:jc w:val="right"/>
      </w:pPr>
      <w:r>
        <w:t>یعنی ہر آدمی ٹیسٹ پر ہے اس دنیا میں۔ اس دنیا میں ہر آدمی ٹیسٹ پر ہے۔</w:t>
      </w:r>
    </w:p>
    <w:p>
      <w:r>
        <w:rPr>
          <w:b/>
        </w:rPr>
        <w:t xml:space="preserve">[26:00] </w:t>
      </w:r>
      <w:r>
        <w:t>Is duniya mein har aadmi test par hai.</w:t>
      </w:r>
    </w:p>
    <w:p>
      <w:pPr>
        <w:jc w:val="right"/>
      </w:pPr>
      <w:r>
        <w:t>اس دنیا میں ہر آدمی ٹیسٹ پر ہے۔</w:t>
      </w:r>
    </w:p>
    <w:p>
      <w:r>
        <w:rPr>
          <w:b/>
        </w:rPr>
        <w:t xml:space="preserve">[26:06] </w:t>
      </w:r>
      <w:r>
        <w:t>Misalan Quran ki ek ayat hai wa nablu-kum bil-khayri wash-sharri ibtila-an wa ilayna turja'un yaani hum ne un ko azmaya achhe se bhi, bure se bhi.</w:t>
      </w:r>
    </w:p>
    <w:p>
      <w:pPr>
        <w:jc w:val="right"/>
      </w:pPr>
      <w:r>
        <w:t>مثلاً قرآن کی ایک آیت ہے وبلونہم بالحسنات والسيار وبلونہم بالحسنات والسيار یعنی ہم نے ان کو آزمایا اچھے سے بھی، برے سے بھی۔</w:t>
      </w:r>
    </w:p>
    <w:p>
      <w:r>
        <w:rPr>
          <w:b/>
        </w:rPr>
        <w:t xml:space="preserve">[26:25] </w:t>
      </w:r>
      <w:r>
        <w:t>We tested them with both blessings and misfortunes.</w:t>
      </w:r>
    </w:p>
    <w:p>
      <w:pPr>
        <w:jc w:val="right"/>
      </w:pPr>
      <w:r>
        <w:t>We tested them with both blessings and misfortunes.</w:t>
      </w:r>
    </w:p>
    <w:p>
      <w:r>
        <w:rPr>
          <w:b/>
        </w:rPr>
        <w:t xml:space="preserve">[26:33] </w:t>
      </w:r>
      <w:r>
        <w:t>Yaani museebaton mein dala, tab bhi woh ek test tha. Aaram mein dala, tab bhi woh test tha. Aise hi Hazrat Daud ki zuban se aap padhenge ke un ko Khuda ne hukumat di thi.</w:t>
      </w:r>
    </w:p>
    <w:p>
      <w:pPr>
        <w:jc w:val="right"/>
      </w:pPr>
      <w:r>
        <w:t>یعنی مصیبتوں میں ڈالا، تب بھی وہ ایک ٹیسٹ تھا۔ آرام میں ڈالا، تب بھی وہ ٹیسٹ تھا۔ ایسے ہی حضرت داؤد کی زبان سے آپ پڑھیں گے کہ ان کو خدا نے حکومت دی تھی۔</w:t>
      </w:r>
    </w:p>
    <w:p>
      <w:r>
        <w:rPr>
          <w:b/>
        </w:rPr>
        <w:t xml:space="preserve">[26:45] </w:t>
      </w:r>
      <w:r>
        <w:t>Woh kya kehte hain? Khuda ne yeh diya hai kyun? Taake hum ko azmaye. Wahan bhi wahi lafz istemal karte hain, woh azmanay ke liye.</w:t>
      </w:r>
    </w:p>
    <w:p>
      <w:pPr>
        <w:jc w:val="right"/>
      </w:pPr>
      <w:r>
        <w:t>وہ کیا کہتے ہیں؟ خدا نے یہ دیا ہے کیوں؟ تاکہ ہم کو آزمائے۔ وہاں بھی وہی لفظ استعمال کرتے ہیں، وہ آزمانے کے لیے۔</w:t>
      </w:r>
    </w:p>
    <w:p>
      <w:r>
        <w:rPr>
          <w:b/>
        </w:rPr>
        <w:t xml:space="preserve">[27:01] </w:t>
      </w:r>
      <w:r>
        <w:t>To</w:t>
      </w:r>
    </w:p>
    <w:p>
      <w:pPr>
        <w:jc w:val="right"/>
      </w:pPr>
      <w:r>
        <w:t>تو</w:t>
      </w:r>
    </w:p>
    <w:p>
      <w:r>
        <w:rPr>
          <w:b/>
        </w:rPr>
        <w:t xml:space="preserve">[27:02] </w:t>
      </w:r>
      <w:r>
        <w:t>Aap ko political role mile, tab bhi test hai. Aap ko na mile political role, tab bhi test hai. Ab aap kamyab ho, kam paisa ho, tab bhi test hai.</w:t>
      </w:r>
    </w:p>
    <w:p>
      <w:pPr>
        <w:jc w:val="right"/>
      </w:pPr>
      <w:r>
        <w:t>آپ کو پولیٹیکل رول ملے، تب بھی ٹیسٹ ہے۔ آپ کو نہ ملے پولیٹیکل رول، تب بھی ٹیسٹ ہے۔ اب آپ قیامت دی کم ہو، کم پیسہ ہو، تب بھی ٹیسٹ ہے۔</w:t>
      </w:r>
    </w:p>
    <w:p>
      <w:r>
        <w:rPr>
          <w:b/>
        </w:rPr>
        <w:t xml:space="preserve">[27:16] </w:t>
      </w:r>
      <w:r>
        <w:t>Zyada paisa ho, tab bhi test hai. Health mile, tab bhi test hai. Aur aap ko health na ho, tab bhi test hai. Sab kuch test hai.</w:t>
      </w:r>
    </w:p>
    <w:p>
      <w:pPr>
        <w:jc w:val="right"/>
      </w:pPr>
      <w:r>
        <w:t>زیادہ پیسہ ہو، تب بھی ٹیسٹ ہے۔ ہیلتھ ملے، تب بھی ٹیسٹ ہے۔ اور آپ کو ہیلتھ نہ ہو، تب بھی ٹیسٹ ہے۔ سب کچھ ٹیسٹ ہے۔</w:t>
      </w:r>
    </w:p>
    <w:p>
      <w:r>
        <w:rPr>
          <w:b/>
        </w:rPr>
        <w:t xml:space="preserve">[27:26] </w:t>
      </w:r>
      <w:r>
        <w:t>Aulad mile, tab bhi test hai. Aulad na mile, tab bhi test hai.</w:t>
      </w:r>
    </w:p>
    <w:p>
      <w:pPr>
        <w:jc w:val="right"/>
      </w:pPr>
      <w:r>
        <w:t>اولاد ملے، تب بھی ٹیسٹ ہے۔ اولاد نہ ملے، تب بھی ٹیسٹ ہے۔</w:t>
      </w:r>
    </w:p>
    <w:p>
      <w:r>
        <w:rPr>
          <w:b/>
        </w:rPr>
        <w:t xml:space="preserve">[27:31] </w:t>
      </w:r>
      <w:r>
        <w:t>wa bilonahum bil hasanat was sayyar un ko hum ne azmaya, un ka test liya. achhe se bhi, bure se bhi. yaani blessing se bhi aur misfar chun se bhi.</w:t>
      </w:r>
    </w:p>
    <w:p>
      <w:pPr>
        <w:jc w:val="right"/>
      </w:pPr>
      <w:r>
        <w:t>وبلونہم بالحسنات والسيار ان کو ہم نے آزمایا، ان کا ٹیسٹ لیا۔ اچھے سے بھی، برے سے بھی۔ یعنی بلیسنگ سے بھی اور مسفارچون سے بھی۔</w:t>
      </w:r>
    </w:p>
    <w:p>
      <w:r>
        <w:rPr>
          <w:b/>
        </w:rPr>
        <w:t xml:space="preserve">[27:44] </w:t>
      </w:r>
      <w:r>
        <w:t>to dono test hain. is ka matlab kya hua? ke musalmanon ko agar Allah taala ne political role diya to wo bator test tha, wo reward nahi tha.</w:t>
      </w:r>
    </w:p>
    <w:p>
      <w:pPr>
        <w:jc w:val="right"/>
      </w:pPr>
      <w:r>
        <w:t>تو دونوں ٹیسٹ ہیں۔ اس کا مطلب کیا ہوا؟ کہ مسلمانوں کو اگر اللہ تعالیٰ نے پولیٹیکل رول دیا تو وہ بطور ٹیسٹ تھا، وہ ریوارڈ نہیں تھا۔</w:t>
      </w:r>
    </w:p>
    <w:p>
      <w:r>
        <w:rPr>
          <w:b/>
        </w:rPr>
        <w:t xml:space="preserve">[27:53] </w:t>
      </w:r>
      <w:r>
        <w:t>yeh</w:t>
      </w:r>
    </w:p>
    <w:p>
      <w:pPr>
        <w:jc w:val="right"/>
      </w:pPr>
      <w:r>
        <w:t>یہ</w:t>
      </w:r>
    </w:p>
    <w:p>
      <w:r>
        <w:rPr>
          <w:b/>
        </w:rPr>
        <w:t xml:space="preserve">[27:55] </w:t>
      </w:r>
      <w:r>
        <w:t>jo nazariya banaya gaya ke political of strength jo hai, wo Islam ka model hai, yeh 100 fisadi galat tha. yeh aur pura literature aap padhiye, hazar saal ka, khas tor par jo printed, jab se printed yeh printing press ka zamana aaya hai,</w:t>
      </w:r>
    </w:p>
    <w:p>
      <w:pPr>
        <w:jc w:val="right"/>
      </w:pPr>
      <w:r>
        <w:t>جو نظریہ بنایا گیا کہ پولیٹیکل آف اسٹرینتھ جو ہے، وہ اسلام کا ماڈل ہے، یہ 100 فیصد غلط تھا۔ یہ اور پورا لٹریچر آپ پڑھیے، ہزار سال کا، خاص طور پر جو پرنٹڈ، جب سے پرنٹڈ یہ پرنٹنگ پریس کا زمانہ آیا ہے،</w:t>
      </w:r>
    </w:p>
    <w:p>
      <w:r>
        <w:rPr>
          <w:b/>
        </w:rPr>
        <w:t xml:space="preserve">[28:14] </w:t>
      </w:r>
      <w:r>
        <w:t>shayad koi bhi kitab is mein exception nahi hogi.</w:t>
      </w:r>
    </w:p>
    <w:p>
      <w:pPr>
        <w:jc w:val="right"/>
      </w:pPr>
      <w:r>
        <w:t>شاید کوئی بھی کتاب اس میں ایکسیپشن نہیں ہوگی۔</w:t>
      </w:r>
    </w:p>
    <w:p>
      <w:r>
        <w:rPr>
          <w:b/>
        </w:rPr>
        <w:t xml:space="preserve">[28:19] </w:t>
      </w:r>
      <w:r>
        <w:t>sab mein yahi hai tasawwur ke Islam jo hai, yaani sarbulandi ke liye hai. aur Islam jo hai, is liye ke wo sab se upar rahe, supremacy Islam ko hasil rahe.</w:t>
      </w:r>
    </w:p>
    <w:p>
      <w:pPr>
        <w:jc w:val="right"/>
      </w:pPr>
      <w:r>
        <w:t>سب میں یہی ہے تصور کہ اسلام جو ہے، یعنی سربلندی کے لیے ہے۔ اور اسلام جو ہے، اس لیے کہ وہ سب سے اوپر رہے، سپریمیسی اسلام کو حاصل رہے۔</w:t>
      </w:r>
    </w:p>
    <w:p>
      <w:r>
        <w:rPr>
          <w:b/>
        </w:rPr>
        <w:t xml:space="preserve">[28:33] </w:t>
      </w:r>
      <w:r>
        <w:t>yeh model hi sary se galat hai. model kya hai? model jo hai, wo har aadmi test par hai. jab test par hai to best model hai modesty.</w:t>
      </w:r>
    </w:p>
    <w:p>
      <w:pPr>
        <w:jc w:val="right"/>
      </w:pPr>
      <w:r>
        <w:t>یہ ماڈل ہی سرے سے غلط ہے۔ ماڈل کیا ہے؟ ماڈل جو ہے، وہ ہر آدمی ٹیسٹ پر ہے۔ جب ٹیسٹ پر ہے تو بیسٹ ماڈل ہے ماڈیسٹی۔</w:t>
      </w:r>
    </w:p>
    <w:p>
      <w:r>
        <w:rPr>
          <w:b/>
        </w:rPr>
        <w:t xml:space="preserve">[28:47] </w:t>
      </w:r>
      <w:r>
        <w:t>yahan mein aap ko yaad dilaoonga ke Quran mein ek ayat hai. is ka matlab hai ke zameen o aasman sab Khuda ke tabedar hain aur isi tarah insaan ko bhi tabedar banna hai.</w:t>
      </w:r>
    </w:p>
    <w:p>
      <w:pPr>
        <w:jc w:val="right"/>
      </w:pPr>
      <w:r>
        <w:t>یہاں میں آپ کو یاد دلاؤں گا کہ قرآن میں ایک آیت ہے۔ اس کا مطلب ہے کہ زمین و آسمان سب خدا کے تابعدار ہیں اور اسی طرح انسان کو بھی تابعدار بننا ہے۔</w:t>
      </w:r>
    </w:p>
    <w:p>
      <w:r>
        <w:rPr>
          <w:b/>
        </w:rPr>
        <w:t xml:space="preserve">[29:00] </w:t>
      </w:r>
      <w:r>
        <w:t>haan, af ghair din Allah yبغون ولو اسلم من فی السماوات ولو طاعوا کرا. af ghair din Allah yبغون ولو اسلم من فی السماوات ولو طاعوا کرا.</w:t>
      </w:r>
    </w:p>
    <w:p>
      <w:pPr>
        <w:jc w:val="right"/>
      </w:pPr>
      <w:r>
        <w:t>ہاں، اف غیر دین اللہ یبغون ولو اسلم من فی السماوات ولو طاعوا کرا. اف غیر دین اللہ یبغون ولو اسلم من فی السماوات ولو طاعوا کرا.</w:t>
      </w:r>
    </w:p>
    <w:p>
      <w:r>
        <w:rPr>
          <w:b/>
        </w:rPr>
        <w:t xml:space="preserve">[29:15] </w:t>
      </w:r>
      <w:r>
        <w:t>yaani jo zameen o aasman ki shakal mein jo yeh yeh yeh yeh</w:t>
      </w:r>
    </w:p>
    <w:p>
      <w:pPr>
        <w:jc w:val="right"/>
      </w:pPr>
      <w:r>
        <w:t>یعنی جو زمین و آسمان کی شکل میں جو یہ یہ یہ یہ</w:t>
      </w:r>
    </w:p>
    <w:p>
      <w:r>
        <w:rPr>
          <w:b/>
        </w:rPr>
        <w:t xml:space="preserve">[29:21] </w:t>
      </w:r>
      <w:r>
        <w:t>universe hai, jo kainat hai, poori ki poori Islam par hai. yaani submission, surrender, yeh is ka mazhab hai.</w:t>
      </w:r>
    </w:p>
    <w:p>
      <w:pPr>
        <w:jc w:val="right"/>
      </w:pPr>
      <w:r>
        <w:t>یونیورس ہے، جو کائنات ہے، پوری کی پوری اسلام پر ہے۔ یعنی سبمیشن، سرینڈر، یہ اس کا مذہب ہے۔</w:t>
      </w:r>
    </w:p>
    <w:p>
      <w:r>
        <w:rPr>
          <w:b/>
        </w:rPr>
        <w:t xml:space="preserve">[29:33] </w:t>
      </w:r>
      <w:r>
        <w:t>wohi insaan ko bhi karna hai. yaani submission is the only legend for both man and the universe. there what is the difference?</w:t>
      </w:r>
    </w:p>
    <w:p>
      <w:pPr>
        <w:jc w:val="right"/>
      </w:pPr>
      <w:r>
        <w:t>وہی انسان کو بھی کرنا ہے۔ یعنی سبمیشن از دا اونلی لیجنڈ فار بوتھ مین اینڈ دا یونیورس۔ دیر واٹ از دا ڈفرنٹ؟</w:t>
      </w:r>
    </w:p>
    <w:p>
      <w:r>
        <w:rPr>
          <w:b/>
        </w:rPr>
        <w:t xml:space="preserve">[29:44] </w:t>
      </w:r>
      <w:r>
        <w:t>difference, difference dekhen, sirf ek hai.</w:t>
      </w:r>
    </w:p>
    <w:p>
      <w:pPr>
        <w:jc w:val="right"/>
      </w:pPr>
      <w:r>
        <w:t>ڈفرنس، ڈفرنس دیکھیں، صرف ایک ہے۔</w:t>
      </w:r>
    </w:p>
    <w:p>
      <w:r>
        <w:rPr>
          <w:b/>
        </w:rPr>
        <w:t xml:space="preserve">[29:49] </w:t>
      </w:r>
      <w:r>
        <w:t>rest of the universe jo hai, rest of the world jo hai, wo under compression surrender ki hui hai. yaani kisi ko bhi yeh, yaani surrender ke siwa is ka koi option nahi.</w:t>
      </w:r>
    </w:p>
    <w:p>
      <w:pPr>
        <w:jc w:val="right"/>
      </w:pPr>
      <w:r>
        <w:t>ریسٹ اف دا یونیورس جو ہے، ریسٹ اف دا ورلڈ جو ہے، وہ انڈر کمپریشن سرینڈر کی ہوئی ہے۔ یعنی کسی کو بھی یہ، یعنی سرینڈر کے سوا اس کا کوئی آپشن نہیں۔</w:t>
      </w:r>
    </w:p>
    <w:p>
      <w:r>
        <w:rPr>
          <w:b/>
        </w:rPr>
        <w:t xml:space="preserve">[30:06] </w:t>
      </w:r>
      <w:r>
        <w:t>chahe solar system ho, galaxy ho, zameen ho, pani ho, hawa ho, jo bhi hai is duniya mein, kisi ke paas doosra koi option nahi hai.</w:t>
      </w:r>
    </w:p>
    <w:p>
      <w:pPr>
        <w:jc w:val="right"/>
      </w:pPr>
      <w:r>
        <w:t>چاہے سولر سسٹم ہو، گلیکسی ہو، زمین ہو، پانی ہو، ہوا ہو، جو بھی ہے اس دنیا میں، کسی کے پاس دوسرا کوئی آپشن نہیں ہے۔</w:t>
      </w:r>
    </w:p>
    <w:p>
      <w:r>
        <w:rPr>
          <w:b/>
        </w:rPr>
        <w:t xml:space="preserve">[30:17] </w:t>
      </w:r>
      <w:r>
        <w:t>law of nature jo hai, is ko follow kare, jo divine law hai, is ko follow kare. to wo surrender kiye hue hain under compression aur insaan ko surrender karna hai by choice.</w:t>
      </w:r>
    </w:p>
    <w:p>
      <w:pPr>
        <w:jc w:val="right"/>
      </w:pPr>
      <w:r>
        <w:t>لاء اف نیچر جو ہے، اس کو فالو کرے، جو ڈیوائن لاء ہے، اس کو فالو کرے۔ تو وہ سرینڈر کیے ہوئے ہیں انڈر کمپریشن اور انسان کو سرینڈر کرنا ہے بائے چوائس۔</w:t>
      </w:r>
    </w:p>
    <w:p>
      <w:r>
        <w:rPr>
          <w:b/>
        </w:rPr>
        <w:t xml:space="preserve">[30:32] </w:t>
      </w:r>
      <w:r>
        <w:t>mehnat nahi, farq hai bas ke jo position rest of the world ki hai, wahi position insaan ki bhi hai. sab ko modest ban kar rehna hai is duniya mein.</w:t>
      </w:r>
    </w:p>
    <w:p>
      <w:pPr>
        <w:jc w:val="right"/>
      </w:pPr>
      <w:r>
        <w:t>محنت نہیں، فرق ہے بس کہ جو پوزیشن ریسٹ اف دا ورلڈ کی ہے، وہی پوزیشن انسان کی بھی ہے۔ سب کو ماڈسٹ بن کر رہنا ہے اس دنیا میں۔</w:t>
      </w:r>
    </w:p>
    <w:p>
      <w:r>
        <w:rPr>
          <w:b/>
        </w:rPr>
        <w:t xml:space="preserve">[30:47] </w:t>
      </w:r>
      <w:r>
        <w:t>to modesty hi asal asal model hai. wo wo jo baitha hua hai logon ke dimaghon mein ke position of strength jo hai, wo Islam ka model hai.</w:t>
      </w:r>
    </w:p>
    <w:p>
      <w:pPr>
        <w:jc w:val="right"/>
      </w:pPr>
      <w:r>
        <w:t>تو ماڈیسٹی ہی اصل اصل ماڈل ہے۔ وہ وہ جو بیٹھا ہوا ہے لوگوں کے دماغوں میں کہ پوزیشن اف اسٹرینتھ جو ہے، وہ اسلام کا ماڈل ہے۔</w:t>
      </w:r>
    </w:p>
    <w:p>
      <w:r>
        <w:rPr>
          <w:b/>
        </w:rPr>
        <w:t xml:space="preserve">[30:58] </w:t>
      </w:r>
      <w:r>
        <w:t>ab position of modesty Islam ka model nahi hai, bilkul baseless baat hai, baseless baat hai. chahe aap ko Khuda achhe achhe halaat mein rakhe ya bure halaat mein rakhe, political power de ya na de, hamesha aap ko modesty ban kar rehna hai.</w:t>
      </w:r>
    </w:p>
    <w:p>
      <w:pPr>
        <w:jc w:val="right"/>
      </w:pPr>
      <w:r>
        <w:t>اب پوزیشن اف ماڈیسٹی اسلام کا ماڈل نہیں ہے، بالکل بیس لیس بات ہے، بیس لیس بات ہے۔ چاہے آپ کو خدا اچھے اچھے حالات میں رکھے یا برے حالات میں رکھے، پولیٹیکل پاور دے یا نہ دے، ہمیشہ آپ کو ماڈیسٹی بن کر رہنا ہے۔</w:t>
      </w:r>
    </w:p>
    <w:p>
      <w:r>
        <w:rPr>
          <w:b/>
        </w:rPr>
        <w:t xml:space="preserve">[31:17] </w:t>
      </w:r>
      <w:r>
        <w:t>Rasool Allah Sallallahu Alaihi Wasallam jab Makka fatah hua, jab victory mili aap ko, wahan aap dakhil hue Makka mein. yaani fa, yaani victor ke hisse se, fateh ke hisse se dakhil hue.</w:t>
      </w:r>
    </w:p>
    <w:p>
      <w:pPr>
        <w:jc w:val="right"/>
      </w:pPr>
      <w:r>
        <w:t>رسول اللہ صلی اللہ علیہ وسلم جب مکہ فتح ہوا، جب وکٹری ملی آپ کو، وہاں آپ داخل ہوئے مکہ میں۔ یعنی فا، یعنی وکٹر کے حصے سے، فاتح کے حصے سے داخل ہوئے۔</w:t>
      </w:r>
    </w:p>
    <w:p>
      <w:r>
        <w:rPr>
          <w:b/>
        </w:rPr>
        <w:t xml:space="preserve">[31:30] </w:t>
      </w:r>
      <w:r>
        <w:t>to kitabon mein aata hai ke aap oont par baithe hue the aur sar aap ka itna jhuka hua tha ke aap ki dadi jo hai, wo us par, us ki peeth par lag rahi thi.</w:t>
      </w:r>
    </w:p>
    <w:p>
      <w:pPr>
        <w:jc w:val="right"/>
      </w:pPr>
      <w:r>
        <w:t>تو کتابوں میں آتا ہے کہ آپ اونٹ پر بیٹھے ہوئے تھے اور سر آپ کا اتنا جھکا ہوا تھا کہ آپ کی داڑھی جو ہے، وہ اس پر، اس کی پیٹھ پر لگ رہی تھی۔</w:t>
      </w:r>
    </w:p>
    <w:p>
      <w:r>
        <w:rPr>
          <w:b/>
        </w:rPr>
        <w:t xml:space="preserve">[31:41] </w:t>
      </w:r>
      <w:r>
        <w:t>yaani oont ki peeth par lag rahi thi aur aap keh rahe the is waqt, yaani fateh ke hisse se dakhil hue hain aap Makka mein</w:t>
      </w:r>
    </w:p>
    <w:p>
      <w:pPr>
        <w:jc w:val="right"/>
      </w:pPr>
      <w:r>
        <w:t>یعنی اونٹ کی پیٹھ پر لگ رہی تھی اور آپ کہہ رہے تھے اس وقت، یعنی فاتح کے حصے سے داخل ہوئے ہیں آپ مکہ میں</w:t>
      </w:r>
    </w:p>
    <w:p>
      <w:r>
        <w:rPr>
          <w:b/>
        </w:rPr>
        <w:t xml:space="preserve">[31:54] </w:t>
      </w:r>
      <w:r>
        <w:t>aur jhuke hue hain is tarah se, abd ke tarah se. aur farma rahe hain ke Alhamdulillah allazi nasra abdah, nasra abdah</w:t>
      </w:r>
    </w:p>
    <w:p>
      <w:pPr>
        <w:jc w:val="right"/>
      </w:pPr>
      <w:r>
        <w:t>اور جھکے ہوئے ہیں اس طریقے سے، عبد کے طریقے سے۔ اور فرما رہے ہیں کہ الحمدللہ الذی نصر عبدہ نصر عبدہ</w:t>
      </w:r>
    </w:p>
    <w:p>
      <w:r>
        <w:rPr>
          <w:b/>
        </w:rPr>
        <w:t xml:space="preserve">[32:09] </w:t>
      </w:r>
      <w:r>
        <w:t>is Khuda ka shukar hai jis ne apne abd ko madad kar ke kamyab kiya. abd ko, yaani is waqt bhi aap apne ko fateh nahi samajh rahe hain, abd samajh rahe hain.</w:t>
      </w:r>
    </w:p>
    <w:p>
      <w:pPr>
        <w:jc w:val="right"/>
      </w:pPr>
      <w:r>
        <w:t>اس خدا کا شکر ہے جس نے اپنے عبد کو مدد کر کے کامیاب کیا۔ عبد کو، یعنی اس وقت بھی آپ اپنے کو فاتح نہیں سمجھ رہے ہیں، عبد سمجھ رہے ہیں۔</w:t>
      </w:r>
    </w:p>
    <w:p>
      <w:r>
        <w:rPr>
          <w:b/>
        </w:rPr>
        <w:t xml:space="preserve">[32:23] </w:t>
      </w:r>
      <w:r>
        <w:t>to yaad rakhiye, sab se badi cheez jis jo musalmanon se khoi gayi hai, wo yeh hai ke har cheez test hai.</w:t>
      </w:r>
    </w:p>
    <w:p>
      <w:pPr>
        <w:jc w:val="right"/>
      </w:pPr>
      <w:r>
        <w:t>تو یاد رکھیے، سب سے بڑی چیز جس جو مسلمانوں سے کھوئی گئی ہے، وہ یہ ہے کہ ہر چیز ٹیسٹ ہے۔</w:t>
      </w:r>
    </w:p>
    <w:p>
      <w:r>
        <w:rPr>
          <w:b/>
        </w:rPr>
        <w:t xml:space="preserve">[32:33] </w:t>
      </w:r>
      <w:r>
        <w:t>yeh jo yaad karte rehte hain is daur ko, to woh daur to test ka daur tha.</w:t>
      </w:r>
    </w:p>
    <w:p>
      <w:pPr>
        <w:jc w:val="right"/>
      </w:pPr>
      <w:r>
        <w:t>یہ جو یاد کرتے رہتے ہیں اس دور کو، تو وہ دور تو ٹیسٹ کا دور تھا۔</w:t>
      </w:r>
    </w:p>
    <w:p>
      <w:r>
        <w:rPr>
          <w:b/>
        </w:rPr>
        <w:t xml:space="preserve">[32:40] </w:t>
      </w:r>
      <w:r>
        <w:t>Aap sahaba ke halaat padhiye to sahaba ko koi agar afsar banaya jata ya koi unko uhda diya jata to woh bhagte the is se ke aap apna test paper kyon badhayen?</w:t>
      </w:r>
    </w:p>
    <w:p>
      <w:pPr>
        <w:jc w:val="right"/>
      </w:pPr>
      <w:r>
        <w:t>آپ صحابہ کے حالات پڑھیے تو صحابہ کو کوئی اگر افسر بنایا جاتا یا کوئی ان کو عہدہ دیا جاتا تو وہ بھاگتے تھے اس سے کہ آپ اپنا ٹیسٹ پیپر کیوں بڑھائیں؟</w:t>
      </w:r>
    </w:p>
    <w:p>
      <w:r>
        <w:rPr>
          <w:b/>
        </w:rPr>
        <w:t xml:space="preserve">[32:53] </w:t>
      </w:r>
      <w:r>
        <w:t>Hum agar hum uhda le lenge to hamara test paper badh jayega. To woh darte the ke aur test paper hum kyon badhayen?</w:t>
      </w:r>
    </w:p>
    <w:p>
      <w:pPr>
        <w:jc w:val="right"/>
      </w:pPr>
      <w:r>
        <w:t>ہم اگر ہم عہدہ لے لیں گے تو ہمارا ٹیسٹ پیپر بڑھ جائے گا۔ تو وہ ڈرتے تھے کہ اور ٹیسٹ پیپر ہم کیوں بڑھائیں؟</w:t>
      </w:r>
    </w:p>
    <w:p>
      <w:r>
        <w:rPr>
          <w:b/>
        </w:rPr>
        <w:t xml:space="preserve">[33:04] </w:t>
      </w:r>
      <w:r>
        <w:t>To hukumat ka matlab to yeh hai ke aap ka test badh gaya</w:t>
      </w:r>
    </w:p>
    <w:p>
      <w:pPr>
        <w:jc w:val="right"/>
      </w:pPr>
      <w:r>
        <w:t>تو حکومت کا مطلب تو یہ ہے کہ آپ کا ٹیسٹ بڑھ گیا</w:t>
      </w:r>
    </w:p>
    <w:p>
      <w:r>
        <w:rPr>
          <w:b/>
        </w:rPr>
        <w:t xml:space="preserve">[33:08] </w:t>
      </w:r>
      <w:r>
        <w:t>, aap ki responsibilities badh gayin, aap ki duty badh gayi. Aap ghor kijiye, Hazrat Umar jo ideal samjhate hain, ideal khalifa Islam mein, raaton ko woh gasht karte the.</w:t>
      </w:r>
    </w:p>
    <w:p>
      <w:pPr>
        <w:jc w:val="right"/>
      </w:pPr>
      <w:r>
        <w:t>، آپ کی ریسپانسبیلٹیز بڑھ گئیں، آپ کی ڈیوٹی بڑھ گئی۔ آپ غور کیجئے، حضرت عمر جو آئیڈیل سمجھاتے ہیں، آئیڈیل خلیفہ اسلام میں، راتوں کو وہ گشت کرتے تھے۔</w:t>
      </w:r>
    </w:p>
    <w:p>
      <w:r>
        <w:rPr>
          <w:b/>
        </w:rPr>
        <w:t xml:space="preserve">[33:24] </w:t>
      </w:r>
      <w:r>
        <w:t>Log sote the, Hazrat Umar raaton ko gasht karte the halaat lene ke liye ke log kaise kaise halaat hain logon ke.</w:t>
      </w:r>
    </w:p>
    <w:p>
      <w:pPr>
        <w:jc w:val="right"/>
      </w:pPr>
      <w:r>
        <w:t>لوگ سوتے تھے، حضرت عمر راتوں کو گشت کرتے تھے حالات لینے کے لیے کہ لوگ کیسے کیسے حالات ہیں لوگوں کے۔</w:t>
      </w:r>
    </w:p>
    <w:p>
      <w:r>
        <w:rPr>
          <w:b/>
        </w:rPr>
        <w:t xml:space="preserve">[33:36] </w:t>
      </w:r>
      <w:r>
        <w:t>To agar aap aap jannain ke mujhe prime minister banne ke baad raaton ko sona nahi padega, raaton ko gasht karna padega, to aap bhagenge prime minister se.</w:t>
      </w:r>
    </w:p>
    <w:p>
      <w:pPr>
        <w:jc w:val="right"/>
      </w:pPr>
      <w:r>
        <w:t>تو اگر آپ آپ جانیں کہ مجھے پرائم منسٹر بننے کے بعد راتوں کو سونا نہیں پڑے گا، راتوں کو گشت کرنا پڑے گا، تو آپ بھاگیں گے پرائم منسٹر سے۔</w:t>
      </w:r>
    </w:p>
    <w:p>
      <w:r>
        <w:rPr>
          <w:b/>
        </w:rPr>
        <w:t xml:space="preserve">[33:49] </w:t>
      </w:r>
      <w:r>
        <w:t>Yaani president aur prime minister banne se bhagenge aap ke is is museebat ko kaun mol le ke raat ko bhi sone ko nahi milega, raat ko bhi sone ko nahi milega.</w:t>
      </w:r>
    </w:p>
    <w:p>
      <w:pPr>
        <w:jc w:val="right"/>
      </w:pPr>
      <w:r>
        <w:t>یعنی پریزیڈنٹ اور پرائم منسٹر بننے سے بھاگیں گے آپ کہ اس اس مصیبت کو کون مول لے کہ رات کو بھی سونے کو نہیں ملے گا، رات کو بھی سونے کو نہیں ملے گا۔</w:t>
      </w:r>
    </w:p>
    <w:p>
      <w:r>
        <w:rPr>
          <w:b/>
        </w:rPr>
        <w:t xml:space="preserve">[34:03] </w:t>
      </w:r>
      <w:r>
        <w:t>Gasht ke dauran ek martaba ek jagah pahunche, woh jab us zamana tha jab ke qahat aaya hua tha is area mein. Ek jagah pahunche to ek khaima tha Madine ke bahar, ek tent tha.</w:t>
      </w:r>
    </w:p>
    <w:p>
      <w:pPr>
        <w:jc w:val="right"/>
      </w:pPr>
      <w:r>
        <w:t>گشت کے دوران ایک مرتبہ ایک جگہ پہنچے، وہ جب اس زمانہ تھا جب کہ قحط آیا ہوا تھا اس ایریا میں۔ ایک جگہ پہنچے تو ایک خیمہ تھا مدینے کے باہر، ایک ٹینٹ تھا۔</w:t>
      </w:r>
    </w:p>
    <w:p>
      <w:r>
        <w:rPr>
          <w:b/>
        </w:rPr>
        <w:t xml:space="preserve">[34:16] </w:t>
      </w:r>
      <w:r>
        <w:t>Ek aurat jo hai, us ke bachche the, ek do bachche ro rahe the. To</w:t>
      </w:r>
    </w:p>
    <w:p>
      <w:pPr>
        <w:jc w:val="right"/>
      </w:pPr>
      <w:r>
        <w:t>ایک عورت جو ہے، اس کے بچے تھے، ایک دو بچے رو رہے تھے۔ تو</w:t>
      </w:r>
    </w:p>
    <w:p>
      <w:r>
        <w:rPr>
          <w:b/>
        </w:rPr>
        <w:t xml:space="preserve">[34:26] </w:t>
      </w:r>
      <w:r>
        <w:t>Woh aurat thi aur uska shohar tha, shayad do bachche the, ro rahe the. Woh</w:t>
      </w:r>
    </w:p>
    <w:p>
      <w:pPr>
        <w:jc w:val="right"/>
      </w:pPr>
      <w:r>
        <w:t>وہ عورت تھی اور اس کا شوہر تھا، شاید دو بچے تھے، رو رہے تھے۔ وہ</w:t>
      </w:r>
    </w:p>
    <w:p>
      <w:r>
        <w:rPr>
          <w:b/>
        </w:rPr>
        <w:t xml:space="preserve">[34:31] </w:t>
      </w:r>
      <w:r>
        <w:t>To unhon ne poocha ke kyon ro rahe hain bachche?</w:t>
      </w:r>
    </w:p>
    <w:p>
      <w:pPr>
        <w:jc w:val="right"/>
      </w:pPr>
      <w:r>
        <w:t>تو انہوں نے پوچھا کہ کیوں رو رہے ہیں بچے؟</w:t>
      </w:r>
    </w:p>
    <w:p>
      <w:r>
        <w:rPr>
          <w:b/>
        </w:rPr>
        <w:t xml:space="preserve">[34:36] </w:t>
      </w:r>
      <w:r>
        <w:t>Kaha kuch khane ko nahi hai to kya karenge? Royenge.</w:t>
      </w:r>
    </w:p>
    <w:p>
      <w:pPr>
        <w:jc w:val="right"/>
      </w:pPr>
      <w:r>
        <w:t>کہا کچھ کھانے کو نہیں ہے تو کیا کریں گے؟ روئیں گے۔</w:t>
      </w:r>
    </w:p>
    <w:p>
      <w:r>
        <w:rPr>
          <w:b/>
        </w:rPr>
        <w:t xml:space="preserve">[34:41] </w:t>
      </w:r>
      <w:r>
        <w:t>Us ke paas kuch bhi nahi tha khane ke liye ke yeh bachchon ko dein kyunke wahan qahat pada hua tha.</w:t>
      </w:r>
    </w:p>
    <w:p>
      <w:pPr>
        <w:jc w:val="right"/>
      </w:pPr>
      <w:r>
        <w:t>اس کے پاس کچھ بھی نہیں تھا کھانے کے لیے کہ یہ بچوں کو دیں کیونکہ وہاں قحط پڑا ہوا تھا۔</w:t>
      </w:r>
    </w:p>
    <w:p>
      <w:r>
        <w:rPr>
          <w:b/>
        </w:rPr>
        <w:t xml:space="preserve">[34:52] </w:t>
      </w:r>
      <w:r>
        <w:t>Hazrat Umar isi waqt aaye, raat hi ko bait ul maal se ek bori nikali, ghale ki, aur apni peeth par rakh kar le aane lage.</w:t>
      </w:r>
    </w:p>
    <w:p>
      <w:pPr>
        <w:jc w:val="right"/>
      </w:pPr>
      <w:r>
        <w:t>حضرت عمر اسی وقت آئے، رات ہی کو بیت المال سے ایک بوری نکالی، غلے کی، اور اپنی پیٹھ پر رکھ کر لے آنے لگے۔</w:t>
      </w:r>
    </w:p>
    <w:p>
      <w:r>
        <w:rPr>
          <w:b/>
        </w:rPr>
        <w:t xml:space="preserve">[35:03] </w:t>
      </w:r>
      <w:r>
        <w:t>Woh</w:t>
      </w:r>
    </w:p>
    <w:p>
      <w:pPr>
        <w:jc w:val="right"/>
      </w:pPr>
      <w:r>
        <w:t>وہ</w:t>
      </w:r>
    </w:p>
    <w:p>
      <w:r>
        <w:rPr>
          <w:b/>
        </w:rPr>
        <w:t xml:space="preserve">[35:06] </w:t>
      </w:r>
      <w:r>
        <w:t>To ek sahab the, unhon ne kaha ke aap ko bas aisa karen, main main le chalta hoon is ko. To unhon ne kaha qayamat ke din poocha to poocha jayega kyunke main khalifa hoon.</w:t>
      </w:r>
    </w:p>
    <w:p>
      <w:pPr>
        <w:jc w:val="right"/>
      </w:pPr>
      <w:r>
        <w:t>تو ایک صاحب تھے، انہوں نے کہا کہ آپ کو بس ایسا کریں، میں میں لے چلتا ہوں اس کو۔ تو انہوں نے کہا قیامت کے دن پوچھا تو پوچھا جائے گا کیونکہ میں خلیفہ ہوں۔</w:t>
      </w:r>
    </w:p>
    <w:p>
      <w:r>
        <w:rPr>
          <w:b/>
        </w:rPr>
        <w:t xml:space="preserve">[35:19] </w:t>
      </w:r>
      <w:r>
        <w:t>Ab ghor kijiye ke agar yeh jannain aap ke khalifa banna responsibility ko badhana hai, president aur prime minister banna responsibility ko badhana hai, to aap to bhagenge is se, bhagenge is se.</w:t>
      </w:r>
    </w:p>
    <w:p>
      <w:pPr>
        <w:jc w:val="right"/>
      </w:pPr>
      <w:r>
        <w:t>اب غور کیجئے کہ اگر یہ جانیں آپ کہ خلیفہ بننا ریسپانسبیلٹی کو بڑھانا ہے، پریزیڈنٹ اور پرائم منسٹر بننا ریسپانسبیلٹی کو بڑھانا ہے، تو آپ تو بھاگیں گے اس سے، بھاگیں گے اس سے۔</w:t>
      </w:r>
    </w:p>
    <w:p>
      <w:r>
        <w:rPr>
          <w:b/>
        </w:rPr>
        <w:t xml:space="preserve">[35:35] </w:t>
      </w:r>
      <w:r>
        <w:t>To yaad rakhiye, Islam mein political power jo hai, woh bhi test paper hi hai ke aap power lekar kya karte hain.</w:t>
      </w:r>
    </w:p>
    <w:p>
      <w:pPr>
        <w:jc w:val="right"/>
      </w:pPr>
      <w:r>
        <w:t>تو یاد رکھیے، اسلام میں پولیٹیکل پاور جو ہے، وہ بھی ٹیسٹ پیپر ہی ہے کہ آپ پاور لے کر کیا کرتے ہیں۔</w:t>
      </w:r>
    </w:p>
    <w:p>
      <w:r>
        <w:rPr>
          <w:b/>
        </w:rPr>
        <w:t xml:space="preserve">[35:46] </w:t>
      </w:r>
      <w:r>
        <w:t>Koi inaam nahi hai, koi reward nahi hai. Woh is ko achhi tarah samajh lijiye ke dunya mein reward nahi hota, reward to akhirat mein hota hai. Jab jo kuch dunya mein milta hai, woh bator test paper ke milta hai.</w:t>
      </w:r>
    </w:p>
    <w:p>
      <w:pPr>
        <w:jc w:val="right"/>
      </w:pPr>
      <w:r>
        <w:t>کوئی انعام نہیں ہے، کوئی ریوارڈ نہیں ہے۔ وہ اس کو اچھی طرح سمجھ لیجئے کہ دنیا میں ریوارڈ نہیں ہوتا، ریوارڈ تو آخرت میں ہوتا ہے۔ جب جو کچھ دنیا میں ملتا ہے، وہ بطور ٹیسٹ پیپر کے ملتا ہے۔</w:t>
      </w:r>
    </w:p>
    <w:p>
      <w:r>
        <w:rPr>
          <w:b/>
        </w:rPr>
        <w:t xml:space="preserve">[36:01] </w:t>
      </w:r>
      <w:r>
        <w:t>To jis political glory mein jee rahe hain log, woh to political test tha, woh woh glory thi hi nahi. Woh</w:t>
      </w:r>
    </w:p>
    <w:p>
      <w:pPr>
        <w:jc w:val="right"/>
      </w:pPr>
      <w:r>
        <w:t>تو جس پولیٹیکل گلوری میں جی رہے ہیں لوگ، وہ تو پولیٹیکل ٹیسٹ تھا، وہ وہ گلوری تھی ہی نہیں۔ وہ</w:t>
      </w:r>
    </w:p>
    <w:p>
      <w:r>
        <w:rPr>
          <w:b/>
        </w:rPr>
        <w:t xml:space="preserve">[36:11] </w:t>
      </w:r>
      <w:r>
        <w:t>Saare Muslim psyche jo hai, us zamane mein har ek ki, chahe woh mister ho ya maulvi ho,</w:t>
      </w:r>
    </w:p>
    <w:p>
      <w:pPr>
        <w:jc w:val="right"/>
      </w:pPr>
      <w:r>
        <w:t>سارے مسلم سائیکی جو ہے، اس زمانے میں ہر ایک کی، چاہے وہ مسٹر ہو یا مولوی ہو،</w:t>
      </w:r>
    </w:p>
    <w:p>
      <w:r>
        <w:rPr>
          <w:b/>
        </w:rPr>
        <w:t xml:space="preserve">[36:19] </w:t>
      </w:r>
      <w:r>
        <w:t>Hatta ke jo jo aam log hain, woh bhi. Main is se pehle jab Jamiyat mein tha, 67, 68 se chand saal tak, to wahan par ek chaprasi hota tha, uska naam tha Wahid.</w:t>
      </w:r>
    </w:p>
    <w:p>
      <w:pPr>
        <w:jc w:val="right"/>
      </w:pPr>
      <w:r>
        <w:t>حتی کہ جو جو عام لوگ ہیں، وہ بھی۔ میں اس سے پہلے جب الجمعیت میں تھا، 67، 68 سے چند سال تک، تو وہاں پر ایک چپرازی ہوتا تھا، اس کا نام تھا واحد۔</w:t>
      </w:r>
    </w:p>
    <w:p>
      <w:r>
        <w:rPr>
          <w:b/>
        </w:rPr>
        <w:t xml:space="preserve">[36:38] </w:t>
      </w:r>
      <w:r>
        <w:t>Padha likha nahi tha, woh rozana tha jhaadoo dene ke liye daftar mein, aur old daily mein. To ek din mere kuch baat aisi hui, us zamane mein kuch Musalmanon ko jhagda ho gaya tha.</w:t>
      </w:r>
    </w:p>
    <w:p>
      <w:pPr>
        <w:jc w:val="right"/>
      </w:pPr>
      <w:r>
        <w:t>پڑھا لکھا نہیں تھا، وہ روزانہ تھا جھاڑو دینے کے لیے دفتر میں، اور اولڈ ڈیلی میں۔ تو ایک دن میرے کچھ بات ایسی ہوئی، اس زمانے میں کچھ مسلمانوں کو جھگڑا ہو گیا تھا۔</w:t>
      </w:r>
    </w:p>
    <w:p>
      <w:r>
        <w:rPr>
          <w:b/>
        </w:rPr>
        <w:t xml:space="preserve">[36:50] </w:t>
      </w:r>
      <w:r>
        <w:t>To main ne us se poocha ke Musalman aakhir yeh jhagda kyon karte hain? To us ne kaha tha ke Musalman apne raub mein rehta hai, Musalman apne raub mein rehta hai.</w:t>
      </w:r>
    </w:p>
    <w:p>
      <w:pPr>
        <w:jc w:val="right"/>
      </w:pPr>
      <w:r>
        <w:t>تو میں نے اس سے پوچھا کہ مسلمان آخر یہ جھگڑا کیوں کرتے ہیں؟ تو اس نے کہا تھا کہ مسلمان اپنے رعب میں رہتا ہے، مسلمان اپنے رعب میں رہتا ہے۔</w:t>
      </w:r>
    </w:p>
    <w:p>
      <w:r>
        <w:rPr>
          <w:b/>
        </w:rPr>
        <w:t xml:space="preserve">[37:08] </w:t>
      </w:r>
      <w:r>
        <w:t>to yeh yeh yeh jo baitha hua hai ke islam ka model kya hai, yani shaan o shaukat aur political glory aur iqtidaar, yeh bohat hi bari bhool hai.</w:t>
      </w:r>
    </w:p>
    <w:p>
      <w:pPr>
        <w:jc w:val="right"/>
      </w:pPr>
      <w:r>
        <w:t>تو یہ یہ یہ جو بیٹھا ہوا ہے کہ اسلام کا ماڈل کیا ہے، یعنی شان و شوکت اور پولیٹیکل گلوری اور اقتدار، یہ بہت ہی بڑی بھول ہے۔</w:t>
      </w:r>
    </w:p>
    <w:p>
      <w:r>
        <w:rPr>
          <w:b/>
        </w:rPr>
        <w:t xml:space="preserve">[37:21] </w:t>
      </w:r>
      <w:r>
        <w:t>sab kuch test hai, sab kuch test hai. yeh wajah hai ke sahaba jo thay, woh iqtidaar pa kar, yani aur zyada pareshan ho jatay thay, woh khush nahi hotay thay.</w:t>
      </w:r>
    </w:p>
    <w:p>
      <w:pPr>
        <w:jc w:val="right"/>
      </w:pPr>
      <w:r>
        <w:t>سب کچھ ٹیسٹ ہے، سب کچھ ٹیسٹ ہے۔ یہ وجہ ہے کہ صحابہ جو تھے، وہ اقتدار پا کر، یعنی اور زیادہ پریشان ہو جاتے تھے، وہ خوش نہیں ہوتے تھے۔</w:t>
      </w:r>
    </w:p>
    <w:p>
      <w:r>
        <w:rPr>
          <w:b/>
        </w:rPr>
        <w:t xml:space="preserve">[37:33] </w:t>
      </w:r>
      <w:r>
        <w:t>woh</w:t>
      </w:r>
    </w:p>
    <w:p>
      <w:pPr>
        <w:jc w:val="right"/>
      </w:pPr>
      <w:r>
        <w:t>وہ</w:t>
      </w:r>
    </w:p>
    <w:p>
      <w:r>
        <w:rPr>
          <w:b/>
        </w:rPr>
        <w:t xml:space="preserve">[37:36] </w:t>
      </w:r>
      <w:r>
        <w:t>to yeh jo aaj kal controversy ho rahi hain idhar udhar, main samajhta hoon bilkul hi bilkul useless, bilkul meaningless samajhta hoon.</w:t>
      </w:r>
    </w:p>
    <w:p>
      <w:pPr>
        <w:jc w:val="right"/>
      </w:pPr>
      <w:r>
        <w:t>تو یہ جو آج کل کنٹروورسی ہو رہی ہیں ادھر ادھر، میں سمجھتا ہوں بالکل ہی بالکل یوز لیس، بالکل میننگ لیس سمجھتا ہوں۔</w:t>
      </w:r>
    </w:p>
    <w:p>
      <w:r>
        <w:rPr>
          <w:b/>
        </w:rPr>
        <w:t xml:space="preserve">[37:45] </w:t>
      </w:r>
      <w:r>
        <w:t>main</w:t>
      </w:r>
    </w:p>
    <w:p>
      <w:pPr>
        <w:jc w:val="right"/>
      </w:pPr>
      <w:r>
        <w:t>میں</w:t>
      </w:r>
    </w:p>
    <w:p>
      <w:r>
        <w:rPr>
          <w:b/>
        </w:rPr>
        <w:t xml:space="preserve">[37:49] </w:t>
      </w:r>
      <w:r>
        <w:t>bilkul meaningless samajhta hoon. meaningless karoron rupay kharch kar ke abhi hua spain mein, lekin kuch bhi faida iska nahi.</w:t>
      </w:r>
    </w:p>
    <w:p>
      <w:pPr>
        <w:jc w:val="right"/>
      </w:pPr>
      <w:r>
        <w:t>بالکل میننگ لیس سمجھتا ہوں۔ میننگ لیس کروڑوں روپے خرچ کر کے ابھی ہوا اسپین میں، لیکن کچھ بھی فائدہ اس کا نہیں۔</w:t>
      </w:r>
    </w:p>
    <w:p>
      <w:r>
        <w:rPr>
          <w:b/>
        </w:rPr>
        <w:t xml:space="preserve">[37:58] </w:t>
      </w:r>
      <w:r>
        <w:t>aap dekh lijiyega, dunya se bata rahe hain ke tum apni misguidance ko khatam karo,</w:t>
      </w:r>
    </w:p>
    <w:p>
      <w:pPr>
        <w:jc w:val="right"/>
      </w:pPr>
      <w:r>
        <w:t>آپ دیکھ لیجئے گا، دنیا سے بتا رہے ہیں کہ تم اپنی مسڈنس کو ختم کرو،</w:t>
      </w:r>
    </w:p>
    <w:p>
      <w:r>
        <w:rPr>
          <w:b/>
        </w:rPr>
        <w:t xml:space="preserve">[38:04] </w:t>
      </w:r>
      <w:r>
        <w:t>apne ko batao ke hum hamari soch galat ho gayi to is soch ko hamein sahi karna hai.</w:t>
      </w:r>
    </w:p>
    <w:p>
      <w:pPr>
        <w:jc w:val="right"/>
      </w:pPr>
      <w:r>
        <w:t>اپنے کو بتاؤ کہ ہم ہماری سوچ غلط ہو گئی تو اس سوچ کو ہمیں صحیح کرنا ہے۔</w:t>
      </w:r>
    </w:p>
    <w:p>
      <w:r>
        <w:rPr>
          <w:b/>
        </w:rPr>
        <w:t xml:space="preserve">[38:16] </w:t>
      </w:r>
      <w:r>
        <w:t>quran mein</w:t>
      </w:r>
    </w:p>
    <w:p>
      <w:pPr>
        <w:jc w:val="right"/>
      </w:pPr>
      <w:r>
        <w:t>قرآن میں</w:t>
      </w:r>
    </w:p>
    <w:p>
      <w:r>
        <w:rPr>
          <w:b/>
        </w:rPr>
        <w:t xml:space="preserve">[38:23] </w:t>
      </w:r>
      <w:r>
        <w:t>ek ayat hai jo bohat hi, yani</w:t>
      </w:r>
    </w:p>
    <w:p>
      <w:pPr>
        <w:jc w:val="right"/>
      </w:pPr>
      <w:r>
        <w:t>ایک آیت ہے جو بہت ہی، یعنی</w:t>
      </w:r>
    </w:p>
    <w:p>
      <w:r>
        <w:rPr>
          <w:b/>
        </w:rPr>
        <w:t xml:space="preserve">[38:32] </w:t>
      </w:r>
      <w:r>
        <w:t>lubakum feema aatakum lubakum feema aatakum yani jo kuch diya hai, woh is liye diya hai ke tum ko is mein hum test len dobara,</w:t>
      </w:r>
    </w:p>
    <w:p>
      <w:pPr>
        <w:jc w:val="right"/>
      </w:pPr>
      <w:r>
        <w:t>لبکم فیما عطاکم لبکم فیما عطاکم یعنی جو کچھ دیا ہے، وہ اس لیے دیا ہے کہ تم کو اس میں ہم ٹیسٹ لیں دوبارہ،</w:t>
      </w:r>
    </w:p>
    <w:p>
      <w:r>
        <w:rPr>
          <w:b/>
        </w:rPr>
        <w:t xml:space="preserve">[38:48] </w:t>
      </w:r>
      <w:r>
        <w:t>so that he may try you in what he has given you.</w:t>
      </w:r>
    </w:p>
    <w:p>
      <w:pPr>
        <w:jc w:val="right"/>
      </w:pPr>
      <w:r>
        <w:t>سو دیٹ ہی می ٹرائی یو ان واٹ ہی ہیز گیون یو۔</w:t>
      </w:r>
    </w:p>
    <w:p>
      <w:r>
        <w:rPr>
          <w:b/>
        </w:rPr>
        <w:t xml:space="preserve">[39:00] </w:t>
      </w:r>
      <w:r>
        <w:t>jo kuch diya hai, is mein tumhara test le.</w:t>
      </w:r>
    </w:p>
    <w:p>
      <w:pPr>
        <w:jc w:val="right"/>
      </w:pPr>
      <w:r>
        <w:t>جو کچھ دیا ہے، اس میں تمہارا ٹیسٹ لے۔</w:t>
      </w:r>
    </w:p>
    <w:p>
      <w:r>
        <w:rPr>
          <w:b/>
        </w:rPr>
        <w:t xml:space="preserve">[39:05] </w:t>
      </w:r>
      <w:r>
        <w:t>is moamle mein main aap se kahoon ga ke aap sab log ja kar ke wapas jab jayen to surah fajr ka mutalia karen. surah fajr jo ampara mein hai, aur is ka number ghaliban hai 89.</w:t>
      </w:r>
    </w:p>
    <w:p>
      <w:pPr>
        <w:jc w:val="right"/>
      </w:pPr>
      <w:r>
        <w:t>اس معاملے میں میں آپ سے کہوں گا کہ آپ سب لوگ جا کر کے واپس جب جائیں تو سورہ فجر کا مطالعہ کریں۔ سورہ فجر جو امپارہ میں ہے، اور اس کا نمبر غالباً ہے 89۔</w:t>
      </w:r>
    </w:p>
    <w:p>
      <w:r>
        <w:rPr>
          <w:b/>
        </w:rPr>
        <w:t xml:space="preserve">[39:18] </w:t>
      </w:r>
      <w:r>
        <w:t>quran majeed ke chapter 89, aap se har ek se main kahoon ga ke ja kar ke is ko parhen. woh quran majeed mein</w:t>
      </w:r>
    </w:p>
    <w:p>
      <w:pPr>
        <w:jc w:val="right"/>
      </w:pPr>
      <w:r>
        <w:t>قرآن مجید کے چیپٹر 89، آپ سے ہر ایک سے میں کہوں گا کہ جا کر کے اس کو پڑھیں۔ وہ قرآن مجید میں</w:t>
      </w:r>
    </w:p>
    <w:p>
      <w:r>
        <w:rPr>
          <w:b/>
        </w:rPr>
        <w:t xml:space="preserve">[39:28] </w:t>
      </w:r>
      <w:r>
        <w:t>do ayatein hain, sari history ka is mein sach poochen to aa gaya hai.</w:t>
      </w:r>
    </w:p>
    <w:p>
      <w:pPr>
        <w:jc w:val="right"/>
      </w:pPr>
      <w:r>
        <w:t>دو آیتیں ہیں، ساری ہسٹری کا اس میں سچ پوچھیں تو آ گیا ہے۔</w:t>
      </w:r>
    </w:p>
    <w:p>
      <w:r>
        <w:rPr>
          <w:b/>
        </w:rPr>
        <w:t xml:space="preserve">[39:37] </w:t>
      </w:r>
      <w:r>
        <w:t>chapter number 89, choti si choti si chapter hai, is mein ayat hai faman insaan idha ibtalohu rabbuhu f-akramahu wa na'amahu, fa-yaqoolu rabbi akram. wa amman ibtalohu fa-qaddara 'alayhi rizqahu fa-yaqoolu rabbi ahhan. is ayat ko ja kar parhiye.</w:t>
      </w:r>
    </w:p>
    <w:p>
      <w:pPr>
        <w:jc w:val="right"/>
      </w:pPr>
      <w:r>
        <w:t>چیپٹر نمبر 89، چھوٹی سی چھوٹی سی چیپٹر ہے، اس میں آیت ہے فامبل انسان اذا مبتلا ربه فاکرمہ ونعمه فیقول ربی اکرم وامبل انسان اذا مبتلا فقدر علیہ رزقہ فیقول ربی اہن اس آیت کو جا کر پڑھیے۔</w:t>
      </w:r>
    </w:p>
    <w:p>
      <w:r>
        <w:rPr>
          <w:b/>
        </w:rPr>
        <w:t xml:space="preserve">[39:57] </w:t>
      </w:r>
      <w:r>
        <w:t>aap aaj</w:t>
      </w:r>
    </w:p>
    <w:p>
      <w:pPr>
        <w:jc w:val="right"/>
      </w:pPr>
      <w:r>
        <w:t>آپ آج</w:t>
      </w:r>
    </w:p>
    <w:p>
      <w:r>
        <w:rPr>
          <w:b/>
        </w:rPr>
        <w:t xml:space="preserve">[40:00] </w:t>
      </w:r>
      <w:r>
        <w:t>is ka translation yeh hai ke khuda jab test leta hai aur kisi ko achay haal mein kar deta hai, to woh kya karta hai?</w:t>
      </w:r>
    </w:p>
    <w:p>
      <w:pPr>
        <w:jc w:val="right"/>
      </w:pPr>
      <w:r>
        <w:t>اس کا ٹرانسلیشن یہ ہے کہ خدا جب ٹیسٹ لیتا ہے اور کسی کو اچھے حال میں کر دیتا ہے، تو وہ کیا کرتا ہے؟</w:t>
      </w:r>
    </w:p>
    <w:p>
      <w:r>
        <w:rPr>
          <w:b/>
        </w:rPr>
        <w:t xml:space="preserve">[40:13] </w:t>
      </w:r>
      <w:r>
        <w:t>samajhta hai ke mujhe, mere, mere, mere khuda ne meri izzat ki. yani is mein superiority complex aa jata hai. is ke andar us ko hum paisa de den, political power de den, to superiority complex jeene lagta hai.</w:t>
      </w:r>
    </w:p>
    <w:p>
      <w:pPr>
        <w:jc w:val="right"/>
      </w:pPr>
      <w:r>
        <w:t>سمجھتا ہے کہ مجھے، میرے، میرے، میرے خدا نے میری عزت کی۔ یعنی اس میں سپیریٹی کمپلیکس آ جاتا ہے۔ اس کے اندر اس کو ہم پیسہ دے دیں، پولیٹیکل پاور دے دیں، تو سپیریٹی کمپلیکس جینے لگتا ہے۔</w:t>
      </w:r>
    </w:p>
    <w:p>
      <w:r>
        <w:rPr>
          <w:b/>
        </w:rPr>
        <w:t xml:space="preserve">[40:26] </w:t>
      </w:r>
      <w:r>
        <w:t>woh aur jab hum us ko rozi ghata dete hain, koi museebat mein daal dete hain, kya karta hai?</w:t>
      </w:r>
    </w:p>
    <w:p>
      <w:pPr>
        <w:jc w:val="right"/>
      </w:pPr>
      <w:r>
        <w:t>وہ اور جب ہم اس کو روزی گھٹا دیتے ہیں، کوئی مصیبت میں ڈال دیتے ہیں، کیا کرتا ہے؟</w:t>
      </w:r>
    </w:p>
    <w:p>
      <w:r>
        <w:rPr>
          <w:b/>
        </w:rPr>
        <w:t xml:space="preserve">[40:34] </w:t>
      </w:r>
      <w:r>
        <w:t>khuda ne mujhe, yani ahhan, yani meri, mujhe zillat mein daal diya, pasti mein daal diya.</w:t>
      </w:r>
    </w:p>
    <w:p>
      <w:pPr>
        <w:jc w:val="right"/>
      </w:pPr>
      <w:r>
        <w:t>خدا نے مجھے، یعنی اہنن، یعنی میری، مجھے ذلت میں ڈال دیا، پستی میں ڈال دیا۔</w:t>
      </w:r>
    </w:p>
    <w:p>
      <w:r>
        <w:rPr>
          <w:b/>
        </w:rPr>
        <w:t xml:space="preserve">[40:43] </w:t>
      </w:r>
      <w:r>
        <w:t>yani inferiority complex mein aa jata hai. khuda agar acha kare us ke sath to security complex, aur us ko agar bure halaat pesh ayen to inferiority complex.</w:t>
      </w:r>
    </w:p>
    <w:p>
      <w:pPr>
        <w:jc w:val="right"/>
      </w:pPr>
      <w:r>
        <w:t>یعنی انفیریری کمپلیکس میں آ جاتا ہے۔ خدا اگر اچھا کرے اس کے ساتھ تو سیکیورٹی کمپلیکس، اور اس کو اگر برے حالات پیش آئیں تو انفیریٹی کمپلیکس۔</w:t>
      </w:r>
    </w:p>
    <w:p>
      <w:r>
        <w:rPr>
          <w:b/>
        </w:rPr>
        <w:t xml:space="preserve">[40:55] </w:t>
      </w:r>
      <w:r>
        <w:t>poori history mein yeh ho raha hai ke log fail ho rahe hain test mein. yeh ayat jo hai, main samajhta hoon ke poori history ke baray mein hai ke insanon ka haal yeh hai: achay halaat mein hain to security complex,</w:t>
      </w:r>
    </w:p>
    <w:p>
      <w:pPr>
        <w:jc w:val="right"/>
      </w:pPr>
      <w:r>
        <w:t>پوری ہسٹری میں یہ ہو رہا ہے کہ لوگ فیل ہو رہے ہیں ٹیسٹ میں۔ یہ آیت جو ہے، میں سمجھتا ہوں کہ پوری ہسٹری کے بارے میں ہے کہ انسانوں کا حال یہ ہے: اچھے حالات میں ہیں تو سیکیورٹی کمپلیکس،</w:t>
      </w:r>
    </w:p>
    <w:p>
      <w:r>
        <w:rPr>
          <w:b/>
        </w:rPr>
        <w:t xml:space="preserve">[41:10] </w:t>
      </w:r>
      <w:r>
        <w:t>halaat bigar jayen to inferiority complex. wohi hua hai musalmanon ke sath. jab khuda ne unhein iqtidaar diya to security complex mein aa gaye, apne ko bara samajhne lagay.</w:t>
      </w:r>
    </w:p>
    <w:p>
      <w:pPr>
        <w:jc w:val="right"/>
      </w:pPr>
      <w:r>
        <w:t>حالات بگڑ جائیں تو انفیریٹی کمپلیکس۔ وہی ہوا ہے مسلمانوں کے ساتھ۔ جب خدا نے انہیں اقدار دیا تو سیکیورٹی کمپلیکس میں آ گئے، اپنے کو بڑا سمجھنے لگے۔</w:t>
      </w:r>
    </w:p>
    <w:p>
      <w:r>
        <w:rPr>
          <w:b/>
        </w:rPr>
        <w:t xml:space="preserve">[41:24] </w:t>
      </w:r>
      <w:r>
        <w:t>ab jab is ke baad aqdar chhana bhi nahi hai, abhi bhi 57 muslim countries hain, chhana kahan hai? lekin samajhte hain ke log chhan gaye. to aap inferiority complex mein pade hue</w:t>
      </w:r>
    </w:p>
    <w:p>
      <w:pPr>
        <w:jc w:val="right"/>
      </w:pPr>
      <w:r>
        <w:t>اب جب اس کے بعد اقدار چھنا بھی نہیں ہے، ابھی بھی 57 مسلم کنٹریز ہیں، چھنا کہاں ہے؟ لیکن سمجھتے ہیں کہ لوگ چھن گئے۔ تو آپ انفیریٹی کمپلیکس میں پڑے ہوئے</w:t>
      </w:r>
    </w:p>
    <w:p>
      <w:r>
        <w:rPr>
          <w:b/>
        </w:rPr>
        <w:t xml:space="preserve">[41:37] </w:t>
      </w:r>
      <w:r>
        <w:t>hain. isi inferiority complex ka nateeja kya hai? ke jagah jagah yeh militancy ho rahi hai, suicide bombing ho rahi hai.</w:t>
      </w:r>
    </w:p>
    <w:p>
      <w:pPr>
        <w:jc w:val="right"/>
      </w:pPr>
      <w:r>
        <w:t>ہیں۔ اسی انفیریٹی کمپلیکس کا نتیجہ کیا ہے؟ کہ جگہ جگہ یہ ملٹینسی ہو رہی ہے، سوسائیڈ بمبنگ ہو رہی ہے۔</w:t>
      </w:r>
    </w:p>
    <w:p>
      <w:r>
        <w:rPr>
          <w:b/>
        </w:rPr>
        <w:t xml:space="preserve">[41:47] </w:t>
      </w:r>
      <w:r>
        <w:t>to main samajhta hoon ke yeh mamla aisa nahi hai ke aap doosron se kahein to hal ho jayega. ke doosron se kahein ke tum misunderstanding ko khatam karo.</w:t>
      </w:r>
    </w:p>
    <w:p>
      <w:pPr>
        <w:jc w:val="right"/>
      </w:pPr>
      <w:r>
        <w:t>تو میں سمجھتا ہوں کہ یہ معاملہ ایسا نہیں ہے کہ آپ دوسروں سے کہیں تو حل ہو جائے گا۔ کہ دوسروں سے کہیں کہ تم مس انڈرسٹینڈنگ کو ختم کرو۔</w:t>
      </w:r>
    </w:p>
    <w:p>
      <w:r>
        <w:rPr>
          <w:b/>
        </w:rPr>
        <w:t xml:space="preserve">[41:59] </w:t>
      </w:r>
      <w:r>
        <w:t>humein apni samajh ko correct karna hai, apne aap ko theek karna hai.</w:t>
      </w:r>
    </w:p>
    <w:p>
      <w:pPr>
        <w:jc w:val="right"/>
      </w:pPr>
      <w:r>
        <w:t>ہمیں اپنی سمجھ کو کریکٹ کرنا ہے، اپنے آپ کو ٹھیک کرنا ہے۔</w:t>
      </w:r>
    </w:p>
    <w:p>
      <w:r>
        <w:rPr>
          <w:b/>
        </w:rPr>
        <w:t xml:space="preserve">[42:07] </w:t>
      </w:r>
      <w:r>
        <w:t>doosre ko aap</w:t>
      </w:r>
    </w:p>
    <w:p>
      <w:pPr>
        <w:jc w:val="right"/>
      </w:pPr>
      <w:r>
        <w:t>دوسرے کو آپ</w:t>
      </w:r>
    </w:p>
    <w:p>
      <w:r>
        <w:rPr>
          <w:b/>
        </w:rPr>
        <w:t xml:space="preserve">[42:13] </w:t>
      </w:r>
      <w:r>
        <w:t>doosron ko karke aap kuch bhi faida nahi, kuch bhi faida nahi.</w:t>
      </w:r>
    </w:p>
    <w:p>
      <w:pPr>
        <w:jc w:val="right"/>
      </w:pPr>
      <w:r>
        <w:t>دوسروں کو کر کے آپ کچھ بھی فائدہ نہیں، کچھ بھی فائدہ نہیں۔</w:t>
      </w:r>
    </w:p>
    <w:p>
      <w:r>
        <w:rPr>
          <w:b/>
        </w:rPr>
        <w:t xml:space="preserve">[42:23] </w:t>
      </w:r>
      <w:r>
        <w:t>ab main aap ko yeh kahunga ke aap is nazar se quran majeed ko padhein ke quran target kahan deta hai? quran mein target jo hai, woh dawah hai, political role nahi hai.</w:t>
      </w:r>
    </w:p>
    <w:p>
      <w:pPr>
        <w:jc w:val="right"/>
      </w:pPr>
      <w:r>
        <w:t>اب میں آپ کو یہ کہوں گا کہ آپ اس نظر سے قرآن مجید کو پڑھیں کہ قرآن ٹارگٹ کہاں دیتا ہے؟ قرآن میں ٹارگٹ جو ہے، وہ دعویٰ ہے، پولیٹیکل رول نہیں ہے۔</w:t>
      </w:r>
    </w:p>
    <w:p>
      <w:r>
        <w:rPr>
          <w:b/>
        </w:rPr>
        <w:t xml:space="preserve">[42:38] </w:t>
      </w:r>
      <w:r>
        <w:t>saare quran mein koi ayat aisi nahi hai jo political role ko target ke taur par deti ho ke tum political role qaim karo, hukumat par qabza karo. aisa kahin bhi nahi hai.</w:t>
      </w:r>
    </w:p>
    <w:p>
      <w:pPr>
        <w:jc w:val="right"/>
      </w:pPr>
      <w:r>
        <w:t>سارے قرآن میں کوئی آیت ایسی نہیں ہے جو پولیٹیکل رول کو ٹارگٹ کے طور پر دیتی ہو کہ تم پولیٹیکل رول قائم کرو، حکومت پر قبضہ کرو۔ ایسا کہیں بھی نہیں ہے۔</w:t>
      </w:r>
    </w:p>
    <w:p>
      <w:r>
        <w:rPr>
          <w:b/>
        </w:rPr>
        <w:t xml:space="preserve">[42:52] </w:t>
      </w:r>
      <w:r>
        <w:t>yeh saada baat nahi hai. dekhein, jab dawah jo hai, dawah work.</w:t>
      </w:r>
    </w:p>
    <w:p>
      <w:pPr>
        <w:jc w:val="right"/>
      </w:pPr>
      <w:r>
        <w:t>یہ سادہ بات نہیں ہے۔ دیکھیں، جب دعویٰ جو ہے، دعویٰ ورک۔</w:t>
      </w:r>
    </w:p>
    <w:p>
      <w:r>
        <w:rPr>
          <w:b/>
        </w:rPr>
        <w:t xml:space="preserve">[43:00] </w:t>
      </w:r>
      <w:r>
        <w:t>aaj hi mere paas telephone aaya, america se ek sahib</w:t>
      </w:r>
    </w:p>
    <w:p>
      <w:pPr>
        <w:jc w:val="right"/>
      </w:pPr>
      <w:r>
        <w:t>آج ہی میرے پاس ٹیلی فون آیا، امریکہ سے ایک صاح</w:t>
      </w:r>
    </w:p>
    <w:p>
      <w:r>
        <w:rPr>
          <w:b/>
        </w:rPr>
        <w:t xml:space="preserve">[43:02] </w:t>
      </w:r>
      <w:r>
        <w:t>ka telephone aaya. unhone kaha ke ek sahib yahan par aaye hain, aur woh unka woh hai, yani dawah program unka hai.</w:t>
      </w:r>
    </w:p>
    <w:p>
      <w:pPr>
        <w:jc w:val="right"/>
      </w:pPr>
      <w:r>
        <w:t>ب کا ٹیلی فون آیا۔ انہوں نے کہا کہ ایک صاحب یہاں پر آئے ہیں، اور وہ ان کا وہ ہے، یعنی دعویٰ پروگرام ان کا ہے۔</w:t>
      </w:r>
    </w:p>
    <w:p>
      <w:r>
        <w:rPr>
          <w:b/>
        </w:rPr>
        <w:t xml:space="preserve">[43:12] </w:t>
      </w:r>
      <w:r>
        <w:t>dawah program to unki wahan par speeches ho rahi hain. to unhone is mein suna ke kya kehte hain. woh unhone kaha ke dawah program mein kya ho raha hai?</w:t>
      </w:r>
    </w:p>
    <w:p>
      <w:pPr>
        <w:jc w:val="right"/>
      </w:pPr>
      <w:r>
        <w:t>دعویٰ پروگرام تو ان کی وہاں پر اسپیچز ہو رہی ہیں۔ تو انہوں نے اس میں سنا کہ کیا کہتے ہیں۔ وہ انہوں نے کہا کہ دعویٰ پروگرام میں کیا ہو رہا ہے؟</w:t>
      </w:r>
    </w:p>
    <w:p>
      <w:r>
        <w:rPr>
          <w:b/>
        </w:rPr>
        <w:t xml:space="preserve">[43:21] </w:t>
      </w:r>
      <w:r>
        <w:t>sirf yeh ho raha hai ke hamare khilaf tum kyon yeh sab kar rahe ho? yani doosron ko blame dena</w:t>
      </w:r>
    </w:p>
    <w:p>
      <w:pPr>
        <w:jc w:val="right"/>
      </w:pPr>
      <w:r>
        <w:t>صرف یہ ہو رہا ہے کہ ہمارے خلاف تم کیوں یہ سب کر رہے ہو؟ یعنی دوسروں کو بلیم دینا</w:t>
      </w:r>
    </w:p>
    <w:p>
      <w:r>
        <w:rPr>
          <w:b/>
        </w:rPr>
        <w:t xml:space="preserve">[43:29] </w:t>
      </w:r>
      <w:r>
        <w:t>naam hai dawah program, aur saari koshish is mein chal rahi hai ke log hum se hum hum hum hum hum hum hum hum hum hum conspiracy kar rahe hain, humein badnaam karte hain, hamare khilaf galat propaganda karte hain.</w:t>
      </w:r>
    </w:p>
    <w:p>
      <w:pPr>
        <w:jc w:val="right"/>
      </w:pPr>
      <w:r>
        <w:t>نام ہے دعویٰ پروگرام، اور ساری کوشش اس میں چل رہی ہے کہ لوگ ہم سے ہم ہم ہم ہم ہم ہم ہم ہم ہم ہم کانسپریسی کر رہے ہیں، ہمارے ہمیں بدنام کرتے ہیں، ہمارے خلاف غلط پروپیگنڈا کرتے ہیں۔</w:t>
      </w:r>
    </w:p>
    <w:p>
      <w:r>
        <w:rPr>
          <w:b/>
        </w:rPr>
        <w:t xml:space="preserve">[43:42] </w:t>
      </w:r>
      <w:r>
        <w:t>yeh yeh yeh dawah thodi hai. dekhein, agar sahi maano mein dawah spread ho to kya hoga?</w:t>
      </w:r>
    </w:p>
    <w:p>
      <w:pPr>
        <w:jc w:val="right"/>
      </w:pPr>
      <w:r>
        <w:t>یہ یہ یہ دعویٰ تھوڑی ہے۔ دیکھیں، اگر صحیح معنوں میں دعویٰ اسپیٹ ہو تو کیا ہوگا؟</w:t>
      </w:r>
    </w:p>
    <w:p>
      <w:r>
        <w:rPr>
          <w:b/>
        </w:rPr>
        <w:t xml:space="preserve">[43:52] </w:t>
      </w:r>
      <w:r>
        <w:t>dawah spread ke maani hain ke duniya ko aap samjhenge, mad'u apna duniya ko apna mad'u samjhenge.</w:t>
      </w:r>
    </w:p>
    <w:p>
      <w:pPr>
        <w:jc w:val="right"/>
      </w:pPr>
      <w:r>
        <w:t>دعویٰ اسپیٹ کے معنی ہیں کہ دنیا کو آپ سمجھیں گے، مدعو اپنا دنیا کو اپنا مدعو سمجھیں گے۔</w:t>
      </w:r>
    </w:p>
    <w:p>
      <w:r>
        <w:rPr>
          <w:b/>
        </w:rPr>
        <w:t xml:space="preserve">[44:00] </w:t>
      </w:r>
      <w:r>
        <w:t>dawah jo mind hai, woh mind saari duniya ko dekhta hai mad'u ke roop mein.</w:t>
      </w:r>
    </w:p>
    <w:p>
      <w:pPr>
        <w:jc w:val="right"/>
      </w:pPr>
      <w:r>
        <w:t>دعویٰ جو مائنڈ ہے، وہ مائنڈ ساری دنیا کو دیکھتا ہے مدعو کے روپ میں۔</w:t>
      </w:r>
    </w:p>
    <w:p>
      <w:r>
        <w:rPr>
          <w:b/>
        </w:rPr>
        <w:t xml:space="preserve">[44:10] </w:t>
      </w:r>
      <w:r>
        <w:t>aur mad'u ke roop mein dekhne ka matlab kya hai?</w:t>
      </w:r>
    </w:p>
    <w:p>
      <w:pPr>
        <w:jc w:val="right"/>
      </w:pPr>
      <w:r>
        <w:t>اور مدعو کے روپ میں دیکھنے کا مطلب کیا ہے؟</w:t>
      </w:r>
    </w:p>
    <w:p>
      <w:r>
        <w:rPr>
          <w:b/>
        </w:rPr>
        <w:t xml:space="preserve">[44:15] </w:t>
      </w:r>
      <w:r>
        <w:t>mad'u ke roop mein dekhne ka matlab hai ke aap ke andar paida hota hai mad'u friendly mind, mad'u friendly culture, jaise ke taajir ke andar paida hota hai customer friendly culture.</w:t>
      </w:r>
    </w:p>
    <w:p>
      <w:pPr>
        <w:jc w:val="right"/>
      </w:pPr>
      <w:r>
        <w:t>مدعو کے روپ میں دیکھنے کا مطلب ہے کہ آپ کے اندر پیدا ہوتا ہے مدعو فرینڈلی مائنڈ، مدعو فرینڈلی کلچر، جیسے کہ تاجر کے اندر پیدا ہوتا ہے کسٹمر فرینڈلی کلچر۔</w:t>
      </w:r>
    </w:p>
    <w:p>
      <w:r>
        <w:rPr>
          <w:b/>
        </w:rPr>
        <w:t xml:space="preserve">[44:30] </w:t>
      </w:r>
      <w:r>
        <w:t>kyonke mad'u ko aap ko address karna hai, usko satisfy karna hai, uske dil ko badalna hai, uske mind ki engineering karna hai.</w:t>
      </w:r>
    </w:p>
    <w:p>
      <w:pPr>
        <w:jc w:val="right"/>
      </w:pPr>
      <w:r>
        <w:t>کیونکہ مدعو کو آپ کو ایڈریس کرنا ہے، اس کو سیٹسفائی کرنا ہے، اس کے دل کو بدلنا ہے، اس کے مائنڈ کی انجینئرنگ کرنا ہے۔</w:t>
      </w:r>
    </w:p>
    <w:p>
      <w:r>
        <w:rPr>
          <w:b/>
        </w:rPr>
        <w:t xml:space="preserve">[44:41] </w:t>
      </w:r>
      <w:r>
        <w:t>to yeh to kaam hoga peaceful tareeqe se, aur toleration ke zariye hoga, love ke zariye hoga.</w:t>
      </w:r>
    </w:p>
    <w:p>
      <w:pPr>
        <w:jc w:val="right"/>
      </w:pPr>
      <w:r>
        <w:t>تو یہ تو کام ہوگا پیس فل طریقے سے، اور ٹولریشن کے ذریعے ہوگا، لو کے ذریعے ہوگا۔</w:t>
      </w:r>
    </w:p>
    <w:p>
      <w:r>
        <w:rPr>
          <w:b/>
        </w:rPr>
        <w:t xml:space="preserve">[44:50] </w:t>
      </w:r>
      <w:r>
        <w:t>to dawah ko jab aap banate hain target, tab paida hota hai yani sympathy, hamdardi, khair khwahi, aman, tolerance, mohabbat.</w:t>
      </w:r>
    </w:p>
    <w:p>
      <w:pPr>
        <w:jc w:val="right"/>
      </w:pPr>
      <w:r>
        <w:t>تو دعوت کو جب آپ بناتے ہیں ٹارگٹ، تب پیدا ہوتا ہے یعنی سمپتھی، ہمدردی، خیر خواہی، امن، ٹولرنس، محبت۔</w:t>
      </w:r>
    </w:p>
    <w:p>
      <w:r>
        <w:rPr>
          <w:b/>
        </w:rPr>
        <w:t xml:space="preserve">[45:01] </w:t>
      </w:r>
      <w:r>
        <w:t>in virus ko promotion milta hai. lekin ab jo bana diya logon ne baad ke zamane mein political role ko target bana liya, to political role mein kya hoga</w:t>
      </w:r>
    </w:p>
    <w:p>
      <w:pPr>
        <w:jc w:val="right"/>
      </w:pPr>
      <w:r>
        <w:t>ان وائروس کو پروموشن ملتا ہے۔ لیکن اب جو بنا دیا لوگوں نے بعد کے زمانے میں پولیٹیکل رول کو ٹارگٹ بنا لیا، تو پولیٹیکل رول میں کیا ہوگا</w:t>
      </w:r>
    </w:p>
    <w:p>
      <w:r>
        <w:rPr>
          <w:b/>
        </w:rPr>
        <w:t xml:space="preserve">[45:14] </w:t>
      </w:r>
      <w:r>
        <w:t>? hate, marna, jang, yeh yeh yeh yeh culture farogh paata hai. yani the work se culture of love farogh paata hai.</w:t>
      </w:r>
    </w:p>
    <w:p>
      <w:pPr>
        <w:jc w:val="right"/>
      </w:pPr>
      <w:r>
        <w:t>؟ ہیٹ، مارنا، جنگ، یہ یہ یہ یہ کلچر فروغ پاتا ہے۔ یعنی دا ورک سے کلچر آف لو فروغ پاتا ہے۔</w:t>
      </w:r>
    </w:p>
    <w:p>
      <w:r>
        <w:rPr>
          <w:b/>
        </w:rPr>
        <w:t xml:space="preserve">[45:29] </w:t>
      </w:r>
      <w:r>
        <w:t>aur yeh jo yani political role ko agar aap bana lein target to kya hoga? violence farogh payega.</w:t>
      </w:r>
    </w:p>
    <w:p>
      <w:pPr>
        <w:jc w:val="right"/>
      </w:pPr>
      <w:r>
        <w:t>اور یہ جو یعنی پولیٹیکل رول کو اگر آپ بنا لیں ٹارگٹ تو کیا ہوگا؟ وائیلنس فروغ پائے گا۔</w:t>
      </w:r>
    </w:p>
    <w:p>
      <w:r>
        <w:rPr>
          <w:b/>
        </w:rPr>
        <w:t xml:space="preserve">[45:38] </w:t>
      </w:r>
      <w:r>
        <w:t>wahi aap dekh rahe hain is waqt.</w:t>
      </w:r>
    </w:p>
    <w:p>
      <w:pPr>
        <w:jc w:val="right"/>
      </w:pPr>
      <w:r>
        <w:t>وہی آپ دیکھ رہے ہیں اس وقت۔</w:t>
      </w:r>
    </w:p>
    <w:p>
      <w:r>
        <w:rPr>
          <w:b/>
        </w:rPr>
        <w:t xml:space="preserve">[45:42] </w:t>
      </w:r>
      <w:r>
        <w:t>to saare musalmanon ke mind ki re engineering karni hai. yaad rakhiye, saare musalmanon ki, chahe woh yahan tak ke jo mazhabi nahi hain, so called, woh bhi isi mein mubtala hain, isi isi tarah soch mein.</w:t>
      </w:r>
    </w:p>
    <w:p>
      <w:pPr>
        <w:jc w:val="right"/>
      </w:pPr>
      <w:r>
        <w:t>تو سارے مسلمانوں کے مائنڈ کی ری انجینئرنگ کرنی ہے۔ یاد رکھیے، سارے مسلمانوں کی، چاہے وہ یہاں تک کہ جو مذہبی نہیں ہیں، سو کالڈ، وہ بھی اسی میں مبتلا ہیں، اسی اسی طرح سوچ میں۔</w:t>
      </w:r>
    </w:p>
    <w:p>
      <w:r>
        <w:rPr>
          <w:b/>
        </w:rPr>
        <w:t xml:space="preserve">[45:59] </w:t>
      </w:r>
      <w:r>
        <w:t>sab ke mind mein wahi bhara hua hai ke hamein yaani supremacy hamein chahiye. hamein hum dunya ke khalifa hain, hum abdul azeem hain.</w:t>
      </w:r>
    </w:p>
    <w:p>
      <w:pPr>
        <w:jc w:val="right"/>
      </w:pPr>
      <w:r>
        <w:t>سب کے مائنڈ میں وہی بھرا ہوا ہے کہ ہمیں یعنی سپریمیسی ہمیں چاہیے۔ ہمیں ہم دنیا کے خلیفہ ہیں، ہم عبدالعظم ہیں۔</w:t>
      </w:r>
    </w:p>
    <w:p>
      <w:r>
        <w:rPr>
          <w:b/>
        </w:rPr>
        <w:t xml:space="preserve">[46:13] </w:t>
      </w:r>
      <w:r>
        <w:t>ek shayar ne kaha ke har mulk, har mulk mil ke, har mulk mil ke mask ke mulk Khuda hai, mask Khuda hamara hai, zameen Khuda ki hai, is liye zameen hamari hai.</w:t>
      </w:r>
    </w:p>
    <w:p>
      <w:pPr>
        <w:jc w:val="right"/>
      </w:pPr>
      <w:r>
        <w:t>ایک شاعر نے کہا کہ ہر ملک، ہر ملک مل کے، ہر ملک مل کے ماسک کہ ملک خدا ہے، ماسک خدا ہمارا ہے، زمین خدا کی ہے، اس لیے زمین ہماری ہے۔</w:t>
      </w:r>
    </w:p>
    <w:p>
      <w:r>
        <w:rPr>
          <w:b/>
        </w:rPr>
        <w:t xml:space="preserve">[46:23] </w:t>
      </w:r>
      <w:r>
        <w:t>kya simple formula hai? yeh Khuda hamara hai aur zameen Khuda ki hai, to zameen hamari hai. har mulk mil ke mask ke mil ke Khuda hai, mask.</w:t>
      </w:r>
    </w:p>
    <w:p>
      <w:pPr>
        <w:jc w:val="right"/>
      </w:pPr>
      <w:r>
        <w:t>کیا سمپل فارمولا ہے؟ یہ خدا ہمارا ہے اور زمین خدا کی ہے، تو زمین ہماری ہے۔ ہر ملک مل کے ماسک کے مل کے خدا ہے، ماسک۔</w:t>
      </w:r>
    </w:p>
    <w:p>
      <w:r>
        <w:rPr>
          <w:b/>
        </w:rPr>
        <w:t xml:space="preserve">[46:35] </w:t>
      </w:r>
      <w:r>
        <w:t>to yaad rakhiye, yeh jo conferences ho rahi hain aaj kal, aur yeh ho rahi hain 50 baras se ho rahi hain, na to ab tak koi faida in ko hua hai, na aage koi faida in ka hone wala hai.</w:t>
      </w:r>
    </w:p>
    <w:p>
      <w:pPr>
        <w:jc w:val="right"/>
      </w:pPr>
      <w:r>
        <w:t>تو یاد رکھیے، یہ جو کانفرنسیں ہو رہی ہیں آج کل، اور یہ ہو رہی ہیں 50 برس سے ہو رہی ہیں، نہ تو اب تک کوئی فائدہ ان کو ہوا ہے، نہ آگے کوئی فائدہ ان کا ہونے والا ہے۔</w:t>
      </w:r>
    </w:p>
    <w:p>
      <w:r>
        <w:rPr>
          <w:b/>
        </w:rPr>
        <w:t xml:space="preserve">[46:49] </w:t>
      </w:r>
      <w:r>
        <w:t>aaj kal mein ne dekha hai jagah jagah ja kar ke ke dunya bhar ke musalmanon ke andar heat bhara hua hai, heat bomb liye hue hain.</w:t>
      </w:r>
    </w:p>
    <w:p>
      <w:pPr>
        <w:jc w:val="right"/>
      </w:pPr>
      <w:r>
        <w:t>آج کل میں نے دیکھا ہے جگہ جگہ جا کر کے کہ دنیا بھر کے مسلمانوں کے اندر ہیٹ بھرا ہوا ہے، ہیٹ بمب لی ہوئی ہیں۔</w:t>
      </w:r>
    </w:p>
    <w:p>
      <w:r>
        <w:rPr>
          <w:b/>
        </w:rPr>
        <w:t xml:space="preserve">[47:00] </w:t>
      </w:r>
      <w:r>
        <w:t>to kuch log woh hain jo yaani jo duality mein jeete hain ke dil mein to nafrat hai, lekin job karne ke liye, business karne ke liye, doosre se mil bilap kar lete hain.</w:t>
      </w:r>
    </w:p>
    <w:p>
      <w:pPr>
        <w:jc w:val="right"/>
      </w:pPr>
      <w:r>
        <w:t>تو کچھ لوگ وہ ہیں جو یعنی جو ڈویلٹی میں جیتے ہیں کہ دل میں تو نفرت ہے، لیکن جاب کرنے کے لیے، بزنس کرنے کے لیے، دوسرے سے مل بلاپ کر لیتے ہیں۔</w:t>
      </w:r>
    </w:p>
    <w:p>
      <w:r>
        <w:rPr>
          <w:b/>
        </w:rPr>
        <w:t xml:space="preserve">[47:17] </w:t>
      </w:r>
      <w:r>
        <w:t>to yeh yeh to ek double standard wali baat hui. doosre woh log hain jo chale jaate hain violence mein, military chalate hain, suicide bombing karte hain.</w:t>
      </w:r>
    </w:p>
    <w:p>
      <w:pPr>
        <w:jc w:val="right"/>
      </w:pPr>
      <w:r>
        <w:t>تو یہ یہ تو ایک ڈبل اسٹینڈرڈ والی بات ہوئی۔ دوسرے وہ لوگ ہیں جو چلے جاتے ہیں وائیلنس میں، ملٹری چلاتے ہیں، سوسائیڈ بمبنگ کرتے ہیں۔</w:t>
      </w:r>
    </w:p>
    <w:p>
      <w:r>
        <w:rPr>
          <w:b/>
        </w:rPr>
        <w:t xml:space="preserve">[47:29] </w:t>
      </w:r>
      <w:r>
        <w:t>do hi qism ke log hain.</w:t>
      </w:r>
    </w:p>
    <w:p>
      <w:pPr>
        <w:jc w:val="right"/>
      </w:pPr>
      <w:r>
        <w:t>دو ہی قسم کے لوگ ہیں۔</w:t>
      </w:r>
    </w:p>
    <w:p>
      <w:r>
        <w:rPr>
          <w:b/>
        </w:rPr>
        <w:t xml:space="preserve">[47:32] </w:t>
      </w:r>
      <w:r>
        <w:t>hamara mission jo hai, logon ke mind ki re engineering hai. re engineering. hum chahte hain ke logon ke dimagh mein jo galat interpretation Islam ka bhar gaya, us ko nikalen,</w:t>
      </w:r>
    </w:p>
    <w:p>
      <w:pPr>
        <w:jc w:val="right"/>
      </w:pPr>
      <w:r>
        <w:t>ہمارا مشن جو ہے، لوگوں کے مائنڈ کی ری انجینئرنگ ہے۔ ری انجینئرنگ۔ ہم چاہتے ہیں کہ لوگوں کے دماغ میں جو غلط انٹرپریٹیشن اسلام کا بھر گیا، اس کو نکالیں،</w:t>
      </w:r>
    </w:p>
    <w:p>
      <w:r>
        <w:rPr>
          <w:b/>
        </w:rPr>
        <w:t xml:space="preserve">[47:46] </w:t>
      </w:r>
      <w:r>
        <w:t>us ko nikalen.</w:t>
      </w:r>
    </w:p>
    <w:p>
      <w:pPr>
        <w:jc w:val="right"/>
      </w:pPr>
      <w:r>
        <w:t>اس کو نکالیں۔</w:t>
      </w:r>
    </w:p>
    <w:p>
      <w:r>
        <w:rPr>
          <w:b/>
        </w:rPr>
        <w:t xml:space="preserve">[47:52] </w:t>
      </w:r>
      <w:r>
        <w:t>aaj hi mere paas telephone aaya, hamare saathi hain Kaleemuddin sahib, America mein rehte hain. woh</w:t>
      </w:r>
    </w:p>
    <w:p>
      <w:pPr>
        <w:jc w:val="right"/>
      </w:pPr>
      <w:r>
        <w:t>آج ہی میرے پاس ٹیلی فون آیا، ہمارے ساتھی ہیں کلیم الدین صاحب، امریکہ میں رہتے ہیں۔ وہ</w:t>
      </w:r>
    </w:p>
    <w:p>
      <w:r>
        <w:rPr>
          <w:b/>
        </w:rPr>
        <w:t xml:space="preserve">[48:00] </w:t>
      </w:r>
      <w:r>
        <w:t>to unhon ne bataya ke yaani woh kaam kar rahe hain isi ka, yaani internet ke zariye se saari baatein la rahe hain logon ke samne.</w:t>
      </w:r>
    </w:p>
    <w:p>
      <w:pPr>
        <w:jc w:val="right"/>
      </w:pPr>
      <w:r>
        <w:t>تو انہوں نے بتایا کہ یعنی وہ کام کر رہے ہیں اسی کا، یعنی انٹرنیٹ کے ذریعے سے ساری باتیں لا رہے ہیں لوگوں کے سامنے۔</w:t>
      </w:r>
    </w:p>
    <w:p>
      <w:r>
        <w:rPr>
          <w:b/>
        </w:rPr>
        <w:t xml:space="preserve">[48:10] </w:t>
      </w:r>
      <w:r>
        <w:t>to bohat zyada logon mein response pa rahe hain. woh jaise misaal di unhon ne, di unhon ne ke wahan ek doctor Anis ek hain, wahan par jahan woh rehte hain, yaani doctor, medical doctor.</w:t>
      </w:r>
    </w:p>
    <w:p>
      <w:pPr>
        <w:jc w:val="right"/>
      </w:pPr>
      <w:r>
        <w:t>تو بہت زیادہ لوگوں میں رسپانس پا رہے ہیں۔ وہ جیسے مثال دی انہوں نے، دی انہوں نے کہ وہاں ایک ڈاکٹر انیس ایک ہیں، وہاں پر جہاں وہ رہتے ہیں، یعنی ڈاکٹر، میڈیکل ڈاکٹر۔</w:t>
      </w:r>
    </w:p>
    <w:p>
      <w:r>
        <w:rPr>
          <w:b/>
        </w:rPr>
        <w:t xml:space="preserve">[48:22] </w:t>
      </w:r>
      <w:r>
        <w:t>to un ko jo literature yahan ka hai, us ko parhwaya unhon ne.</w:t>
      </w:r>
    </w:p>
    <w:p>
      <w:pPr>
        <w:jc w:val="right"/>
      </w:pPr>
      <w:r>
        <w:t>تو ان کو جو لٹریچر یہاں کا ہے، اس کو پڑھوایا انہوں نے۔</w:t>
      </w:r>
    </w:p>
    <w:p>
      <w:r>
        <w:rPr>
          <w:b/>
        </w:rPr>
        <w:t xml:space="preserve">[48:27] </w:t>
      </w:r>
      <w:r>
        <w:t>to kehte hain ke main to bilkul is se pehle andhere mein tha, ab maloom hua ke Islam kya hai. hum samajhte rahe the ke Islam yeh hai.</w:t>
      </w:r>
    </w:p>
    <w:p>
      <w:pPr>
        <w:jc w:val="right"/>
      </w:pPr>
      <w:r>
        <w:t>تو کہتے ہیں کہ میں تو بالکل اس سے پہلے اندھیرے میں تھا، اب معلوم ہوا کہ اسلام کیا ہے۔ ہم سمجھتے رہے تھے کہ اسلام یہ ہے۔</w:t>
      </w:r>
    </w:p>
    <w:p>
      <w:r>
        <w:rPr>
          <w:b/>
        </w:rPr>
        <w:t xml:space="preserve">[48:38] </w:t>
      </w:r>
      <w:r>
        <w:t>to unhon ne kaha is literature ne meri zindagi badal di. ab woh Kaleemuddin sahib se mil kar ke wahan chahte hain ke is ko phailaya jaye, zyada se zyada phailaya jaye, literature ke zariye se, internet ke zariye se phailaya jaye.</w:t>
      </w:r>
    </w:p>
    <w:p>
      <w:pPr>
        <w:jc w:val="right"/>
      </w:pPr>
      <w:r>
        <w:t>تو انہوں نے کہا اس لٹریچر نے میری زندگی بدل دی۔ اب وہ کلیم الدین صاحب سے مل کر کے وہاں چاہتے ہیں کہ اس کو پھیلایا جائے، زیادہ سے زیادہ پھیلایا جائے، لٹریچر کے ذریعے سے، انٹرنیٹ کے ذریعے سے پھیلایا جائے۔</w:t>
      </w:r>
    </w:p>
    <w:p>
      <w:r>
        <w:rPr>
          <w:b/>
        </w:rPr>
        <w:t xml:space="preserve">[48:52] </w:t>
      </w:r>
      <w:r>
        <w:t>to logon ne jo jo kitabein parh rakhi hain, jo speech</w:t>
      </w:r>
    </w:p>
    <w:p>
      <w:pPr>
        <w:jc w:val="right"/>
      </w:pPr>
      <w:r>
        <w:t>تو لوگوں نے جو جو کتابیں پڑھ رکھی ہیں، جو اسپیچ</w:t>
      </w:r>
    </w:p>
    <w:p>
      <w:r>
        <w:rPr>
          <w:b/>
        </w:rPr>
        <w:t xml:space="preserve">[48:55] </w:t>
      </w:r>
      <w:r>
        <w:t>z, jo speeches sun rakhi hain, us ne jo un ka mind banaya hai, us mind mein wahi bhara hua hai. sab glory aur supremacy aur political role, yeh sab bhara hua hai.</w:t>
      </w:r>
    </w:p>
    <w:p>
      <w:pPr>
        <w:jc w:val="right"/>
      </w:pPr>
      <w:r>
        <w:t>ز، جو اسپیچز سن رکھی ہیں، اس نے جو ان کا مائنڈ بنایا ہے، اس مائنڈ میں وہی بھرا ہوا ہے۔ سب گلوری اور سپریمیسی اور پولیٹیکل رول، یہ سب بھرا ہوا ہے۔</w:t>
      </w:r>
    </w:p>
    <w:p>
      <w:r>
        <w:rPr>
          <w:b/>
        </w:rPr>
        <w:t xml:space="preserve">[49:09] </w:t>
      </w:r>
      <w:r>
        <w:t>logon ko Quran ka sahi tasawwur nahi maloom. mein ne aap ke samne Quran ki aayatein padhin, Syed Qutb sahib ne qisse aur us ko kuch ko kuch bana diya ke Hazrat Musa ne jo paigham diya tha, woh tauheed ka paigham tha, us ko unhon ne siyasat ka paigham bana diya.</w:t>
      </w:r>
    </w:p>
    <w:p>
      <w:pPr>
        <w:jc w:val="right"/>
      </w:pPr>
      <w:r>
        <w:t>لوگوں کو قرآن کا صحیح تصور نہیں معلوم۔ میں نے آپ کے سامنے قرآن کی آیتیں پڑھیں، سید قطب صاحب نے قصے اور اس کو کچھ کو کچھ بنا دیا کہ حضرت موسیٰ نے جو پیغام دیا تھا، وہ توحید کا پیغام تھا، اس کو انہوں نے سیاست کا پیغام بنا دیا۔</w:t>
      </w:r>
    </w:p>
    <w:p>
      <w:r>
        <w:rPr>
          <w:b/>
        </w:rPr>
        <w:t xml:space="preserve">[49:26] </w:t>
      </w:r>
      <w:r>
        <w:t>aisi kitabein beshumar chhap chhap ke phaili hui hain, har jagah Urdu mein, English mein, Arabic mein, Persian mein, har jagah.</w:t>
      </w:r>
    </w:p>
    <w:p>
      <w:pPr>
        <w:jc w:val="right"/>
      </w:pPr>
      <w:r>
        <w:t>ایسی کتابیں بے شمار چھپ چھپ کے پھیلی ہوئی ہیں، ہر جگہ اردو میں، انگلش میں، عربک میں، پرشین میں، ہر جگہ۔</w:t>
      </w:r>
    </w:p>
    <w:p>
      <w:r>
        <w:rPr>
          <w:b/>
        </w:rPr>
        <w:t xml:space="preserve">[49:35] </w:t>
      </w:r>
      <w:r>
        <w:t>to yaad rakhiye ke hamara jo mission hai, woh kya hai. us ko mein kahoon ke mind, logon ke mind ki re engineering, chahe Muslim ho ya ghair Muslim ho,</w:t>
      </w:r>
    </w:p>
    <w:p>
      <w:pPr>
        <w:jc w:val="right"/>
      </w:pPr>
      <w:r>
        <w:t>تو یاد رکھیے کہ ہمارا جو مشن ہے، وہ کیا ہے۔ اس کو میں کہوں کہ مائنڈ، لوگوں کے مائنڈ کی ری انجینئرنگ، چاہے مسلم ہو یا غیر مسلم ہو،</w:t>
      </w:r>
    </w:p>
    <w:p>
      <w:r>
        <w:rPr>
          <w:b/>
        </w:rPr>
        <w:t xml:space="preserve">[49:51] </w:t>
      </w:r>
      <w:r>
        <w:t>donon hi ke mind ki re engineering karna hai.</w:t>
      </w:r>
    </w:p>
    <w:p>
      <w:pPr>
        <w:jc w:val="right"/>
      </w:pPr>
      <w:r>
        <w:t>دونوں ہی کے مائنڈ کی ری انجینئرنگ کرنا ہے۔</w:t>
      </w:r>
    </w:p>
    <w:p>
      <w:r>
        <w:rPr>
          <w:b/>
        </w:rPr>
        <w:t xml:space="preserve">[49:54] </w:t>
      </w:r>
      <w:r>
        <w:t>jo Musalman apne ko Musalman samajhte hain, woh bhi Islam ka political interpretation hai, un ke dimaghon mein basa hua hai. wahan bhi hamein un ke mind ki re engineering karna hai.</w:t>
      </w:r>
    </w:p>
    <w:p>
      <w:pPr>
        <w:jc w:val="right"/>
      </w:pPr>
      <w:r>
        <w:t>جو مسلمان اپنے کو مسلمان سمجھتے ہیں، وہ بھی اسلام کا پولیٹیکل انٹرپریشن ہے، ان کے دماغوں میں بسا ہوا ہے۔ وہاں بھی ہمیں ان کے مائنڈ کی ری انجینئرنگ کرنا ہے۔</w:t>
      </w:r>
    </w:p>
    <w:p>
      <w:r>
        <w:rPr>
          <w:b/>
        </w:rPr>
        <w:t xml:space="preserve">[50:05] </w:t>
      </w:r>
      <w:r>
        <w:t>aur jo doosre log hain, woh material andaaz mein sochte hain, un ke paas aik hi sochne ka aik hi tareeqa hai ke material, yaani ya un ke dimaagh mein material interpretation hai,</w:t>
      </w:r>
    </w:p>
    <w:p>
      <w:pPr>
        <w:jc w:val="right"/>
      </w:pPr>
      <w:r>
        <w:t>اور جو دوسرے لوگ ہیں، وہ مٹیریل انداز میں سوچتے ہیں، ان کے پاس ایک ہی سوچنے کا ایک ہی طریقہ ہے کہ مٹیریل، یعنی یا ان کے دماغ میں مٹیریل انٹرپریٹیشن ہے،</w:t>
      </w:r>
    </w:p>
    <w:p>
      <w:r>
        <w:rPr>
          <w:b/>
        </w:rPr>
        <w:t xml:space="preserve">[50:19] </w:t>
      </w:r>
      <w:r>
        <w:t>musalmanon ke dimaagh mein basa hua hai political interpretation, aur non muslim ke dimaagh mein basa hua hai material interpretation.</w:t>
      </w:r>
    </w:p>
    <w:p>
      <w:pPr>
        <w:jc w:val="right"/>
      </w:pPr>
      <w:r>
        <w:t>مسلمانوں کے دماغ میں بسا ہوا ہے پولیٹیکل انٹرپریٹیشن، اور نان مسلم کے دماغ میں بسا ہوا ہے مٹیریل انٹرپریٹیشن۔</w:t>
      </w:r>
    </w:p>
    <w:p>
      <w:r>
        <w:rPr>
          <w:b/>
        </w:rPr>
        <w:t xml:space="preserve">[50:29] </w:t>
      </w:r>
      <w:r>
        <w:t>to dono maamle wahan pe karna hai ke hum mind ki re engineering karein. to kaam shuru hota hai mind ki islaah se. jab tak aap yeh na karein, koi bara nateeja saamne nahi aayega.</w:t>
      </w:r>
    </w:p>
    <w:p>
      <w:pPr>
        <w:jc w:val="right"/>
      </w:pPr>
      <w:r>
        <w:t>تو دونوں معاملے وہاں پہ کرنا ہے کہ ہم مائنڈ کی ری انجینئرنگ کریں۔ تو کام شروع ہوتا ہے مائنڈ کی اصلاح سے۔ جب تک آپ یہ نہ کریں، کوئی بڑا نتیجہ سامنے نہیں آئے گا۔</w:t>
      </w:r>
    </w:p>
    <w:p>
      <w:r>
        <w:rPr>
          <w:b/>
        </w:rPr>
        <w:t xml:space="preserve">[50:44] </w:t>
      </w:r>
      <w:r>
        <w:t>aik aayat mein aur aap ko yaad dilaaoon,</w:t>
      </w:r>
    </w:p>
    <w:p>
      <w:pPr>
        <w:jc w:val="right"/>
      </w:pPr>
      <w:r>
        <w:t>ایک آیت میں اور آپ کو یاد دلاؤں،</w:t>
      </w:r>
    </w:p>
    <w:p>
      <w:r>
        <w:rPr>
          <w:b/>
        </w:rPr>
        <w:t xml:space="preserve">[50:47] </w:t>
      </w:r>
      <w:r>
        <w:t>quran majeed mein aik aayat hai ke wa'adallahu allazeena aamanoo wa 'amirus saalihaati lanastakh lifannahum fil lard yeh log is aayat se nikaalte hain, yaani iqtidaar wali baat, political power wali baat.</w:t>
      </w:r>
    </w:p>
    <w:p>
      <w:pPr>
        <w:jc w:val="right"/>
      </w:pPr>
      <w:r>
        <w:t>قرآن مجید میں ایک آیت ہے کہ وَعَدَ اللَّهُ الَّذِينَ آمَنُوا وَعَمْرُوا الصَّالِحَاتِ لَنَسْتَخْلَفَنُهُمْ فِي الْلَرْدِ یہ لوگ اس آیت سے نکالتے ہیں، یعنی اقتدار والی بات، پولیٹیکل پاور والی بات۔</w:t>
      </w:r>
    </w:p>
    <w:p>
      <w:r>
        <w:rPr>
          <w:b/>
        </w:rPr>
        <w:t xml:space="preserve">[51:00] </w:t>
      </w:r>
      <w:r>
        <w:t>haalanke dekhiye, aap is par, is par sochiye, aap is aayat par ke Allah ne wa'ada kiya hai. wa'ada yaani yeh amr maw'ood hai, na ke amr maqsood.</w:t>
      </w:r>
    </w:p>
    <w:p>
      <w:pPr>
        <w:jc w:val="right"/>
      </w:pPr>
      <w:r>
        <w:t>حالانکہ دیکھیے، آپ اس پر، اس پر سوچیے، آپ اس آیت پر کہ اللہ نے وعدہ کیا ہے۔ وعدہ یعنی یہ امر موعود ہے، نہ کہ امر مقصود۔</w:t>
      </w:r>
    </w:p>
    <w:p>
      <w:r>
        <w:rPr>
          <w:b/>
        </w:rPr>
        <w:t xml:space="preserve">[51:14] </w:t>
      </w:r>
      <w:r>
        <w:t>yaani Khuda ka aik promise hai ke tum agar sachi zindagi ikhtiyaar karo, imaan ki zindagi, amal saaleh ki zindagi, peaceful tareeqe se rehne ki zindagi, insaan ke khair khwah banne ki zindagi, yeh sab is mein shaamil hai.</w:t>
      </w:r>
    </w:p>
    <w:p>
      <w:pPr>
        <w:jc w:val="right"/>
      </w:pPr>
      <w:r>
        <w:t>یعنی خدا کا ایک پرومس ہے کہ تم اگر سچی زندگی اختیار کرو، ایمان کی زندگی، عمل صالح کی زندگی، پیس فل طریقے سے رہنے کی زندگی، انسان کے خیر خواہ بننے کی زندگی، یہ سب اس میں شامل ہے۔</w:t>
      </w:r>
    </w:p>
    <w:p>
      <w:r>
        <w:rPr>
          <w:b/>
        </w:rPr>
        <w:t xml:space="preserve">[51:30] </w:t>
      </w:r>
      <w:r>
        <w:t>to phir to Khuda tum ko, aap yaani quran mein aik aur jagah hai ke wa ukhra tuhibboona akhri yaani secondary cheez</w:t>
      </w:r>
    </w:p>
    <w:p>
      <w:pPr>
        <w:jc w:val="right"/>
      </w:pPr>
      <w:r>
        <w:t>تو پھر تو خدا تم کو، آپ یعنی قرآن میں ایک اور جگہ ہے کہ وَاُخْرَى تُحِبُّونَا اخری یعنی سیکنڈری چیز</w:t>
      </w:r>
    </w:p>
    <w:p>
      <w:r>
        <w:rPr>
          <w:b/>
        </w:rPr>
        <w:t xml:space="preserve">[51:42] </w:t>
      </w:r>
      <w:r>
        <w:t>, political power ko quran mein secondary cheez bataya gaya hai, primary cheez nahi bataya gaya hai. to asal nishana jo bataya gaya hai ke woh yeh hai ke aap sacha faith aap ke andar ho, Khuda ki ma'rifat ho, Khuda ka khauf ho, Khuda se mohabbat ho,</w:t>
      </w:r>
    </w:p>
    <w:p>
      <w:pPr>
        <w:jc w:val="right"/>
      </w:pPr>
      <w:r>
        <w:t>، پولیٹیکل پاور کو قرآن میں سیکنڈری چیز بتایا گیا ہے، پرائمری چیز نہیں بتایا گیا ہے۔ تو اصل نشانہ جو بتایا گیا ہے کہ وہ یہ ہے کہ آپ سچا فیتھ آپ کے اندر ہو، خدا کی معرفت ہو، خدا کا خوف ہو، خدا سے محبت ہو،</w:t>
      </w:r>
    </w:p>
    <w:p>
      <w:r>
        <w:rPr>
          <w:b/>
        </w:rPr>
        <w:t xml:space="preserve">[52:01] </w:t>
      </w:r>
      <w:r>
        <w:t>imaan wali zindagi ho, moral value jo hai Islam ke, us ko aap apnaayein, the work karein, dunya ke khair khwah ban kar uthein.</w:t>
      </w:r>
    </w:p>
    <w:p>
      <w:pPr>
        <w:jc w:val="right"/>
      </w:pPr>
      <w:r>
        <w:t>ایمان والی زندگی ہو، مول ویلود جو ہے اسلام کے، اس کو آپ اپنائیں، دا ورک کریں، دنیا کے خیر خواہ بن کر اٹھیں۔</w:t>
      </w:r>
    </w:p>
    <w:p>
      <w:r>
        <w:rPr>
          <w:b/>
        </w:rPr>
        <w:t xml:space="preserve">[52:10] </w:t>
      </w:r>
      <w:r>
        <w:t>yeh sab</w:t>
      </w:r>
    </w:p>
    <w:p>
      <w:pPr>
        <w:jc w:val="right"/>
      </w:pPr>
      <w:r>
        <w:t>یہ سب</w:t>
      </w:r>
    </w:p>
    <w:p>
      <w:r>
        <w:rPr>
          <w:b/>
        </w:rPr>
        <w:t xml:space="preserve">[52:11] </w:t>
      </w:r>
      <w:r>
        <w:t>to phir is ke baad to izzat milti hi milti hai, apne aap milti hai.</w:t>
      </w:r>
    </w:p>
    <w:p>
      <w:pPr>
        <w:jc w:val="right"/>
      </w:pPr>
      <w:r>
        <w:t>تو پھر اس کے بعد تو عزت ملتی ہی ملتی ہے، اپنے آپ ملتی ہے۔</w:t>
      </w:r>
    </w:p>
    <w:p>
      <w:r>
        <w:rPr>
          <w:b/>
        </w:rPr>
        <w:t xml:space="preserve">[52:17] </w:t>
      </w:r>
      <w:r>
        <w:t>to phir apne aap izzat milti hai. to is aayat mein jo cheez bator maw'ood keh hai, us ko unhon ne maqsood bana diya, yeh bator promise keh hai, us ko target bana diya.</w:t>
      </w:r>
    </w:p>
    <w:p>
      <w:pPr>
        <w:jc w:val="right"/>
      </w:pPr>
      <w:r>
        <w:t>پھر تو اپنے آپ عزت ملتی ہے۔ تو اس آیت میں جو چیز بطور موعود کہہ ہے، اس کو انہوں نے مقصود بنا دیا، یہ بطور پرومس کہہ ہے، اس کو ٹارگٹ بنا دیا۔</w:t>
      </w:r>
    </w:p>
    <w:p>
      <w:r>
        <w:rPr>
          <w:b/>
        </w:rPr>
        <w:t xml:space="preserve">[52:33] </w:t>
      </w:r>
      <w:r>
        <w:t>kitna zabardast fallacy yeh hai, kitni bari fallacy hai. aap ghaur kijiye is par.</w:t>
      </w:r>
    </w:p>
    <w:p>
      <w:pPr>
        <w:jc w:val="right"/>
      </w:pPr>
      <w:r>
        <w:t>کتنا زبردست فلیسی یہ ہے، کتنی بڑی فلیسی ہے۔ آپ غور کیجئے اس پر۔</w:t>
      </w:r>
    </w:p>
    <w:p>
      <w:r>
        <w:rPr>
          <w:b/>
        </w:rPr>
        <w:t xml:space="preserve">[52:43] </w:t>
      </w:r>
      <w:r>
        <w:t>Rasool Allah jab Makka mein thay, aap to Rasool Allah aik bohat zabardast personality thi, bohat yaani aik bohat zabardast.</w:t>
      </w:r>
    </w:p>
    <w:p>
      <w:pPr>
        <w:jc w:val="right"/>
      </w:pPr>
      <w:r>
        <w:t>رسول اللہ جب مکہ میں تھے، آپ تو رسول اللہ ایک بہت زبردست پرسنیلٹی تھی، بہت یعنی ایک بہت زبردست۔</w:t>
      </w:r>
    </w:p>
    <w:p>
      <w:r>
        <w:rPr>
          <w:b/>
        </w:rPr>
        <w:t xml:space="preserve">[52:56] </w:t>
      </w:r>
      <w:r>
        <w:t>wahan par aik jo insaan ke andar jo jo qualities hoti hain leadership ki, woh sab aap ke andar theen.</w:t>
      </w:r>
    </w:p>
    <w:p>
      <w:pPr>
        <w:jc w:val="right"/>
      </w:pPr>
      <w:r>
        <w:t>وہاں پر ایک جو انسان کے اندر جو جو کوالٹیز ہوتی ہیں لیڈرشپ کی، وہ سب آپ کے اندر تھیں۔</w:t>
      </w:r>
    </w:p>
    <w:p>
      <w:r>
        <w:rPr>
          <w:b/>
        </w:rPr>
        <w:t xml:space="preserve">[53:06] </w:t>
      </w:r>
      <w:r>
        <w:t>to logon ne aap ko offer diya ke hum aap ko badshah bana lete hain.</w:t>
      </w:r>
    </w:p>
    <w:p>
      <w:pPr>
        <w:jc w:val="right"/>
      </w:pPr>
      <w:r>
        <w:t>تو لوگوں نے آپ کو افر دیا کہ ہم آپ کو بادشاہ بنا لیتے ہیں۔</w:t>
      </w:r>
    </w:p>
    <w:p>
      <w:r>
        <w:rPr>
          <w:b/>
        </w:rPr>
        <w:t xml:space="preserve">[53:13] </w:t>
      </w:r>
      <w:r>
        <w:t>in tureedu mulkan mallakna qaalayna yeh offer diya in logon ne aap ko ke in tureedu mulkan mallakna qaalayna ke agar aap chahte ho badshah banna to hum aap ko badshah maan lete hain.</w:t>
      </w:r>
    </w:p>
    <w:p>
      <w:pPr>
        <w:jc w:val="right"/>
      </w:pPr>
      <w:r>
        <w:t>إِنْ تُرِيدُ مُلْكًا مَلَّكْنَا قَالَيْنَا یہ افر دیا ان لوگوں نے آپ کو کہ إِنْ تُرِيدُ مُلْكًا مَلَّكْنَا قَالَيْنَا کہ اگر آپ چاہتے ہو بادشاہ بننا تو ہم آپ کو بادشاہ مان لیتے ہیں۔</w:t>
      </w:r>
    </w:p>
    <w:p>
      <w:r>
        <w:rPr>
          <w:b/>
        </w:rPr>
        <w:t xml:space="preserve">[53:24] </w:t>
      </w:r>
      <w:r>
        <w:t>aap ko</w:t>
      </w:r>
    </w:p>
    <w:p>
      <w:pPr>
        <w:jc w:val="right"/>
      </w:pPr>
      <w:r>
        <w:t>آپ کو</w:t>
      </w:r>
    </w:p>
    <w:p>
      <w:r>
        <w:rPr>
          <w:b/>
        </w:rPr>
        <w:t xml:space="preserve">[53:28] </w:t>
      </w:r>
      <w:r>
        <w:t>to aap ne kya farmaya? aap ne farmaya ke ma ma ma utbul mulkan alaykum</w:t>
      </w:r>
    </w:p>
    <w:p>
      <w:pPr>
        <w:jc w:val="right"/>
      </w:pPr>
      <w:r>
        <w:t>تو آپ نے کیا فرمایا؟ آپ نے فرمایا کہ مَا مَا مَا أُتْبُلْ مُلْكًا عَلَيْكُمْ</w:t>
      </w:r>
    </w:p>
    <w:p>
      <w:r>
        <w:rPr>
          <w:b/>
        </w:rPr>
        <w:t xml:space="preserve">[53:42] </w:t>
      </w:r>
      <w:r>
        <w:t>mein tumhare upar,</w:t>
      </w:r>
    </w:p>
    <w:p>
      <w:pPr>
        <w:jc w:val="right"/>
      </w:pPr>
      <w:r>
        <w:t>میں تمہارے اوپر،</w:t>
      </w:r>
    </w:p>
    <w:p>
      <w:r>
        <w:rPr>
          <w:b/>
        </w:rPr>
        <w:t xml:space="preserve">[53:45] </w:t>
      </w:r>
      <w:r>
        <w:t>tumhare upar ruler banna nahi chahta, mein tumhare upar hakim nahi banna chahta. kaha aap ghaur kijiye ke jab khud pesh kiya ja raha ho aur aadmi aisa bolay ke mujhe hakim nahi banna hai,</w:t>
      </w:r>
    </w:p>
    <w:p>
      <w:pPr>
        <w:jc w:val="right"/>
      </w:pPr>
      <w:r>
        <w:t>تمہارے اوپر رورل بننا نہیں چاہتا، میں تمہارے اوپر حاکم نہیں بننا چاہتا۔ کہا آپ غور کیجئے کہ جب خود پیش کیا جا رہا ہو اور آدمی ایسا بولے کہ مجھے حاکم نہیں بننا ہے،</w:t>
      </w:r>
    </w:p>
    <w:p>
      <w:r>
        <w:rPr>
          <w:b/>
        </w:rPr>
        <w:t xml:space="preserve">[54:01] </w:t>
      </w:r>
      <w:r>
        <w:t>mujhe political role nahi chahiye,</w:t>
      </w:r>
    </w:p>
    <w:p>
      <w:pPr>
        <w:jc w:val="right"/>
      </w:pPr>
      <w:r>
        <w:t>مجھے پولیٹیکل رول نہیں چاہیے،</w:t>
      </w:r>
    </w:p>
    <w:p>
      <w:r>
        <w:rPr>
          <w:b/>
        </w:rPr>
        <w:t xml:space="preserve">[54:06] </w:t>
      </w:r>
      <w:r>
        <w:t>to is ma'ni hai ke aap ka yeh target nahi tha. aap ka target kya tha</w:t>
      </w:r>
    </w:p>
    <w:p>
      <w:pPr>
        <w:jc w:val="right"/>
      </w:pPr>
      <w:r>
        <w:t>تو اس معنی ہے کہ آپ کا یہ ٹارگٹ نہیں تھا۔ آپ کا ٹارگٹ کیا تھا</w:t>
      </w:r>
    </w:p>
    <w:p>
      <w:r>
        <w:rPr>
          <w:b/>
        </w:rPr>
        <w:t xml:space="preserve">[54:11] </w:t>
      </w:r>
      <w:r>
        <w:t>? woh target tha jo mein is se pehle kai baar arz kar chuka hoon ke Khuda ke jo Khuda ka jo creational plan hai, us se logon ko ba khabar karna.</w:t>
      </w:r>
    </w:p>
    <w:p>
      <w:pPr>
        <w:jc w:val="right"/>
      </w:pPr>
      <w:r>
        <w:t>؟ وہ ٹارگٹ تھا جو میں اس سے پہلے کئی بار عرض کر چکا ہوں کہ خدا کے جو خدا کا جو کریشنل پلان ہے، اس سے لوگوں کو باخبر کرنا۔</w:t>
      </w:r>
    </w:p>
    <w:p>
      <w:r>
        <w:rPr>
          <w:b/>
        </w:rPr>
        <w:t xml:space="preserve">[54:21] </w:t>
      </w:r>
      <w:r>
        <w:t>yeh hai target peghambar ka.</w:t>
      </w:r>
    </w:p>
    <w:p>
      <w:pPr>
        <w:jc w:val="right"/>
      </w:pPr>
      <w:r>
        <w:t>یہ ہے ٹارگٹ پیغمبر کا۔</w:t>
      </w:r>
    </w:p>
    <w:p>
      <w:r>
        <w:rPr>
          <w:b/>
        </w:rPr>
        <w:t xml:space="preserve">[54:27] </w:t>
      </w:r>
      <w:r>
        <w:t>jaise jab aap ko nabuwat mili makka mein, yaani 610 AD mein, to pehla kaam aap ne kiya kiya?</w:t>
      </w:r>
    </w:p>
    <w:p>
      <w:pPr>
        <w:jc w:val="right"/>
      </w:pPr>
      <w:r>
        <w:t>جیسے جب آپ کو نبوت ملی مکہ میں، یعنی 610 اے ڈی میں، تو پہلا کام آپ نے کیا کیا؟</w:t>
      </w:r>
    </w:p>
    <w:p>
      <w:r>
        <w:rPr>
          <w:b/>
        </w:rPr>
        <w:t xml:space="preserve">[54:37] </w:t>
      </w:r>
      <w:r>
        <w:t>ke wahan par ek choti si, ek ek tha, ek rock tha, rock ek teela jis ko kehte hain safa kehte thay, us ko makka ke bahar, us ko log us stage ke tor par istemal karte thay.</w:t>
      </w:r>
    </w:p>
    <w:p>
      <w:pPr>
        <w:jc w:val="right"/>
      </w:pPr>
      <w:r>
        <w:t>کہ وہاں پر ایک چھوٹی سی، ایک ایک تھا، ایک راک تھا، راک ایک ٹیلا جس کو کہتے ہیں صفا کہتے تھے، اس کو مکہ کے باہر، اس کو لوگ اس اسٹیج کے طور پر استعمال کرتے تھے۔</w:t>
      </w:r>
    </w:p>
    <w:p>
      <w:r>
        <w:rPr>
          <w:b/>
        </w:rPr>
        <w:t xml:space="preserve">[54:49] </w:t>
      </w:r>
      <w:r>
        <w:t>us par khare ho kar speech de dete thay. to wahan par yeh tareeqa tha ke log awaz de dete thay, wahan ja kar ke to log ikhatta ho jate thay.</w:t>
      </w:r>
    </w:p>
    <w:p>
      <w:pPr>
        <w:jc w:val="right"/>
      </w:pPr>
      <w:r>
        <w:t>اس پر کھڑے ہو کر اسپیچ دے دیتے تھے۔ تو وہاں پر یہ طریقہ تھا کہ لوگ آواز دے دیتے تھے، وہاں جا کر کے تو لوگ اکٹھا ہو جاتے تھے۔</w:t>
      </w:r>
    </w:p>
    <w:p>
      <w:r>
        <w:rPr>
          <w:b/>
        </w:rPr>
        <w:t xml:space="preserve">[55:01] </w:t>
      </w:r>
      <w:r>
        <w:t>to wahan par awaz di aap ne, awaz di, log ikhatta ho gaye</w:t>
      </w:r>
    </w:p>
    <w:p>
      <w:pPr>
        <w:jc w:val="right"/>
      </w:pPr>
      <w:r>
        <w:t>تو وہاں پر آواز دی آپ نے، آواز دی، لوگ اکٹھا ہو گئے</w:t>
      </w:r>
    </w:p>
    <w:p>
      <w:r>
        <w:rPr>
          <w:b/>
        </w:rPr>
        <w:t xml:space="preserve">[55:05] </w:t>
      </w:r>
      <w:r>
        <w:t>, aap us par charhe. us par charh ke kiya kaha aap ne? yahi kaha ke tum ko, yaani yeh jo zindagi tum ko mili hai, maut par khatam nahi hogi.</w:t>
      </w:r>
    </w:p>
    <w:p>
      <w:pPr>
        <w:jc w:val="right"/>
      </w:pPr>
      <w:r>
        <w:t>، آپ اس پر چڑھے۔ اس پر چڑھ کے کیا کہا آپ نے؟ یہی کہا کہ تم کو، یعنی یہ جو زندگی تم کو ملی ہے، موت پر ختم نہیں ہوگی۔</w:t>
      </w:r>
    </w:p>
    <w:p>
      <w:r>
        <w:rPr>
          <w:b/>
        </w:rPr>
        <w:t xml:space="preserve">[55:17] </w:t>
      </w:r>
      <w:r>
        <w:t>maut ke baad phir tum ko dobara zinda kiya jayega aur Khuda ke samne pesh kiya jayega. us ke baad ya to jannat hai ya jahannum hai, yeh pesh kiya, yeh baat kahi aap ne.</w:t>
      </w:r>
    </w:p>
    <w:p>
      <w:pPr>
        <w:jc w:val="right"/>
      </w:pPr>
      <w:r>
        <w:t>موت کے بعد پھر تم کو دوبارہ زندہ کیا جائے گا اور خدا کے سامنے پیش کیا جائے گا۔ اس کے بعد یا تو جنت ہے یا جہنم ہے، یہ پیش کیا، یہ بات کہی آپ نے۔</w:t>
      </w:r>
    </w:p>
    <w:p>
      <w:r>
        <w:rPr>
          <w:b/>
        </w:rPr>
        <w:t xml:space="preserve">[55:29] </w:t>
      </w:r>
      <w:r>
        <w:t>to abu lahab ne jab yeh suna to woh aap ka chacha bhi tha, woh aadmi us ne kaha ke tabbalaka sa'ir al-yawm amma jama'atana illa li-hadha ke tumhara bura ho.</w:t>
      </w:r>
    </w:p>
    <w:p>
      <w:pPr>
        <w:jc w:val="right"/>
      </w:pPr>
      <w:r>
        <w:t>تو ابو لہب نے جب یہ سنا تو وہ آپ کا چچا بھی تھا، وہ آدمی اس نے کہا کہ تَبَّلَّكَ سَاعِرَ الْيُوْمِ أَمَّا جَمَاعَتَنَا إِلَّا لِهَذَا کہ تمہارا برا ہو۔</w:t>
      </w:r>
    </w:p>
    <w:p>
      <w:r>
        <w:rPr>
          <w:b/>
        </w:rPr>
        <w:t xml:space="preserve">[55:45] </w:t>
      </w:r>
      <w:r>
        <w:t>kya tum ne yahi kehne ke liye hum ko ikhatta kiya tha yahan?</w:t>
      </w:r>
    </w:p>
    <w:p>
      <w:pPr>
        <w:jc w:val="right"/>
      </w:pPr>
      <w:r>
        <w:t>کیا تم نے یہی کہنے کے لیے ہم کو اکٹھا کیا تھا یہاں؟</w:t>
      </w:r>
    </w:p>
    <w:p>
      <w:r>
        <w:rPr>
          <w:b/>
        </w:rPr>
        <w:t xml:space="preserve">[55:52] </w:t>
      </w:r>
      <w:r>
        <w:t>to main yeh kahunga ke sara mamla yeh hai ke hum jo blame doosron par dalna chahte hain, woh blame hum hum khud hamare upar aata hai.</w:t>
      </w:r>
    </w:p>
    <w:p>
      <w:pPr>
        <w:jc w:val="right"/>
      </w:pPr>
      <w:r>
        <w:t>تو میں یہ کہوں گا کہ سارا معاملہ یہ ہے کہ ہم جو بلیم دوسروں پر ڈالنا چاہتے ہیں، وہ بلیم ہم ہم خود ہمارے اوپر آتا ہے۔</w:t>
      </w:r>
    </w:p>
    <w:p>
      <w:r>
        <w:rPr>
          <w:b/>
        </w:rPr>
        <w:t xml:space="preserve">[56:03] </w:t>
      </w:r>
      <w:r>
        <w:t>doosre par blame dene se kya faida? itni lambi muddat se hum blame diye chale ja rahe hain ke tum hamare bare mein galat fehmi mein mubtala ho, apni galat fehmi ko sahi karo.</w:t>
      </w:r>
    </w:p>
    <w:p>
      <w:pPr>
        <w:jc w:val="right"/>
      </w:pPr>
      <w:r>
        <w:t>دوسرے پر بلیم دینے سے کیا فائدہ؟ اتنی لمبی مدت سے ہم بلیم دیے چلے جا رہے ہیں کہ تم ہمارے بارے میں غلط فہمی میں مبتلا ہو، اپنی غلط فہمی کو صحیح کرو۔</w:t>
      </w:r>
    </w:p>
    <w:p>
      <w:r>
        <w:rPr>
          <w:b/>
        </w:rPr>
        <w:t xml:space="preserve">[56:16] </w:t>
      </w:r>
      <w:r>
        <w:t>to koi sahi nahi kar kar sakta kyunke woh samajhte hain galat fehmi to hai hi nahi. yeh</w:t>
      </w:r>
    </w:p>
    <w:p>
      <w:pPr>
        <w:jc w:val="right"/>
      </w:pPr>
      <w:r>
        <w:t>تو کوئی صحیح نہیں کر کر سکتا کیونکہ وہ سمجھتے ہیں غلط فہمی تو ہے ہی نہیں۔ یہ</w:t>
      </w:r>
    </w:p>
    <w:p>
      <w:r>
        <w:rPr>
          <w:b/>
        </w:rPr>
        <w:t xml:space="preserve">[56:24] </w:t>
      </w:r>
      <w:r>
        <w:t>to beharhal hamein apne zehen ko sahi karna hai, logon ke mind ki re engineering karna hai aur phir se Islam ko us ki sahi buniyadon par khara karna hai.</w:t>
      </w:r>
    </w:p>
    <w:p>
      <w:pPr>
        <w:jc w:val="right"/>
      </w:pPr>
      <w:r>
        <w:t>تو بہرحال ہمیں اپنے ذہن کو صحیح کرنا ہے، لوگوں کے مائنڈ کی ری انجینئرنگ کرنا ہے اور پھر سے اسلام کو اس کی صحیح بنیادوں پر کھڑا کرنا ہے۔</w:t>
      </w:r>
    </w:p>
    <w:p>
      <w:r>
        <w:rPr>
          <w:b/>
        </w:rPr>
        <w:t xml:space="preserve">[56:36] </w:t>
      </w:r>
      <w:r>
        <w:t>yeh hamara mission hai. aqoolu qawli hadha wa astaghfirullaha li wa lakum ajma'een</w:t>
      </w:r>
    </w:p>
    <w:p>
      <w:pPr>
        <w:jc w:val="right"/>
      </w:pPr>
      <w:r>
        <w:t>یہ ہمارا مشن ہے۔ أَقُولُ قَوْلِ هَذَا وَأَسْتَغْفِرُوا اللَّهَ لِي وَلَكُمْ أَجْمَعِينَ</w:t>
      </w:r>
    </w:p>
    <w:p>
      <w:r>
        <w:rPr>
          <w:b/>
        </w:rPr>
        <w:t xml:space="preserve">[56:56] </w:t>
      </w:r>
      <w:r>
        <w:t>This question is from Ms. Zarin. What is the creation plan of God for Paradise? Why was the creation of Paradise required?</w:t>
      </w:r>
    </w:p>
    <w:p>
      <w:pPr>
        <w:jc w:val="right"/>
      </w:pPr>
      <w:r>
        <w:t>This question is from Ms. Zarin. What is the creation plan of God for Paradise? Why was the creation of Paradise required?</w:t>
      </w:r>
    </w:p>
    <w:p>
      <w:r>
        <w:rPr>
          <w:b/>
        </w:rPr>
        <w:t xml:space="preserve">[57:08] </w:t>
      </w:r>
      <w:r>
        <w:t>dekhiye, jahan tak maine parha hai to maine samjha hai ke</w:t>
      </w:r>
    </w:p>
    <w:p>
      <w:pPr>
        <w:jc w:val="right"/>
      </w:pPr>
      <w:r>
        <w:t>دیکھیے، جہاں تک میں نے پڑھا ہے تو میں نے سمجھا ہے کہ</w:t>
      </w:r>
    </w:p>
    <w:p>
      <w:r>
        <w:rPr>
          <w:b/>
        </w:rPr>
        <w:t xml:space="preserve">[57:20] </w:t>
      </w:r>
      <w:r>
        <w:t>Quran o Hadees se ke Allah taala ne yeh chaha ke</w:t>
      </w:r>
    </w:p>
    <w:p>
      <w:pPr>
        <w:jc w:val="right"/>
      </w:pPr>
      <w:r>
        <w:t>قرآن و حدیث سے کہ اللہ تعالیٰ نے یہ چاہا کہ</w:t>
      </w:r>
    </w:p>
    <w:p>
      <w:r>
        <w:rPr>
          <w:b/>
        </w:rPr>
        <w:t xml:space="preserve">[57:29] </w:t>
      </w:r>
      <w:r>
        <w:t>apni jo blessing hai, bohat bari, woh kisi ko de.</w:t>
      </w:r>
    </w:p>
    <w:p>
      <w:pPr>
        <w:jc w:val="right"/>
      </w:pPr>
      <w:r>
        <w:t>اپنی جو بلیسنگ ہے، بہت بڑی، وہ کسی کو دے۔</w:t>
      </w:r>
    </w:p>
    <w:p>
      <w:r>
        <w:rPr>
          <w:b/>
        </w:rPr>
        <w:t xml:space="preserve">[57:39] </w:t>
      </w:r>
      <w:r>
        <w:t>to jannat jo hai, woh sab se bari blessing hai Khuda ki. yaani jannat mein sirf ek cheez nahi hogi, yaani Khudaai, baqi sab kuch hoga.</w:t>
      </w:r>
    </w:p>
    <w:p>
      <w:pPr>
        <w:jc w:val="right"/>
      </w:pPr>
      <w:r>
        <w:t>تو جنت جو ہے، وہ سب سے بڑی بلیسنگ ہے خدا کی۔ یعنی جنت میں صرف ایک چیز نہیں ہوگی، یعنی خدائی، باقی سب کچھ ہوگا۔</w:t>
      </w:r>
    </w:p>
    <w:p>
      <w:r>
        <w:rPr>
          <w:b/>
        </w:rPr>
        <w:t xml:space="preserve">[57:52] </w:t>
      </w:r>
      <w:r>
        <w:t>yaani jannat mein jo log honge, un mein sirf yeh hoga ke woh Khuda nahi honge, lekin sara pleasure, sara comfort, sari happiness, sab kuch unhein</w:t>
      </w:r>
    </w:p>
    <w:p>
      <w:pPr>
        <w:jc w:val="right"/>
      </w:pPr>
      <w:r>
        <w:t>یعنی جنت میں جو لوگ ہوں گے، ان میں صرف یہ ہوگا کہ وہ خدا نہیں ہوں گے، لیکن سارا پلیژر، سارا کمفرٹ، ساری ہیپینس، سب کچھ انہیں</w:t>
      </w:r>
    </w:p>
    <w:p>
      <w:r>
        <w:rPr>
          <w:b/>
        </w:rPr>
        <w:t xml:space="preserve">[58:06] </w:t>
      </w:r>
      <w:r>
        <w:t>mila hua hoga. ab us ke liye Khuda ne ek bohat hi chota sa test rakha. yaani kaun log hain jo qualify karenge paradise mein basane ke liye?</w:t>
      </w:r>
    </w:p>
    <w:p>
      <w:pPr>
        <w:jc w:val="right"/>
      </w:pPr>
      <w:r>
        <w:t>ملا ہوا ہوگا۔ اب اس کے لیے خدا نے ایک بہت ہی چھوٹا سا ٹیسٹ رکھا۔ یعنی کون لوگ ہیں جو کوالیفائی کریں گے پارادائز میں بسانے کے لیے؟</w:t>
      </w:r>
    </w:p>
    <w:p>
      <w:r>
        <w:rPr>
          <w:b/>
        </w:rPr>
        <w:t xml:space="preserve">[58:19] </w:t>
      </w:r>
      <w:r>
        <w:t>to chota test, woh test kya hai?</w:t>
      </w:r>
    </w:p>
    <w:p>
      <w:pPr>
        <w:jc w:val="right"/>
      </w:pPr>
      <w:r>
        <w:t>تو چھوٹا ٹیسٹ، وہ ٹیسٹ کیا ہے؟</w:t>
      </w:r>
    </w:p>
    <w:p>
      <w:r>
        <w:rPr>
          <w:b/>
        </w:rPr>
        <w:t xml:space="preserve">[58:22] </w:t>
      </w:r>
      <w:r>
        <w:t>yeh jo life span hamara hai is dunya mein, 50, 60, 70 saal ka, to is mein jo log apne aap ko is character ka, yaani yeh dikhayen ke is character ke sath woh reh sakte hain paradise mein.</w:t>
      </w:r>
    </w:p>
    <w:p>
      <w:pPr>
        <w:jc w:val="right"/>
      </w:pPr>
      <w:r>
        <w:t>یہ جو لائف سپین ہمارا ہے اس دنیا میں، 50، 60، 70 سال کا، تو اس میں جو لوگ اپنے آپ کو اس کریکٹر کا، یعنی یہ دکھائیں کہ اس کریکٹر کے ساتھ وہ رہ سکتے ہیں پارادائز میں۔</w:t>
      </w:r>
    </w:p>
    <w:p>
      <w:r>
        <w:rPr>
          <w:b/>
        </w:rPr>
        <w:t xml:space="preserve">[58:45] </w:t>
      </w:r>
      <w:r>
        <w:t>aap jante hain ke paradise woh jagah hai, Quran mein agar aap parhein to milega aap ko ke paradise mein poora peace hi peace hoga.</w:t>
      </w:r>
    </w:p>
    <w:p>
      <w:pPr>
        <w:jc w:val="right"/>
      </w:pPr>
      <w:r>
        <w:t>آپ جانتے ہیں کہ پارادائز وہ جگہ ہے، قرآن میں اگر آپ پڑھیں تو ملے گا آپ کو کہ پارادائز میں پورا پیس ہی پیس ہوگا۔</w:t>
      </w:r>
    </w:p>
    <w:p>
      <w:r>
        <w:rPr>
          <w:b/>
        </w:rPr>
        <w:t xml:space="preserve">[58:55] </w:t>
      </w:r>
      <w:r>
        <w:t>sab ke liye ek doosre ke dil mein love hi love hoga. wahan koi jhagda nahi, koi nuisance nahi, koi problem create karne wala nahi.</w:t>
      </w:r>
    </w:p>
    <w:p>
      <w:pPr>
        <w:jc w:val="right"/>
      </w:pPr>
      <w:r>
        <w:t>سب کے لیے ایک دوسرے کے دل میں لو ہی لو ہوگا۔ وہاں کوئی جھگڑا نہیں، کوئی نوئسنس نہیں، کوئی پرابلم کریٹ کرنے والا نہیں۔</w:t>
      </w:r>
    </w:p>
    <w:p>
      <w:r>
        <w:rPr>
          <w:b/>
        </w:rPr>
        <w:t xml:space="preserve">[59:07] </w:t>
      </w:r>
      <w:r>
        <w:t>to yahan par dekha ja raha hai ke kon woh insan hai jo is colony mein reh sakta hai.</w:t>
      </w:r>
    </w:p>
    <w:p>
      <w:pPr>
        <w:jc w:val="right"/>
      </w:pPr>
      <w:r>
        <w:t>تو یہاں پر دیکھا جا رہا ہے کہ کون وہ انسان ہے جو اس کالونی میں رہ سکتا ہے۔</w:t>
      </w:r>
    </w:p>
    <w:p>
      <w:r>
        <w:rPr>
          <w:b/>
        </w:rPr>
        <w:t xml:space="preserve">[59:16] </w:t>
      </w:r>
      <w:r>
        <w:t>to yahi yahi dekha ja raha hai. bas to aise log kitna chota test hai. main samajhta hoon ke yeh aap ke liye,</w:t>
      </w:r>
    </w:p>
    <w:p>
      <w:pPr>
        <w:jc w:val="right"/>
      </w:pPr>
      <w:r>
        <w:t>تو یہی یہی دیکھا جا رہا ہے۔ بس تو ایسے لوگ کتنا چھوٹا ٹیسٹ ہے۔ میں سمجھتا ہوں کہ یہ آپ کے لیے،</w:t>
      </w:r>
    </w:p>
    <w:p>
      <w:r>
        <w:rPr>
          <w:b/>
        </w:rPr>
        <w:t xml:space="preserve">[59:30] </w:t>
      </w:r>
      <w:r>
        <w:t>yani aap ke dil mein doosre insano ke liye mohabbat ho. yani wahi mohabbat jo aap ko apne dil mein apne bete ke liye hoti hai.</w:t>
      </w:r>
    </w:p>
    <w:p>
      <w:pPr>
        <w:jc w:val="right"/>
      </w:pPr>
      <w:r>
        <w:t>یعنی آپ کے دل میں دوسرے انسانوں کے لیے محبت ہو۔ یعنی وہی محبت جو آپ کو اپنے دل میں اپنے بیٹے کے لیے ہوتی ہے۔</w:t>
      </w:r>
    </w:p>
    <w:p>
      <w:r>
        <w:rPr>
          <w:b/>
        </w:rPr>
        <w:t xml:space="preserve">[59:39] </w:t>
      </w:r>
      <w:r>
        <w:t>har aadmi apne bete se mohabbat karta hai, aur insan se mohabbat hogi to woh paradise mein jayega.</w:t>
      </w:r>
    </w:p>
    <w:p>
      <w:pPr>
        <w:jc w:val="right"/>
      </w:pPr>
      <w:r>
        <w:t>ہر آدمی اپنے بیٹے سے محبت کرتا ہے، اور انسان سے محبت ہوگی تو وہ پارادائز میں جائے گا۔</w:t>
      </w:r>
    </w:p>
    <w:p>
      <w:r>
        <w:rPr>
          <w:b/>
        </w:rPr>
        <w:t xml:space="preserve">[59:47] </w:t>
      </w:r>
      <w:r>
        <w:t>to har ek ke dil mein doosron ki mohabbat ho, doosron ko koi problem na create karta ho, woh doosron ke liye koi nuisance na create karta ho, woh</w:t>
      </w:r>
    </w:p>
    <w:p>
      <w:pPr>
        <w:jc w:val="right"/>
      </w:pPr>
      <w:r>
        <w:t>تو ہر ایک کے دل میں دوسروں کی محبت ہو، دوسروں کو کوئی پرابلم نہ کریٹ کرتا ہو، وہ دوسروں کے لیے کوئی نوئسنس نہ کریٹ کرتا ہو، وہ</w:t>
      </w:r>
    </w:p>
    <w:p>
      <w:r>
        <w:rPr>
          <w:b/>
        </w:rPr>
        <w:t xml:space="preserve">[1:00:00] </w:t>
      </w:r>
      <w:r>
        <w:t>honesty is ke andar ho, honesty woh moral values ko follow karta ho. yani bator compulsion nahi, bator option.</w:t>
      </w:r>
    </w:p>
    <w:p>
      <w:pPr>
        <w:jc w:val="right"/>
      </w:pPr>
      <w:r>
        <w:t>ہونیسٹی اس کے اندر ہو، ہونیسٹی وہ مورل ویلیوز کو فالو کرتا ہو۔ یعنی بطور کمپلسن نہیں، بطور آپشن۔</w:t>
      </w:r>
    </w:p>
    <w:p>
      <w:r>
        <w:rPr>
          <w:b/>
        </w:rPr>
        <w:t xml:space="preserve">[1:00:13] </w:t>
      </w:r>
      <w:r>
        <w:t>to inhi logon ka yahan par selected ho raha hai. ab eternal life hogi jahan har qism ki happiness hogi aap ke liye.</w:t>
      </w:r>
    </w:p>
    <w:p>
      <w:pPr>
        <w:jc w:val="right"/>
      </w:pPr>
      <w:r>
        <w:t>تو انہی لوگوں کا یہاں پر سلیکٹڈ ہو رہا ہے۔ اب ایٹرنل لائف ہوگی جہاں ہر قسم کی ہیپینس ہوگی آپ کے لیے۔</w:t>
      </w:r>
    </w:p>
    <w:p>
      <w:r>
        <w:rPr>
          <w:b/>
        </w:rPr>
        <w:t xml:space="preserve">[1:00:21] </w:t>
      </w:r>
      <w:r>
        <w:t>aap ki sari desire fulfill hogi wahan par. to main samajhta hoon ke is mein, yani khush hona chahiye insan ko ke khuda ne hamein kitna bara aik chance khol diya hamare liye,</w:t>
      </w:r>
    </w:p>
    <w:p>
      <w:pPr>
        <w:jc w:val="right"/>
      </w:pPr>
      <w:r>
        <w:t>آپ کی ساری ڈیزائر فلفل ہوگی وہاں پر۔ تو میں سمجھتا ہوں کہ اس میں، یعنی خوش ہونا چاہیے انسان کو کہ خدا نے ہمیں کتنا بڑا ایک چانس کھول دیا ہمارے لیے،</w:t>
      </w:r>
    </w:p>
    <w:p>
      <w:r>
        <w:rPr>
          <w:b/>
        </w:rPr>
        <w:t xml:space="preserve">[1:00:35] </w:t>
      </w:r>
      <w:r>
        <w:t>kitna bara aik darwaza khol diya hamare liye.</w:t>
      </w:r>
    </w:p>
    <w:p>
      <w:pPr>
        <w:jc w:val="right"/>
      </w:pPr>
      <w:r>
        <w:t>کتنا بڑا ایک دروازہ کھول دیا ہمارے لیے۔</w:t>
      </w:r>
    </w:p>
    <w:p>
      <w:r>
        <w:rPr>
          <w:b/>
        </w:rPr>
        <w:t xml:space="preserve">[1:00:42] </w:t>
      </w:r>
      <w:r>
        <w:t>to yeh to bohat hi zyada khuda ka shukar ada karne ki baat hai.</w:t>
      </w:r>
    </w:p>
    <w:p>
      <w:pPr>
        <w:jc w:val="right"/>
      </w:pPr>
      <w:r>
        <w:t>تو یہ تو بہت ہی زیادہ خدا کا شکر ادا کرنے کی بات ہے۔</w:t>
      </w:r>
    </w:p>
    <w:p>
      <w:r>
        <w:rPr>
          <w:b/>
        </w:rPr>
        <w:t xml:space="preserve">[1:00:51] </w:t>
      </w:r>
      <w:r>
        <w:t>aur yeh test jo mujhe lagta hai aage kuch bhi test nahi hai. ab insan jo hai arguments dikhata hai to arguments dikhane ki zarorat hi kya hai?</w:t>
      </w:r>
    </w:p>
    <w:p>
      <w:pPr>
        <w:jc w:val="right"/>
      </w:pPr>
      <w:r>
        <w:t>اور یہ ٹیسٹ جو مجھے لگتا ہے آگے کچھ بھی ٹیسٹ نہیں ہے۔ اب انسان جو ہے ارگومنٹس دکھاتا ہے تو ارگومنٹس دکھانے کی ضرورت ہی کیا ہے؟</w:t>
      </w:r>
    </w:p>
    <w:p>
      <w:r>
        <w:rPr>
          <w:b/>
        </w:rPr>
        <w:t xml:space="preserve">[1:01:04] </w:t>
      </w:r>
      <w:r>
        <w:t>arguments dikha kar aap ko kuch milta bhi nahi. yahan par m</w:t>
      </w:r>
    </w:p>
    <w:p>
      <w:pPr>
        <w:jc w:val="right"/>
      </w:pPr>
      <w:r>
        <w:t>ارگومنٹس دکھا کر آپ کو کچھ ملتا بھی نہیں۔ یہاں پر م</w:t>
      </w:r>
    </w:p>
    <w:p>
      <w:r>
        <w:rPr>
          <w:b/>
        </w:rPr>
        <w:t xml:space="preserve">[1:01:08] </w:t>
      </w:r>
      <w:r>
        <w:t>minstry ke sath rahiye, argument band karna rahiye, egoist band karna rahiye, violent band karna rahiye.</w:t>
      </w:r>
    </w:p>
    <w:p>
      <w:pPr>
        <w:jc w:val="right"/>
      </w:pPr>
      <w:r>
        <w:t>ونسٹری کے ساتھ رہیے، ارگومنٹ بند کرنا رہیے، ایگوئسٹ بند کرنا رہیے، وائلنٹ بند کرنا رہیے۔</w:t>
      </w:r>
    </w:p>
    <w:p>
      <w:r>
        <w:rPr>
          <w:b/>
        </w:rPr>
        <w:t xml:space="preserve">[1:01:20] </w:t>
      </w:r>
      <w:r>
        <w:t>yahi sab hai. to main samajhta hoon ke yeh khuda ki bohat bari blessing hai ke itne bari comfortable jagah par rehne ke liye itna chota test diya gaya hai.</w:t>
      </w:r>
    </w:p>
    <w:p>
      <w:pPr>
        <w:jc w:val="right"/>
      </w:pPr>
      <w:r>
        <w:t>یہی سب ہے۔ تو میں سمجھتا ہوں کہ یہ خدا کی بہت بڑی بلیسنگ ہے کہ اتنے بڑی کمفرٹیبل جگہ پر رہنے کے لیے اتنا چھوٹا ٹیسٹ دیا گیا ہے۔</w:t>
      </w:r>
    </w:p>
    <w:p>
      <w:r>
        <w:rPr>
          <w:b/>
        </w:rPr>
        <w:t xml:space="preserve">[1:01:35] </w:t>
      </w:r>
      <w:r>
        <w:t>is ki detail aap chahein to aap quran majeed se parh sakte hain. This question is from Ms. Sadia. A Hadith says that your neighbor has aright on you.</w:t>
      </w:r>
    </w:p>
    <w:p>
      <w:pPr>
        <w:jc w:val="right"/>
      </w:pPr>
      <w:r>
        <w:t>اس کی ڈیٹیل آپ چاہیں تو آپ قرآن مجید سے پڑھ سکتے ہیں۔ This question is from Ms. Sadia. A Hadith says that your neighbor has aright on you.</w:t>
      </w:r>
    </w:p>
    <w:p>
      <w:r>
        <w:rPr>
          <w:b/>
        </w:rPr>
        <w:t xml:space="preserve">[1:01:47] </w:t>
      </w:r>
      <w:r>
        <w:t>Why is it that a neighbor has aright on us? Kindly comment.</w:t>
      </w:r>
    </w:p>
    <w:p>
      <w:pPr>
        <w:jc w:val="right"/>
      </w:pPr>
      <w:r>
        <w:t>Why is it that a neighbor has aright on us? Kindly comment.</w:t>
      </w:r>
    </w:p>
    <w:p>
      <w:r>
        <w:rPr>
          <w:b/>
        </w:rPr>
        <w:t xml:space="preserve">[1:01:54] </w:t>
      </w:r>
      <w:r>
        <w:t>bhai, neighbor ki baat nahi, yeh insan ki baat hai. har insan ka aap ke upar haq hai, right hai. right kis baat</w:t>
      </w:r>
    </w:p>
    <w:p>
      <w:pPr>
        <w:jc w:val="right"/>
      </w:pPr>
      <w:r>
        <w:t>بھئی، نیبر کی بات نہیں، یہ انسان کی بات ہے۔ ہر انسان کا آپ کے اوپر حق ہے، رائٹ ہے۔ رائٹ کس بات</w:t>
      </w:r>
    </w:p>
    <w:p>
      <w:r>
        <w:rPr>
          <w:b/>
        </w:rPr>
        <w:t xml:space="preserve">[1:02:02] </w:t>
      </w:r>
      <w:r>
        <w:t>ka? ke aap us ke liye nuisance create na karein, us ke liye problem create na karein. us ke liye aap, yani ek hadith hai ke wallah la yuman wallah la yuman wallah la yuman allazi la yaaman jaar bwa woh shakhs momin nahi hai, woh shakhs momin nahi hai jo doosron ke liye problem create kare.</w:t>
      </w:r>
    </w:p>
    <w:p>
      <w:pPr>
        <w:jc w:val="right"/>
      </w:pPr>
      <w:r>
        <w:t>کا؟ کہ آپ اس کے لیے نوئسنس کریٹ نہ کریں، اس کے لیے پرابلم کریٹ نہ کریں۔ اس کے لیے آپ، یعنی ایک حدیث ہے کہ واللہ لا یومن واللہ لا یومن واللہ لا یومن الذی لا یعمن جار بوا وہ شخص مومن نہیں ہے، وہ شخص مومن نہیں ہے جو دوسروں کے لیے پرابلم کریٹ کرے۔</w:t>
      </w:r>
    </w:p>
    <w:p>
      <w:r>
        <w:rPr>
          <w:b/>
        </w:rPr>
        <w:t xml:space="preserve">[1:02:28] </w:t>
      </w:r>
      <w:r>
        <w:t>to yeh to insani haq hai.</w:t>
      </w:r>
    </w:p>
    <w:p>
      <w:pPr>
        <w:jc w:val="right"/>
      </w:pPr>
      <w:r>
        <w:t>تو یہ تو انسانی حق ہے۔</w:t>
      </w:r>
    </w:p>
    <w:p>
      <w:r>
        <w:rPr>
          <w:b/>
        </w:rPr>
        <w:t xml:space="preserve">[1:02:31] </w:t>
      </w:r>
      <w:r>
        <w:t>neighbor ki baat kamane ki sirf neighbor murad nahi hai, sare insan kyunke immediate jo hota hai, aap ka wahi hota hai.</w:t>
      </w:r>
    </w:p>
    <w:p>
      <w:pPr>
        <w:jc w:val="right"/>
      </w:pPr>
      <w:r>
        <w:t>نیبر کی بات کمانے کی صرف نیبر مراد نہیں ہے، سارے انسان کیونکہ امیڈیٹ جو ہوتا ہے، آپ کا وہی ہوتا ہے۔</w:t>
      </w:r>
    </w:p>
    <w:p>
      <w:r>
        <w:rPr>
          <w:b/>
        </w:rPr>
        <w:t xml:space="preserve">[1:02:45] </w:t>
      </w:r>
      <w:r>
        <w:t>to aap ka immediate test jo hai, woh neighbor ke sath hoga kyunke sab se pehle usi se aap jo karein ge, karein ge.</w:t>
      </w:r>
    </w:p>
    <w:p>
      <w:pPr>
        <w:jc w:val="right"/>
      </w:pPr>
      <w:r>
        <w:t>تو آپ کا امیڈیٹ ٹیسٹ جو ہے، وہ نیبر کے ساتھ ہوگا کیونکہ سب سے پہلے اسی سے آپ جو کریں گے، کریں گے۔</w:t>
      </w:r>
    </w:p>
    <w:p>
      <w:r>
        <w:rPr>
          <w:b/>
        </w:rPr>
        <w:t xml:space="preserve">[1:02:55] </w:t>
      </w:r>
      <w:r>
        <w:t>aap ke behavior ka pehla jo experience karta hai, woh aap ko neighbor hota hai.</w:t>
      </w:r>
    </w:p>
    <w:p>
      <w:pPr>
        <w:jc w:val="right"/>
      </w:pPr>
      <w:r>
        <w:t>آپ کے بیہیویئر کا پہلا جو ایکسپیرینس کرتا ہے، وہ آپ کو نیبر ہوتا ہے۔</w:t>
      </w:r>
    </w:p>
    <w:p>
      <w:r>
        <w:rPr>
          <w:b/>
        </w:rPr>
        <w:t xml:space="preserve">[1:03:00] </w:t>
      </w:r>
      <w:r>
        <w:t>is lehaz se neighbor ka naam wahan par hai, warna is ka matlab hai sare insan.</w:t>
      </w:r>
    </w:p>
    <w:p>
      <w:pPr>
        <w:jc w:val="right"/>
      </w:pPr>
      <w:r>
        <w:t>اس لحاظ سے نیبر کا نام وہاں پر ہے، ورنہ اس کا مطلب ہے سارے انسان۔</w:t>
      </w:r>
    </w:p>
    <w:p>
      <w:r>
        <w:rPr>
          <w:b/>
        </w:rPr>
        <w:t xml:space="preserve">[1:03:07] </w:t>
      </w:r>
      <w:r>
        <w:t>She has another question. While in conversation with a friend, I mentioned to him that da'wah is our prime responsibility.</w:t>
      </w:r>
    </w:p>
    <w:p>
      <w:pPr>
        <w:jc w:val="right"/>
      </w:pPr>
      <w:r>
        <w:t>She has another question. While in conversation with a friend, I mentioned to him that دعویٰ is our prime responsibility.</w:t>
      </w:r>
    </w:p>
    <w:p>
      <w:r>
        <w:rPr>
          <w:b/>
        </w:rPr>
        <w:t xml:space="preserve">[1:03:17] </w:t>
      </w:r>
      <w:r>
        <w:t>He, however, wanted to know if there were any direct words in the Quran explaining that da'wah is a first.</w:t>
      </w:r>
    </w:p>
    <w:p>
      <w:pPr>
        <w:jc w:val="right"/>
      </w:pPr>
      <w:r>
        <w:t>He, however, wanted to know if there were any direct words in the Quran explaining that دعویٰ is a first.</w:t>
      </w:r>
    </w:p>
    <w:p>
      <w:r>
        <w:rPr>
          <w:b/>
        </w:rPr>
        <w:t xml:space="preserve">[1:03:27] </w:t>
      </w:r>
      <w:r>
        <w:t>kindly comment. haan,</w:t>
      </w:r>
    </w:p>
    <w:p>
      <w:pPr>
        <w:jc w:val="right"/>
      </w:pPr>
      <w:r>
        <w:t>Kindly comment. ہاں،</w:t>
      </w:r>
    </w:p>
    <w:p>
      <w:r>
        <w:rPr>
          <w:b/>
        </w:rPr>
        <w:t xml:space="preserve">[1:03:30] </w:t>
      </w:r>
      <w:r>
        <w:t>dekhiye, quran mein do jagah yeh aayatein hain aur aur bhi kayi aayatein hain ke liyqul ar rasool shaheedan alaykum wa takoonu shuhadaa alannas hadees bhi yahi hai ke antum shuhadaa Allah fi al arz shuhadaa ke maani hote hain dawat,</w:t>
      </w:r>
    </w:p>
    <w:p>
      <w:pPr>
        <w:jc w:val="right"/>
      </w:pPr>
      <w:r>
        <w:t>دیکھیے، قرآن میں دو جگہ یہ آیتیں ہیں اور اور بھی کئی آیتیں ہیں کہ لِيَقُولُ الرَّسُولُ شَهِيدًا عَلَيْكُمْ وَتَكُونُوا شُهَدَاءً عَلَى النَّاسِ حدیث بھی یہی ہے کہ أنتم شهداء الله فی الارض شہداء کے معنی ہوتے ہیں دعوات،</w:t>
      </w:r>
    </w:p>
    <w:p>
      <w:r>
        <w:rPr>
          <w:b/>
        </w:rPr>
        <w:t xml:space="preserve">[1:03:48] </w:t>
      </w:r>
      <w:r>
        <w:t>yani Allah to shuhadaa jo hai, dawat hi ke maani mein hai. antum shuhadaa Allah fi al arz tum zameen walon ke par daee banne ke liye ho, yani shuhadaa maani gawah</w:t>
      </w:r>
    </w:p>
    <w:p>
      <w:pPr>
        <w:jc w:val="right"/>
      </w:pPr>
      <w:r>
        <w:t>یعنی اللہ تو شہداء جو ہے، دعوات ہی کے معنی میں ہے۔ أنتم شهداء الله فی الارض تم زمین والوں کے پر داعی بننے کے لیے ہو، یعنی شہداء معنی گواہ</w:t>
      </w:r>
    </w:p>
    <w:p>
      <w:r>
        <w:rPr>
          <w:b/>
        </w:rPr>
        <w:t xml:space="preserve">[1:03:59] </w:t>
      </w:r>
      <w:r>
        <w:t>. tum zameen walon par gawah banne ke liye ho. to gawah aur daee dono ek hi matlab hai, dono ka yani daee aur shahid dono ek hi matlab hai.</w:t>
      </w:r>
    </w:p>
    <w:p>
      <w:pPr>
        <w:jc w:val="right"/>
      </w:pPr>
      <w:r>
        <w:t>۔ تم زمین والوں پر گواہ بننے کے لیے ہو۔ تو گواہ اور داعی دونوں ایک ہی مطلب ہے، دونوں کا یعنی داعی اور شاہد دونوں ایک ہی مطلب ہے۔</w:t>
      </w:r>
    </w:p>
    <w:p>
      <w:r>
        <w:rPr>
          <w:b/>
        </w:rPr>
        <w:t xml:space="preserve">[1:04:10] </w:t>
      </w:r>
      <w:r>
        <w:t>to hum rasool Allah, is ka jo woh hai, yani jo jo is ke peeche jo basic ideology hai, woh yeh hai ke paigham ke yeh, yani prophet ki finality ko maanne ke baad yeh farz ho jata hai.</w:t>
      </w:r>
    </w:p>
    <w:p>
      <w:pPr>
        <w:jc w:val="right"/>
      </w:pPr>
      <w:r>
        <w:t>تو ہم رسول اللہ، اس کا جو وہ ہے، یعنی جو جو اس کے پیچھے جو بیسک آئیڈیالوجی ہے، وہ یہ ہے کہ پیغام کہ یہ، یعنی پرافٹ کی فائنلٹی کو ماننے کے بعد یہ فرض ہو جاتا ہے۔</w:t>
      </w:r>
    </w:p>
    <w:p>
      <w:r>
        <w:rPr>
          <w:b/>
        </w:rPr>
        <w:t xml:space="preserve">[1:04:30] </w:t>
      </w:r>
      <w:r>
        <w:t>basic baat yeh hai ke pichhle peghambaron ke zamane mein aam logon par farz nahi hota tha kyunke prophet khud dawat ka kaam karte the.</w:t>
      </w:r>
    </w:p>
    <w:p>
      <w:pPr>
        <w:jc w:val="right"/>
      </w:pPr>
      <w:r>
        <w:t>بیسک بات یہ ہے کہ پچھلے پیغمبروں کے زمانے میں عام لوگوں پر فرض نہیں ہوتا تھا کیونکہ پرافٹ خود دعوت کا کام کرتے تھے۔</w:t>
      </w:r>
    </w:p>
    <w:p>
      <w:r>
        <w:rPr>
          <w:b/>
        </w:rPr>
        <w:t xml:space="preserve">[1:04:40] </w:t>
      </w:r>
      <w:r>
        <w:t>lekin prophet Muhammad sallallahu alaihi wasallam ke baad farz ho gaya hai kyunke ab peghambar aata nahi to peghambar ki jagah par unhein karna hai yeh kaam.</w:t>
      </w:r>
    </w:p>
    <w:p>
      <w:pPr>
        <w:jc w:val="right"/>
      </w:pPr>
      <w:r>
        <w:t>لیکن پرافٹ محمد صلی اللہ علیہ وسلم کے بعد فرض ہو گیا ہے کیونکہ اب پیغمبر آتا نہیں تو پیغمبر کی جگہ پر انہیں کرنا ہے یہ کام۔</w:t>
      </w:r>
    </w:p>
    <w:p>
      <w:r>
        <w:rPr>
          <w:b/>
        </w:rPr>
        <w:t xml:space="preserve">[1:04:51] </w:t>
      </w:r>
      <w:r>
        <w:t>yani koi kaha ke ummat jo hai, peghambar ko replace kar rahi hai ya ummat jo hai, woh peghambar ki qaim muqam kar rahi hai.</w:t>
      </w:r>
    </w:p>
    <w:p>
      <w:pPr>
        <w:jc w:val="right"/>
      </w:pPr>
      <w:r>
        <w:t>یعنی کوئی کہا کہ امت جو ہے، پیغمبر کو ریپلیس کر رہی ہے یا امت جو ہے، وہ پیغمبر کی قائم مقام کر رہی ہے۔</w:t>
      </w:r>
    </w:p>
    <w:p>
      <w:r>
        <w:rPr>
          <w:b/>
        </w:rPr>
        <w:t xml:space="preserve">[1:05:01] </w:t>
      </w:r>
      <w:r>
        <w:t>to yeh saare log maante hain ke yeh ummat jo hai, peghambar ki jagah par hai. baad ke zamane mein</w:t>
      </w:r>
    </w:p>
    <w:p>
      <w:pPr>
        <w:jc w:val="right"/>
      </w:pPr>
      <w:r>
        <w:t>تو یہ سارے لوگ مانتے ہیں کہ یہ امت جو ہے، پیغمبر کی جگہ پر ہے۔ بعد کے زمانے میں</w:t>
      </w:r>
    </w:p>
    <w:p>
      <w:r>
        <w:rPr>
          <w:b/>
        </w:rPr>
        <w:t xml:space="preserve">[1:05:13] </w:t>
      </w:r>
      <w:r>
        <w:t>isi liye hadees mein aaya hai ke ulama ummati kanbiyai bani israel meri ummat ke jo ulama hain, woh israil ke nabiyon ki tarah hain.</w:t>
      </w:r>
    </w:p>
    <w:p>
      <w:pPr>
        <w:jc w:val="right"/>
      </w:pPr>
      <w:r>
        <w:t>اسی لیے حدیث میں آیا ہے کہ علماء امتی کانبیائے بنی اسرائیل میری امت کے جو علماء ہیں، وہ اسرائیل کے نبیوں کی طرح ہیں۔</w:t>
      </w:r>
    </w:p>
    <w:p>
      <w:r>
        <w:rPr>
          <w:b/>
        </w:rPr>
        <w:t xml:space="preserve">[1:05:25] </w:t>
      </w:r>
      <w:r>
        <w:t>to jo zimmedari pehle nabiyon par hoti thi, woh ab ulama par aa gayi hai. yani ummat par aa gayi hai. to</w:t>
      </w:r>
    </w:p>
    <w:p>
      <w:pPr>
        <w:jc w:val="right"/>
      </w:pPr>
      <w:r>
        <w:t>تو جو ذمہ داری پہلے نبیوں پر ہوتی تھی، وہ اب علماء پر آ گئی ہے۔ یعنی امت پر آ گئی ہے۔ تو</w:t>
      </w:r>
    </w:p>
    <w:p>
      <w:r>
        <w:rPr>
          <w:b/>
        </w:rPr>
        <w:t xml:space="preserve">[1:05:34] </w:t>
      </w:r>
      <w:r>
        <w:t>yaad rakhiye ke dawat jo farz hai, woh is se nikalti hai ke nabuwat jab khatm ho gayi to nabi ka kaam continue rahe.</w:t>
      </w:r>
    </w:p>
    <w:p>
      <w:pPr>
        <w:jc w:val="right"/>
      </w:pPr>
      <w:r>
        <w:t>یاد رکھیے کہ دعوت جو فرض ہے، وہ اس سے نکلتی ہے کہ نبوت جب ختم ہوگئی تو نبی کا کام کنٹینیو رہے۔</w:t>
      </w:r>
    </w:p>
    <w:p>
      <w:r>
        <w:rPr>
          <w:b/>
        </w:rPr>
        <w:t xml:space="preserve">[1:05:45] </w:t>
      </w:r>
      <w:r>
        <w:t>is ka zariya ummat ko banaya gaya hai. is liye farmaya gaya hai ke antum shuhadaa Allah fi al arz tum zameen par Khuda gawah ho. yani tumhari duty hai ke tum dawat ka kaam musalsal karte raho.</w:t>
      </w:r>
    </w:p>
    <w:p>
      <w:pPr>
        <w:jc w:val="right"/>
      </w:pPr>
      <w:r>
        <w:t>اس کا ذریعہ امت کو بنایا گیا ہے۔ اس لیے فرمایا گیا کہ أنتم شهداء الله فی الارض تم زمین پر خدا گواہ ہو۔ یعنی تمہاری ڈیوٹی ہے کہ تم دعوت کا کام مسلسل کرتے رہو۔</w:t>
      </w:r>
    </w:p>
    <w:p>
      <w:r>
        <w:rPr>
          <w:b/>
        </w:rPr>
        <w:t xml:space="preserve">[1:05:58] </w:t>
      </w:r>
      <w:r>
        <w:t>yeh hai. this question is from ms. razia.</w:t>
      </w:r>
    </w:p>
    <w:p>
      <w:pPr>
        <w:jc w:val="right"/>
      </w:pPr>
      <w:r>
        <w:t>یہ ہے۔ This question is from Ms. Razia.</w:t>
      </w:r>
    </w:p>
    <w:p>
      <w:r>
        <w:rPr>
          <w:b/>
        </w:rPr>
        <w:t xml:space="preserve">[1:06:03] </w:t>
      </w:r>
      <w:r>
        <w:t>yourightly mentioned how muslims live with a hate bomb. this means that they are not even remotely aware about dawah as their own responsibility.</w:t>
      </w:r>
    </w:p>
    <w:p>
      <w:pPr>
        <w:jc w:val="right"/>
      </w:pPr>
      <w:r>
        <w:t>Yourightly mentioned how Muslims live with a hate bomb. This means that they are not even remotely aware about دعویٰ as their own responsibility.</w:t>
      </w:r>
    </w:p>
    <w:p>
      <w:r>
        <w:rPr>
          <w:b/>
        </w:rPr>
        <w:t xml:space="preserve">[1:06:16] </w:t>
      </w:r>
      <w:r>
        <w:t>given these circumstances, how can muslims be made to understand that the present situation is not a case of misunderstanding but a liability that falls on them?</w:t>
      </w:r>
    </w:p>
    <w:p>
      <w:pPr>
        <w:jc w:val="right"/>
      </w:pPr>
      <w:r>
        <w:t>Given these circumstances, how can Muslims be made to understand that the present situation is not a case of misunderstanding but a liability that falls on them?</w:t>
      </w:r>
    </w:p>
    <w:p>
      <w:r>
        <w:rPr>
          <w:b/>
        </w:rPr>
        <w:t xml:space="preserve">[1:06:31] </w:t>
      </w:r>
      <w:r>
        <w:t>haan, yahi aap kar rahe hain. hamari saari jo mission hai, woh yahi hai ke musalmanon ko yeh baat batai jaye.</w:t>
      </w:r>
    </w:p>
    <w:p>
      <w:pPr>
        <w:jc w:val="right"/>
      </w:pPr>
      <w:r>
        <w:t>ہاں، یہی آپ کر رہے ہیں۔ ہماری ساری جو مشن ہے، وہ یہی ہے کہ مسلمانوں کو یہ بات بتائی جائے۔</w:t>
      </w:r>
    </w:p>
    <w:p>
      <w:r>
        <w:rPr>
          <w:b/>
        </w:rPr>
        <w:t xml:space="preserve">[1:06:42] </w:t>
      </w:r>
      <w:r>
        <w:t>saari literature, saari recording, saari koshish isi par chal rahi hai h</w:t>
      </w:r>
    </w:p>
    <w:p>
      <w:pPr>
        <w:jc w:val="right"/>
      </w:pPr>
      <w:r>
        <w:t>ساری لٹریچر، ساری ریکارڈنگ، ساری کوشش اسی پر چل رہی ہے ہ</w:t>
      </w:r>
    </w:p>
    <w:p>
      <w:r>
        <w:rPr>
          <w:b/>
        </w:rPr>
        <w:t xml:space="preserve">[1:06:47] </w:t>
      </w:r>
      <w:r>
        <w:t>mari. to aap log is ko phailaiye, is ko phailaiye. jaise maine misaal di ke america mein ek sahab jo bahut pehle se kaam kar rahe the hamare mission ka, ab haal mein wahan par ek sahab aaye jo doctor anis ka naam bataya unhone.</w:t>
      </w:r>
    </w:p>
    <w:p>
      <w:pPr>
        <w:jc w:val="right"/>
      </w:pPr>
      <w:r>
        <w:t>ماری۔ تو آپ لوگ اس کو پھیلائیے، اس کو پھیلائیے۔ جیسے میں نے مثال دی کہ امریکہ میں ایک صاحب جو بہت پہلے سے کام کر رہے تھے ہمارے مشن کا، اب حال میں وہاں پر ایک صاحب آئے جو ڈاکٹر انیس کا نام بتایا انہوں نے۔</w:t>
      </w:r>
    </w:p>
    <w:p>
      <w:r>
        <w:rPr>
          <w:b/>
        </w:rPr>
        <w:t xml:space="preserve">[1:07:01] </w:t>
      </w:r>
      <w:r>
        <w:t>to wahi heat bomb liye hue the apne dil mein. wahi ko islam samajhte the. woh agarche woh doctory karte the, lekin dil mein heat bomb phir bhi tha.</w:t>
      </w:r>
    </w:p>
    <w:p>
      <w:pPr>
        <w:jc w:val="right"/>
      </w:pPr>
      <w:r>
        <w:t>تو وہی ہیٹ بم لیے ہوئے تھے اپنے دل میں۔ وہی کو اسلام سمجھتے تھے۔ وہ اگرچہ وہ ڈاکٹری کرتے تھے، لیکن دل میں ہیٹ بم پھر بھی تھا۔</w:t>
      </w:r>
    </w:p>
    <w:p>
      <w:r>
        <w:rPr>
          <w:b/>
        </w:rPr>
        <w:t xml:space="preserve">[1:07:13] </w:t>
      </w:r>
      <w:r>
        <w:t>to samajh rahe hain ke yahi yeh islam hai. ab jo yahan ki sab literature diya unhone, is ko padha unhone to to unki aankh khul gayi. yeh to aap galati par the.</w:t>
      </w:r>
    </w:p>
    <w:p>
      <w:pPr>
        <w:jc w:val="right"/>
      </w:pPr>
      <w:r>
        <w:t>تو سمجھ رہے ہیں کہ یہی یہ اسلام ہے۔ اب جو یہاں کی سب لٹریچر دیا انہوں نے، اس کو پڑھا انہوں نے تو تو ان کی آنکھ کھل گئی۔ یہ تو آپ غلطی پر تھے۔</w:t>
      </w:r>
    </w:p>
    <w:p>
      <w:r>
        <w:rPr>
          <w:b/>
        </w:rPr>
        <w:t xml:space="preserve">[1:07:25] </w:t>
      </w:r>
      <w:r>
        <w:t>lo bomb hona chahiye hamare dil mein. to yahi kaam karna hai. yeh sab aap log kijiye. logon ke dilon mein heat bomb nikaliye aur lo bomb rakhiye un ke andar to dawat ka kaam phir chalega.</w:t>
      </w:r>
    </w:p>
    <w:p>
      <w:pPr>
        <w:jc w:val="right"/>
      </w:pPr>
      <w:r>
        <w:t>لو بم ہونا چاہیے ہمارے دل میں۔ تو یہی کام کرنا ہے۔ یہ سب آپ لوگ کیجئے۔ لوگوں کے دلوں میں ہیٹ بم نکالیے اور لو بم رکھیے ان کے اندر تو دعوت کا کام پھر چلے گا۔</w:t>
      </w:r>
    </w:p>
    <w:p>
      <w:r>
        <w:rPr>
          <w:b/>
        </w:rPr>
        <w:t xml:space="preserve">[1:07:42] </w:t>
      </w:r>
      <w:r>
        <w:t>this question is from ms. sadia. what was that prophet moses had said which led pharaoh to say that moses wanted to take away his land?</w:t>
      </w:r>
    </w:p>
    <w:p>
      <w:pPr>
        <w:jc w:val="right"/>
      </w:pPr>
      <w:r>
        <w:t>This question is from Ms. Sadia. What was that Prophet Moses had said which led Pharaoh to say that Moses wanted to take away his land?</w:t>
      </w:r>
    </w:p>
    <w:p>
      <w:r>
        <w:rPr>
          <w:b/>
        </w:rPr>
        <w:t xml:space="preserve">[1:07:57] </w:t>
      </w:r>
      <w:r>
        <w:t>hazrat musa ne jo kaha tha, woh koi is mein koi political message nahi tha. woh sirf yeh tha ke ek Khuda ki worship honi chah</w:t>
      </w:r>
    </w:p>
    <w:p>
      <w:pPr>
        <w:jc w:val="right"/>
      </w:pPr>
      <w:r>
        <w:t>حضرت موسیٰ نے جو کہا تھا، وہ کوئی اس میں کوئی پولیٹیکل میسج نہیں تھا۔ وہ صرف یہ تھا کہ ایک خدا کی ورشپ ہونی چاہ</w:t>
      </w:r>
    </w:p>
    <w:p>
      <w:r>
        <w:rPr>
          <w:b/>
        </w:rPr>
        <w:t xml:space="preserve">[1:08:10] </w:t>
      </w:r>
      <w:r>
        <w:t>iye. wahan par yeh tha ke fire jo tha, us ki worship hoti thi egypt mein. fire jo tha, woh us ki worship hoti thi.</w:t>
      </w:r>
    </w:p>
    <w:p>
      <w:pPr>
        <w:jc w:val="right"/>
      </w:pPr>
      <w:r>
        <w:t>یے۔ وہاں پر یہ تھا کہ فائر جو تھا، اس کی ورشپ ہوتی تھی ایجپٹ میں۔ فائر جو تھا، وہ اس کی ورشپ ہوتی تھی۔</w:t>
      </w:r>
    </w:p>
    <w:p>
      <w:r>
        <w:rPr>
          <w:b/>
        </w:rPr>
        <w:t xml:space="preserve">[1:08:21] </w:t>
      </w:r>
      <w:r>
        <w:t>is ko woh diya jata tha, ooncha darja diya jata tha. to hazrat moosa ka passage yahi tha jo saare paighambaron ko hota hai ke worship sirf aik khuda ki honi chahiye.</w:t>
      </w:r>
    </w:p>
    <w:p>
      <w:pPr>
        <w:jc w:val="right"/>
      </w:pPr>
      <w:r>
        <w:t>اس کو وہ دیا جاتا تھا، اونچا درجہ دیا جاتا تھا۔ تو حضرت موسیٰ کا پیسج یہی تھا جو سارے پیغمبروں کو ہوتا ہے کہ ورشپ صرف ایک خدا کی ہونی چاہیے۔</w:t>
      </w:r>
    </w:p>
    <w:p>
      <w:r>
        <w:rPr>
          <w:b/>
        </w:rPr>
        <w:t xml:space="preserve">[1:08:33] </w:t>
      </w:r>
      <w:r>
        <w:t>bas to wohi passage tha jo rasool Allah ne diya, saare paighambaron ko diya.</w:t>
      </w:r>
    </w:p>
    <w:p>
      <w:pPr>
        <w:jc w:val="right"/>
      </w:pPr>
      <w:r>
        <w:t>بس تو وہی پیسج تھا جو رسول اللہ نے دیا، سارے پیغمبروں کو دیا۔</w:t>
      </w:r>
    </w:p>
    <w:p>
      <w:r>
        <w:rPr>
          <w:b/>
        </w:rPr>
        <w:t xml:space="preserve">[1:08:39] </w:t>
      </w:r>
      <w:r>
        <w:t>lekin firoun ne darbaron ko bharkane ke liye woh baat kahi. yeh hamesha aisa hota hai ke bharkane ke liye baat kehta hai.</w:t>
      </w:r>
    </w:p>
    <w:p>
      <w:pPr>
        <w:jc w:val="right"/>
      </w:pPr>
      <w:r>
        <w:t>لیکن فرعون نے درباروں کو بھڑکانے کے لیے وہ بات کہی۔ یہ ہمیشہ ایسا ہوتا ہے کہ بھڑکانے کے لیے بات کہتا ہے۔</w:t>
      </w:r>
    </w:p>
    <w:p>
      <w:r>
        <w:rPr>
          <w:b/>
        </w:rPr>
        <w:t xml:space="preserve">[1:08:48] </w:t>
      </w:r>
      <w:r>
        <w:t>aap political partiyon ko parhiye paperon mein. har ab jo opposition party hoti hai, aik aik ulta baat us ko lagati hai us ko taake logon ko bharkaye.</w:t>
      </w:r>
    </w:p>
    <w:p>
      <w:pPr>
        <w:jc w:val="right"/>
      </w:pPr>
      <w:r>
        <w:t>آپ پولیٹیکل پارٹیوں کو پڑھیے پیپروں میں۔ ہر اب جو اپوزیشن پارٹی ہوتی ہے، ایک ایک الٹا بات اس کو لگاتی ہے اس کو تاکہ لوگوں کو بھڑکائے۔</w:t>
      </w:r>
    </w:p>
    <w:p>
      <w:r>
        <w:rPr>
          <w:b/>
        </w:rPr>
        <w:t xml:space="preserve">[1:09:00] </w:t>
      </w:r>
      <w:r>
        <w:t>to yeh to opposition partiyon ka jo character aap dekhte hain rozana isi mulk mein, wohi us ne kiya firoun ne logon ko bharkane ke liye.</w:t>
      </w:r>
    </w:p>
    <w:p>
      <w:pPr>
        <w:jc w:val="right"/>
      </w:pPr>
      <w:r>
        <w:t>تو یہ تو اپوزیشن پارٹیوں کا جو کریکٹر آپ دیکھتے ہیں روزانہ اسی દેશ میں، وہی اس نے کیا فرعون نے لوگوں کو بھڑکانے کے لیے۔</w:t>
      </w:r>
    </w:p>
    <w:p>
      <w:r>
        <w:rPr>
          <w:b/>
        </w:rPr>
        <w:t xml:space="preserve">[1:09:10] </w:t>
      </w:r>
      <w:r>
        <w:t>lekin is ko le liya hazrat syed qutb ne. ab dekhiye, kitni illogical baat hai ke moosa ka mission niklega moosa ke apne words se, na ke firoun ke words se.</w:t>
      </w:r>
    </w:p>
    <w:p>
      <w:pPr>
        <w:jc w:val="right"/>
      </w:pPr>
      <w:r>
        <w:t>لیکن اس کو لے لیا حضرت سید قطب نے۔ اب دیکھیے، کتنی اللاجیکل بات ہے کہ موسیٰ کا مشن نکلے گا موسیٰ کے اپنے ورڈز سے، نہ کہ فرعون کے ورڈز سے۔</w:t>
      </w:r>
    </w:p>
    <w:p>
      <w:r>
        <w:rPr>
          <w:b/>
        </w:rPr>
        <w:t xml:space="preserve">[1:09:24] </w:t>
      </w:r>
      <w:r>
        <w:t>yeh aisi hogi jaise ke kisi party ka kiya, is ka main object hai, woh opposition party se nikalein. aap aisa kaise ho sakta hai?</w:t>
      </w:r>
    </w:p>
    <w:p>
      <w:pPr>
        <w:jc w:val="right"/>
      </w:pPr>
      <w:r>
        <w:t>یہ ایسی ہوگی جیسے کہ کسی پارٹی کا کیا، اس کا ایمن ابجیکٹ ہے، وہ اپوزیشن پارٹی سے نکالیں۔ آپ ایسا کیسے ہو سکتا ہے؟</w:t>
      </w:r>
    </w:p>
    <w:p>
      <w:r>
        <w:rPr>
          <w:b/>
        </w:rPr>
        <w:t xml:space="preserve">[1:09:37] </w:t>
      </w:r>
      <w:r>
        <w:t>yaani opposition party ki jo baatein hain, us ko lein aur le kar kahein ke dekho tum yeh karte ho. aisa nahi ho sakta hai.</w:t>
      </w:r>
    </w:p>
    <w:p>
      <w:pPr>
        <w:jc w:val="right"/>
      </w:pPr>
      <w:r>
        <w:t>یعنی اپوزیشن پارٹی کی جو باتیں ہیں، اس کو لیں اور لے کر کہیں کہ دیکھو تم یہ کرتے ہو۔ ایسا نہیں ہو سکتا ہے۔</w:t>
      </w:r>
    </w:p>
    <w:p>
      <w:r>
        <w:rPr>
          <w:b/>
        </w:rPr>
        <w:t xml:space="preserve">[1:09:46] </w:t>
      </w:r>
      <w:r>
        <w:t>yaani aik aik party ne apna jo manifesto chhapa hai, us se jaanein ke is ka kiya, yaani kiya hai manifesto.</w:t>
      </w:r>
    </w:p>
    <w:p>
      <w:pPr>
        <w:jc w:val="right"/>
      </w:pPr>
      <w:r>
        <w:t>یعنی ایک ایک پارٹی نے اپنا جو مینیفیسٹو چھاپا ہے، اس سے جانیں کہ اس کا کیا، یعنی کیا ہے مینیفیسٹو۔</w:t>
      </w:r>
    </w:p>
    <w:p>
      <w:r>
        <w:rPr>
          <w:b/>
        </w:rPr>
        <w:t xml:space="preserve">[1:09:58] </w:t>
      </w:r>
      <w:r>
        <w:t>doosre doosre opposition party jo jo blame kar rahi hai, us se nahi nikal sakte aap. to syed qutb ki yeh baat kehti hai, illogical hai ke hazrat moosa ki jo speech thi, wahan par use nahi nikala unhone.</w:t>
      </w:r>
    </w:p>
    <w:p>
      <w:pPr>
        <w:jc w:val="right"/>
      </w:pPr>
      <w:r>
        <w:t>دوسرے دوسرے اپوزیشن پارٹی جو جو بلیم کر رہی ہے، اس سے نہیں نکال سکتے آپ۔ تو سید قطب کی یہ بات کہتی ہے، اللاجیکل ہے کہ حضرت موسیٰ کی جو سپیچ تھی، وہاں پر اسے نہیں نکالا انہوں نے۔</w:t>
      </w:r>
    </w:p>
    <w:p>
      <w:r>
        <w:rPr>
          <w:b/>
        </w:rPr>
        <w:t xml:space="preserve">[1:10:10] </w:t>
      </w:r>
      <w:r>
        <w:t>hazrat moosa ka mission firoun ki jo speech thi, jo bharkane ke liye thi, use nikala hazrat moosa ka mission.</w:t>
      </w:r>
    </w:p>
    <w:p>
      <w:pPr>
        <w:jc w:val="right"/>
      </w:pPr>
      <w:r>
        <w:t>حضرت موسیٰ کا مشن فرعون کی جو سپیچ تھی، جو بھڑکانے کے لیے تھی، اسے نکالا حضرت موسیٰ کا مشن۔</w:t>
      </w:r>
    </w:p>
    <w:p>
      <w:r>
        <w:rPr>
          <w:b/>
        </w:rPr>
        <w:t xml:space="preserve">[1:10:17] </w:t>
      </w:r>
      <w:r>
        <w:t>yeh is mein ghalati hai. yeh isi tarah ki, yaani yaani isi tarah ki ghalat baatein kar ke aur log musalmanon ki dua kharab ki hui hai.</w:t>
      </w:r>
    </w:p>
    <w:p>
      <w:pPr>
        <w:jc w:val="right"/>
      </w:pPr>
      <w:r>
        <w:t>یہ اس میں غلطی ہے۔ یہ اسی طرح کی، یعنی یعنی اسی طرح کی غلط باتیں کر کے اور لوگ مسلمانوں کی دعا خراب کی ہوئی ہے۔</w:t>
      </w:r>
    </w:p>
    <w:p>
      <w:r>
        <w:rPr>
          <w:b/>
        </w:rPr>
        <w:t xml:space="preserve">[1:10:31] </w:t>
      </w:r>
      <w:r>
        <w:t>This question is from Ms. Maria. What is the difference between the mystic comprehension of God, which is ecstasy, and the vision or inspiration from God, which you often mention?</w:t>
      </w:r>
    </w:p>
    <w:p>
      <w:pPr>
        <w:jc w:val="right"/>
      </w:pPr>
      <w:r>
        <w:t>This question is from Ms. Maria. What is the difference between the mystic comprehension of God, which is ecstasy, and the vision or inspiration from God, which you often mention?</w:t>
      </w:r>
    </w:p>
    <w:p>
      <w:r>
        <w:rPr>
          <w:b/>
        </w:rPr>
        <w:t xml:space="preserve">[1:10:49] </w:t>
      </w:r>
      <w:r>
        <w:t>dekhein, ecstasy to kuch bhi nahi hai. woh to sirf aik, yaani yun samajh lijiye ke aik jo anesthesia hota hai, woh aik spiritual anesthesia hai.</w:t>
      </w:r>
    </w:p>
    <w:p>
      <w:pPr>
        <w:jc w:val="right"/>
      </w:pPr>
      <w:r>
        <w:t>دیکھیں، ایکسٹسی تو کچھ بھی نہیں ہے۔ وہ تو صرف ایک، یعنی یوں سمجھ لیجئے کہ ایک جو انستیسیا ہوتا ہے، وہ ایک سپریچول انستیسیا ہے۔</w:t>
      </w:r>
    </w:p>
    <w:p>
      <w:r>
        <w:rPr>
          <w:b/>
        </w:rPr>
        <w:t xml:space="preserve">[1:11:01] </w:t>
      </w:r>
      <w:r>
        <w:t>jo log ecstasy ka experience karte hain, un se poochein ke unhein kiya mila to kuch bhi nahi milta. un ko</w:t>
      </w:r>
    </w:p>
    <w:p>
      <w:pPr>
        <w:jc w:val="right"/>
      </w:pPr>
      <w:r>
        <w:t>جو لوگ ایکسٹسی کا ایکسپیرینس کرتے ہیں، ان سے پوچھیں کہ انہیں کیا ملا تو کچھ بھی نہیں ملتا۔ ان کو</w:t>
      </w:r>
    </w:p>
    <w:p>
      <w:r>
        <w:rPr>
          <w:b/>
        </w:rPr>
        <w:t xml:space="preserve">[1:11:08] </w:t>
      </w:r>
      <w:r>
        <w:t>bas aik, yaani aik aik is state mein chale aate hain jis state mein anesthesia ke baad koi aadmi chala jata hai ya affiun khane ke baad chala jata hai.</w:t>
      </w:r>
    </w:p>
    <w:p>
      <w:pPr>
        <w:jc w:val="right"/>
      </w:pPr>
      <w:r>
        <w:t>بس ایک، یعنی ایک ایک اس اسٹیٹ میں چلے آتے ہیں جس اسٹیٹ میں انستیسیا کے بعد کوئی آدمی چلا جاتا ہے یا افیوٹ کھانے کے بعد چلا جاتا ہے۔</w:t>
      </w:r>
    </w:p>
    <w:p>
      <w:r>
        <w:rPr>
          <w:b/>
        </w:rPr>
        <w:t xml:space="preserve">[1:11:21] </w:t>
      </w:r>
      <w:r>
        <w:t>to main samajhta hoon ke yeh aik aur hi cheez hai. woh koi aik aur region hai. woh Islam to aql ka mazhab hai. Khuda ne aql paida ki hai.</w:t>
      </w:r>
    </w:p>
    <w:p>
      <w:pPr>
        <w:jc w:val="right"/>
      </w:pPr>
      <w:r>
        <w:t>تو میں سمجھتا ہوں کہ یہ ایک اور ہی چیز ہے۔ وہ کوئی ایک اور ریجن ہے۔ وہ اسلام تو عقل کا مذہب ہے۔ خدا نے عقل پیدا کی ہے۔</w:t>
      </w:r>
    </w:p>
    <w:p>
      <w:r>
        <w:rPr>
          <w:b/>
        </w:rPr>
        <w:t xml:space="preserve">[1:11:32] </w:t>
      </w:r>
      <w:r>
        <w:t>to aql ke level par, yaani reason ke level par jab aap kuch paayein to woh paana hua.</w:t>
      </w:r>
    </w:p>
    <w:p>
      <w:pPr>
        <w:jc w:val="right"/>
      </w:pPr>
      <w:r>
        <w:t>تو عقل کے لیول پر، یعنی ریزن کے لیول پر جب آپ کچھ پائیں تو وہ پانا ہوا۔</w:t>
      </w:r>
    </w:p>
    <w:p>
      <w:r>
        <w:rPr>
          <w:b/>
        </w:rPr>
        <w:t xml:space="preserve">[1:11:40] </w:t>
      </w:r>
      <w:r>
        <w:t>yaani Khuda ki discovery, Khuda ka realization, Khuda ki marifat wahi, yaani sahi hai jo reason ke level par ho,</w:t>
      </w:r>
    </w:p>
    <w:p>
      <w:pPr>
        <w:jc w:val="right"/>
      </w:pPr>
      <w:r>
        <w:t>یعنی خدا کی ڈسکوری، خدا کا ریلائزیشن، خدا کی معرفت وہی، یعنی صحیح ہے جو ریزن کے لیول پر ہو،</w:t>
      </w:r>
    </w:p>
    <w:p>
      <w:r>
        <w:rPr>
          <w:b/>
        </w:rPr>
        <w:t xml:space="preserve">[1:11:53] </w:t>
      </w:r>
      <w:r>
        <w:t>intellectual awakening ke level par ho, extasies ke level par ho. to woh kuch bhi nahi, woh nothing hai. woh kyunke is mein to kuch milta hi nahi. main kaise kehte hain logon ko mila hoon jo yeh daawa karte hain.</w:t>
      </w:r>
    </w:p>
    <w:p>
      <w:pPr>
        <w:jc w:val="right"/>
      </w:pPr>
      <w:r>
        <w:t>انٹلیکچول اویکننگ کے لیول پر ہو، ایکسٹسیو کے لیول پر ہو۔ تو وہ کچھ بھی نہیں، وہ نتھنگ ہے۔ وہ کیونکہ اس میں تو کچھ ملتا ہی نہیں۔ میں کیسے کہتے ہیں لوگوں کو ملا ہوں جو یہ دعویٰ کرتے ہیں۔</w:t>
      </w:r>
    </w:p>
    <w:p>
      <w:r>
        <w:rPr>
          <w:b/>
        </w:rPr>
        <w:t xml:space="preserve">[1:12:07] </w:t>
      </w:r>
      <w:r>
        <w:t>to un se woh jab baat karein to pata chalega ke kuch bhi nahi mila.</w:t>
      </w:r>
    </w:p>
    <w:p>
      <w:pPr>
        <w:jc w:val="right"/>
      </w:pPr>
      <w:r>
        <w:t>تو ان سے وہ جب بات کرو تو پتہ چلے گا کہ کچھ بھی نہیں ملا۔</w:t>
      </w:r>
    </w:p>
    <w:p>
      <w:r>
        <w:rPr>
          <w:b/>
        </w:rPr>
        <w:t xml:space="preserve">[1:12:13] </w:t>
      </w:r>
      <w:r>
        <w:t>is wajah se woh aik alag koi cheez ho sakti hai, lekin main is ko Islam se jodne ko tayyar nahi hoon.</w:t>
      </w:r>
    </w:p>
    <w:p>
      <w:pPr>
        <w:jc w:val="right"/>
      </w:pPr>
      <w:r>
        <w:t>اس وجہ سے وہ ایک الگ کوئی چیز ہو سکتی ہے، لیکن میں اس کو اسلام سے جوڑنے کو تیار نہیں ہوں۔</w:t>
      </w:r>
    </w:p>
    <w:p>
      <w:r>
        <w:rPr>
          <w:b/>
        </w:rPr>
        <w:t xml:space="preserve">[1:12:25] </w:t>
      </w:r>
      <w:r>
        <w:t>This question is from Dr. Farida Khanam. Many Muslims, particularly the labor class and the uneducated, often pray only Friday prayers.</w:t>
      </w:r>
    </w:p>
    <w:p>
      <w:pPr>
        <w:jc w:val="right"/>
      </w:pPr>
      <w:r>
        <w:t>This question is from Dr. Farida Khanam. Many Muslims, particularly the labor class and the uneducated, often pray only Friday prayers.</w:t>
      </w:r>
    </w:p>
    <w:p>
      <w:r>
        <w:rPr>
          <w:b/>
        </w:rPr>
        <w:t xml:space="preserve">[1:12:38] </w:t>
      </w:r>
      <w:r>
        <w:t>is it sufficient for them, or five-time prayer is essential for everyone?</w:t>
      </w:r>
    </w:p>
    <w:p>
      <w:pPr>
        <w:jc w:val="right"/>
      </w:pPr>
      <w:r>
        <w:t>Is it sufficient for them, or five-time prayer is essential for everyone?</w:t>
      </w:r>
    </w:p>
    <w:p>
      <w:r>
        <w:rPr>
          <w:b/>
        </w:rPr>
        <w:t xml:space="preserve">[1:12:44] </w:t>
      </w:r>
      <w:r>
        <w:t>dekhein, yeh to bilkul ghalat baat hai. yaani Friday prayer se kabhi bhi Islam ka jo teaching hai, woh poori nahi hoti.</w:t>
      </w:r>
    </w:p>
    <w:p>
      <w:pPr>
        <w:jc w:val="right"/>
      </w:pPr>
      <w:r>
        <w:t>دیکھیں، یہ تو بالکل غلط بات ہے۔ یعنی Friday prayer سے کبھی بھی اسلام کا جو ٹیچنگ ہے، وہ پوری نہیں ہوتی۔</w:t>
      </w:r>
    </w:p>
    <w:p>
      <w:r>
        <w:rPr>
          <w:b/>
        </w:rPr>
        <w:t xml:space="preserve">[1:12:53] </w:t>
      </w:r>
      <w:r>
        <w:t>bilkul galat hai yeh. yeh to yeh to poochein ke jo doosron ke haan jo hai, mislan christians ke haan Sunday prayer hoti hai aur yahudiyon ke haan Saturday prayer hoti hai.</w:t>
      </w:r>
    </w:p>
    <w:p>
      <w:pPr>
        <w:jc w:val="right"/>
      </w:pPr>
      <w:r>
        <w:t>بالکل غلط ہے یہ۔ یہ تو یہ تو پوچھیں کہ جو دوسروں کے ہاں جو ہے، مثلاً کرسچنز کے ہاں Sunday prayer ہوتی ہے اور یہودیوں کے ہاں Saturday prayer ہوتی ہے۔</w:t>
      </w:r>
    </w:p>
    <w:p>
      <w:r>
        <w:rPr>
          <w:b/>
        </w:rPr>
        <w:t xml:space="preserve">[1:13:09] </w:t>
      </w:r>
      <w:r>
        <w:t>to weekly prayer ka doosron ke haan asar tha. Islam mein aisa nahi hai.</w:t>
      </w:r>
    </w:p>
    <w:p>
      <w:pPr>
        <w:jc w:val="right"/>
      </w:pPr>
      <w:r>
        <w:t>تو ویکلی prayer کا دوسروں کے ہاں اثر تھا۔ اسلام میں ایسا نہیں ہے۔</w:t>
      </w:r>
    </w:p>
    <w:p>
      <w:r>
        <w:rPr>
          <w:b/>
        </w:rPr>
        <w:t xml:space="preserve">[1:13:14] </w:t>
      </w:r>
      <w:r>
        <w:t>bilkul acceptable nahi hai yeh baat hargiz. aur is mein koi koi bhi ikhtilaf nahi hai. saare fuqaha aur saare ulama kisi ne yeh baat nahi likhi hai ke Sunday ki prayer kar lo to bas ho gaya.</w:t>
      </w:r>
    </w:p>
    <w:p>
      <w:pPr>
        <w:jc w:val="right"/>
      </w:pPr>
      <w:r>
        <w:t>بالکل ایکسیپٹیبل نہیں ہے یہ بات ہرگز۔ اور اس میں کوئی کوئی بھی اختلاف نہیں ہے۔ سارے فقہاء اور سارے علماء کسی نے یہ بات نہیں لکھی ہے کہ Sunday کی prayer کر لو تو بس ہو گیا۔</w:t>
      </w:r>
    </w:p>
    <w:p>
      <w:r>
        <w:rPr>
          <w:b/>
        </w:rPr>
        <w:t xml:space="preserve">[1:13:27] </w:t>
      </w:r>
      <w:r>
        <w:t>ek bhi shakhs nahi milega aap ko. to is ka jo source hai, woh christian tradition hai aur jewish tradition hai.</w:t>
      </w:r>
    </w:p>
    <w:p>
      <w:pPr>
        <w:jc w:val="right"/>
      </w:pPr>
      <w:r>
        <w:t>ایک بھی شخص نہیں ملے گا آپ کو۔ تو اس کا جو سورس ہے، وہ کرسچن ٹریڈیشن ہے اور جوئیش ٹریڈیشن ہے۔</w:t>
      </w:r>
    </w:p>
    <w:p>
      <w:r>
        <w:rPr>
          <w:b/>
        </w:rPr>
        <w:t xml:space="preserve">[1:13:37] </w:t>
      </w:r>
      <w:r>
        <w:t>Islam nahi hai.</w:t>
      </w:r>
    </w:p>
    <w:p>
      <w:pPr>
        <w:jc w:val="right"/>
      </w:pPr>
      <w:r>
        <w:t>اسلام نہیں ہے۔</w:t>
      </w:r>
    </w:p>
    <w:p>
      <w:r>
        <w:rPr>
          <w:b/>
        </w:rPr>
        <w:t xml:space="preserve">[1:13:40] </w:t>
      </w:r>
      <w:r>
        <w:t>to Islam mein paanch waqt ki namaz jo hai, farz hai. is mein koi shakk hi nahi hai. aur jo log yeh kehte hain ke woh Quran mein nahi hai, to yeh bhi galat kehte hain.</w:t>
      </w:r>
    </w:p>
    <w:p>
      <w:pPr>
        <w:jc w:val="right"/>
      </w:pPr>
      <w:r>
        <w:t>تو اسلام میں پانچ وقت کی نماز جو ہے، فرض ہے۔ اس میں کوئی شک ہی نہیں ہے۔ اور جو لوگ یہ کہتے ہیں کہ وہ قرآن میں نہیں ہے، تو یہ بھی غلط کہتے ہیں۔</w:t>
      </w:r>
    </w:p>
    <w:p>
      <w:r>
        <w:rPr>
          <w:b/>
        </w:rPr>
        <w:t xml:space="preserve">[1:13:51] </w:t>
      </w:r>
      <w:r>
        <w:t>Quran mein bhi paanch waqt ki namaz batai gayi hai. is mein ek article likha hai, koi padh sakta hai us ko. to paanch ka word to nahi hai Quran mein, lekin is mein aap study karein to is mein paanch waqt nikalta hai.</w:t>
      </w:r>
    </w:p>
    <w:p>
      <w:pPr>
        <w:jc w:val="right"/>
      </w:pPr>
      <w:r>
        <w:t>قرآن میں بھی پانچ وقت کی نماز بتائی گئی ہے۔ اس میں ایک آرٹیکل لکھا ہے، کوئی پڑھ سکتا ہے اس کو۔ تو پانچ کا ورڈ تو نہیں ہے قرآن میں، لیکن اس میں آپ اسٹڈی کریں تو اس میں پانچ وقت نکلتا ہے۔</w:t>
      </w:r>
    </w:p>
    <w:p>
      <w:r>
        <w:rPr>
          <w:b/>
        </w:rPr>
        <w:t xml:space="preserve">[1:14:05] </w:t>
      </w:r>
      <w:r>
        <w:t>bahut clear tor par.</w:t>
      </w:r>
    </w:p>
    <w:p>
      <w:pPr>
        <w:jc w:val="right"/>
      </w:pPr>
      <w:r>
        <w:t>بہت کلیئر طور پر۔</w:t>
      </w:r>
    </w:p>
    <w:p>
      <w:r>
        <w:rPr>
          <w:b/>
        </w:rPr>
        <w:t xml:space="preserve">[1:14:07] </w:t>
      </w:r>
      <w:r>
        <w:t>to Islam mein baharhaal paanch waqt hi ki namaz hai. na teen waqt ki hai, na na haftay, haftay mein ek din ki hai.</w:t>
      </w:r>
    </w:p>
    <w:p>
      <w:pPr>
        <w:jc w:val="right"/>
      </w:pPr>
      <w:r>
        <w:t>تو اسلام میں بہرحال پانچ وقت ہی کی نماز ہے۔ نہ تین وقت کی ہے، نہ نہ ہفتے، ہفتے میں ایک دن کی ہے۔</w:t>
      </w:r>
    </w:p>
    <w:p>
      <w:r>
        <w:rPr>
          <w:b/>
        </w:rPr>
        <w:t xml:space="preserve">[1:14:19] </w:t>
      </w:r>
      <w:r>
        <w:t>yeh to khud hi khud bana liya logon ne. yeh Musalmanon ka riwaj hai. yaad rakhiye, ek hai Musalmanon ka apna riwaj, ek hai shariat.</w:t>
      </w:r>
    </w:p>
    <w:p>
      <w:pPr>
        <w:jc w:val="right"/>
      </w:pPr>
      <w:r>
        <w:t>یہ تو خود ہی خود بنا لیا لوگوں نے۔ یہ مسلمانوں کا رواج ہے۔ یاد رکھیے، ایک ہے مسلمانوں کا اپنا رواج، ایک ہے شریعت۔</w:t>
      </w:r>
    </w:p>
    <w:p>
      <w:r>
        <w:rPr>
          <w:b/>
        </w:rPr>
        <w:t xml:space="preserve">[1:14:29] </w:t>
      </w:r>
      <w:r>
        <w:t>yeh shariat hargiz nahi hai. Musalmanon ka apna riwaj hai.</w:t>
      </w:r>
    </w:p>
    <w:p>
      <w:pPr>
        <w:jc w:val="right"/>
      </w:pPr>
      <w:r>
        <w:t>یہ شریعت ہرگز نہیں ہے۔ مسلمانوں کا اپنا رواج ہے۔</w:t>
      </w:r>
    </w:p>
    <w:p>
      <w:r>
        <w:rPr>
          <w:b/>
        </w:rPr>
        <w:t xml:space="preserve">[1:14:34] </w:t>
      </w:r>
      <w:r>
        <w:t>Khuda kabhi accept nahi karega aise riwaj ko. This question is from Dr. Hamid Hussain. What is the significance of کلمہ?</w:t>
      </w:r>
    </w:p>
    <w:p>
      <w:pPr>
        <w:jc w:val="right"/>
      </w:pPr>
      <w:r>
        <w:t>خدا کبھی ایکسیپٹ نہیں کرے گا ایسے رواج کو۔ This question is from Dr. Hamid Hussain. What is the significance of کلمہ?</w:t>
      </w:r>
    </w:p>
    <w:p>
      <w:r>
        <w:rPr>
          <w:b/>
        </w:rPr>
        <w:t xml:space="preserve">[1:14:47] </w:t>
      </w:r>
      <w:r>
        <w:t>There is confusion as to how many کلمہ are there. Some say it is one. Some say that there are five.</w:t>
      </w:r>
    </w:p>
    <w:p>
      <w:pPr>
        <w:jc w:val="right"/>
      </w:pPr>
      <w:r>
        <w:t>There is confusion as to how many کلمہ are there. Some say it is one. Some say that there are five.</w:t>
      </w:r>
    </w:p>
    <w:p>
      <w:r>
        <w:rPr>
          <w:b/>
        </w:rPr>
        <w:t xml:space="preserve">[1:14:56] </w:t>
      </w:r>
      <w:r>
        <w:t>While there are still some others who say that there are seven کلمہ. What is the correct picture?</w:t>
      </w:r>
    </w:p>
    <w:p>
      <w:pPr>
        <w:jc w:val="right"/>
      </w:pPr>
      <w:r>
        <w:t>While there are still some others who say that there are seven کلمہ. What is the correct picture?</w:t>
      </w:r>
    </w:p>
    <w:p>
      <w:r>
        <w:rPr>
          <w:b/>
        </w:rPr>
        <w:t xml:space="preserve">[1:15:03] </w:t>
      </w:r>
      <w:r>
        <w:t>yani main jaanta hoon, main to nahi jaanta ke kaun log hain jo paanch کلمہ aur saat کلمہ batate hain. main to jaanta hoon, ek hi کلمہ sab log mante hain. mujhe to pata nahi bhai.</w:t>
      </w:r>
    </w:p>
    <w:p>
      <w:pPr>
        <w:jc w:val="right"/>
      </w:pPr>
      <w:r>
        <w:t>یعنی میں جانتا ہوں، میں تو نہیں جانتا کہ کون لوگ ہیں جو پانچ کلمہ اور سات کلمہ بتاتے ہیں۔ میں تو جانتا ہوں، ایک ہی کلمہ سب لوگ مانتے ہیں۔ مجھے تو پتہ نہیں بھئی۔</w:t>
      </w:r>
    </w:p>
    <w:p>
      <w:r>
        <w:rPr>
          <w:b/>
        </w:rPr>
        <w:t xml:space="preserve">[1:15:16] </w:t>
      </w:r>
      <w:r>
        <w:t>agar hon to aap detail bataiye un ki ke woh kaun log hain, kaun group hai, kya un ka naam hai, kya reference dete hain woh apna.</w:t>
      </w:r>
    </w:p>
    <w:p>
      <w:pPr>
        <w:jc w:val="right"/>
      </w:pPr>
      <w:r>
        <w:t>اگر ہوں تو آپ ڈیٹیل بتائیے ان کی کہ وہ کون لوگ ہیں، کون گروپ ہے، کیا ان کا نام ہے، کیا ریفرنس دیتے ہیں وہ اپنا۔</w:t>
      </w:r>
    </w:p>
    <w:p>
      <w:r>
        <w:rPr>
          <w:b/>
        </w:rPr>
        <w:t xml:space="preserve">[1:15:24] </w:t>
      </w:r>
      <w:r>
        <w:t>sirf ek hai ke ek hai iman mujmal, ek hai iman mufassal.</w:t>
      </w:r>
    </w:p>
    <w:p>
      <w:pPr>
        <w:jc w:val="right"/>
      </w:pPr>
      <w:r>
        <w:t>صرف ایک ہے کہ ایک ہے ایمان مجبل، ایک ہے ایمان مفصل۔</w:t>
      </w:r>
    </w:p>
    <w:p>
      <w:r>
        <w:rPr>
          <w:b/>
        </w:rPr>
        <w:t xml:space="preserve">[1:15:29] </w:t>
      </w:r>
      <w:r>
        <w:t>to dono mein koi farq nahi hai. dono ek hi hain, thoda sa kuch kuch word bat jaate hain. bas to do کلمہ nahi kaha jayega is ko.</w:t>
      </w:r>
    </w:p>
    <w:p>
      <w:pPr>
        <w:jc w:val="right"/>
      </w:pPr>
      <w:r>
        <w:t>تو دونوں میں کوئی فرق نہیں ہے۔ دونوں ایک ہی ہیں، تھوڑا سا کچھ کچھ ورڈ بٹ جاتے ہیں۔ بس تو دو کلمہ نہیں کہا جائے گا اس کو۔</w:t>
      </w:r>
    </w:p>
    <w:p>
      <w:r>
        <w:rPr>
          <w:b/>
        </w:rPr>
        <w:t xml:space="preserve">[1:15:38] </w:t>
      </w:r>
      <w:r>
        <w:t>ek hi کلمہ kaha jayega iman mujmal aur iman mufassal mein. koi do کلمہ nahi kaha jayega. jaise hum yeh kehte hain ashhadu an la ilaha illallah wa ashhadu anna Muhammadan abduhu wa rasuluh jo kehte hain ke iman mujmal hi hai.</w:t>
      </w:r>
    </w:p>
    <w:p>
      <w:pPr>
        <w:jc w:val="right"/>
      </w:pPr>
      <w:r>
        <w:t>ایک ہی کلمہ کہا جائے گا ایمان مجبل اور ایمان مفصل میں۔ کوئی دو کلمہ نہیں کہا جائے گا۔ جیسے ہم یہ کہتے ہیں اشھد ان لا الہ الا اللہ واشہد ان محمد عبدہ ورسولہ جو کہتے ہیں کہ ایمان مجمل ہی ہے۔</w:t>
      </w:r>
    </w:p>
    <w:p>
      <w:r>
        <w:rPr>
          <w:b/>
        </w:rPr>
        <w:t xml:space="preserve">[1:15:52] </w:t>
      </w:r>
      <w:r>
        <w:t>is mein aur do chaar word badha dete hain. woh mufassal nahi hua, woh to usi ke andar implicit hai. woh</w:t>
      </w:r>
    </w:p>
    <w:p>
      <w:pPr>
        <w:jc w:val="right"/>
      </w:pPr>
      <w:r>
        <w:t>اس میں اور دو چار ورڈ بڑھا دیتے ہیں۔ وہ مفصل نہیں ہوا، وہ تو اسی کے اندر ایمپلیسٹ ہے۔ وہ</w:t>
      </w:r>
    </w:p>
    <w:p>
      <w:r>
        <w:rPr>
          <w:b/>
        </w:rPr>
        <w:t xml:space="preserve">[1:15:59] </w:t>
      </w:r>
      <w:r>
        <w:t>usi ke andar implicit hai. woh to main jahan tak samajhta hoon, کلمہ ek hi hai. koi paanch کلمہ, saat کلمہ, yeh sahi baat nahi hai.</w:t>
      </w:r>
    </w:p>
    <w:p>
      <w:pPr>
        <w:jc w:val="right"/>
      </w:pPr>
      <w:r>
        <w:t>اسی کے اندر ایمپلیسٹ ہے۔ وہ تو میں جہاں تک سمجھتا ہوں، کلمہ ایک ہی ہے۔ کوئی پانچ کلمہ، سات کلمہ، یہ صحیح بات نہیں ہے۔</w:t>
      </w:r>
    </w:p>
    <w:p>
      <w:r>
        <w:rPr>
          <w:b/>
        </w:rPr>
        <w:t xml:space="preserve">[1:16:08] </w:t>
      </w:r>
      <w:r>
        <w:t>yeh Maulana had also asked what is the significance of کلمہ. haan, کلمہ jo hai, statement of yani statement of your faith.</w:t>
      </w:r>
    </w:p>
    <w:p>
      <w:pPr>
        <w:jc w:val="right"/>
      </w:pPr>
      <w:r>
        <w:t>یہ مولانا ہیڈ السو اسک واٹ از دا سگنیفیکنس اف کلمہ۔ ہاں، کلمہ جو ہے، اسٹیٹمنٹ اف یعنی اسٹیٹمنٹ اف یور فیتھ۔</w:t>
      </w:r>
    </w:p>
    <w:p>
      <w:r>
        <w:rPr>
          <w:b/>
        </w:rPr>
        <w:t xml:space="preserve">[1:16:21] </w:t>
      </w:r>
      <w:r>
        <w:t>aap ko jo faith hai, is ka jo statement dete hain, aap woh hota hai کلمہ. statement ke maani lafz service nahi.</w:t>
      </w:r>
    </w:p>
    <w:p>
      <w:pPr>
        <w:jc w:val="right"/>
      </w:pPr>
      <w:r>
        <w:t>آپ کو جو فیتھ ہے، اس کا جو اسٹیٹمنٹ دیتے ہیں، آپ وہ ہوتا ہے کلمہ۔ اسٹیٹمنٹ کے معنی لفظ سروس نہیں۔</w:t>
      </w:r>
    </w:p>
    <w:p>
      <w:r>
        <w:rPr>
          <w:b/>
        </w:rPr>
        <w:t xml:space="preserve">[1:16:30] </w:t>
      </w:r>
      <w:r>
        <w:t>matlab yeh ke jab aap is ki marifat ke darje mein paate hain, aap is baat ko marifat ka matlab hota hai realization. jab aap is ko realize karte hain as the truth aur phir is ko aap declare karte hain, to then it is کلمہ.</w:t>
      </w:r>
    </w:p>
    <w:p>
      <w:pPr>
        <w:jc w:val="right"/>
      </w:pPr>
      <w:r>
        <w:t>مطلب یہ کہ جب آپ اس کی معرفت کے درجے میں پاتے ہیں، آپ اس بات کو معرفت کا مطلب ہوتا ہے ریلائزیشن۔ جب آپ اس کو ریلائز کرتے ہیں ایز دا ٹروتھ اور پھر اس کو آپ ڈیکلیئر کرتے ہیں، تو دین اٹ از کلمہ۔</w:t>
      </w:r>
    </w:p>
    <w:p>
      <w:r>
        <w:rPr>
          <w:b/>
        </w:rPr>
        <w:t xml:space="preserve">[1:16:51] </w:t>
      </w:r>
      <w:r>
        <w:t>This question is from Dr. Farida Khanam.</w:t>
      </w:r>
    </w:p>
    <w:p>
      <w:pPr>
        <w:jc w:val="right"/>
      </w:pPr>
      <w:r>
        <w:t>This question is from Dr. Farida Khanam.</w:t>
      </w:r>
    </w:p>
    <w:p>
      <w:r>
        <w:rPr>
          <w:b/>
        </w:rPr>
        <w:t xml:space="preserve">[1:16:54] </w:t>
      </w:r>
      <w:r>
        <w:t>Why do Muslims have become a Protestant group in spite of the fact that they enjoy all the modern facilities?</w:t>
      </w:r>
    </w:p>
    <w:p>
      <w:pPr>
        <w:jc w:val="right"/>
      </w:pPr>
      <w:r>
        <w:t>Why do Muslims have become a Protestant group in spite of the fact that they enjoy all the modern facilities?</w:t>
      </w:r>
    </w:p>
    <w:p>
      <w:r>
        <w:rPr>
          <w:b/>
        </w:rPr>
        <w:t xml:space="preserve">[1:17:03] </w:t>
      </w:r>
      <w:r>
        <w:t>They rule 57 countries. They are in a far better state today than ever before. Why do they fail to analyze the situation and are easily misled by their misguided leaders?</w:t>
      </w:r>
    </w:p>
    <w:p>
      <w:pPr>
        <w:jc w:val="right"/>
      </w:pPr>
      <w:r>
        <w:t>They rule 57 countries. They are in a far better state today than ever before. Why do they fail to analyze the situation and are easily misled by their misguided leaders?</w:t>
      </w:r>
    </w:p>
    <w:p>
      <w:r>
        <w:rPr>
          <w:b/>
        </w:rPr>
        <w:t xml:space="preserve">[1:17:19] </w:t>
      </w:r>
      <w:r>
        <w:t>Haan, main apna aik qissa bataoon aap ko. Aisay bohat kai baar aisay bhi hain, meray bohat baar. Yehi dil nmadin mein jahan main rehta hoon, aik sahib aaye aik baar milnay ke liye.</w:t>
      </w:r>
    </w:p>
    <w:p>
      <w:pPr>
        <w:jc w:val="right"/>
      </w:pPr>
      <w:r>
        <w:t>ہاں، میں اپنا ایک قصہ بتاؤں آپ کو۔ ایسے بہت کئی بار ایسے بھی ہیں، میرے بہت بار۔ یہی دل نمدین میں جہاں میں رہتا ہوں، ایک صاحب آئے ایک بار ملنے کے لیے۔</w:t>
      </w:r>
    </w:p>
    <w:p>
      <w:r>
        <w:rPr>
          <w:b/>
        </w:rPr>
        <w:t xml:space="preserve">[1:17:31] </w:t>
      </w:r>
      <w:r>
        <w:t>Bari gaari pe aaye thay. Woh</w:t>
      </w:r>
    </w:p>
    <w:p>
      <w:pPr>
        <w:jc w:val="right"/>
      </w:pPr>
      <w:r>
        <w:t>بڑی گاڑی پہ آئے تھے۔ وہ</w:t>
      </w:r>
    </w:p>
    <w:p>
      <w:r>
        <w:rPr>
          <w:b/>
        </w:rPr>
        <w:t xml:space="preserve">[1:17:33] </w:t>
      </w:r>
      <w:r>
        <w:t>Hamare ghar ke samnay bari gaari un ki khari hui. Ab woh oopar aaye. Woh khoob kapra, acha kapra pehnay hue thay. Yani aalim wala kapra tha un ka.</w:t>
      </w:r>
    </w:p>
    <w:p>
      <w:pPr>
        <w:jc w:val="right"/>
      </w:pPr>
      <w:r>
        <w:t>ہمارے گھر کے سامنے بڑی گاڑی ان کی کھڑی ہوئی۔ اب وہ اوپر آئے۔ وہ خوب کپڑا، اچھا کپڑا پہنے ہوئے تھے۔ یعنی عالم والا کپڑا تھا ان کا۔</w:t>
      </w:r>
    </w:p>
    <w:p>
      <w:r>
        <w:rPr>
          <w:b/>
        </w:rPr>
        <w:t xml:space="preserve">[1:17:44] </w:t>
      </w:r>
      <w:r>
        <w:t>Bilkul safaya tha aur topi aur yeh. Woh khoob achi health bhi thi un ki. To bethay aur yehi baatein kar rahay thay ke musalmanon ko zulm ho raha hai.</w:t>
      </w:r>
    </w:p>
    <w:p>
      <w:pPr>
        <w:jc w:val="right"/>
      </w:pPr>
      <w:r>
        <w:t>بالکل صفایہ تھا اور ٹوپی اور یہ۔ وہ خوب اچھی ہیلتھ بھی تھی ان کی۔ تو بیٹھے اور یہی باتیں کر رہے تھے کہ مسلمانوں کو ظلم ہو رہا ہے۔</w:t>
      </w:r>
    </w:p>
    <w:p>
      <w:r>
        <w:rPr>
          <w:b/>
        </w:rPr>
        <w:t xml:space="preserve">[1:17:55] </w:t>
      </w:r>
      <w:r>
        <w:t>Musalmanon par musalman bohat hi buri halat mein hain. Musalmanon ko job nahi hai. Musalmanon ko koi scope nahi hai. Yeh waghera waghera. To</w:t>
      </w:r>
    </w:p>
    <w:p>
      <w:pPr>
        <w:jc w:val="right"/>
      </w:pPr>
      <w:r>
        <w:t>مسلمانوں پر مسلمان بہت ہی بری حالت میں ہیں۔ مسلمانوں کو جاب نہیں ہے۔ مسلمانوں کو کوئی سکوپ نہیں ہے۔ یہ وغیرہ وغیرہ۔ تو</w:t>
      </w:r>
    </w:p>
    <w:p>
      <w:r>
        <w:rPr>
          <w:b/>
        </w:rPr>
        <w:t xml:space="preserve">[1:18:04] </w:t>
      </w:r>
      <w:r>
        <w:t>Khair, woh bolay chalay ja rahay thay. Aisay hi ya is tarah qissay bar bar hue hain meray sath. To un ke mobile jo tha, un ki jeeb mein is ki ghanti baji to nikala unhon ne aur baat ki.</w:t>
      </w:r>
    </w:p>
    <w:p>
      <w:pPr>
        <w:jc w:val="right"/>
      </w:pPr>
      <w:r>
        <w:t>خیر، وہ بولے چلے جا رہے تھے۔ ایسے ہی یا اس طرح قصے بار بار ہوئے ہیں میرے ساتھ۔ تو ان کے موبائل جو تھا، ان کی جیب میں اس کی گھنٹی بجی تو نکالا انہوں نے اور بات کیا۔</w:t>
      </w:r>
    </w:p>
    <w:p>
      <w:r>
        <w:rPr>
          <w:b/>
        </w:rPr>
        <w:t xml:space="preserve">[1:18:17] </w:t>
      </w:r>
      <w:r>
        <w:t>Tab main bola, "To yeh bataiye ke aap yaad kartay hain Mughal daur ko? Mughal daur ko bari cheez samajhtay hain. Kis Mughal ruler ke paas jo mobile hota tha?</w:t>
      </w:r>
    </w:p>
    <w:p>
      <w:pPr>
        <w:jc w:val="right"/>
      </w:pPr>
      <w:r>
        <w:t>تب میں بولا، "تو یہ بتائیے کہ آپ یاد کرتے ہیں مغل دور کو؟ مغل دور کو بڑی چیز سمجھتے ہیں۔ کس مغل رولر کے پاس جو موبائل ہوتا تھا؟</w:t>
      </w:r>
    </w:p>
    <w:p>
      <w:r>
        <w:rPr>
          <w:b/>
        </w:rPr>
        <w:t xml:space="preserve">[1:18:29] </w:t>
      </w:r>
      <w:r>
        <w:t>Bataiye is ka naam.</w:t>
      </w:r>
    </w:p>
    <w:p>
      <w:pPr>
        <w:jc w:val="right"/>
      </w:pPr>
      <w:r>
        <w:t>بتائیے اس کا نام۔</w:t>
      </w:r>
    </w:p>
    <w:p>
      <w:r>
        <w:rPr>
          <w:b/>
        </w:rPr>
        <w:t xml:space="preserve">[1:18:31] </w:t>
      </w:r>
      <w:r>
        <w:t>Koi Mughal ruler jo tha, is ka mobile hota tha communication ke liye? Phir un ke hath bandhi hui thi golden rich watch.</w:t>
      </w:r>
    </w:p>
    <w:p>
      <w:pPr>
        <w:jc w:val="right"/>
      </w:pPr>
      <w:r>
        <w:t>کوئی مغل رولر جو تھا، اس کا موبائل ہوتا تھا کمیونیکیشن کے لیے؟ پھر ان کے ہاتھ بندھی ہوئی تھی گولڈن رچ واچ۔</w:t>
      </w:r>
    </w:p>
    <w:p>
      <w:r>
        <w:rPr>
          <w:b/>
        </w:rPr>
        <w:t xml:space="preserve">[1:18:40] </w:t>
      </w:r>
      <w:r>
        <w:t>Main ne kaha, "Kis Mughal ruler ke paas aisi rich watch, rich watch hoti thi? Itni khoobsurat ghari jo bandhi hui hai apnay is par?" Phir unhon ne kaha, "Kon Mughal ruler aisi car pe beth'ta tha jo is car mein beth ke aap aaye hain hamare paas?</w:t>
      </w:r>
    </w:p>
    <w:p>
      <w:pPr>
        <w:jc w:val="right"/>
      </w:pPr>
      <w:r>
        <w:t>میں نے کہا، "کس مغل رولر کے پاس ایسی رچ واچ، رچ واچ ہوتی تھی؟ اتنی خوبصورت گھڑی جو باندھی ہوئی ہے اپنے اس پر؟" پھر انہوں نے کہا، "کون مغل رولر ایسی کار پہ بیٹھتا تھا جو اس کار میں بیٹھ کے آپ آئے ہیں ہمارے پاس؟</w:t>
      </w:r>
    </w:p>
    <w:p>
      <w:r>
        <w:rPr>
          <w:b/>
        </w:rPr>
        <w:t xml:space="preserve">[1:18:54] </w:t>
      </w:r>
      <w:r>
        <w:t>Kis Mughal shehanshah ke paas aisi carain hoti theen? Jo main jo kapra pehnay hue hain, aap mulk mul ka b</w:t>
      </w:r>
    </w:p>
    <w:p>
      <w:pPr>
        <w:jc w:val="right"/>
      </w:pPr>
      <w:r>
        <w:t>کس مغل شہنشاہ کے پاس ایسی کاریں ہوتی تھیں؟ جو میں جو کپڑا پہنے ہوئے ہیں، آپ ملک مل کا ب</w:t>
      </w:r>
    </w:p>
    <w:p>
      <w:r>
        <w:rPr>
          <w:b/>
        </w:rPr>
        <w:t xml:space="preserve">[1:19:01] </w:t>
      </w:r>
      <w:r>
        <w:t>Na hua? Kon Mughal ruler tha jo aisa kapra pehanta tha? To aap log nashukri ki baat kyun kartay hain? Yeh nahi, kyun nahi kehtay aap ke yani Mughal rule khatam ho gaya, hum is se bhi achi halat mein aa gaye?</w:t>
      </w:r>
    </w:p>
    <w:p>
      <w:pPr>
        <w:jc w:val="right"/>
      </w:pPr>
      <w:r>
        <w:t>نا ہوا؟ کون مغل رولر تھا جو ایسا کپڑا پہنتا تھا؟ تو آپ لوگ ناشکری کی بات کیوں کرتے ہیں؟ یہ نہیں، کیوں نہیں کہتے آپ کہ یعنی مغل رول ختم ہو گیا، ہم اس سے بھی اچھی حالت میں آ گئے؟</w:t>
      </w:r>
    </w:p>
    <w:p>
      <w:r>
        <w:rPr>
          <w:b/>
        </w:rPr>
        <w:t xml:space="preserve">[1:19:15] </w:t>
      </w:r>
      <w:r>
        <w:t>Is se bhi achi halat mein aap hain. Shukar kyun nahi kartay aap?" Aisay hi main wahan Hyderabad aik baar gaya to wahan par mujhe jo jo topic diya gaya tha ke Hyderabad ke musalman kya karein?</w:t>
      </w:r>
    </w:p>
    <w:p>
      <w:pPr>
        <w:jc w:val="right"/>
      </w:pPr>
      <w:r>
        <w:t>اس سے بھی اچھی حالت میں آپ ہیں۔ شکر کیوں نہیں کرتے آپ؟" ایسے ہی میں وہاں حیدرآباد ایک بار گیا تو وہاں پر مجھے جو جو ٹاپک دیا گیا تھا کہ حیدرآباد کے مسلمان کیا کریں؟</w:t>
      </w:r>
    </w:p>
    <w:p>
      <w:r>
        <w:rPr>
          <w:b/>
        </w:rPr>
        <w:t xml:space="preserve">[1:19:29] </w:t>
      </w:r>
      <w:r>
        <w:t>Yeh background yeh tha ke Nizam ki hukoomat khatam ho gayi to yeh aur woh. To main ne kaha ke aap log bilkul yani blind hain shayad.</w:t>
      </w:r>
    </w:p>
    <w:p>
      <w:pPr>
        <w:jc w:val="right"/>
      </w:pPr>
      <w:r>
        <w:t>یہ بیک گراؤنڈ یہ تھا کہ نظام کی حکومت ختم ہوگئی تو یہ اور وہ۔ تو میں نے کہا کہ آپ لوگ بالکل یعنی بلائنڈ ہیں شاید۔</w:t>
      </w:r>
    </w:p>
    <w:p>
      <w:r>
        <w:rPr>
          <w:b/>
        </w:rPr>
        <w:t xml:space="preserve">[1:19:39] </w:t>
      </w:r>
      <w:r>
        <w:t>Main ne kaha, "Ab main pehlay jo aaya hoon Hyderabad mein 47 se pehlay. 47 se pehlay bhi main Hyderabad gaya hoon aik baar.</w:t>
      </w:r>
    </w:p>
    <w:p>
      <w:pPr>
        <w:jc w:val="right"/>
      </w:pPr>
      <w:r>
        <w:t>میں نے کہا، "اب میں پہلے جو آیا ہوں حیدرآباد میں 47 سے پہلے۔ 47 سے پہلے بھی میں حیدرآباد گیا ہوں ایک بار۔</w:t>
      </w:r>
    </w:p>
    <w:p>
      <w:r>
        <w:rPr>
          <w:b/>
        </w:rPr>
        <w:t xml:space="preserve">[1:19:48] </w:t>
      </w:r>
      <w:r>
        <w:t>To wahan kya tha, aik road par main chal raha tha, yeh naujawani ke zamanay ki baat hai.</w:t>
      </w:r>
    </w:p>
    <w:p>
      <w:pPr>
        <w:jc w:val="right"/>
      </w:pPr>
      <w:r>
        <w:t>تو وہاں کیا تھا، ایک روڈ پر میں چل رہا تھا، یہ نوجوانی کے زمانے کی بات ہے۔</w:t>
      </w:r>
    </w:p>
    <w:p>
      <w:r>
        <w:rPr>
          <w:b/>
        </w:rPr>
        <w:t xml:space="preserve">[1:19:54] </w:t>
      </w:r>
      <w:r>
        <w:t>To achaanak police walay is road par aaye aur sab ko hatanay lagay. Sari road khali kar di gayi. Phir teen carain aayin.</w:t>
      </w:r>
    </w:p>
    <w:p>
      <w:pPr>
        <w:jc w:val="right"/>
      </w:pPr>
      <w:r>
        <w:t>تو اچانک پولیس والے اس روڈ پر آئے اور سب کو ہٹانے لگے۔ ساری روڈ خالی کر دی گئی۔ پھر تین کاریں آئیں۔</w:t>
      </w:r>
    </w:p>
    <w:p>
      <w:r>
        <w:rPr>
          <w:b/>
        </w:rPr>
        <w:t xml:space="preserve">[1:20:04] </w:t>
      </w:r>
      <w:r>
        <w:t>Teen carain. Maloom hua ke yeh rozana Nizam sahib jo hain, Nawab sahib jatay hain kahin to beech mein un ki car hoti thi, agay aik aur car, peechay aik aur car.</w:t>
      </w:r>
    </w:p>
    <w:p>
      <w:pPr>
        <w:jc w:val="right"/>
      </w:pPr>
      <w:r>
        <w:t>تین کاریں۔ معلوم ہوا کہ یہ روزانہ نظام صاحب جو ہیں، نواب صاحب جاتے ہیں کہیں تو بیچ میں ان کی کار ہوتی تھی، آگے ایک اور کار، پیچھے ایک اور کار۔</w:t>
      </w:r>
    </w:p>
    <w:p>
      <w:r>
        <w:rPr>
          <w:b/>
        </w:rPr>
        <w:t xml:space="preserve">[1:20:18] </w:t>
      </w:r>
      <w:r>
        <w:t>To us waqt saray Hyderabad mein sirf teen carain theen. Aaj Hyderabad mein hazaron carain hain. Hazaron hazar carain hain musalmanon ke paas.</w:t>
      </w:r>
    </w:p>
    <w:p>
      <w:pPr>
        <w:jc w:val="right"/>
      </w:pPr>
      <w:r>
        <w:t>تو اس وقت سارے حیدرآباد میں صرف تین کاریں تھیں۔ آج حیدرآباد میں ہزاروں کاریں ہیں۔ ہزاروں ہزار کاریں ہیں مسلمانوں کے پاس۔</w:t>
      </w:r>
    </w:p>
    <w:p>
      <w:r>
        <w:rPr>
          <w:b/>
        </w:rPr>
        <w:t xml:space="preserve">[1:20:29] </w:t>
      </w:r>
      <w:r>
        <w:t>Achi buildingon mein rehtay hain log. Achay school wahan banay hue hain. Masjidain shandar bani hui hain. To main ne kaha ke aap shukar kijiye.</w:t>
      </w:r>
    </w:p>
    <w:p>
      <w:pPr>
        <w:jc w:val="right"/>
      </w:pPr>
      <w:r>
        <w:t>اچھی بلڈنگوں میں رہتے ہیں لوگ۔ اچھے اسکول وہاں بنے ہوئے ہیں۔ مسجدیں شاندار بنی ہوئی ہیں۔ تو میں نے کہا کہ آپ شکر کیجئے۔</w:t>
      </w:r>
    </w:p>
    <w:p>
      <w:r>
        <w:rPr>
          <w:b/>
        </w:rPr>
        <w:t xml:space="preserve">[1:20:37] </w:t>
      </w:r>
      <w:r>
        <w:t>Hyderabad ko main ne kaha ke Hyderabad ko yeh karein ke shukar karein aur kuch nahi karna hai. Phir main ne kai baar aisa hua ke main jalsay mein musalmanon ke main ne address kiya, main ne un ko to main ne kaha ke aap mein se kyunke har jagah hi shikayat liye bethay hain log.</w:t>
      </w:r>
    </w:p>
    <w:p>
      <w:pPr>
        <w:jc w:val="right"/>
      </w:pPr>
      <w:r>
        <w:t>حیدرآباد کو میں نے کہا کہ حیدرآباد کو یہ کریں کہ شکر کریں اور کچھ نہیں کرنا ہے۔ پھر میں نے کئی بار ایسا ہوا کہ میں جلسے میں مسلمانوں کے میں نے ایڈریس کیا، میں نے ان کو تو میں نے کہا کہ آپ میں سے کیونکہ ہر جگہ ہی شکایت لیے بیٹھے ہیں لوگ۔</w:t>
      </w:r>
    </w:p>
    <w:p>
      <w:r>
        <w:rPr>
          <w:b/>
        </w:rPr>
        <w:t xml:space="preserve">[1:20:53] </w:t>
      </w:r>
      <w:r>
        <w:t>Har jagah shikayat hai. Aap mein se aik shakhs khara ho, koi shakhs, koi shakhs yeh kahay ke 47 se pehlay in ke baap dada zyada achi halat mein thay, aaj hum kharab halat mein hain.</w:t>
      </w:r>
    </w:p>
    <w:p>
      <w:pPr>
        <w:jc w:val="right"/>
      </w:pPr>
      <w:r>
        <w:t>ہر جگہ شکایت ہے۔ آپ میں سے ایک شخص کھڑا ہو، کوئی شخص، کوئی شخص یہ کہے کہ 47 سے پہلے ان کے باپ دادا زیادہ اچھی حالت میں تھے، آج ہم خراب حالت میں ہیں۔</w:t>
      </w:r>
    </w:p>
    <w:p>
      <w:r>
        <w:rPr>
          <w:b/>
        </w:rPr>
        <w:t xml:space="preserve">[1:21:07] </w:t>
      </w:r>
      <w:r>
        <w:t>Aik aadmi khara ho ke aap ke baap dada bohat achi halat mein hua kartay thay aur aap bohat hi buray halat mein hain. Aap yaqeen kijiye ke aik aadmi khara nahi hua kyunke sab log jantay hain ke pehlay se hum aaj achay hain.</w:t>
      </w:r>
    </w:p>
    <w:p>
      <w:pPr>
        <w:jc w:val="right"/>
      </w:pPr>
      <w:r>
        <w:t>ایک آدمی کھڑا ہو کہ آپ کے باپ دادا بہت اچھی حالت میں ہوا کرتے تھے اور آپ بہت ہی برے حالت میں ہیں۔ آپ یقین کیجئے کہ ایک آدمی کھڑا نہیں ہوا کیونکہ سب لوگ جانتے ہیں کہ پہلے سے ہم آج اچھے ہیں۔</w:t>
      </w:r>
    </w:p>
    <w:p>
      <w:r>
        <w:rPr>
          <w:b/>
        </w:rPr>
        <w:t xml:space="preserve">[1:21:22] </w:t>
      </w:r>
      <w:r>
        <w:t>pehlay kacha ghar tha, ab pakka ghar hai. pehlay baeescl chaltay thay, aap car par chaltay hain. hamaray bachay pehlay mamooli school parhtay thay, aaj sahi schoolon mein parh rahay hain.</w:t>
      </w:r>
    </w:p>
    <w:p>
      <w:pPr>
        <w:jc w:val="right"/>
      </w:pPr>
      <w:r>
        <w:t>پہلے کچا گھر تھا، اب پکا گھر ہے۔ پہلے بائیسکل چلتے تھے، آپ کار پر چلتے ہیں۔ ہمارے بچے پہلے معمولی اسکول پڑھتے تھے، آج صحیح سکولوں میں پڑھ رہے ہیں۔</w:t>
      </w:r>
    </w:p>
    <w:p>
      <w:r>
        <w:rPr>
          <w:b/>
        </w:rPr>
        <w:t xml:space="preserve">[1:21:33] </w:t>
      </w:r>
      <w:r>
        <w:t>to musalmanon par nashukri chhai hui hai. yaqeen kijiye aur bohat buri baat hai yeh. yaani sari dunya ke musalmanon par nashukri chhai hui hai.</w:t>
      </w:r>
    </w:p>
    <w:p>
      <w:pPr>
        <w:jc w:val="right"/>
      </w:pPr>
      <w:r>
        <w:t>تو مسلمانوں پر ناشکری چھائی ہوئی ہے۔ یقین کیجئے اور بہت بری بات ہے یہ۔ یعنی ساری دنیا کے مسلمانوں پر ناشکری چھائی ہوئی ہے۔</w:t>
      </w:r>
    </w:p>
    <w:p>
      <w:r>
        <w:rPr>
          <w:b/>
        </w:rPr>
        <w:t xml:space="preserve">[1:21:42] </w:t>
      </w:r>
      <w:r>
        <w:t>america mein musalman thath se rehtay hain, phir bhi wahan bhi woh shikayatein kartay hain.</w:t>
      </w:r>
    </w:p>
    <w:p>
      <w:pPr>
        <w:jc w:val="right"/>
      </w:pPr>
      <w:r>
        <w:t>امریکہ میں مسلمان ٹھاٹ سے رہتے ہیں، پھر بھی وہاں بھی وہ شکایتیں کرتے ہیں۔</w:t>
      </w:r>
    </w:p>
    <w:p>
      <w:r>
        <w:rPr>
          <w:b/>
        </w:rPr>
        <w:t xml:space="preserve">[1:21:47] </w:t>
      </w:r>
      <w:r>
        <w:t>america ke musalman bhi shikayatein kartay hain. main to hairaan hoon ke yeh musalman jo hain, Khuda ki pakar se dartay kyun nahi? dartay kyun nahi pakar se?</w:t>
      </w:r>
    </w:p>
    <w:p>
      <w:pPr>
        <w:jc w:val="right"/>
      </w:pPr>
      <w:r>
        <w:t>امریکہ کے مسلمان بھی شکایتیں کرتے ہیں۔ میں تو حیران ہوں کہ یہ مسلمان جو ہیں، خدا کی پکڑ سے ڈرتے کیوں نہیں؟ ڈرتے کیوں نہیں پکڑ سے؟</w:t>
      </w:r>
    </w:p>
    <w:p>
      <w:r>
        <w:rPr>
          <w:b/>
        </w:rPr>
        <w:t xml:space="preserve">[1:21:57] </w:t>
      </w:r>
      <w:r>
        <w:t>nashukri yaani aaj ke sab se bara gunah hai. nashukri jo hai, yaani acknowledge na karna. Khuda ki blessing ho aur aap acknowledge na karein, is se bara koi gunah hi nahi hai.</w:t>
      </w:r>
    </w:p>
    <w:p>
      <w:pPr>
        <w:jc w:val="right"/>
      </w:pPr>
      <w:r>
        <w:t>ناشکری یعنی آج کے سب سے بڑا گناہ ہے۔ ناشکری جو ہے، یعنی اکنالج نہ کرنا۔ خدا کی بلیسنگ ہو اور آپ اکنالج نہ کریں، اس سے بڑا کوئی گناہ ہی نہیں ہے۔</w:t>
      </w:r>
    </w:p>
    <w:p>
      <w:r>
        <w:rPr>
          <w:b/>
        </w:rPr>
        <w:t xml:space="preserve">[1:22:16] </w:t>
      </w:r>
      <w:r>
        <w:t>to baharhal yeh to sari dunya mein musalmanon par nashukri chhai hui hai. aaj sari dunya mein musalman better halat mein hain. sari dunya mein,</w:t>
      </w:r>
    </w:p>
    <w:p>
      <w:pPr>
        <w:jc w:val="right"/>
      </w:pPr>
      <w:r>
        <w:t>تو بہرحال یہ تو ساری دنیا میں مسلمانوں پر ناشکری چھائی ہوئی ہے۔ آج ساری دنیا میں مسلمان بٹر حالت میں ہیں۔ ساری دنیا میں،</w:t>
      </w:r>
    </w:p>
    <w:p>
      <w:r>
        <w:rPr>
          <w:b/>
        </w:rPr>
        <w:t xml:space="preserve">[1:22:27] </w:t>
      </w:r>
      <w:r>
        <w:t>gaon mein, shehar mein, qasbay mein, jahan bhi jaiye, pehlay se better hain musalman.</w:t>
      </w:r>
    </w:p>
    <w:p>
      <w:pPr>
        <w:jc w:val="right"/>
      </w:pPr>
      <w:r>
        <w:t>گاؤں میں، شہر میں، قصبے میں، جہاں بھی جائیے، پہلے سے بٹر ہیں مسلمان۔</w:t>
      </w:r>
    </w:p>
    <w:p>
      <w:r>
        <w:rPr>
          <w:b/>
        </w:rPr>
        <w:t xml:space="preserve">[1:22:32] </w:t>
      </w:r>
      <w:r>
        <w:t>har aspect se achhay hain. lekin shukr ki main to kisi ke shukr ka kalma hi nahi suna. sirf yahi ke jab biryani khayenge to Alhamdulillah karenge.</w:t>
      </w:r>
    </w:p>
    <w:p>
      <w:pPr>
        <w:jc w:val="right"/>
      </w:pPr>
      <w:r>
        <w:t>ہر اسپیکٹ سے اچھے ہیں۔ لیکن شکر کی میں تو کسی کے شکر کا کلمہ ہی نہیں سنا۔ صرف یہی کہ جب بریانی کھائیں گے تو الحمدللہ کریں گے۔</w:t>
      </w:r>
    </w:p>
    <w:p>
      <w:r>
        <w:rPr>
          <w:b/>
        </w:rPr>
        <w:t xml:space="preserve">[1:22:45] </w:t>
      </w:r>
      <w:r>
        <w:t>woh woh jhoota Alhamdulillah hota hai. biryani kha kar Alhamdulillah karna, woh jhoota Alhamdulillah hai. Khuda ke jo itni zyada aap ko mil rahi hain cheezein, blessing, is par to maine kisi ko suna hi nahi ke woh Khuda ka shukr ada karein.</w:t>
      </w:r>
    </w:p>
    <w:p>
      <w:pPr>
        <w:jc w:val="right"/>
      </w:pPr>
      <w:r>
        <w:t>وہ وہ جھوٹا الحمدللہ ہوتا ہے۔ بریانی کھا کر الحمدللہ کرنا، وہ جھوٹا الحمدللہ ہے۔ خدا کے جو اتنی زیادہ آپ کو مل رہی ہیں چیزیں، بلیسنگ، اس پر تو میں نے کسی کو سنا ہی نہیں کہ وہ خدا کا شکر ادا کریں۔</w:t>
      </w:r>
    </w:p>
    <w:p>
      <w:r>
        <w:rPr>
          <w:b/>
        </w:rPr>
        <w:t xml:space="preserve">[1:23:04] </w:t>
      </w:r>
      <w:r>
        <w:t>baharhal mera tajurba yahi hai.</w:t>
      </w:r>
    </w:p>
    <w:p>
      <w:pPr>
        <w:jc w:val="right"/>
      </w:pPr>
      <w:r>
        <w:t>بہرحال میرا تجربہ یہی ہے۔</w:t>
      </w:r>
    </w:p>
    <w:p>
      <w:r>
        <w:rPr>
          <w:b/>
        </w:rPr>
        <w:t xml:space="preserve">[1:23:08] </w:t>
      </w:r>
      <w:r>
        <w:t>This question is from Dr. Hamid Hussain. You mentioned about necessity of five times prayer.</w:t>
      </w:r>
    </w:p>
    <w:p>
      <w:pPr>
        <w:jc w:val="right"/>
      </w:pPr>
      <w:r>
        <w:t>This question is from Dr. Hamid Hussain. You mentioned about necessity of five times prayer.</w:t>
      </w:r>
    </w:p>
    <w:p>
      <w:r>
        <w:rPr>
          <w:b/>
        </w:rPr>
        <w:t xml:space="preserve">[1:23:18] </w:t>
      </w:r>
      <w:r>
        <w:t>Is it necessary to offer Sunnah and Nafil namaz also besides farz namaz? Is it a sin not to offer Sunnah namaz?</w:t>
      </w:r>
    </w:p>
    <w:p>
      <w:pPr>
        <w:jc w:val="right"/>
      </w:pPr>
      <w:r>
        <w:t>Is it necessary to offer Sunnah and Nafil نماز also besides فرض نماز? Is it a sin not to offer Sunnah نماز?</w:t>
      </w:r>
    </w:p>
    <w:p>
      <w:r>
        <w:rPr>
          <w:b/>
        </w:rPr>
        <w:t xml:space="preserve">[1:23:32] </w:t>
      </w:r>
      <w:r>
        <w:t>is mamlay mein dekhiye, farz ka aur sunnat ka farq aap samajhtay hongay ke farz ada karnay par aadmi gunahgar hota hai.</w:t>
      </w:r>
    </w:p>
    <w:p>
      <w:pPr>
        <w:jc w:val="right"/>
      </w:pPr>
      <w:r>
        <w:t>اس معاملے میں دیکھیے، فرض کا اور سنت کا فرق آپ سمجھتے ہوں گے کہ فرض ادا کرنے پر آدمی گنہگار ہوتا ہے۔</w:t>
      </w:r>
    </w:p>
    <w:p>
      <w:r>
        <w:rPr>
          <w:b/>
        </w:rPr>
        <w:t xml:space="preserve">[1:23:44] </w:t>
      </w:r>
      <w:r>
        <w:t>yaani gunahgar ka matlab yeh hai ke woh ibadat ko chhodnay ka mujrim banta hai. ibadat ko chhodnay ka mujrim banta hai.</w:t>
      </w:r>
    </w:p>
    <w:p>
      <w:pPr>
        <w:jc w:val="right"/>
      </w:pPr>
      <w:r>
        <w:t>یعنی گنہگار کا معنی یہ ہے کہ وہ عبادت کو چھوڑنے کا مجرم بنتا ہے۔ عبادت کو چھوڑنے کا مجرم بنتا ہے۔</w:t>
      </w:r>
    </w:p>
    <w:p>
      <w:r>
        <w:rPr>
          <w:b/>
        </w:rPr>
        <w:t xml:space="preserve">[1:23:54] </w:t>
      </w:r>
      <w:r>
        <w:t>yahan sunnat ki baat hai to sunnat mein</w:t>
      </w:r>
    </w:p>
    <w:p>
      <w:pPr>
        <w:jc w:val="right"/>
      </w:pPr>
      <w:r>
        <w:t>یہاں سنت کی بات ہے تو سنت میں</w:t>
      </w:r>
    </w:p>
    <w:p>
      <w:r>
        <w:rPr>
          <w:b/>
        </w:rPr>
        <w:t xml:space="preserve">[1:24:00] </w:t>
      </w:r>
      <w:r>
        <w:t>sunnat ka mamla aisa hai ke woh is mein aap aap ke halaat par hai. aap ke paas time agar hai to aap sunnatein parhein, time nahi hai to aap sunnat mein aap ko rukhsat hai.</w:t>
      </w:r>
    </w:p>
    <w:p>
      <w:pPr>
        <w:jc w:val="right"/>
      </w:pPr>
      <w:r>
        <w:t>سنت کا معاملہ ایسا ہے کہ وہ اس میں آپ آپ کے حالات پر ہے۔ آپ کے پاس ٹائم اگر ہے تو آپ سنتیں پڑھیں، ٹائم نہیں ہے تو آپ سنت میں آپ کو رخصت ہے۔</w:t>
      </w:r>
    </w:p>
    <w:p>
      <w:r>
        <w:rPr>
          <w:b/>
        </w:rPr>
        <w:t xml:space="preserve">[1:24:15] </w:t>
      </w:r>
      <w:r>
        <w:t>rukhsat hai sunnat mein. yaani khwamkhwah sunnat chhodna yeh to theek nahi hai.</w:t>
      </w:r>
    </w:p>
    <w:p>
      <w:pPr>
        <w:jc w:val="right"/>
      </w:pPr>
      <w:r>
        <w:t>رخصت ہے سنت میں۔ یعنی خوامخواہ سنت چھوڑنا یہ تو ٹھیک نہیں ہے۔</w:t>
      </w:r>
    </w:p>
    <w:p>
      <w:r>
        <w:rPr>
          <w:b/>
        </w:rPr>
        <w:t xml:space="preserve">[1:24:21] </w:t>
      </w:r>
      <w:r>
        <w:t>lekin aaj kal ki zindagi mein kuch log masroof hotay hain to farz parhnay ka mauqa nikal nahi paatay hain. woh sunnatein parhnay ka mauqa nahi milta un ko.</w:t>
      </w:r>
    </w:p>
    <w:p>
      <w:pPr>
        <w:jc w:val="right"/>
      </w:pPr>
      <w:r>
        <w:t>لیکن آج کل کی زندگی میں کچھ لوگ مشغول ہوتے ہیں تو فرض پڑھنے کا موقع نکال نہیں پاتے ہیں۔ وہ سنتیں پڑھنے کا موقع نہیں ملتا ان کو۔</w:t>
      </w:r>
    </w:p>
    <w:p>
      <w:r>
        <w:rPr>
          <w:b/>
        </w:rPr>
        <w:t xml:space="preserve">[1:24:30] </w:t>
      </w:r>
      <w:r>
        <w:t>to aisay logon ke liye is ko rukhsat hai. baqi yeh hai ke sunnat bhi parhna chahiye kyunke sunnat parhnay se namaz mein zyada woh aata hai.</w:t>
      </w:r>
    </w:p>
    <w:p>
      <w:pPr>
        <w:jc w:val="right"/>
      </w:pPr>
      <w:r>
        <w:t>تو ایسے لوگوں کے لیے اس کو رخصت ہے۔ باقی یہ ہے کہ سنت بھی پڑھنا چاہیے کیونکہ سنت پڑھنے سے نماز میں زیادہ وہ آتا ہے۔</w:t>
      </w:r>
    </w:p>
    <w:p>
      <w:r>
        <w:rPr>
          <w:b/>
        </w:rPr>
        <w:t xml:space="preserve">[1:24:40] </w:t>
      </w:r>
      <w:r>
        <w:t>yaani rohani aik aik izafa hota hai.</w:t>
      </w:r>
    </w:p>
    <w:p>
      <w:pPr>
        <w:jc w:val="right"/>
      </w:pPr>
      <w:r>
        <w:t>یعنی روحانی ایک ایک اضافہ ہوتا ہے۔</w:t>
      </w:r>
    </w:p>
    <w:p>
      <w:r>
        <w:rPr>
          <w:b/>
        </w:rPr>
        <w:t xml:space="preserve">[1:24:45] </w:t>
      </w:r>
      <w:r>
        <w:t>sunnat ka maqsad hi yahi hai ke namaz ko zyada achha bananay ke liye, rohani izafa karnay ke liye.</w:t>
      </w:r>
    </w:p>
    <w:p>
      <w:pPr>
        <w:jc w:val="right"/>
      </w:pPr>
      <w:r>
        <w:t>سنت کا مقصد ہی یہی ہے کہ نماز کو زیادہ اچھا بنانے کے لیے، روحانی اضافہ کرنے کے لیے۔</w:t>
      </w:r>
    </w:p>
    <w:p>
      <w:r>
        <w:rPr>
          <w:b/>
        </w:rPr>
        <w:t xml:space="preserve">[1:24:55] </w:t>
      </w:r>
      <w:r>
        <w:t>to main yeh kahunga ke sunnat parhna chahiye aadmi ko kyunke is aadmi ki namaz achhi hoti hai. lekin agar kisi ke liye masla aisa ho ke us ko mauqa nahi milta hai to us ke liye rukhsat hai is mamlay mein.</w:t>
      </w:r>
    </w:p>
    <w:p>
      <w:pPr>
        <w:jc w:val="right"/>
      </w:pPr>
      <w:r>
        <w:t>تو میں یہ کہوں گا کہ سنت پڑھنا چاہیے آدمی کو کیونکہ اس آدمی کی نماز اچھی ہوتی ہے۔ لیکن اگر کسی کے لیے مسئلہ ایسا ہو کہ اس کو موقع نہیں ملتا ہے تو اس کے لیے رخصت ہے اس معاملے میں۔</w:t>
      </w:r>
    </w:p>
    <w:p>
      <w:r>
        <w:rPr>
          <w:b/>
        </w:rPr>
        <w:t xml:space="preserve">[1:25:12] </w:t>
      </w:r>
      <w:r>
        <w:t>This question is from Mr. Ramesh.</w:t>
      </w:r>
    </w:p>
    <w:p>
      <w:pPr>
        <w:jc w:val="right"/>
      </w:pPr>
      <w:r>
        <w:t>This question is from Mr. Ramesh.</w:t>
      </w:r>
    </w:p>
    <w:p>
      <w:r>
        <w:rPr>
          <w:b/>
        </w:rPr>
        <w:t xml:space="preserve">[1:25:15] </w:t>
      </w:r>
      <w:r>
        <w:t>I find that every individual, Muslim or non-Muslim, is dissatisfied and frustrated, be he rich or poor, educated or uneducated.</w:t>
      </w:r>
    </w:p>
    <w:p>
      <w:pPr>
        <w:jc w:val="right"/>
      </w:pPr>
      <w:r>
        <w:t>I find that every individual, Muslim or non-Muslim, is dissatisfied and frustrated, be he rich or poor, educated or uneducated.</w:t>
      </w:r>
    </w:p>
    <w:p>
      <w:r>
        <w:rPr>
          <w:b/>
        </w:rPr>
        <w:t xml:space="preserve">[1:25:28] </w:t>
      </w:r>
      <w:r>
        <w:t>Why is this so?</w:t>
      </w:r>
    </w:p>
    <w:p>
      <w:pPr>
        <w:jc w:val="right"/>
      </w:pPr>
      <w:r>
        <w:t>Why is this so?</w:t>
      </w:r>
    </w:p>
    <w:p>
      <w:r>
        <w:rPr>
          <w:b/>
        </w:rPr>
        <w:t xml:space="preserve">[1:25:34] </w:t>
      </w:r>
      <w:r>
        <w:t>is ki to jahan tak mein samjha hoon yeh hai ke log in natural life hai logon ki. in natural, in natural is sense mein ke unhon ne criteria bana liya hai desire ka fulfillment ko.</w:t>
      </w:r>
    </w:p>
    <w:p>
      <w:pPr>
        <w:jc w:val="right"/>
      </w:pPr>
      <w:r>
        <w:t>اس کی تو جہاں تک میں سمجھا ہوں یہ ہے کہ لوگ ان نیچرل لائف ہے لوگوں کی۔ ان نیچرل، ان نیچرل اس سینس میں کہ انہوں نے کرائٹیریا بنا لیا ہے ڈیزائر کا فلفلمنٹ کو۔</w:t>
      </w:r>
    </w:p>
    <w:p>
      <w:r>
        <w:rPr>
          <w:b/>
        </w:rPr>
        <w:t xml:space="preserve">[1:25:51] </w:t>
      </w:r>
      <w:r>
        <w:t>logon ke dil mein jo desire hain, un ka fulfillment to is ka is dunya mein saman hi nahi hai. yeh dunya limited hai, aap ki desire unlimited hai.</w:t>
      </w:r>
    </w:p>
    <w:p>
      <w:pPr>
        <w:jc w:val="right"/>
      </w:pPr>
      <w:r>
        <w:t>لوگوں کے دلوں میں جو ڈیزائر ہیں، ان کا فلفلمنٹ تو اس کا اس دنیا میں سامان ہی نہیں ہے۔ یہ دنیا لمیٹڈ ہے، آپ کی ڈیزائر ان لمیٹڈ ہے۔</w:t>
      </w:r>
    </w:p>
    <w:p>
      <w:r>
        <w:rPr>
          <w:b/>
        </w:rPr>
        <w:t xml:space="preserve">[1:26:04] </w:t>
      </w:r>
      <w:r>
        <w:t>to kabhi bhi aap ki desire poori nahi ho sakti hai. to need ke need ke is dunya ko khuda ne need ke liye banaya hai, greed ke liye banaya nahi hai.</w:t>
      </w:r>
    </w:p>
    <w:p>
      <w:pPr>
        <w:jc w:val="right"/>
      </w:pPr>
      <w:r>
        <w:t>تو کبھی بھی آپ کی ڈیزائر پوری نہیں ہو سکتی ہے۔ تو نیڈ کے نیڈ کے اس دنیا کو خدا نے نیڈ کے لیے بنایا ہے، گریڈ کے لیے بنایا نہیں ہے۔</w:t>
      </w:r>
    </w:p>
    <w:p>
      <w:r>
        <w:rPr>
          <w:b/>
        </w:rPr>
        <w:t xml:space="preserve">[1:26:16] </w:t>
      </w:r>
      <w:r>
        <w:t>jab khuda hi ne nahi banaya greed ke liye to aap apni greed kaise poori karein ge? aap yani jo jis ka creator hai, jo jo khaliq hai, us ne is dunya ko need based banaya hai, greed based banaya hi nahi hai.</w:t>
      </w:r>
    </w:p>
    <w:p>
      <w:pPr>
        <w:jc w:val="right"/>
      </w:pPr>
      <w:r>
        <w:t>جب خدا ہی نے نہیں بنایا گریڈ کے لیے تو آپ اپنی گریڈ کیسے پوری کریں گے؟ آپ یعنی جو جس کا کریٹر ہے، جو جو خالق ہے، اس نے اس دنیا کو نیڈ بیسڈ بنایا ہے، گریڈ بیسڈ بنایا ہی نہیں ہے۔</w:t>
      </w:r>
    </w:p>
    <w:p>
      <w:r>
        <w:rPr>
          <w:b/>
        </w:rPr>
        <w:t xml:space="preserve">[1:26:32] </w:t>
      </w:r>
      <w:r>
        <w:t>to aap ke aap greed bhari hui hain, aap ke unlimited greed, is ko chahte hain poora karna to woh to kabhi poori nahi hongi.</w:t>
      </w:r>
    </w:p>
    <w:p>
      <w:pPr>
        <w:jc w:val="right"/>
      </w:pPr>
      <w:r>
        <w:t>تو آپ کے آپ گریڈ بھری ہوئی ہیں، آپ کے ان لمیٹڈ گریڈ، اس کو چاہتے ہیں پورا کرنا تو وہ تو کبھی پوری نہیں ہوں گی۔</w:t>
      </w:r>
    </w:p>
    <w:p>
      <w:r>
        <w:rPr>
          <w:b/>
        </w:rPr>
        <w:t xml:space="preserve">[1:26:42] </w:t>
      </w:r>
      <w:r>
        <w:t>sara dunya ka aadmi woh ban jaye. ek novel chhapi hai, woh bohat pehle chhapi thi, second world war ke baad.</w:t>
      </w:r>
    </w:p>
    <w:p>
      <w:pPr>
        <w:jc w:val="right"/>
      </w:pPr>
      <w:r>
        <w:t>سارا دنیا کا آدمی وہ بن جائے۔ ایک ناول چھپی ہے، وہ بہت پہلے چھپی تھی، سیکنڈ ورلڈ وار کے بعد۔</w:t>
      </w:r>
    </w:p>
    <w:p>
      <w:r>
        <w:rPr>
          <w:b/>
        </w:rPr>
        <w:t xml:space="preserve">[1:26:53] </w:t>
      </w:r>
      <w:r>
        <w:t>isi par, isi pe chhapi thi</w:t>
      </w:r>
    </w:p>
    <w:p>
      <w:pPr>
        <w:jc w:val="right"/>
      </w:pPr>
      <w:r>
        <w:t>اسی پر، اسی پہ چھپی تھی</w:t>
      </w:r>
    </w:p>
    <w:p>
      <w:r>
        <w:rPr>
          <w:b/>
        </w:rPr>
        <w:t xml:space="preserve">[1:26:55] </w:t>
      </w:r>
      <w:r>
        <w:t>ke insan jo hai chahta hai ke aur le, aur le, aur lad lad kar apne ko tabah karta rehta hai. to is mein yeh tha ke third world war hui hai aur sare log mar gaye, sirf do aadmi bache hain aur ek cigarette bacha hai.</w:t>
      </w:r>
    </w:p>
    <w:p>
      <w:pPr>
        <w:jc w:val="right"/>
      </w:pPr>
      <w:r>
        <w:t>کہ انسان جو ہے چاہتا ہے کہ اور لے، اور لے، اور لڑ لڑ کر اپنے کو تباہ کرتا رہتا ہے۔ تو اس میں یہ تھا کہ تھرڈ ورلڈ وار ہوئی ہے اور سارے لوگ مر گئے، صرف دو آدمی بچے ہیں اور ایک سگریٹ بچا ہے۔</w:t>
      </w:r>
    </w:p>
    <w:p>
      <w:r>
        <w:rPr>
          <w:b/>
        </w:rPr>
        <w:t xml:space="preserve">[1:27:13] </w:t>
      </w:r>
      <w:r>
        <w:t>do aadmi aur ek cigarette to is cigarette pe phir dono lad gaye. woh to log jo hain, greed ko apna target banaye hue hain,</w:t>
      </w:r>
    </w:p>
    <w:p>
      <w:pPr>
        <w:jc w:val="right"/>
      </w:pPr>
      <w:r>
        <w:t>دو آدمی اور ایک سگریٹ تو اس سگریٹ پہ پھر دونوں لڑ گئے۔ وہ تو لوگ جو ہیں، گریڈ کو اپنا ٹارگٹ بنائے ہوئے ہیں،</w:t>
      </w:r>
    </w:p>
    <w:p>
      <w:r>
        <w:rPr>
          <w:b/>
        </w:rPr>
        <w:t xml:space="preserve">[1:27:25] </w:t>
      </w:r>
      <w:r>
        <w:t>need ko target nahi banaye hue hain. yeh in natural life hai aur is mein kabhi bhi kisi ko satisfaction mil nahi sakta hai kyunke woh against law of nature hai.</w:t>
      </w:r>
    </w:p>
    <w:p>
      <w:pPr>
        <w:jc w:val="right"/>
      </w:pPr>
      <w:r>
        <w:t>نیڈ کو ٹارگٹ نہیں بنائے ہوئے ہیں۔ یہ ان نیچرل لائف ہے اور اس میں کبھی بھی کسی کو سیٹسفیکشن مل نہیں سکتا ہے کیونکہ وہ اگینسٹ لاء آف نیچر ہے۔</w:t>
      </w:r>
    </w:p>
    <w:p>
      <w:r>
        <w:rPr>
          <w:b/>
        </w:rPr>
        <w:t xml:space="preserve">[1:27:38] </w:t>
      </w:r>
      <w:r>
        <w:t>This question is from Mr. Khaled Ansari. A majority amongst the downtrodden Muslims feel that paying a visit to five dargah, including nizamuddin, moinuddin, etc.,</w:t>
      </w:r>
    </w:p>
    <w:p>
      <w:pPr>
        <w:jc w:val="right"/>
      </w:pPr>
      <w:r>
        <w:t>This question is from Mr. Khaled Ansari. A majority amongst the downtrodden Muslims feel that paying a visit to five dargah, including نظام الدین، معین الدین، etc.,</w:t>
      </w:r>
    </w:p>
    <w:p>
      <w:r>
        <w:rPr>
          <w:b/>
        </w:rPr>
        <w:t xml:space="preserve">[1:27:53] </w:t>
      </w:r>
      <w:r>
        <w:t>is like doing a mini hajj. How do you look at this phenomenon spreading its tentacles and offering a substitute to hajj?</w:t>
      </w:r>
    </w:p>
    <w:p>
      <w:pPr>
        <w:jc w:val="right"/>
      </w:pPr>
      <w:r>
        <w:t>is like doing a mini hajj. How do you look at this phenomenon spreading its tentacles and offering a substitute to hajj?</w:t>
      </w:r>
    </w:p>
    <w:p>
      <w:r>
        <w:rPr>
          <w:b/>
        </w:rPr>
        <w:t xml:space="preserve">[1:28:03] </w:t>
      </w:r>
      <w:r>
        <w:t>yeh bilkul more than baseless hai. yeh koi is ki haqeeqat nahi hai. bilkul yeh yani logon ne khud hi khud soch ke aisa bana bana rakha</w:t>
      </w:r>
    </w:p>
    <w:p>
      <w:pPr>
        <w:jc w:val="right"/>
      </w:pPr>
      <w:r>
        <w:t>یہ بالکل مور دین بیسلیس ہے۔ یہ کوئی اس کی حقیقت نہیں ہے۔ بالکل یہ یعنی لوگوں نے خود ہی خود سوچ کے ایسا بنا بنا رکھا</w:t>
      </w:r>
    </w:p>
    <w:p>
      <w:r>
        <w:rPr>
          <w:b/>
        </w:rPr>
        <w:t xml:space="preserve">[1:28:15] </w:t>
      </w:r>
      <w:r>
        <w:t>hai. is ka taluq na to quran se hai na hadith se, balke aisa samajhna bhi gunah ki baat hai. kyunke aap yaad rakhiye ke deen ke mamle mein koi deeni baat aap barha nahi sakte.</w:t>
      </w:r>
    </w:p>
    <w:p>
      <w:pPr>
        <w:jc w:val="right"/>
      </w:pPr>
      <w:r>
        <w:t>ہے۔ اس کا تعلق نہ تو قرآن سے ہے نہ حدیث سے، بلکہ ایسا سمجھنا بھی گناہ کی بات ہے۔ کیونکہ آپ یاد رکھیے کہ دین کے معاملے میں کوئی دینی بات آپ بڑھا نہیں سکتے۔</w:t>
      </w:r>
    </w:p>
    <w:p>
      <w:r>
        <w:rPr>
          <w:b/>
        </w:rPr>
        <w:t xml:space="preserve">[1:28:31] </w:t>
      </w:r>
      <w:r>
        <w:t>hadith mein aata hai ke ek bohat sakht hadith hai ke jo aadmi deen mein apni taraf se koi cheez barhaye to woh jahannum mein apna thikana bana le.</w:t>
      </w:r>
    </w:p>
    <w:p>
      <w:pPr>
        <w:jc w:val="right"/>
      </w:pPr>
      <w:r>
        <w:t>حدیث میں آتا ہے کہ ایک بہت سخت حدیث ہے کہ جو آدمی دین میں اپنی طرف سے کوئی چیز بڑھائے تو وہ جہنم میں اپنا ٹھکانہ بنا لے۔</w:t>
      </w:r>
    </w:p>
    <w:p>
      <w:r>
        <w:rPr>
          <w:b/>
        </w:rPr>
        <w:t xml:space="preserve">[1:28:45] </w:t>
      </w:r>
      <w:r>
        <w:t>falayutub wa qadhu min an-nar yeh deen mein izafa hai aur yeh to bilkul aisi baatein hain ke aadmi ko darna chahiye ke woh kahin khuda ki pakad mein na aa jaye.</w:t>
      </w:r>
    </w:p>
    <w:p>
      <w:pPr>
        <w:jc w:val="right"/>
      </w:pPr>
      <w:r>
        <w:t>فلیتوب وقده من النار یہ دین میں اضافہ ہے اور یہ تو بالکل ایسی باتیں ہیں کہ آدمی کو ڈرنا چاہیے کہ وہ کہیں خدا کی پکڑ میں نہ آ جائے۔</w:t>
      </w:r>
    </w:p>
    <w:p>
      <w:r>
        <w:rPr>
          <w:b/>
        </w:rPr>
        <w:t xml:space="preserve">[1:28:58] </w:t>
      </w:r>
      <w:r>
        <w:t>jo cheez quran mein nahi hai, jo cheez hadith mein nahi hai, aisi cheez add karne ka shariat mein aap ko haq hi nahi hai. aap aap right ko aap yeh khuda ne right diya hi nahi hai.</w:t>
      </w:r>
    </w:p>
    <w:p>
      <w:pPr>
        <w:jc w:val="right"/>
      </w:pPr>
      <w:r>
        <w:t>جو چیز قرآن میں نہیں ہے، جو چیز حدیث میں نہیں ہے، ایسی چیز ایڈ کرنے کا شریعت میں آپ کو حق ہی نہیں ہے۔ آپ آپ رائٹ کو آپ یہ خدا نے رائٹ دیا ہی نہیں ہے۔</w:t>
      </w:r>
    </w:p>
    <w:p>
      <w:r>
        <w:rPr>
          <w:b/>
        </w:rPr>
        <w:t xml:space="preserve">[1:29:08] </w:t>
      </w:r>
      <w:r>
        <w:t>aap ko yeh right nahi diya. aap ko khuda ne</w:t>
      </w:r>
    </w:p>
    <w:p>
      <w:pPr>
        <w:jc w:val="right"/>
      </w:pPr>
      <w:r>
        <w:t>آپ کو یہ رائٹ نہیں دیا۔ آپ کو خدا نے</w:t>
      </w:r>
    </w:p>
    <w:p>
      <w:r>
        <w:rPr>
          <w:b/>
        </w:rPr>
        <w:t xml:space="preserve">[1:29:13] </w:t>
      </w:r>
      <w:r>
        <w:t>ke apne kisi kisi bhi ke aap ne mein ne khwab dekha tha, mujhe kashf hua tha aur koi bhi baat soch kar ke, koi bhi ek justification nikal kar ke aap aisa karein to khuda ne kisi ko bhi yeh right nahi diya hai ke ke shariat mein apni taraf se koi barhaye koi baat.</w:t>
      </w:r>
    </w:p>
    <w:p>
      <w:pPr>
        <w:jc w:val="right"/>
      </w:pPr>
      <w:r>
        <w:t>کہ اپنے کسی کسی بھی کہ آپ نے میں نے خواب دیکھا تھا، مجھے کشف ہوا تھا اور کوئی بھی بات سوچ کر کے، کوئی بھی ایک جسٹیفیکیشن نکال کر کے آپ ایسا کریں تو خدا نے کسی کو بھی یہ رائٹ نہیں دیا ہے کہ کہ شریعت میں اپنی طرف سے کوئی بڑھائے کوئی بات۔</w:t>
      </w:r>
    </w:p>
    <w:p>
      <w:r>
        <w:rPr>
          <w:b/>
        </w:rPr>
        <w:t xml:space="preserve">[1:29:34] </w:t>
      </w:r>
      <w:r>
        <w:t>to yeh barhawa hai. yani one percent bhi aisi koi cheez islam mein nahi hai. one percent bhi is ka matlab one percent bhi sachai nahi hai.</w:t>
      </w:r>
    </w:p>
    <w:p>
      <w:pPr>
        <w:jc w:val="right"/>
      </w:pPr>
      <w:r>
        <w:t>تو یہ بڑھاوا ہے۔ یعنی ون پرسنٹ بھی ایسی کوئی چیز اسلام میں نہیں ہے۔ ون پرسنٹ بھی اس کا مطلب ون پرسنٹ بھی سچائی نہیں ہے۔</w:t>
      </w:r>
    </w:p>
    <w:p>
      <w:r>
        <w:rPr>
          <w:b/>
        </w:rPr>
        <w:t xml:space="preserve">[1:29:44] </w:t>
      </w:r>
      <w:r>
        <w:t>koi koi reference nahi de sakta quran mein na hadith mein is ka. is liye yeh 100 percent baseless hai. baseless hai. baseless hai.</w:t>
      </w:r>
    </w:p>
    <w:p>
      <w:pPr>
        <w:jc w:val="right"/>
      </w:pPr>
      <w:r>
        <w:t>کوئی کوئی ریفرنس نہیں دے سکتا قرآن میں نہ حدیث میں اس کا۔ اس لیے یہ 100 پرسنٹ بیسلیس ہے۔ بیسلیس ہے۔ بیسلیس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