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 Stall at the World Book Fair January 12, 2019</w:t>
      </w:r>
    </w:p>
    <w:p>
      <w:r>
        <w:t>https://www.youtube.com/watch?v=qAV6i3yvMjE</w:t>
      </w:r>
    </w:p>
    <w:p>
      <w:r>
        <w:rPr>
          <w:b/>
        </w:rPr>
        <w:t xml:space="preserve">[00:14] </w:t>
      </w:r>
      <w:r>
        <w:t>Bismillah Rehmanur Rahim, waSalla Allahu ala Nabi al-Karim, 12 January 2019.</w:t>
      </w:r>
    </w:p>
    <w:p>
      <w:pPr>
        <w:jc w:val="right"/>
      </w:pPr>
      <w:r>
        <w:t>بسم اللہ الرحمن الرحیم، وصلی اللہ علی النبی الکریم، 12 جنوری 2019۔</w:t>
      </w:r>
    </w:p>
    <w:p>
      <w:r>
        <w:rPr>
          <w:b/>
        </w:rPr>
        <w:t xml:space="preserve">[00:28] </w:t>
      </w:r>
      <w:r>
        <w:t>Aaj ka mozu Quran say mutalliq hai, kyunkay aaj mujhe news mili book fair say, to aap ko maloom hai ki Dilli mein book fair ho rahi hai,</w:t>
      </w:r>
    </w:p>
    <w:p>
      <w:pPr>
        <w:jc w:val="right"/>
      </w:pPr>
      <w:r>
        <w:t>آج کا موضوع قرآن سے متعلق ہے، کیونکہ آج مجھے نیوز ملی بک فیئر سے، تو آپ کو معلوم ہے کہ دلی میں بک فیئر ہو رہی ہے،</w:t>
      </w:r>
    </w:p>
    <w:p>
      <w:r>
        <w:rPr>
          <w:b/>
        </w:rPr>
        <w:t xml:space="preserve">[00:51] </w:t>
      </w:r>
      <w:r>
        <w:t>is mein hamaray sathiyon nay Quran ka book stall lagaya hai. To logon ko wahan ajeeb radd-e-amal mil raha hai, logon ko</w:t>
      </w:r>
    </w:p>
    <w:p>
      <w:pPr>
        <w:jc w:val="right"/>
      </w:pPr>
      <w:r>
        <w:t>اس میں ہمارے ساتھیوں نے قرآن کا بک اسٹال لگایا ہے۔ تو لوگوں کو وہاں عجیب ردِعمل مل رہا ہے، لوگوں کو</w:t>
      </w:r>
    </w:p>
    <w:p>
      <w:r>
        <w:rPr>
          <w:b/>
        </w:rPr>
        <w:t xml:space="preserve">[01:06] </w:t>
      </w:r>
      <w:r>
        <w:t>aisa lagta hai ki Allah taala ko manzoor hai ki Quran logon tak pohanchay. Socho, ab wahan aisi kaifiyat hai jaise ki log Quran ko loot rahay hain,</w:t>
      </w:r>
    </w:p>
    <w:p>
      <w:pPr>
        <w:jc w:val="right"/>
      </w:pPr>
      <w:r>
        <w:t>ایسا لگتا ہے کہ اللہ تعالیٰ کو منظور ہے کہ قرآن لوگوں تک پہنچے۔ سوچو، اب وہاں ایسی کیفیت ہے جیسے کہ لوگ قرآن کو لوٹ رہے ہیں،</w:t>
      </w:r>
    </w:p>
    <w:p>
      <w:r>
        <w:rPr>
          <w:b/>
        </w:rPr>
        <w:t xml:space="preserve">[01:24] </w:t>
      </w:r>
      <w:r>
        <w:t>aur wohin bethay bethay parhnay lagtay hain,</w:t>
      </w:r>
    </w:p>
    <w:p>
      <w:pPr>
        <w:jc w:val="right"/>
      </w:pPr>
      <w:r>
        <w:t>اور وہیں بیٹھے بیٹھے پڑھنے لگتے ہیں،</w:t>
      </w:r>
    </w:p>
    <w:p>
      <w:r>
        <w:rPr>
          <w:b/>
        </w:rPr>
        <w:t xml:space="preserve">[01:29] </w:t>
      </w:r>
      <w:r>
        <w:t>book fair mein parhna shuru kar detay hain. To hamaray ya hamaray sathiyon kay bas mein to hai nahin ki logon kay dil ko badal dein,</w:t>
      </w:r>
    </w:p>
    <w:p>
      <w:pPr>
        <w:jc w:val="right"/>
      </w:pPr>
      <w:r>
        <w:t>بک فیئر میں پڑھنا شروع کر دیتے ہیں۔ تو ہمارے یا ہمارے ساتھیوں کے بس میں تو ہے نہیں کہ لوگوں کے دل کو بدل دیں،</w:t>
      </w:r>
    </w:p>
    <w:p>
      <w:r>
        <w:rPr>
          <w:b/>
        </w:rPr>
        <w:t xml:space="preserve">[01:44] </w:t>
      </w:r>
      <w:r>
        <w:t>lekin yeh Allah taala kay farishtay in ko keh rahay hain ki jao, Quran lo wahan say, aur parho is ko, aur jano ki kya hai, Allah ki kitab mein kya hai.</w:t>
      </w:r>
    </w:p>
    <w:p>
      <w:pPr>
        <w:jc w:val="right"/>
      </w:pPr>
      <w:r>
        <w:t>لیکن یہ اللہ تعالیٰ کے فرشتے ان کو کہہ رہے ہیں کہ جاؤ، قرآن لو وہاں سے، اور پڑھو اس کو، اور جانو کہ کیا ہے، اللہ کی کتاب میں کیا ہے۔</w:t>
      </w:r>
    </w:p>
    <w:p>
      <w:r>
        <w:rPr>
          <w:b/>
        </w:rPr>
        <w:t xml:space="preserve">[02:02] </w:t>
      </w:r>
      <w:r>
        <w:t>To is tarah ki news jo mujhe mili aaj, to mainay socha ki aaj ka mozu yahi rahay ga,</w:t>
      </w:r>
    </w:p>
    <w:p>
      <w:pPr>
        <w:jc w:val="right"/>
      </w:pPr>
      <w:r>
        <w:t>تو اس طرح کی نیوز جو مجھے ملی آج، تو میں نے سوچا کہ آج کا موضوع یہی رہے گا،</w:t>
      </w:r>
    </w:p>
    <w:p>
      <w:r>
        <w:rPr>
          <w:b/>
        </w:rPr>
        <w:t xml:space="preserve">[02:13] </w:t>
      </w:r>
      <w:r>
        <w:t>Quran jo apnay aap hi most wanted book ban gaya hai, to ab humain logon ki is self-created interest ko lay kar logon tak pohanchana hai.</w:t>
      </w:r>
    </w:p>
    <w:p>
      <w:pPr>
        <w:jc w:val="right"/>
      </w:pPr>
      <w:r>
        <w:t>قرآن جو اپنے آپ ہی موسٹ وانٹڈ بک بن گیا ہے، تو اب ہمیں لوگوں کی اس سیلف کریٹڈ انٹرسٹ کو لے کر لوگوں تک پہنچانا ہے۔</w:t>
      </w:r>
    </w:p>
    <w:p>
      <w:r>
        <w:rPr>
          <w:b/>
        </w:rPr>
        <w:t xml:space="preserve">[02:35] </w:t>
      </w:r>
      <w:r>
        <w:t>Main samajhta hoon ki is ka sabab shayad yeh ho ki aaj ki duniya</w:t>
      </w:r>
    </w:p>
    <w:p>
      <w:pPr>
        <w:jc w:val="right"/>
      </w:pPr>
      <w:r>
        <w:t>میں سمجھتا ہوں کہ اس کا سبب شاید یہ ہو کہ آج کی دنیا</w:t>
      </w:r>
    </w:p>
    <w:p>
      <w:r>
        <w:rPr>
          <w:b/>
        </w:rPr>
        <w:t xml:space="preserve">[02:48] </w:t>
      </w:r>
      <w:r>
        <w:t>taraqqi ki duniya hai, development ki duniya hai, har aitbar say taraqqi, education mein taraqqi, aur har aitbar say taraqqi.</w:t>
      </w:r>
    </w:p>
    <w:p>
      <w:pPr>
        <w:jc w:val="right"/>
      </w:pPr>
      <w:r>
        <w:t>ترقی کی دنیا ہے، ڈیولپمنٹ کی دنیا ہے، ہر اعتبار سے ترقی، ایجوکیشن میں ترقی، اور ہر اعتبار سے ترقی۔</w:t>
      </w:r>
    </w:p>
    <w:p>
      <w:r>
        <w:rPr>
          <w:b/>
        </w:rPr>
        <w:t xml:space="preserve">[03:02] </w:t>
      </w:r>
      <w:r>
        <w:t>To logon ko in taraqqiyon say negative experience hua,</w:t>
      </w:r>
    </w:p>
    <w:p>
      <w:pPr>
        <w:jc w:val="right"/>
      </w:pPr>
      <w:r>
        <w:t>تو لوگوں کو ان ترقیوں سے نیگیٹیو ایکسپیرینس ہوا،</w:t>
      </w:r>
    </w:p>
    <w:p>
      <w:r>
        <w:rPr>
          <w:b/>
        </w:rPr>
        <w:t xml:space="preserve">[03:10] </w:t>
      </w:r>
      <w:r>
        <w:t>yani jo woh un ka dil chahta tha, woh un ko is developed</w:t>
      </w:r>
    </w:p>
    <w:p>
      <w:pPr>
        <w:jc w:val="right"/>
      </w:pPr>
      <w:r>
        <w:t>یعنی جو وہ ان کا دل چاہتا تھا، وہ ان کو اس ڈیولپڈ</w:t>
      </w:r>
    </w:p>
    <w:p>
      <w:r>
        <w:rPr>
          <w:b/>
        </w:rPr>
        <w:t xml:space="preserve">[03:20] </w:t>
      </w:r>
      <w:r>
        <w:t>jo development jo hua hai har har pehlu say, us say unhein nahin mil saka. To ab woh janna chahtay hain ki yeh jo Quran, yeh jo Quran kitab hai,</w:t>
      </w:r>
    </w:p>
    <w:p>
      <w:pPr>
        <w:jc w:val="right"/>
      </w:pPr>
      <w:r>
        <w:t>جو ڈیولپمنٹ جو ہوا ہے ہر ہر پہلو سے، اس سے انہیں نہیں مل سکا۔ تو اب وہ جاننا چاہتے ہیں کہ یہ جو قرآن، یہ جو قرآن کتاب ہے،</w:t>
      </w:r>
    </w:p>
    <w:p>
      <w:r>
        <w:rPr>
          <w:b/>
        </w:rPr>
        <w:t xml:space="preserve">[03:36] </w:t>
      </w:r>
      <w:r>
        <w:t>jo claim karti hai ki woh Khuda ki kitab hai, to is mein dhoondhein, shayad is mein un ki talash ka jawab ho.</w:t>
      </w:r>
    </w:p>
    <w:p>
      <w:pPr>
        <w:jc w:val="right"/>
      </w:pPr>
      <w:r>
        <w:t>جو کلیم کرتی ہے کہ وہ خدا کی کتاب ہے، تو اس میں ڈھونڈیں، شاید اس میں ان کی تلاش کا جواب ہو۔</w:t>
      </w:r>
    </w:p>
    <w:p>
      <w:r>
        <w:rPr>
          <w:b/>
        </w:rPr>
        <w:t xml:space="preserve">[03:49] </w:t>
      </w:r>
      <w:r>
        <w:t>To is tarah say</w:t>
      </w:r>
    </w:p>
    <w:p>
      <w:pPr>
        <w:jc w:val="right"/>
      </w:pPr>
      <w:r>
        <w:t>تو اس طرح سے</w:t>
      </w:r>
    </w:p>
    <w:p>
      <w:r>
        <w:rPr>
          <w:b/>
        </w:rPr>
        <w:t xml:space="preserve">[03:53] </w:t>
      </w:r>
      <w:r>
        <w:t>aik jo dawat ka kaam hai, woh aik opportunity ban gaya hai, dawat ka jo kaam hai, woh aik opportunity ban gaya hai.</w:t>
      </w:r>
    </w:p>
    <w:p>
      <w:pPr>
        <w:jc w:val="right"/>
      </w:pPr>
      <w:r>
        <w:t>ایک جو دعوت کا کام ہے، وہ ایک اپرچونیٹی بن گیا ہے، دعوت کا جو کام ہے، وہ ایک اپرچونیٹی بن گیا ہے۔</w:t>
      </w:r>
    </w:p>
    <w:p>
      <w:r>
        <w:rPr>
          <w:b/>
        </w:rPr>
        <w:t xml:space="preserve">[04:08] </w:t>
      </w:r>
      <w:r>
        <w:t>To ab aakhri waqt aa gaya hai ki log uthein, jo Quran ko Allah ki kitab mantay hain,</w:t>
      </w:r>
    </w:p>
    <w:p>
      <w:pPr>
        <w:jc w:val="right"/>
      </w:pPr>
      <w:r>
        <w:t>تو اب آخری وقت آ گیا ہے کہ لوگ اٹھیں، جو قرآن کو اللہ کی کتاب مانتے ہیں،</w:t>
      </w:r>
    </w:p>
    <w:p>
      <w:r>
        <w:rPr>
          <w:b/>
        </w:rPr>
        <w:t xml:space="preserve">[04:19] </w:t>
      </w:r>
      <w:r>
        <w:t>jo Quran par eman rakhtay hain, jo sab kay Quran aik Allah ki mehfooz kitab hai, us ko uthein aur har zaban, har zaban, har zaban mein is ka tarjuma kar kay us ko logon tak pohanchayein.</w:t>
      </w:r>
    </w:p>
    <w:p>
      <w:pPr>
        <w:jc w:val="right"/>
      </w:pPr>
      <w:r>
        <w:t>جو قرآن پر ایمان رکھتے ہیں، جو سب کے قرآن ایک اللہ کی محفوظ کتاب ہے، اس کو اٹھیں اور ہر زبان، ہر زبان، ہر زبان میں اس کا ترجمہ کر کے اس کو لوگوں تک پہنچائیں۔</w:t>
      </w:r>
    </w:p>
    <w:p>
      <w:r>
        <w:rPr>
          <w:b/>
        </w:rPr>
        <w:t xml:space="preserve">[04:37] </w:t>
      </w:r>
      <w:r>
        <w:t>To aaj ka yeh yeh jo Dilli mein jo book fair ho raha hai, to hamaray sathiyon kuch is ka experience bayan karein gay, aur main bhi is mein hissa loon ga, insha Allah.</w:t>
      </w:r>
    </w:p>
    <w:p>
      <w:pPr>
        <w:jc w:val="right"/>
      </w:pPr>
      <w:r>
        <w:t>تو آج کا یہ یہ جو دلی میں جو بک فیئر ہو رہا ہے، تو ہمارے ساتھی کچھ اس کا ایکسپیرینس بیان کریں گے، اور میں بھی اس میں حصہ لوں گا، انشاءاللہ۔</w:t>
      </w:r>
    </w:p>
    <w:p>
      <w:r>
        <w:rPr>
          <w:b/>
        </w:rPr>
        <w:t xml:space="preserve">[04:54] </w:t>
      </w:r>
      <w:r>
        <w:t>To aaj ka topic yahi rahay ga.</w:t>
      </w:r>
    </w:p>
    <w:p>
      <w:pPr>
        <w:jc w:val="right"/>
      </w:pPr>
      <w:r>
        <w:t>تو آج کا ٹاپک یہی رہے گا۔</w:t>
      </w:r>
    </w:p>
    <w:p>
      <w:r>
        <w:rPr>
          <w:b/>
        </w:rPr>
        <w:t xml:space="preserve">[05:07] </w:t>
      </w:r>
      <w:r>
        <w:t>maulana, aaj ka bohat hi amazing experience raha wahan pe book fair mein, to kuch experiences share karna chahenge. wahan pe quran distribution to bohat tezi se ho hi raha hai pichle kuch dinon mein,</w:t>
      </w:r>
    </w:p>
    <w:p>
      <w:pPr>
        <w:jc w:val="right"/>
      </w:pPr>
      <w:r>
        <w:t>مولانا، آج کا بہت ہی امیزنگ ایکسپیرینس رہا وہاں پہ بک فیئر میں، تو کچھ ایکسپیرینسز شیئر کرنا چاہیں گے۔ وہاں پہ قرآن ڈسٹریبیوشن تو بہت تیزی سے ہو ہی رہا ہے پچھلے کچھ دنوں میں،</w:t>
      </w:r>
    </w:p>
    <w:p>
      <w:r>
        <w:rPr>
          <w:b/>
        </w:rPr>
        <w:t xml:space="preserve">[05:23] </w:t>
      </w:r>
      <w:r>
        <w:t>jitne bhi aas paas stall hain, sab se zyada jo crowd tha, woh CPS stall pe tha, aur aas paas ke jo stall owners the, woh bhi yeh cheez mehsoos kar rahe the.</w:t>
      </w:r>
    </w:p>
    <w:p>
      <w:pPr>
        <w:jc w:val="right"/>
      </w:pPr>
      <w:r>
        <w:t>جتنے بھی آس پاس سٹال ہیں، سب سے زیادہ جو کراؤڈ تھا، وہ سی پی ایس سٹال پہ تھا، اور آس پاس کے جو سٹال اونرز تھے، وہ بھی یہ چیز محسوس کر رہے تھے۔</w:t>
      </w:r>
    </w:p>
    <w:p>
      <w:r>
        <w:rPr>
          <w:b/>
        </w:rPr>
        <w:t xml:space="preserve">[05:36] </w:t>
      </w:r>
      <w:r>
        <w:t>aur bari interesting cheez yeh thi, maulana, ke particularly youth were very interested in taking and reading quran, aur kai aise instances dekhe hum ne ke families aa rahi thin, to jab un ko quran diya gaya, to jo un ki family mein jo un ke bete ya beti the, to unhone sab se pehle quran liya, aur us ke baad woh jaise hi aage badhe, to parents ne bola ke nahi nahi, wapas karo quran.</w:t>
      </w:r>
    </w:p>
    <w:p>
      <w:pPr>
        <w:jc w:val="right"/>
      </w:pPr>
      <w:r>
        <w:t>اور بڑی انٹرسٹنگ چیز یہ تھی، مولانا، کہ پرٹیکولرلی یوتھ وار ویری انٹرسٹڈ ان ٹیکنگ اینڈ ریڈنگ قرآن، اور کئی ایسے انسٹنسز دیکھے ہم نے کہ فیملیز آ رہی تھیں، تو جب ان کو قرآن دیا گیا، تو جو ان کی فیملی میں جو ان کے بیٹے یا بیٹی تھے، تو انہوں نے سب سے پہلے قرآن لیا، اور اس کے بعد وہ جیسے ہی آگے بڑھے، تو پیرنٹس نے بولا کہ نہیں نہیں، واپس کرو قرآن۔</w:t>
      </w:r>
    </w:p>
    <w:p>
      <w:r>
        <w:rPr>
          <w:b/>
        </w:rPr>
        <w:t xml:space="preserve">[06:04] </w:t>
      </w:r>
      <w:r>
        <w:t>to aksar pehle zamane mein yeh hota tha ke agar keh diya to woh lauta diya gaya, to bete aur beti dono ne kaha ke nahi, humein parhna hai, we want to read it.</w:t>
      </w:r>
    </w:p>
    <w:p>
      <w:pPr>
        <w:jc w:val="right"/>
      </w:pPr>
      <w:r>
        <w:t>تو اکثر پہلے زمانے میں یہ ہوتا تھا کہ اگر کہہ دیا تو وہ لوٹا دیا گیا، تو بیٹے اور بیٹی دونوں نے کہا کہ نہیں، ہمیں پڑھنا ہے، وی وانٹ ٹو ریڈ اٹ۔</w:t>
      </w:r>
    </w:p>
    <w:p>
      <w:r>
        <w:rPr>
          <w:b/>
        </w:rPr>
        <w:t xml:space="preserve">[06:17] </w:t>
      </w:r>
      <w:r>
        <w:t>to un ke beech mein aapas mein discussion hua, aur us ke baad finally jo bete the, unhone prevail kiya, aur doosre instance mein beti ne prevail kiya ke quran to hum le ke rahenge, aur hum us ko parhenge bhi, aur woh aage badh gaye.</w:t>
      </w:r>
    </w:p>
    <w:p>
      <w:pPr>
        <w:jc w:val="right"/>
      </w:pPr>
      <w:r>
        <w:t>تو ان کے بیچ میں آپس میں ڈسکشن ہوا، اور اس کے بعد فائنلی جو بیٹے تھے، انہوں نے پریویل کیا، اور دوسرے انسٹنس میں بیٹی نے پریویل کیا کہ قرآن تو ہم لے کے رہیں گے، اور ہم اس کو پڑھیں گے بھی، اور وہ آگے بڑھ گئے۔</w:t>
      </w:r>
    </w:p>
    <w:p>
      <w:r>
        <w:rPr>
          <w:b/>
        </w:rPr>
        <w:t xml:space="preserve">[06:34] </w:t>
      </w:r>
      <w:r>
        <w:t>phir ek instance hua, maulana, bohat interesting ke ek brother aur sister the, to jaise hi un ko quran diya gaya english mein, to the brother said that it is very strange that my jo un ke sath sister thi, that she was looking, she was looking for one copy, so when she got the quran copy, she was like a little child,</w:t>
      </w:r>
    </w:p>
    <w:p>
      <w:pPr>
        <w:jc w:val="right"/>
      </w:pPr>
      <w:r>
        <w:t>پھر ایک انسٹنس ہوا، مولانا، بہت انٹرسٹنگ کہ ایک برادر اور سسٹر تھے، تو جیسے ہی ان کو قرآن دیا گیا انگلش میں، تو دا برادر سیڈ دیٹ اٹ از ویری سٹرینج دیٹ مائی جو ان کے ساتھ سسٹر تھی، دیٹ شی واز لوکنگ، شی واز لوکنگ فار ون کاپی، سو وین شی گاٹ دی قرآن کاپی، شی واز لائک ا لٹل چائلڈ،</w:t>
      </w:r>
    </w:p>
    <w:p>
      <w:r>
        <w:rPr>
          <w:b/>
        </w:rPr>
        <w:t xml:space="preserve">[06:58] </w:t>
      </w:r>
      <w:r>
        <w:t>just like a child will get a new gift. she was almost jumping, she said that i i was looking for a quran, and to hum ne kaha un ko ke maybe god brought you here because of this.</w:t>
      </w:r>
    </w:p>
    <w:p>
      <w:pPr>
        <w:jc w:val="right"/>
      </w:pPr>
      <w:r>
        <w:t>جسٹ لائک ا چائلڈ ویل گیٹ ا نیو گفٹ۔ شی واز الموسٹ جمپنگ، شی سیڈ دیٹ ائی ائی واز لوکنگ فار ا قرآن، اینڈ تو ہم نے کہا ان کو کہ می بی گاڈ براٹ یو ہیر بیکاز اف دس۔</w:t>
      </w:r>
    </w:p>
    <w:p>
      <w:r>
        <w:rPr>
          <w:b/>
        </w:rPr>
        <w:t xml:space="preserve">[07:14] </w:t>
      </w:r>
      <w:r>
        <w:t>so bohat happily woh le ke gaye quran. ek sardar ji aaye, to un se interact karne ka koshish ki gayi, to unhone koi jawab nahi diya.</w:t>
      </w:r>
    </w:p>
    <w:p>
      <w:pPr>
        <w:jc w:val="right"/>
      </w:pPr>
      <w:r>
        <w:t>سو بہت ہیپیلی وہ لے کے گئے قرآن۔ ایک سردار جی آئے، تو ان سے انٹریکٹ کرنے کا کوشش کی گئی، تو انہوں نے کوئی جواب نہیں دیا۔</w:t>
      </w:r>
    </w:p>
    <w:p>
      <w:r>
        <w:rPr>
          <w:b/>
        </w:rPr>
        <w:t xml:space="preserve">[07:24] </w:t>
      </w:r>
      <w:r>
        <w:t>unhone seedha ja ke urdu quran uthaya, aur hum logon ko taajjub hua ke yeh ek sardar hain, aur urdu quran uthaya unhone.</w:t>
      </w:r>
    </w:p>
    <w:p>
      <w:pPr>
        <w:jc w:val="right"/>
      </w:pPr>
      <w:r>
        <w:t>انہوں نے سیدھا جا کے اردو قرآن اٹھایا، اور ہم لوگوں کو تعجب ہوا کہ یہ ایک سردار ہیں، اور اردو قرآن اٹھایا انہوں نے۔</w:t>
      </w:r>
    </w:p>
    <w:p>
      <w:r>
        <w:rPr>
          <w:b/>
        </w:rPr>
        <w:t xml:space="preserve">[07:32] </w:t>
      </w:r>
      <w:r>
        <w:t>to pehle paanch minute urdu quran parhte rahe wahan pe, phir us ke baad urdu risala uthaya, aur ja ke wahan pe chair pe baith gaye.</w:t>
      </w:r>
    </w:p>
    <w:p>
      <w:pPr>
        <w:jc w:val="right"/>
      </w:pPr>
      <w:r>
        <w:t>تو پہلے پانچ منٹ اردو قرآن پڑھتے رہے وہاں پہ، پھر اس کے بعد اردو الرسالہ اٹھایا، اور جا کے وہاں پہ چیئر پہ بیٹھ گئے۔</w:t>
      </w:r>
    </w:p>
    <w:p>
      <w:r>
        <w:rPr>
          <w:b/>
        </w:rPr>
        <w:t xml:space="preserve">[07:42] </w:t>
      </w:r>
      <w:r>
        <w:t>to wahan pe satoohi ne bhi baat karne ki koshish ki, unhone jawab nahi diya. ek aur CPS member ne baat karne ki koshish ki, unhone jawab nahi diya, aur chup chap kam se kam bees minute baith ke risala parhte rahe, aur us ke baad woh uthe, un ko teen char kuch urdu kitabein dein, aur woh le ke chale gaye.</w:t>
      </w:r>
    </w:p>
    <w:p>
      <w:pPr>
        <w:jc w:val="right"/>
      </w:pPr>
      <w:r>
        <w:t>تو وہاں پہ سطوحی نے بھی بات کرنے کی کوشش کی، انہوں نے جواب نہیں دیا۔ ایک اور سی پی ایس ممبر نے بات کرنے کی کوشش کی، انہوں نے جواب نہیں دیا، اور چپ چاپ کم سے کم بیس منٹ بیٹھ کے الرسالہ پڑھتے رہے، اور اس کے بعد وہ اٹھے، ان کو تین چار کچھ اردو کتابیں دیں، اور وہ لے کے چلے گئے۔</w:t>
      </w:r>
    </w:p>
    <w:p>
      <w:r>
        <w:rPr>
          <w:b/>
        </w:rPr>
        <w:t xml:space="preserve">[08:03] </w:t>
      </w:r>
      <w:r>
        <w:t>phir aur instances maulana yeh hue ke punjabi quran particularly wahan se bohat zyada log interest ke sath le rahe the, aur kyunke wahan pe kai zabanon mein english, urdu, hindi, aur kai tarjume rakhe hue the, to log apni pasand ke translation jis language mein woh familiar hain, us language ka quran utha ke woh ja rahe the.</w:t>
      </w:r>
    </w:p>
    <w:p>
      <w:pPr>
        <w:jc w:val="right"/>
      </w:pPr>
      <w:r>
        <w:t>پھر اور انسٹنسز مولانا یہ ہوئے کہ پنجابی قرآن پرٹیکولرلی وہاں سے بہت زیادہ لوگ انٹرسٹ کے ساتھ لے رہے تھے، اور کیونکہ وہاں پہ کئی زبانوں میں انگلش، اردو، ہندی، اور کئی ترجمے رکھے ہوئے تھے، تو لوگ اپنی پسند کے ٹرانسلیشن جس لینگویج میں وہ فیملیئر ہیں، اس لینگویج کا قرآن اٹھا کے وہ جا رہے تھے۔</w:t>
      </w:r>
    </w:p>
    <w:p>
      <w:r>
        <w:rPr>
          <w:b/>
        </w:rPr>
        <w:t xml:space="preserve">[08:29] </w:t>
      </w:r>
      <w:r>
        <w:t>to is sab se maulana jitne bhi CPS members the, un ko bhi bohat encouragement aur strength mil rahi thi, un ki bhi energy levels badh rahe the, jis tarike se quran log khushi khushi le ke ja rahe the.</w:t>
      </w:r>
    </w:p>
    <w:p>
      <w:pPr>
        <w:jc w:val="right"/>
      </w:pPr>
      <w:r>
        <w:t>تو اس سب سے مولانا جتنے بھی سی پی ایس ممبرز تھے، ان کو بھی بہت انکریجمنٹ اور سٹرینتھ مل رہی تھی، ان کی بھی انرجی لیولز بڑھ رہے تھے، جس طریقے سے قرآن لوگ خوشی خوشی لے کے جا رہے تھے۔</w:t>
      </w:r>
    </w:p>
    <w:p>
      <w:r>
        <w:rPr>
          <w:b/>
        </w:rPr>
        <w:t xml:space="preserve">[08:42] </w:t>
      </w:r>
      <w:r>
        <w:t>to yeh bohat hi interesting experience raha maulana, aur abhi bhi is waqt bhi quran distribution ho raha hai maulana, aur as compared to previous years, quran distribution has gone up significantly.</w:t>
      </w:r>
    </w:p>
    <w:p>
      <w:pPr>
        <w:jc w:val="right"/>
      </w:pPr>
      <w:r>
        <w:t>تو یہ بہت ہی انٹرسٹنگ ایکسپیرینس رہا مولانا، اور ابھی بھی اس وقت بھی قرآن ڈسٹریبیوشن ہو رہا ہے مولانا، اور ایز کمپیر ٹو پریویس ایئرز، قرآن ڈسٹریبیوشن ہیز گون اپ سگنیفیکنٹلی۔</w:t>
      </w:r>
    </w:p>
    <w:p>
      <w:r>
        <w:rPr>
          <w:b/>
        </w:rPr>
        <w:t xml:space="preserve">[08:59] </w:t>
      </w:r>
      <w:r>
        <w:t>ab tak kuch hundreds quran jati thi, to ab tak more than six thousand quran copies has already been distributed. achha achha, aur kal kyunke sunday hai, to shayad kal maximum distribution hoga.</w:t>
      </w:r>
    </w:p>
    <w:p>
      <w:pPr>
        <w:jc w:val="right"/>
      </w:pPr>
      <w:r>
        <w:t>اب تک کچھ ہنڈرڈز قرآن جاتی تھی، تو اب تک مور دین سکس تھا قرآن کاپیز ہیز الریڈی بین ڈسٹریبیوٹڈ۔ اچھا اچھا، اور کل کیونکہ سنڈے ہے، تو شاید کل میکسیمم ڈسٹریبیوشن ہوگا۔</w:t>
      </w:r>
    </w:p>
    <w:p>
      <w:r>
        <w:rPr>
          <w:b/>
        </w:rPr>
        <w:t xml:space="preserve">[09:13] </w:t>
      </w:r>
      <w:r>
        <w:t>hindi quran mein kuch panditon ne aa ke li quran, achha ah, aur kuch department, NCERT department se kuch officials aaye the, unhone quran li, unhone kaha hum us ko apne department mein rakhenge, hindi quran ko.</w:t>
      </w:r>
    </w:p>
    <w:p>
      <w:pPr>
        <w:jc w:val="right"/>
      </w:pPr>
      <w:r>
        <w:t>ہندی قرآن میں کچھ پنڈتوں نے آ کے لی قرآن، اچھا اہ، اور کچھ ڈیپارٹمنٹ، این سی آر ٹی ڈیپارٹمنٹ سے کچھ افیشلز آئے تھے، انہوں نے قرآن لی، انہوں نے کہا ہم اس کو اپنے ڈیپارٹمنٹ میں رکھیں گے، ہندی قرآن کو۔</w:t>
      </w:r>
    </w:p>
    <w:p>
      <w:r>
        <w:rPr>
          <w:b/>
        </w:rPr>
        <w:t xml:space="preserve">[09:27] </w:t>
      </w:r>
      <w:r>
        <w:t>achha ah, aur ah, bohat se logon ne appreciate kiya ke aap yeh bohat acha kaam kar rahe hain, ah, ke aap ek to quran de rahe hain, samjha rahe hain, aur upar se aap free mein de rahe hain, aap koi paisa bhi charge nahi kar rahe hain is ke liye.</w:t>
      </w:r>
    </w:p>
    <w:p>
      <w:pPr>
        <w:jc w:val="right"/>
      </w:pPr>
      <w:r>
        <w:t>اچھا اہ، اور اہ، بہت سے لوگوں نے ایپریشیٹ کیا کہ آپ یہ بہت اچھا کام کر رہے ہیں، اہ، کہ آپ ایک تو قرآن دے رہے ہیں، سمجھا رہے ہیں، اور اوپر سے آپ فری میں دے رہے ہیں، آپ کوئی پیسہ بھی چارج نہیں کر رہے ہیں اس کے لیے۔</w:t>
      </w:r>
    </w:p>
    <w:p>
      <w:r>
        <w:rPr>
          <w:b/>
        </w:rPr>
        <w:t xml:space="preserve">[09:43] </w:t>
      </w:r>
      <w:r>
        <w:t>masha Allah, to bohat zyada ah, Allah ki aur farishton ki madad aa rahi hai wahan pe stall pe. masha Allah masha Allah.</w:t>
      </w:r>
    </w:p>
    <w:p>
      <w:pPr>
        <w:jc w:val="right"/>
      </w:pPr>
      <w:r>
        <w:t>ماشاءاللہ، تو بہت زیادہ اہ، اللہ کی اور فرشتوں کی مدد آ رہی ہے وہاں پہ سٹال پہ۔ ماشاءاللہ ماشاءاللہ۔</w:t>
      </w:r>
    </w:p>
    <w:p>
      <w:r>
        <w:rPr>
          <w:b/>
        </w:rPr>
        <w:t xml:space="preserve">[09:55] </w:t>
      </w:r>
      <w:r>
        <w:t>ah,</w:t>
      </w:r>
    </w:p>
    <w:p>
      <w:pPr>
        <w:jc w:val="right"/>
      </w:pPr>
      <w:r>
        <w:t>اہ،</w:t>
      </w:r>
    </w:p>
    <w:p>
      <w:r>
        <w:rPr>
          <w:b/>
        </w:rPr>
        <w:t xml:space="preserve">[09:56] </w:t>
      </w:r>
      <w:r>
        <w:t>main ek tajurba share karna chahunga ke ek din main stall par tha to ek sahab aaye, bohat hi decent aadmi the, aur unhone aa kar kaha ke yeh quran aap jo de rahe hain, yeh kaise de rahe hain, kitne ka yeh quran hai.</w:t>
      </w:r>
    </w:p>
    <w:p>
      <w:pPr>
        <w:jc w:val="right"/>
      </w:pPr>
      <w:r>
        <w:t>میں ایک تجربہ شیئر کرنا چاہوں گا کہ ایک دن میں اسٹال پر تھا تو ایک صاحب آئے، بہت ہی ڈیسنٹ آدمی تھے، اور انہوں نے آ کر کہا کہ یہ قرآن آپ جو دے رہے ہیں، یہ کیسے دے رہے ہیں، کتنے کا یہ قرآن ہے۔</w:t>
      </w:r>
    </w:p>
    <w:p>
      <w:r>
        <w:rPr>
          <w:b/>
        </w:rPr>
        <w:t xml:space="preserve">[10:12] </w:t>
      </w:r>
      <w:r>
        <w:t>to maine kaha yeh aap ke liye gift hai, main hargiz nahi, main gift nahi le sakta hoon is ko, hargiz nahi, main aap ko is ke liye kuch zaroor pay karunga.</w:t>
      </w:r>
    </w:p>
    <w:p>
      <w:pPr>
        <w:jc w:val="right"/>
      </w:pPr>
      <w:r>
        <w:t>تو میں نے کہا یہ آپ کے لیے گفٹ ہے، میں ہرگز نہیں، میں گفٹ نہیں لے سکتا ہوں اس کو، ہرگز نہیں، میں آپ کو اس کے لیے کچھ ضرور پے کروں گا۔</w:t>
      </w:r>
    </w:p>
    <w:p>
      <w:r>
        <w:rPr>
          <w:b/>
        </w:rPr>
        <w:t xml:space="preserve">[10:22] </w:t>
      </w:r>
      <w:r>
        <w:t>is ke baad maine un ko bhej diya idhar ke jahan par woh good word ka yeh hai ke wahan par jaiye, wahan par pay kar diye. unhone ghaliban wahan ja kar dedh sau rupaye diye the quran ke, aur us ke baad unhone quran liya aur seenay se lagaya, aur us ke baad le kar gaye.</w:t>
      </w:r>
    </w:p>
    <w:p>
      <w:pPr>
        <w:jc w:val="right"/>
      </w:pPr>
      <w:r>
        <w:t>اس کے بعد میں نے ان کو بھیج دیا ادھر کہ جہاں پر وہ گڈ ورڈ کا یہ ہے کہ وہاں پر جائیے، وہاں پر پے کر دیے۔ انہوں نے غالباً وہاں جا کر ڈیڑھ سو روپے دیے تھے قرآن کے، اور اس کے بعد انہوں نے قرآن لیا اور سینے سے لگایا، اور اس کے بعد لے کر گئے۔</w:t>
      </w:r>
    </w:p>
    <w:p>
      <w:r>
        <w:rPr>
          <w:b/>
        </w:rPr>
        <w:t xml:space="preserve">[10:37] </w:t>
      </w:r>
      <w:r>
        <w:t>to aur is ke baad kuch log aise bhi aate hain jo nahi lena chahte hain, to hath apne seenay par rakh lete hain, aur us ke samne jhukte hain, aur kehte hain hum nahi lenge.</w:t>
      </w:r>
    </w:p>
    <w:p>
      <w:pPr>
        <w:jc w:val="right"/>
      </w:pPr>
      <w:r>
        <w:t>تو اور اس کے بعد کچھ لوگ ایسے بھی آتے ہیں جو نہیں لینا چاہتے ہیں، تو ہاتھ اپنے سینے پر رکھ لیتے ہیں، اور اس کے سامنے جھکتے ہیں، اور کہتے ہیں ہم نہیں لیں گے۔</w:t>
      </w:r>
    </w:p>
    <w:p>
      <w:r>
        <w:rPr>
          <w:b/>
        </w:rPr>
        <w:t xml:space="preserve">[10:46] </w:t>
      </w:r>
      <w:r>
        <w:t>yeh purane zamane mein jaise hota tha ke namaz nahi parhne dena, ya quran ko sun kar us ko gaali dena, bilkul woh nahi hai. ab zamana khatam ho gaya hai, yeh samajhne ki zaroorat hai hum ko.</w:t>
      </w:r>
    </w:p>
    <w:p>
      <w:pPr>
        <w:jc w:val="right"/>
      </w:pPr>
      <w:r>
        <w:t>یہ پرانے زمانے میں جیسے ہوتا تھا کہ نماز نہیں پڑھنے دینا، یا قرآن کو سن کر اس کو گالی دینا، بالکل وہ نہیں ہے۔ اب زمانہ ختم ہو گیا ہے، یہ سمجھنے کی ضرورت ہے ہم کو۔</w:t>
      </w:r>
    </w:p>
    <w:p>
      <w:r>
        <w:rPr>
          <w:b/>
        </w:rPr>
        <w:t xml:space="preserve">[10:57] </w:t>
      </w:r>
      <w:r>
        <w:t>is ka ek waqia yeh hai ke jahan par hamara stall hai, us ke bilkul samne ek aur sahab ka stall hai jo political interpretation of Islam ko mante hain, aur ek din hamare stall par aaye bhi the ke hum aap se baat karna chahte hain, lekin hum logon ne kaha ke yeh yahan par woh cheez baat nahi hoti, aap ko kitab parhna chahiye hamari, hum nahi karenge baat.</w:t>
      </w:r>
    </w:p>
    <w:p>
      <w:pPr>
        <w:jc w:val="right"/>
      </w:pPr>
      <w:r>
        <w:t>اس کا ایک واقعہ یہ ہے کہ جہاں پر ہمارا اسٹال ہے، اس کے بالکل سامنے ایک اور صاحب کا اسٹال ہے جو پولیٹیکل انٹرپریٹیشن آف اسلام کو مانتے ہیں، اور ایک دن ہمارے اسٹال پر آئے بھی تھے کہ ہم آپ سے بات کرنا چاہتے ہیں، لیکن ہم لوگوں نے کہا کہ یہ یہاں پر وہ چیز بات نہیں ہوتی، آپ کو کتاب پڑھنا چاہیے ہماری، ہم نہیں کریں گے بات۔</w:t>
      </w:r>
    </w:p>
    <w:p>
      <w:r>
        <w:rPr>
          <w:b/>
        </w:rPr>
        <w:t xml:space="preserve">[11:18] </w:t>
      </w:r>
      <w:r>
        <w:t>aur ittifaq ki baat yeh hai ke isi ke stall ke baghal mein in logon ne ek jagah dekhi jo khali thi, aur in logon ne is ko namaz ke liye keh diya, organizer se kaha ke hum namaz parhna chahte hain, to unhon ne is ko bazabta namaz ke liye diya, halanke jante hue ke woh un ke paas likha bhi hua hai Islam a complete system of life likha hua hai.</w:t>
      </w:r>
    </w:p>
    <w:p>
      <w:pPr>
        <w:jc w:val="right"/>
      </w:pPr>
      <w:r>
        <w:t>اور اتفاق کی بات یہ ہے کہ اسی کے اسٹال کے بغل میں ان لوگوں نے ایک جگہ دیکھی جو خالی تھی، اور ان لوگوں نے اس کو نماز کے لیے کہہ دیا، ارگنائزر سے کہا کہ ہم نماز پڑھنا چاہتے ہیں، تو انہوں نے اس کو بضابطہ نماز کے لیے دیا، حالانکہ جانتے ہوئے کہ وہ ان کے پاس لکھا بھی ہوا ہے اسلام ا کمپلیٹ سسٹم آف لائف لکھا ہوا ہے۔</w:t>
      </w:r>
    </w:p>
    <w:p>
      <w:r>
        <w:rPr>
          <w:b/>
        </w:rPr>
        <w:t xml:space="preserve">[11:39] </w:t>
      </w:r>
      <w:r>
        <w:t>aisa is ke bawajood un ko namaz parhne ke liye jagah di, aur woh hum se aa kar baat karte hain ke hukoomat e islamiya kyun nahi qaim hogi.</w:t>
      </w:r>
    </w:p>
    <w:p>
      <w:pPr>
        <w:jc w:val="right"/>
      </w:pPr>
      <w:r>
        <w:t>ایسا اس کے باوجود ان کو نماز پڑھنے کے لیے جگہ دی، اور وہ ہم سے آ کر بات کرتے ہیں کہ حکومت اسلامیہ کیوں نہیں قائم ہوگی۔</w:t>
      </w:r>
    </w:p>
    <w:p>
      <w:r>
        <w:rPr>
          <w:b/>
        </w:rPr>
        <w:t xml:space="preserve">[11:48] </w:t>
      </w:r>
      <w:r>
        <w:t>is type ke logon ko bhi mauqa hai is dunya mein kaam karne ke liye, yeh is baat ki alamat hai ke kya</w:t>
      </w:r>
    </w:p>
    <w:p>
      <w:pPr>
        <w:jc w:val="right"/>
      </w:pPr>
      <w:r>
        <w:t>اس ٹائپ کے لوگوں کو بھی موقع ہے اس دنیا میں کام کرنے کے لیے، یہ اس بات کی علامت ہے کہ کیا</w:t>
      </w:r>
    </w:p>
    <w:p>
      <w:r>
        <w:rPr>
          <w:b/>
        </w:rPr>
        <w:t xml:space="preserve">[11:54] </w:t>
      </w:r>
      <w:r>
        <w:t>hukoomat e islamiya, kya islami hukoomat kyun nahi? aap kyun nahi mante hain is ko? islami hukoomat ko kyun nahi mante hain aap</w:t>
      </w:r>
    </w:p>
    <w:p>
      <w:pPr>
        <w:jc w:val="right"/>
      </w:pPr>
      <w:r>
        <w:t>حکومت اسلامیہ، کیا اسلامی حکومت کیوں نہیں؟ آپ کیوں نہیں مانتے ہیں اس کو؟ اسلامی حکومت کو کیوں نہیں مانتے ہیں آپ</w:t>
      </w:r>
    </w:p>
    <w:p>
      <w:r>
        <w:rPr>
          <w:b/>
        </w:rPr>
        <w:t xml:space="preserve">[12:01] </w:t>
      </w:r>
      <w:r>
        <w:t>? acha hmm, to aise logon ko bhi mauqa hai. to agar hum is mein dawat ka kaam nahi karein, aur subah se shaam tak mein bhi kai din raha hoon, to maine dekha hai ke aa kar log lete hain.</w:t>
      </w:r>
    </w:p>
    <w:p>
      <w:pPr>
        <w:jc w:val="right"/>
      </w:pPr>
      <w:r>
        <w:t>؟ اچھا ہمم، تو ایسے لوگوں کو بھی موقع ہے۔ تو اگر ہم اس میں دعوت کا کام نہیں کریں، اور صبح سے شام تک میں بھی کئی دن رہا ہوں، تو میں نے دیکھا ہے کہ آ کر لوگ لیتے ہیں۔</w:t>
      </w:r>
    </w:p>
    <w:p>
      <w:r>
        <w:rPr>
          <w:b/>
        </w:rPr>
        <w:t xml:space="preserve">[12:14] </w:t>
      </w:r>
      <w:r>
        <w:t>aksar log agar das mein se kahin to aath log lete hain quran, das mein se aath to lete hi lete hain, aur le kar jaate hain bazabta. to aise mauqe par agar hum dawat ka kaam nahi karein ge to yaqeenan Khuda ke haan pooch ho sakti hai.</w:t>
      </w:r>
    </w:p>
    <w:p>
      <w:pPr>
        <w:jc w:val="right"/>
      </w:pPr>
      <w:r>
        <w:t>اکثر لوگ اگر دس میں سے کہیں تو آٹھ لوگ لیتے ہیں قرآن، دس میں سے آٹھ تو لیتے ہی لیتے ہیں، اور لے کر جاتے ہیں بضابطہ۔ تو ایسے موقع پر اگر ہم دعوت کا کام نہیں کریں گے تو یقینا خدا کے ہاں پوچھ ہو سکتی ہے۔</w:t>
      </w:r>
    </w:p>
    <w:p>
      <w:r>
        <w:rPr>
          <w:b/>
        </w:rPr>
        <w:t xml:space="preserve">[12:28] </w:t>
      </w:r>
      <w:r>
        <w:t>batour khaas Allah ka shukriya is baat ke liye mein ada karna chahta hoon ke ittifaq se ek din mein gaya wahan par, ah, is hall mein gaya jahan par sab foreign countries ke, ah, stalls lage hue hain, aur is mein specially gulf countries ke stalls hain.</w:t>
      </w:r>
    </w:p>
    <w:p>
      <w:pPr>
        <w:jc w:val="right"/>
      </w:pPr>
      <w:r>
        <w:t>بطور خاص اللہ کا شکریہ اس بات کے لیے میں ادا کرنا چاہتا ہوں کہ اتفاق سے ایک دن میں گیا وہاں پر، اہ، اس ہال میں گیا جہاں پر سب فارن کنٹریز کے، اہ، اسٹالز لگے ہوئے ہیں، اور اس میں اسپیشلی گلف کنٹریز کے اسٹالز ہیں۔</w:t>
      </w:r>
    </w:p>
    <w:p>
      <w:r>
        <w:rPr>
          <w:b/>
        </w:rPr>
        <w:t xml:space="preserve">[12:43] </w:t>
      </w:r>
      <w:r>
        <w:t>misal ke taur par imarat ke kai states ke stalls alag alag hain, Saudi Arab ka hai, aur Iran ka hai. lekin maine dekha ke in logon ke paas jo quran hai woh bas ek exhibition ke liye hai.</w:t>
      </w:r>
    </w:p>
    <w:p>
      <w:pPr>
        <w:jc w:val="right"/>
      </w:pPr>
      <w:r>
        <w:t>مثال کے طور پر امارات کے کئی اسٹیٹس کے اسٹال الگ الگ ہیں، سعودی عرب کا ہے، اور ایران کا ہے۔ لیکن میں نے دیکھا کہ ان لوگوں کے پاس جو قرآن ہے وہ بس ایک ایگزیبیشن کے لیے ہے۔</w:t>
      </w:r>
    </w:p>
    <w:p>
      <w:r>
        <w:rPr>
          <w:b/>
        </w:rPr>
        <w:t xml:space="preserve">[12:55] </w:t>
      </w:r>
      <w:r>
        <w:t>Saudi Arab ke is mein bhi quran laga hua hai, King Fahd complex ka quran chupa hua wahan rakha hua hai, lekin unhon ne is ko rakha hai ek exhibition ke liye ke rakha hua hai, aap dekh lijiye, is ko aap is ko le nahi sakte hain, bas dekhne ke liye rakha hua hai.</w:t>
      </w:r>
    </w:p>
    <w:p>
      <w:pPr>
        <w:jc w:val="right"/>
      </w:pPr>
      <w:r>
        <w:t>سعودی عرب کے اس میں بھی قرآن لگا ہوا ہے، کنگ فیٹ کمپلیکس کا قرآن چھپا ہوا وہاں رکھا ہوا ہے، لیکن انہوں نے اس کو رکھا ہے ایک ایگزیبیشن کے لیے کہ رکھا ہوا ہے، آپ دیکھ لیجئے، اس کو آپ اس کو لے نہیں سکتے ہیں، بس دیکھنے کے لیے رکھا ہوا ہے۔</w:t>
      </w:r>
    </w:p>
    <w:p>
      <w:r>
        <w:rPr>
          <w:b/>
        </w:rPr>
        <w:t xml:space="preserve">[13:07] </w:t>
      </w:r>
      <w:r>
        <w:t>yeh bas Allah taala ne hamare liye CPS ke liye mauqa diya hai ke hum quran ko taqseem kar rahe hain, aur un logon tak bhi hum ne quran pohanchaya hai. to yeh mein samajhta hoon Allah taala ki taraf se ehsan hai ke hum ko Allah taala ne itni aasani di hai dawat ka kaam karne ke liye.</w:t>
      </w:r>
    </w:p>
    <w:p>
      <w:pPr>
        <w:jc w:val="right"/>
      </w:pPr>
      <w:r>
        <w:t>یہ بس اللہ تعالی نے ہمارے لیے سی پی ایس کے لیے موقع دیا ہے کہ ہم قرآن کو تقسیم کر رہے ہیں، اور ان لوگوں تک بھی ہم نے قرآن پہنچایا ہے۔ تو یہ میں سمجھتا ہوں اللہ تعالی کی طرف سے احسان ہے کہ ہم کو اللہ تعالی نے اتنی آسانی دی ہے دعوت کا کام کرنے کے لیے۔</w:t>
      </w:r>
    </w:p>
    <w:p>
      <w:r>
        <w:rPr>
          <w:b/>
        </w:rPr>
        <w:t xml:space="preserve">[13:24] </w:t>
      </w:r>
      <w:r>
        <w:t>masha Allah masha Allah. Maulana Suhaib ne bhi yeh cheez batai ke kafi Kashmiri students jo hain woh kitab khareed ke specifically le ke gaye, ah, aur kai aise students hain jo Jamiya mein bhi parh rahe hain.</w:t>
      </w:r>
    </w:p>
    <w:p>
      <w:pPr>
        <w:jc w:val="right"/>
      </w:pPr>
      <w:r>
        <w:t>ماشاءاللہ ماشاءاللہ۔ مولانا صہیب نے بھی یہ چیز بتائی کہ کافی کشمیری سٹوڈنٹس جو ہیں وہ کتاب خرید کے سپیسیفکلی لے کے گئے، اہ، اور کئی ایسے سٹوڈنٹس ہیں جو جامعہ میں بھی پڑھ رہے ہیں۔</w:t>
      </w:r>
    </w:p>
    <w:p>
      <w:r>
        <w:rPr>
          <w:b/>
        </w:rPr>
        <w:t xml:space="preserve">[13:43] </w:t>
      </w:r>
      <w:r>
        <w:t>ah, Maulana aksar yeh dekha gaya ke log pehle mana karte hain, phir aage jaate hain, phir mud ke wapas aate hain. to aisa kyun hota hai Maulana ke pehle instance mein mana karte hain, phir aage jayenge, rukenge, phir mud ke aayenge, aur phir quran le lenge?</w:t>
      </w:r>
    </w:p>
    <w:p>
      <w:pPr>
        <w:jc w:val="right"/>
      </w:pPr>
      <w:r>
        <w:t>اہ، مولانا اکثر یہ دیکھا گیا کہ لوگ پہلے منع کرتے ہیں، پھر آگے جاتے ہیں، پھر مڑ کے واپس آتے ہیں۔ تو ایسا کیوں ہوتا ہے مولانا کہ پہلے انسٹنس میں منع کرتے ہیں، پھر آگے جائیں گے، رکیں گے، پھر مڑ کے آئیں گے، اور پھر قرآن لے لیں گے؟</w:t>
      </w:r>
    </w:p>
    <w:p>
      <w:r>
        <w:rPr>
          <w:b/>
        </w:rPr>
        <w:t xml:space="preserve">[13:59] </w:t>
      </w:r>
      <w:r>
        <w:t>yeh to saaf baat hai ke un ke dil mein farishta baitha hua hai, woh kehta hai ke liya kyun nahi?</w:t>
      </w:r>
    </w:p>
    <w:p>
      <w:pPr>
        <w:jc w:val="right"/>
      </w:pPr>
      <w:r>
        <w:t>یہ تو صاف بات ہے کہ ان کے دل میں فرشتہ بیٹھا ہوا ہے، وہ کہتا ہے کہ لیا کیوں نہیں؟</w:t>
      </w:r>
    </w:p>
    <w:p>
      <w:r>
        <w:rPr>
          <w:b/>
        </w:rPr>
        <w:t xml:space="preserve">[14:08] </w:t>
      </w:r>
      <w:r>
        <w:t>ja kar lo. farishta un ke mind ko activate kar ke kehta hai ke liya kyun nahi?</w:t>
      </w:r>
    </w:p>
    <w:p>
      <w:pPr>
        <w:jc w:val="right"/>
      </w:pPr>
      <w:r>
        <w:t>جا کر لو۔ فرشتہ ان کے مائنڈ کو ایکٹیویٹ کر کے کہتا ہے کہ لیا کیوں نہیں؟</w:t>
      </w:r>
    </w:p>
    <w:p>
      <w:r>
        <w:rPr>
          <w:b/>
        </w:rPr>
        <w:t xml:space="preserve">[14:16] </w:t>
      </w:r>
      <w:r>
        <w:t>ja ja kar lo. mein to bas kehta hoon ke saaf taur par yeh farishte ka amal hai.</w:t>
      </w:r>
    </w:p>
    <w:p>
      <w:pPr>
        <w:jc w:val="right"/>
      </w:pPr>
      <w:r>
        <w:t>جا جا کر لو۔ میں تو بس کہتا ہوں کہ صاف طور پر یہ فرشتے کا عمل ہے۔</w:t>
      </w:r>
    </w:p>
    <w:p>
      <w:r>
        <w:rPr>
          <w:b/>
        </w:rPr>
        <w:t xml:space="preserve">[14:29] </w:t>
      </w:r>
      <w:r>
        <w:t>Allah taala ne farishton ko keh diya hai ke logon ke dilon mein baith jao, un se kaho ke parho, parho, parho.</w:t>
      </w:r>
    </w:p>
    <w:p>
      <w:pPr>
        <w:jc w:val="right"/>
      </w:pPr>
      <w:r>
        <w:t>اللہ تعالی نے فرشتوں کو کہہ دیا ہے کہ لوگوں کے دلوں میں بیٹھ جاؤ، ان سے کہو کہ پڑھو، پڑھو، پڑھو۔</w:t>
      </w:r>
    </w:p>
    <w:p>
      <w:r>
        <w:rPr>
          <w:b/>
        </w:rPr>
        <w:t xml:space="preserve">[14:37] </w:t>
      </w:r>
      <w:r>
        <w:t>Maulana what you just said ke youth are coming more and youth are motivated to take it and they are even ready to, I mean, tell their parents openly that we will definitely read it.</w:t>
      </w:r>
    </w:p>
    <w:p>
      <w:pPr>
        <w:jc w:val="right"/>
      </w:pPr>
      <w:r>
        <w:t>مولانا واٹ رجتھ سیڈ کہ یوتھ آر کمنگ مور اینڈ یوتھ آر موٹیویٹڈ ٹو ٹیک اٹ اینڈ دے آر ایون ریڈی ٹو، آئی مین، ٹیل دیر پیرنٹس اوپنلی دیٹ وی ویل ڈیفینیٹلی ریڈ اٹ۔</w:t>
      </w:r>
    </w:p>
    <w:p>
      <w:r>
        <w:rPr>
          <w:b/>
        </w:rPr>
        <w:t xml:space="preserve">[14:52] </w:t>
      </w:r>
      <w:r>
        <w:t>why do you think this is happening?</w:t>
      </w:r>
    </w:p>
    <w:p>
      <w:pPr>
        <w:jc w:val="right"/>
      </w:pPr>
      <w:r>
        <w:t>وائی ڈو یو تھنک دس از ہیپننگ؟</w:t>
      </w:r>
    </w:p>
    <w:p>
      <w:r>
        <w:rPr>
          <w:b/>
        </w:rPr>
        <w:t xml:space="preserve">[14:55] </w:t>
      </w:r>
      <w:r>
        <w:t>bhai, mujhe to samajh aata hai ke parent bol rahe hain ab tak jo trend chala raha hai us ko le kar, aur bachche jo latest trend jo hai jo farishton ne dala hai us ko le kar bol rahe hain.</w:t>
      </w:r>
    </w:p>
    <w:p>
      <w:pPr>
        <w:jc w:val="right"/>
      </w:pPr>
      <w:r>
        <w:t>بھائی، مجھے تو سمجھ آتا ہے کہ پیرنٹ بول رہے ہیں اب تک جو ٹرینڈ چلا رہا ہے اس کو لے کر، اور بچے جو لیٹسٹ ٹرینڈ جو ہے جو فرشتوں نے ڈالا ہے اس کو لے کر بول رہے ہیں۔</w:t>
      </w:r>
    </w:p>
    <w:p>
      <w:r>
        <w:rPr>
          <w:b/>
        </w:rPr>
        <w:t xml:space="preserve">[15:10] </w:t>
      </w:r>
      <w:r>
        <w:t>pehla to pehla to trend yeh tha</w:t>
      </w:r>
    </w:p>
    <w:p>
      <w:pPr>
        <w:jc w:val="right"/>
      </w:pPr>
      <w:r>
        <w:t>پہلے تو پہلے تو ٹرینڈ یہی تھا</w:t>
      </w:r>
    </w:p>
    <w:p>
      <w:r>
        <w:rPr>
          <w:b/>
        </w:rPr>
        <w:t xml:space="preserve">[15:15] </w:t>
      </w:r>
      <w:r>
        <w:t>jis ko parent jante hain, lekin ab Allah taala ne trend badal diya hai. now the angels are trend setter.</w:t>
      </w:r>
    </w:p>
    <w:p>
      <w:pPr>
        <w:jc w:val="right"/>
      </w:pPr>
      <w:r>
        <w:t>جس کو پیرنٹ جانتے ہیں، لیکن اب اللہ تعالی نے ٹرینڈ بدل دیا ہے۔ ناؤ دا اینجلز آر ٹرینڈ سیٹر۔</w:t>
      </w:r>
    </w:p>
    <w:p>
      <w:r>
        <w:rPr>
          <w:b/>
        </w:rPr>
        <w:t xml:space="preserve">[15:29] </w:t>
      </w:r>
      <w:r>
        <w:t>yeh bohat ajeeb baat hai ke pehle trend setter jo tha woh old concept tha, ab jo concept hai woh woh hai jo angels ka diya hua trend setter hai.</w:t>
      </w:r>
    </w:p>
    <w:p>
      <w:pPr>
        <w:jc w:val="right"/>
      </w:pPr>
      <w:r>
        <w:t>یہ بہت عجیب بات ہے کہ پہلے ٹرینڈ سیٹر جو تھا وہ اولڈ کانسیپٹ تھا، اب جو کانسیپٹ ہے وہ وہ ہے جو اینجلز کا دیا ہوا ٹرینڈ سیٹر ہے۔</w:t>
      </w:r>
    </w:p>
    <w:p>
      <w:r>
        <w:rPr>
          <w:b/>
        </w:rPr>
        <w:t xml:space="preserve">[15:47] </w:t>
      </w:r>
      <w:r>
        <w:t>to mujhe to is mein bohat hope nazar aati hai, hope ke Allah taala ne faisla kiya hai ke logon tak pohanche quran, jo na chahe us ko us ko bhi pohanche.</w:t>
      </w:r>
    </w:p>
    <w:p>
      <w:pPr>
        <w:jc w:val="right"/>
      </w:pPr>
      <w:r>
        <w:t>تو مجھے تو اس میں بہت ہوپ نظر آتی ہے، ہوپ کہ اللہ تعالی نے فیصلہ کیا ہے کہ لوگوں تک پہنچے قرآن، جو نہ چاہے اس کو اس کو بھی پہنچے۔</w:t>
      </w:r>
    </w:p>
    <w:p>
      <w:r>
        <w:rPr>
          <w:b/>
        </w:rPr>
        <w:t xml:space="preserve">[16:01] </w:t>
      </w:r>
      <w:r>
        <w:t>aur dekhein hadees mein ajeeb baat hai ke yeh ayat hai, woh ka alfaaz hain: "willingly" aur "unwillingly"</w:t>
      </w:r>
    </w:p>
    <w:p>
      <w:pPr>
        <w:jc w:val="right"/>
      </w:pPr>
      <w:r>
        <w:t>اور دیکھیں حدیث میں عجیب بات ہے کہ یہ آیت ہے، وہ کا الفاظ ہیں: "ویلنگلی" اور "ان ویلنگلی"</w:t>
      </w:r>
    </w:p>
    <w:p>
      <w:r>
        <w:rPr>
          <w:b/>
        </w:rPr>
        <w:t xml:space="preserve">[16:12] </w:t>
      </w:r>
      <w:r>
        <w:t>be izzat azeez aur be zulm. haan, woh wohi to hai yeh ke quran logon tak pohanche ga "willingly" aur "unwillingly" na chahein tab bhi pohanche ga.</w:t>
      </w:r>
    </w:p>
    <w:p>
      <w:pPr>
        <w:jc w:val="right"/>
      </w:pPr>
      <w:r>
        <w:t>بے عزت عزیز اور بے ظلم۔ ہاں، وہ وہی تو ہے یہ کہ قرآن لوگوں تک پہنچے گا "ویلنگلی" اور "ان ویلنگلی" نہ چاہیں تب بھی پہنچے گا۔</w:t>
      </w:r>
    </w:p>
    <w:p>
      <w:r>
        <w:rPr>
          <w:b/>
        </w:rPr>
        <w:t xml:space="preserve">[16:29] </w:t>
      </w:r>
      <w:r>
        <w:t>un ka samaj, un ke traditional ideas un se keh rahe hain ke chodo quran ko. to bachche jo naye jo naya trend jo farishton ne set kiya hai us ke andar play bade hain, woh kehte hain ke nahi hamein to quran ko padhna hai.</w:t>
      </w:r>
    </w:p>
    <w:p>
      <w:pPr>
        <w:jc w:val="right"/>
      </w:pPr>
      <w:r>
        <w:t>ان کا سماج، ان کے ٹریڈیشنل آئیڈیاز ان سے کہہ رہے ہیں کہ چھوڑو قرآن کو۔ تو بچے جو نئے جو نیا ٹرینڈ جو فرشتوں نے سیٹ کیا ہے اس کے اندر پلے بڑے ہیں، وہ کہتے ہیں کہ نہیں ہمیں تو قرآن کو پڑھنا ہے۔</w:t>
      </w:r>
    </w:p>
    <w:p>
      <w:r>
        <w:rPr>
          <w:b/>
        </w:rPr>
        <w:t xml:space="preserve">[16:51] </w:t>
      </w:r>
      <w:r>
        <w:t>yeh to hai "willingly" aur "unwillingly". yeh to bohat ajeeb baat hai.</w:t>
      </w:r>
    </w:p>
    <w:p>
      <w:pPr>
        <w:jc w:val="right"/>
      </w:pPr>
      <w:r>
        <w:t>یہ تو ہے "ویلنگلی" اور "ان ویلنگلی"۔ یہ تو بہت عجیب بات ہے۔</w:t>
      </w:r>
    </w:p>
    <w:p>
      <w:r>
        <w:rPr>
          <w:b/>
        </w:rPr>
        <w:t xml:space="preserve">[16:59] </w:t>
      </w:r>
      <w:r>
        <w:t>ab hum logon ko yani yahi karna hai ke Allah ki madad quran ke sath hai.</w:t>
      </w:r>
    </w:p>
    <w:p>
      <w:pPr>
        <w:jc w:val="right"/>
      </w:pPr>
      <w:r>
        <w:t>اب ہم لوگوں کو یعنی یہی کرنا ہے کہ اللہ کی مدد قرآن کے ساتھ ہے۔</w:t>
      </w:r>
    </w:p>
    <w:p>
      <w:r>
        <w:rPr>
          <w:b/>
        </w:rPr>
        <w:t xml:space="preserve">[17:11] </w:t>
      </w:r>
      <w:r>
        <w:t>ab pure pure dil jaan se hamein quran ko phailane mein lag jana hai, har zaban mein, har zaban mein, har zaban mein.</w:t>
      </w:r>
    </w:p>
    <w:p>
      <w:pPr>
        <w:jc w:val="right"/>
      </w:pPr>
      <w:r>
        <w:t>اب پورے پورے دل جان سے ہمیں قرآن کو پھیلانے میں لگ جانا ہے، ہر زبان میں، ہر زبان میں، ہر زبان میں۔</w:t>
      </w:r>
    </w:p>
    <w:p>
      <w:r>
        <w:rPr>
          <w:b/>
        </w:rPr>
        <w:t xml:space="preserve">[17:31] </w:t>
      </w:r>
      <w:r>
        <w:t>bheed maharashtra se altaf inamdar. Maulana hamari kitabon ki dukan hai, wahan par hindu logon ka school hai, wahan kuch muslim bachche bhi padhte hain.</w:t>
      </w:r>
    </w:p>
    <w:p>
      <w:pPr>
        <w:jc w:val="right"/>
      </w:pPr>
      <w:r>
        <w:t>भीड़ महाराष्ट्र से अल्ताफ इनामदार। مولانا ہماری کتابوں کی دکان ہے، وہاں پر ہندو لوگوں کا اسکول ہے، وہاں کچھ مسلم بچے بھی پڑھتے ہیں۔</w:t>
      </w:r>
    </w:p>
    <w:p>
      <w:r>
        <w:rPr>
          <w:b/>
        </w:rPr>
        <w:t xml:space="preserve">[17:45] </w:t>
      </w:r>
      <w:r>
        <w:t>to main koshish karte rehta hoon hindu bachchon se baat cheet karne ke liye. to bohat shauq se aate hain bachche.</w:t>
      </w:r>
    </w:p>
    <w:p>
      <w:pPr>
        <w:jc w:val="right"/>
      </w:pPr>
      <w:r>
        <w:t>تو میں کوشش کرتے رہتا ہوں ہندو بچوں سے بات چیت کرنے کے لیے۔ تو بہت شوق سے آتے ہیں بچے۔</w:t>
      </w:r>
    </w:p>
    <w:p>
      <w:r>
        <w:rPr>
          <w:b/>
        </w:rPr>
        <w:t xml:space="preserve">[17:54] </w:t>
      </w:r>
      <w:r>
        <w:t>to ek martaba maine poocha yeh quran kya cheez hai, kis ka likha hua hai? to bole Muhammad peghambar ka hai.</w:t>
      </w:r>
    </w:p>
    <w:p>
      <w:pPr>
        <w:jc w:val="right"/>
      </w:pPr>
      <w:r>
        <w:t>تو ایک مرتبہ میں نے پوچھا یہ قرآن کیا چیز ہے، کس کا لکھا ہوا ہے؟ تو بولے محمد پیغمبر کا ہے۔</w:t>
      </w:r>
    </w:p>
    <w:p>
      <w:r>
        <w:rPr>
          <w:b/>
        </w:rPr>
        <w:t xml:space="preserve">[18:04] </w:t>
      </w:r>
      <w:r>
        <w:t>bole phir maine un ko bataya ke nahi yeh Allah ka likha hua hai, yeh Allah ka paigham hai, Allah ka sandesh. phir bachcha kehta hai ke hamare paas geeta bhi hai.</w:t>
      </w:r>
    </w:p>
    <w:p>
      <w:pPr>
        <w:jc w:val="right"/>
      </w:pPr>
      <w:r>
        <w:t>بولے پھر میں نے ان کو بتایا کہ نہیں یہ اللہ کا لکھا ہوا ہے، یہ اللہ کا پیغام ہے، اللہ کا سندیش۔ پھر بچہ کہتا ہے کہ ہمارے پاس گیتا بھی ہے۔</w:t>
      </w:r>
    </w:p>
    <w:p>
      <w:r>
        <w:rPr>
          <w:b/>
        </w:rPr>
        <w:t xml:space="preserve">[18:13] </w:t>
      </w:r>
      <w:r>
        <w:t>bole hamare paas geeta hai aur aap ke paas quran hai. to main un ko jawab nahi de saka barah-e-rast. to aise bachchon ke liye hum ne basically kya kiya baat batana chahiye?</w:t>
      </w:r>
    </w:p>
    <w:p>
      <w:pPr>
        <w:jc w:val="right"/>
      </w:pPr>
      <w:r>
        <w:t>بولے ہمارے پاس گیتا ہے اور آپ کے پاس قرآن ہے۔ تو میں ان کو جواب نہیں دے سکا براہ راست۔ تو ایسے بچوں کے لیے ہم نے بیسکلی کیا کیا بات بتانا چاہیے؟</w:t>
      </w:r>
    </w:p>
    <w:p>
      <w:r>
        <w:rPr>
          <w:b/>
        </w:rPr>
        <w:t xml:space="preserve">[18:28] </w:t>
      </w:r>
      <w:r>
        <w:t>kuch nahi, woh kahiye ke sayr quran, geeta bhi padho, quran bhi padho aur dekho is mein kya hai, is mein kya hai. dono padho.</w:t>
      </w:r>
    </w:p>
    <w:p>
      <w:pPr>
        <w:jc w:val="right"/>
      </w:pPr>
      <w:r>
        <w:t>کچھ نہیں، وہ کہیے کہ سیر قرآن، گیتا بھی پڑھو، قرآن بھی پڑھو اور دیکھو اس میں کیا ہے، اس میں کیا ہے۔ دونوں پڑھو۔</w:t>
      </w:r>
    </w:p>
    <w:p>
      <w:r>
        <w:rPr>
          <w:b/>
        </w:rPr>
        <w:t xml:space="preserve">[18:40] </w:t>
      </w:r>
      <w:r>
        <w:t>do char aur hain to woh bhi padho.</w:t>
      </w:r>
    </w:p>
    <w:p>
      <w:pPr>
        <w:jc w:val="right"/>
      </w:pPr>
      <w:r>
        <w:t>دو چار اور ہیں تو وہ بھی پڑھو۔</w:t>
      </w:r>
    </w:p>
    <w:p>
      <w:r>
        <w:rPr>
          <w:b/>
        </w:rPr>
        <w:t xml:space="preserve">[18:46] </w:t>
      </w:r>
      <w:r>
        <w:t>aap yeh mat kahiye ke yeh is mein kya hai, is mein kya hai. un ko khud padh ke samajhne dijiye.</w:t>
      </w:r>
    </w:p>
    <w:p>
      <w:pPr>
        <w:jc w:val="right"/>
      </w:pPr>
      <w:r>
        <w:t>آپ یہ مت کہیے کہ یہ اس میں کیا ہے، اس میں کیا ہے۔ ان کو خود پڑھ کے سمجھنے دیجیے۔</w:t>
      </w:r>
    </w:p>
    <w:p>
      <w:r>
        <w:rPr>
          <w:b/>
        </w:rPr>
        <w:t xml:space="preserve">[19:04] </w:t>
      </w:r>
      <w:r>
        <w:t>ek baar main lodhi garden mein baithi hui thi, purana waqia hai, abhi yaad aaya. to ek sardar ji ko main dene lagi quran, to woh kehne lage hum kyun aap ka quran lein?</w:t>
      </w:r>
    </w:p>
    <w:p>
      <w:pPr>
        <w:jc w:val="right"/>
      </w:pPr>
      <w:r>
        <w:t>ایک بار میں لودھی گارڈن میں بیٹھی ہوئی تھی، پرانا واقعہ ہے، ابھی یاد آیا۔ تو ایک سردار جی کو میں دینے لگی قرآن، تو وہ کہنے لگے ہم کیوں آپ کا قرآن لیں؟</w:t>
      </w:r>
    </w:p>
    <w:p>
      <w:r>
        <w:rPr>
          <w:b/>
        </w:rPr>
        <w:t xml:space="preserve">[19:16] </w:t>
      </w:r>
      <w:r>
        <w:t>aap to hamari cheezon ko mante nahi hain. to hum ne kaha kyun mante hain? hum bhi mante hain, hum bhi har cheez padhte hain. to unhone is kaha ke acha aap kahiye "sat sri akal".</w:t>
      </w:r>
    </w:p>
    <w:p>
      <w:pPr>
        <w:jc w:val="right"/>
      </w:pPr>
      <w:r>
        <w:t>آپ تو ہماری چیزوں کو مانتے نہیں ہیں۔ تو ہم نے کہا کیوں مانتے ہیں؟ ہم بھی مانتے ہیں، ہم بھی ہر چیز پڑھتے ہیں۔ تو انہوں نے اس کہا کہ اچھا آپ کہیے "ست سری اکال"۔</w:t>
      </w:r>
    </w:p>
    <w:p>
      <w:r>
        <w:rPr>
          <w:b/>
        </w:rPr>
        <w:t xml:space="preserve">[19:28] </w:t>
      </w:r>
      <w:r>
        <w:t>to hum ne kaha "sat sri akal" aap kahiye aur "namaskar". hum ne kaha "namaskar". isi tarah kai cheezein unhone kahalwayein mujh se. jab maine sab keh diya tab phir unhone quran badi khushi khushi le liya.</w:t>
      </w:r>
    </w:p>
    <w:p>
      <w:pPr>
        <w:jc w:val="right"/>
      </w:pPr>
      <w:r>
        <w:t>تو ہم نے کہا "ست سری اکال" آپ کہیے اور "نمस्کار"۔ ہم نے کہا "نمسکار"۔ اسی طرح کئی چیزیں انہوں نے کہلوائیں مجھ سے۔ جب میں نے سب کہہ دیا تب پھر انہوں نے قرآن بڑی خوشی خوشی لے لیا۔</w:t>
      </w:r>
    </w:p>
    <w:p>
      <w:r>
        <w:rPr>
          <w:b/>
        </w:rPr>
        <w:t xml:space="preserve">[19:40] </w:t>
      </w:r>
      <w:r>
        <w:t>masha Allah masha Allah. Maulana we are having a lot many positive experiences aur sab ka feedback acha aa raha tha jo zyada tar non muslim corner se aa raha tha.</w:t>
      </w:r>
    </w:p>
    <w:p>
      <w:pPr>
        <w:jc w:val="right"/>
      </w:pPr>
      <w:r>
        <w:t>ماشاءاللہ ماشاءاللہ۔ مولانا وائل وی وار ہیونگ ا لاٹ مینی پوزیٹیو ایکسپیرینسز اور سب کا فیڈ بیک اچھا آ رہا تھا جو زیادہ تر نان مسلم کارنر سے آ رہا تھا۔</w:t>
      </w:r>
    </w:p>
    <w:p>
      <w:r>
        <w:rPr>
          <w:b/>
        </w:rPr>
        <w:t xml:space="preserve">[19:58] </w:t>
      </w:r>
      <w:r>
        <w:t>lekin ek do muslims aaye Maulana wahan pe aur unhone kaha ke aap is tarike se distribution kar rahe hain, yeh to be adabi ho rahi hai.</w:t>
      </w:r>
    </w:p>
    <w:p>
      <w:pPr>
        <w:jc w:val="right"/>
      </w:pPr>
      <w:r>
        <w:t>لیکن ایک دو مسلمز آئے مولانا وہاں پہ اور انہوں نے کہا کہ آپ اس طریقے سے ڈسٹریبیوشن کر رہے ہیں، یہ تو بے ادبی ہو رہی ہے۔</w:t>
      </w:r>
    </w:p>
    <w:p>
      <w:r>
        <w:rPr>
          <w:b/>
        </w:rPr>
        <w:t xml:space="preserve">[20:08] </w:t>
      </w:r>
      <w:r>
        <w:t>to phir unhone kuch zyada kaha nahi. jab unhone dekha itne log le rahe hain, chale gaye woh Maulana. to lekin hum logon ko bohat taajjub ho raha tha ke un ki aankhon ke samne quran khushi khushi log le rahe the.</w:t>
      </w:r>
    </w:p>
    <w:p>
      <w:pPr>
        <w:jc w:val="right"/>
      </w:pPr>
      <w:r>
        <w:t>تو پھر انہوں نے کچھ زیادہ کہا نہیں۔ جب انہوں نے دیکھا اتنے لوگ لے رہے ہیں، چلے گئے وہ مولانا۔ تو لیکن ہم لوگوں کو بہت تعجب ہو رہا تھا کہ ان کی آنکھوں کے سامنے قرآن خوشی خوشی لوگ لے رہے تھے۔</w:t>
      </w:r>
    </w:p>
    <w:p>
      <w:r>
        <w:rPr>
          <w:b/>
        </w:rPr>
        <w:t xml:space="preserve">[20:21] </w:t>
      </w:r>
      <w:r>
        <w:t>yeh bhi nahi ke aise hi le rahe hon. un ke chehron mein bohat zyada khushi thi jab woh quran le rahe the non muslims. is ke bawajood un ko nahi yeh dikhai diya.</w:t>
      </w:r>
    </w:p>
    <w:p>
      <w:pPr>
        <w:jc w:val="right"/>
      </w:pPr>
      <w:r>
        <w:t>یہ بھی نہیں کہ ایسے ہی لے رہے ہوں۔ ان کے چہروں میں بہت زیادہ خوشی تھی جب وہ قرآن لے رہے تھے نان مسلمز۔ اس کے باوجود ان کو نہیں یہ دکھائی دیا۔</w:t>
      </w:r>
    </w:p>
    <w:p>
      <w:r>
        <w:rPr>
          <w:b/>
        </w:rPr>
        <w:t xml:space="preserve">[20:30] </w:t>
      </w:r>
      <w:r>
        <w:t>aur un ko jo dikhai di cheez woh yeh ke quran ki be adabi ho rahi hai. to itna closed zehn kyun hai in logon ka?</w:t>
      </w:r>
    </w:p>
    <w:p>
      <w:pPr>
        <w:jc w:val="right"/>
      </w:pPr>
      <w:r>
        <w:t>اور ان کو جو دکھائی دی چیز وہ یہ کہ قرآن کی بے ادبی ہو رہی ہے۔ تو اتنا کلوزڈ ذہن کیوں ہے ان لوگوں کا؟</w:t>
      </w:r>
    </w:p>
    <w:p>
      <w:r>
        <w:rPr>
          <w:b/>
        </w:rPr>
        <w:t xml:space="preserve">[20:38] </w:t>
      </w:r>
      <w:r>
        <w:t>aur kyun kyun nahi khul pa raha hai in ka zehn? aur kaise khul sakta hai in ka zehn aise logon ka?</w:t>
      </w:r>
    </w:p>
    <w:p>
      <w:pPr>
        <w:jc w:val="right"/>
      </w:pPr>
      <w:r>
        <w:t>اور کیوں کیوں نہیں کھل پا رہا ہے ان کا ذہن؟ اور کیسے کھل سکتا ہے ان کا ذہن ایسے لوگوں کا؟</w:t>
      </w:r>
    </w:p>
    <w:p>
      <w:r>
        <w:rPr>
          <w:b/>
        </w:rPr>
        <w:t xml:space="preserve">[20:46] </w:t>
      </w:r>
      <w:r>
        <w:t>main ji ji khul raha hai. ab pehle aur ab mein compare kijiye. pehle jo</w:t>
      </w:r>
    </w:p>
    <w:p>
      <w:pPr>
        <w:jc w:val="right"/>
      </w:pPr>
      <w:r>
        <w:t>میں جی جی کھل رہا ہے۔ اب پہلے اور اب میں کمپیئر کیجیے۔ پہلے جو</w:t>
      </w:r>
    </w:p>
    <w:p>
      <w:r>
        <w:rPr>
          <w:b/>
        </w:rPr>
        <w:t xml:space="preserve">[20:54] </w:t>
      </w:r>
      <w:r>
        <w:t>sakhti thi woh khatm ho rahi hai dheere dheere.</w:t>
      </w:r>
    </w:p>
    <w:p>
      <w:pPr>
        <w:jc w:val="right"/>
      </w:pPr>
      <w:r>
        <w:t>سختی تھی وہ ختم ہو رہی ہے دھیرے دھیرے۔</w:t>
      </w:r>
    </w:p>
    <w:p>
      <w:r>
        <w:rPr>
          <w:b/>
        </w:rPr>
        <w:t xml:space="preserve">[21:01] </w:t>
      </w:r>
      <w:r>
        <w:t>mere khayal se aisa nahi hai ke woh badh raha ho, woh trend ghat raha hai.</w:t>
      </w:r>
    </w:p>
    <w:p>
      <w:pPr>
        <w:jc w:val="right"/>
      </w:pPr>
      <w:r>
        <w:t>میرے خیال سے ایسا نہیں ہے کہ وہ بڑھ رہا ہو، وہ ٹرینڈ گھٹ رہا ہے۔</w:t>
      </w:r>
    </w:p>
    <w:p>
      <w:r>
        <w:rPr>
          <w:b/>
        </w:rPr>
        <w:t xml:space="preserve">[21:10] </w:t>
      </w:r>
      <w:r>
        <w:t>Maulana aap ki baat bilkul sahi hai. dono aitbar se bhi. ek to yeh ke be adabi wala pehlu jo tha woh bhi ab khatm hota ja raha hai. musalman ek aadmi koi aa jata hai to woh bolta hai ke yeh be adabi hogi.</w:t>
      </w:r>
    </w:p>
    <w:p>
      <w:pPr>
        <w:jc w:val="right"/>
      </w:pPr>
      <w:r>
        <w:t>مولانا آپ کی بات بالکل صحیح ہے۔ دونوں اعتبار سے بھی۔ ایک تو یہ کہ بے ادبی والا پہلو جو تھا وہ بھی اب ختم ہوتا جا رہا ہے۔ مسلمان ایک آدمی کوئی آ جاتا ہے تو وہ بولتا ہے کہ یہ بے ادبی ہوگی۔</w:t>
      </w:r>
    </w:p>
    <w:p>
      <w:r>
        <w:rPr>
          <w:b/>
        </w:rPr>
        <w:t xml:space="preserve">[21:21] </w:t>
      </w:r>
      <w:r>
        <w:t>waise nahi bolte hain. musalman bhi le kar jate hain. aur doosri cheez quran ko ghar ghar pahunchane ka trend jo hai ya shauq keh lijiye woh musalmanon mein bhi aa raha hai.</w:t>
      </w:r>
    </w:p>
    <w:p>
      <w:pPr>
        <w:jc w:val="right"/>
      </w:pPr>
      <w:r>
        <w:t>ویسے نہیں بولتے ہیں۔ مسلمان بھی لے کر جاتے ہیں۔ اور دوسری چیز قرآن کو گھر گھر پہنچانے کا ٹرینڈ جو ہے یا شوق کہہ لیجیے وہ مسلمانوں میں بھی آ رہا ہے۔</w:t>
      </w:r>
    </w:p>
    <w:p>
      <w:r>
        <w:rPr>
          <w:b/>
        </w:rPr>
        <w:t xml:space="preserve">[21:32] </w:t>
      </w:r>
      <w:r>
        <w:t>is liye kai log hamare stall par aaye ke aap hamein kuch quran dijiye taake hum apne stall par le ja kar is ko taqseem karen. to aise log bhi aaye the hamare paas.</w:t>
      </w:r>
    </w:p>
    <w:p>
      <w:pPr>
        <w:jc w:val="right"/>
      </w:pPr>
      <w:r>
        <w:t>اس لیے کئی لوگ ہمارے اسٹال پر آئے کہ آپ ہمیں کچھ قرآن دیجیے تاکہ ہم اپنے اسٹال پر لے جا کر اس کو تقسیم کریں۔ تو ایسے لوگ بھی آئے تھے ہمارے پاس۔</w:t>
      </w:r>
    </w:p>
    <w:p>
      <w:r>
        <w:rPr>
          <w:b/>
        </w:rPr>
        <w:t xml:space="preserve">[21:42] </w:t>
      </w:r>
      <w:r>
        <w:t>to aap ka kehna bilkul sahi hai maulana.</w:t>
      </w:r>
    </w:p>
    <w:p>
      <w:pPr>
        <w:jc w:val="right"/>
      </w:pPr>
      <w:r>
        <w:t>تو آپ کا کہنا بالکل صحیح ہے مولانا۔</w:t>
      </w:r>
    </w:p>
    <w:p>
      <w:r>
        <w:rPr>
          <w:b/>
        </w:rPr>
        <w:t xml:space="preserve">[21:46] </w:t>
      </w:r>
      <w:r>
        <w:t>masha allah. kal poonch se do sahab aaye the, shayad un ka naam abdul raoof tha. to un ka bohat bada madrasa hai wahan pe aur english school bhi hai.</w:t>
      </w:r>
    </w:p>
    <w:p>
      <w:pPr>
        <w:jc w:val="right"/>
      </w:pPr>
      <w:r>
        <w:t>ماشاءاللہ۔ کل پونچھ سے دو صاحب آئے تھے، شاید ان کا نام عبدالرؤوف تھا۔ تو ان کا بہت بڑا مدرسہ ہے وہاں پہ اور انگلش اسکول بھی ہے۔</w:t>
      </w:r>
    </w:p>
    <w:p>
      <w:r>
        <w:rPr>
          <w:b/>
        </w:rPr>
        <w:t xml:space="preserve">[21:58] </w:t>
      </w:r>
      <w:r>
        <w:t>to unhon ne bataya ke woh deoband ke parhe hue hain. to deoband mein aap ki sab kitaben dastiyab hain library mein aur log parhte hain aur asatiza is ko baqayda refer karte hain.</w:t>
      </w:r>
    </w:p>
    <w:p>
      <w:pPr>
        <w:jc w:val="right"/>
      </w:pPr>
      <w:r>
        <w:t>تو انہوں نے بتایا کہ وہ دیوبند کے پڑھے ہوئے ہیں۔ تو دیوبند میں آپ کی سب کتابیں دستیاب ہیں لائبریری میں اور لوگ پڑھتے ہیں اور اساتذہ اس کو باقاعدہ ریفر کرتے ہیں۔</w:t>
      </w:r>
    </w:p>
    <w:p>
      <w:r>
        <w:rPr>
          <w:b/>
        </w:rPr>
        <w:t xml:space="preserve">[22:10] </w:t>
      </w:r>
      <w:r>
        <w:t>to yeh hamein nai baat lagi kyunke deoband wale to bohat zyada woh ikhtilaf karte the, bohat zyada oppose karte the. yahan tak ke ek adar shamshi sahab ne bataya tha ke un ko hostel se nikaal diya gaya ke un ke paas maulana ki kitaben rakhi hui theen.</w:t>
      </w:r>
    </w:p>
    <w:p>
      <w:pPr>
        <w:jc w:val="right"/>
      </w:pPr>
      <w:r>
        <w:t>تو یہ ہمیں نئی بات لگی کیونکہ دیوبند والے تو بہت زیادہ وہ اختلاف کرتے تھے، بہت زیادہ اپوز کرتے تھے۔ یہاں تک کہ ایک ادر شمشی صاحب نے بتایا تھا کہ ان کو ہاسٹل سے نکال دیا گیا کہ ان کے پاس مولانا کی کتابیں رکھی ہوئی تھیں۔</w:t>
      </w:r>
    </w:p>
    <w:p>
      <w:r>
        <w:rPr>
          <w:b/>
        </w:rPr>
        <w:t xml:space="preserve">[22:25] </w:t>
      </w:r>
      <w:r>
        <w:t>to is ka matlab hai ke tabdeeli aa rahi hai lekin dheere dheere aa rahi hai.</w:t>
      </w:r>
    </w:p>
    <w:p>
      <w:pPr>
        <w:jc w:val="right"/>
      </w:pPr>
      <w:r>
        <w:t>تو اس کا مطلب ہے کہ تبدیلی آ رہی ہے لیکن دھیرے دھیرے آ رہی ہے۔</w:t>
      </w:r>
    </w:p>
    <w:p>
      <w:r>
        <w:rPr>
          <w:b/>
        </w:rPr>
        <w:t xml:space="preserve">[22:32] </w:t>
      </w:r>
      <w:r>
        <w:t>masha allah. maulana yeh quran ke andar ek chapter 38 verse 79 se 81 tak hai jis mein</w:t>
      </w:r>
    </w:p>
    <w:p>
      <w:pPr>
        <w:jc w:val="right"/>
      </w:pPr>
      <w:r>
        <w:t>ماشاءاللہ۔ مولانا یہ قرآن کے اندر ایک چیپٹر 38 ورس 79 سے 81 تک ہے جس میں</w:t>
      </w:r>
    </w:p>
    <w:p>
      <w:r>
        <w:rPr>
          <w:b/>
        </w:rPr>
        <w:t xml:space="preserve">[22:47] </w:t>
      </w:r>
      <w:r>
        <w:t>satan kehte hain: "my lord grant me respite until the day of resurrection." so he so he said: "you are granted respite till the appointed day." he said: "by your honor, i will lead all of them astray." maulana how was satan so sure that he would be able to</w:t>
      </w:r>
    </w:p>
    <w:p>
      <w:pPr>
        <w:jc w:val="right"/>
      </w:pPr>
      <w:r>
        <w:t>سیٹن کہتے ہیں: "مائی لارڈ گرانٹ می ریسپائٹ انٹل دا ڈے آف ریزوریکشن۔" سو ہی سو ہی سیڈ: "یو آر گرانٹڈ ریسپائٹ ٹل دا اپوائنٹڈ ڈے۔" ہی سیڈ: "بائی یور آنر، آئی ویل لیڈ آل آف دیم اسٹرے۔" مولانا ہاؤ واز سیٹن سو شور دیٹ ہی وڈ بی ایبل ٹو</w:t>
      </w:r>
    </w:p>
    <w:p>
      <w:r>
        <w:rPr>
          <w:b/>
        </w:rPr>
        <w:t xml:space="preserve">[23:09] </w:t>
      </w:r>
      <w:r>
        <w:t>deviate god's creation from the right path?</w:t>
      </w:r>
    </w:p>
    <w:p>
      <w:pPr>
        <w:jc w:val="right"/>
      </w:pPr>
      <w:r>
        <w:t>ڈیویٹ گاڈز کریشن فرام دا رائٹ پاتھ؟</w:t>
      </w:r>
    </w:p>
    <w:p>
      <w:r>
        <w:rPr>
          <w:b/>
        </w:rPr>
        <w:t xml:space="preserve">[23:17] </w:t>
      </w:r>
      <w:r>
        <w:t>woh jo hadith hai ke allah taala jab insaan ko banaya to uska putla jo tha woh wahan khada kiya jannat mein.</w:t>
      </w:r>
    </w:p>
    <w:p>
      <w:pPr>
        <w:jc w:val="right"/>
      </w:pPr>
      <w:r>
        <w:t>وہ جو حدیث ہے کہ اللہ تعالی جب انسان کو بنایا تو اس کا پتلا جو تھا وہ وہاں کھڑا کیا جنت میں۔</w:t>
      </w:r>
    </w:p>
    <w:p>
      <w:r>
        <w:rPr>
          <w:b/>
        </w:rPr>
        <w:t xml:space="preserve">[23:31] </w:t>
      </w:r>
      <w:r>
        <w:t>jannat mein to shaitan aaya, use charon taraf ghoom kar dekha to kaun se point tha dekh kar use mutma'in hua ke yahan yahan mujhe mauqa hai kaam karne ka.</w:t>
      </w:r>
    </w:p>
    <w:p>
      <w:pPr>
        <w:jc w:val="right"/>
      </w:pPr>
      <w:r>
        <w:t>جنت میں تو شیطان آیا، اسے چاروں طرف گھوم کر دیکھا تو کون سے پوائنٹ تھا دیکھ کر اسے مطمئن ہوا کہ یہاں یہاں مجھے موقع ہے کام کرنے کا۔</w:t>
      </w:r>
    </w:p>
    <w:p>
      <w:r>
        <w:rPr>
          <w:b/>
        </w:rPr>
        <w:t xml:space="preserve">[23:44] </w:t>
      </w:r>
      <w:r>
        <w:t>yaad hai aap ko?</w:t>
      </w:r>
    </w:p>
    <w:p>
      <w:pPr>
        <w:jc w:val="right"/>
      </w:pPr>
      <w:r>
        <w:t>یاد ہے آپ کو؟</w:t>
      </w:r>
    </w:p>
    <w:p>
      <w:r>
        <w:rPr>
          <w:b/>
        </w:rPr>
        <w:t xml:space="preserve">[23:51] </w:t>
      </w:r>
      <w:r>
        <w:t>falamma raahu ajwuf jab us ko dekha ke khali hai to us ne kaha ke ke aisi makhlooq paida ki gayi hai jo apne aap par control nahi rakhti hai.</w:t>
      </w:r>
    </w:p>
    <w:p>
      <w:pPr>
        <w:jc w:val="right"/>
      </w:pPr>
      <w:r>
        <w:t>فلما راہ اجوف جب اس کو دیکھا کہ خالی ہے تو اس نے کہا کہ کہ ایسی مخلوق پیدا کی گئی ہے جو اپنے آپ پر کنٹرول نہیں رکھتی ہے۔</w:t>
      </w:r>
    </w:p>
    <w:p>
      <w:r>
        <w:rPr>
          <w:b/>
        </w:rPr>
        <w:t xml:space="preserve">[24:05] </w:t>
      </w:r>
      <w:r>
        <w:t>innahu khalq, innahu la a'tamaluk.</w:t>
      </w:r>
    </w:p>
    <w:p>
      <w:pPr>
        <w:jc w:val="right"/>
      </w:pPr>
      <w:r>
        <w:t>انہ خلق، انہ خلق لا اعتمالک۔</w:t>
      </w:r>
    </w:p>
    <w:p>
      <w:r>
        <w:rPr>
          <w:b/>
        </w:rPr>
        <w:t xml:space="preserve">[24:15] </w:t>
      </w:r>
      <w:r>
        <w:t>is hadith pe ghaur karna chahiye. is se andaza hota hai ke shaitan</w:t>
      </w:r>
    </w:p>
    <w:p>
      <w:pPr>
        <w:jc w:val="right"/>
      </w:pPr>
      <w:r>
        <w:t>اس حدیث پہ غور کرنا چاہیے۔ اس سے اندازہ ہوتا ہے کہ شیطان</w:t>
      </w:r>
    </w:p>
    <w:p>
      <w:r>
        <w:rPr>
          <w:b/>
        </w:rPr>
        <w:t xml:space="preserve">[24:22] </w:t>
      </w:r>
      <w:r>
        <w:t>ko jo yaqeen aaya tha woh kahan, uska raaz kya tha. inshallah is mein dekhenge log woh hisse ne kya likha hai.</w:t>
      </w:r>
    </w:p>
    <w:p>
      <w:pPr>
        <w:jc w:val="right"/>
      </w:pPr>
      <w:r>
        <w:t>کو جو یقین آیا تھا وہ کہاں، اس کا راز کیا تھا۔ انشاءاللہ اس میں دیکھیں گے لوگ وہ حصے نے کیا لکھا ہے۔</w:t>
      </w:r>
    </w:p>
    <w:p>
      <w:r>
        <w:rPr>
          <w:b/>
        </w:rPr>
        <w:t xml:space="preserve">[24:32] </w:t>
      </w:r>
      <w:r>
        <w:t>yeh hadith kahan hai? sahih muslim. sahih muslim mein hai ji. to inshallah is ko sharah dekhenge. theek hai ke logon ne kya is ki sharah ki hai.</w:t>
      </w:r>
    </w:p>
    <w:p>
      <w:pPr>
        <w:jc w:val="right"/>
      </w:pPr>
      <w:r>
        <w:t>یہ حدیث کہاں ہے؟ صحیح مسلم۔ صحیح مسلم میں ہے جی۔ تو انشاءاللہ اس کو شرح دیکھیں گے۔ ٹھیک ہے کہ لوگوں نے کیا اس کی شرح کی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