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Superstition to Science April 19, 2009 Maulana Wahiduddin Khan</w:t>
      </w:r>
    </w:p>
    <w:p>
      <w:r>
        <w:t>https://www.youtube.com/watch?v=yg7PEiA87V0</w:t>
      </w:r>
    </w:p>
    <w:p>
      <w:r>
        <w:rPr>
          <w:b/>
        </w:rPr>
        <w:t xml:space="preserve">[00:14] </w:t>
      </w:r>
      <w:r>
        <w:t>bismillah rahman rahim, wasallallahu ala nabiyyil karim. rab 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[00:31] </w:t>
      </w:r>
      <w:r>
        <w:t>yaf-qahu qawli.</w:t>
      </w:r>
    </w:p>
    <w:p>
      <w:pPr>
        <w:jc w:val="right"/>
      </w:pPr>
      <w:r>
        <w:t>یفقہ قولی۔</w:t>
      </w:r>
    </w:p>
    <w:p>
      <w:r>
        <w:rPr>
          <w:b/>
        </w:rPr>
        <w:t xml:space="preserve">[00:38] </w:t>
      </w:r>
      <w:r>
        <w:t>aaj ka</w:t>
      </w:r>
    </w:p>
    <w:p>
      <w:pPr>
        <w:jc w:val="right"/>
      </w:pPr>
      <w:r>
        <w:t>آج کا</w:t>
      </w:r>
    </w:p>
    <w:p>
      <w:r>
        <w:rPr>
          <w:b/>
        </w:rPr>
        <w:t xml:space="preserve">[00:42] </w:t>
      </w:r>
      <w:r>
        <w:t>jo topic hai,</w:t>
      </w:r>
    </w:p>
    <w:p>
      <w:pPr>
        <w:jc w:val="right"/>
      </w:pPr>
      <w:r>
        <w:t>جو ٹاپک ہے،</w:t>
      </w:r>
    </w:p>
    <w:p>
      <w:r>
        <w:rPr>
          <w:b/>
        </w:rPr>
        <w:t xml:space="preserve">[00:46] </w:t>
      </w:r>
      <w:r>
        <w:t>is ki koi bohat ziyada specific theme nahi hai.</w:t>
      </w:r>
    </w:p>
    <w:p>
      <w:pPr>
        <w:jc w:val="right"/>
      </w:pPr>
      <w:r>
        <w:t>اس کی کوئی بہت زیادہ سپیسیفک تھیم نہیں ہے۔</w:t>
      </w:r>
    </w:p>
    <w:p>
      <w:r>
        <w:rPr>
          <w:b/>
        </w:rPr>
        <w:t xml:space="preserve">[00:56] </w:t>
      </w:r>
      <w:r>
        <w:t>aap yeh samajh sakte hain ke</w:t>
      </w:r>
    </w:p>
    <w:p>
      <w:pPr>
        <w:jc w:val="right"/>
      </w:pPr>
      <w:r>
        <w:t>آپ یہ سمجھ سکتے ہیں کہ</w:t>
      </w:r>
    </w:p>
    <w:p>
      <w:r>
        <w:rPr>
          <w:b/>
        </w:rPr>
        <w:t xml:space="preserve">[01:03] </w:t>
      </w:r>
      <w:r>
        <w:t>from spression to science,</w:t>
      </w:r>
    </w:p>
    <w:p>
      <w:pPr>
        <w:jc w:val="right"/>
      </w:pPr>
      <w:r>
        <w:t>فرام سپریسیشن ٹو سائنس،</w:t>
      </w:r>
    </w:p>
    <w:p>
      <w:r>
        <w:rPr>
          <w:b/>
        </w:rPr>
        <w:t xml:space="preserve">[01:09] </w:t>
      </w:r>
      <w:r>
        <w:t>kyun ke is se related hai yeh theme.</w:t>
      </w:r>
    </w:p>
    <w:p>
      <w:pPr>
        <w:jc w:val="right"/>
      </w:pPr>
      <w:r>
        <w:t>کیونکہ اس سے ریلیٹڈ ہے یہ تھیم۔</w:t>
      </w:r>
    </w:p>
    <w:p>
      <w:r>
        <w:rPr>
          <w:b/>
        </w:rPr>
        <w:t xml:space="preserve">[01:15] </w:t>
      </w:r>
      <w:r>
        <w:t>dekhen,</w:t>
      </w:r>
    </w:p>
    <w:p>
      <w:pPr>
        <w:jc w:val="right"/>
      </w:pPr>
      <w:r>
        <w:t>دیکھیں،</w:t>
      </w:r>
    </w:p>
    <w:p>
      <w:r>
        <w:rPr>
          <w:b/>
        </w:rPr>
        <w:t xml:space="preserve">[01:19] </w:t>
      </w:r>
      <w:r>
        <w:t>hadith mein ek bohat bari hum sab ke liye good tidings hai. good tidings.</w:t>
      </w:r>
    </w:p>
    <w:p>
      <w:pPr>
        <w:jc w:val="right"/>
      </w:pPr>
      <w:r>
        <w:t>حدیث میں ایک بہت بڑی ہم سب کے لیے گڈ ٹائڈنگ ہے۔ گڈ ٹائڈنگ۔</w:t>
      </w:r>
    </w:p>
    <w:p>
      <w:r>
        <w:rPr>
          <w:b/>
        </w:rPr>
        <w:t xml:space="preserve">[01:29] </w:t>
      </w:r>
      <w:r>
        <w:t>lekin is par bohat kam socha gaya hai. ya shayad nahi socha gaya.</w:t>
      </w:r>
    </w:p>
    <w:p>
      <w:pPr>
        <w:jc w:val="right"/>
      </w:pPr>
      <w:r>
        <w:t>لیکن اس پر بہت کم سوچا گیا ہے۔ یا شاید نہیں سوچا گیا۔</w:t>
      </w:r>
    </w:p>
    <w:p>
      <w:r>
        <w:rPr>
          <w:b/>
        </w:rPr>
        <w:t xml:space="preserve">[01:44] </w:t>
      </w:r>
      <w:r>
        <w:t>wahan se main apni baat shuru karna chahta hoon.</w:t>
      </w:r>
    </w:p>
    <w:p>
      <w:pPr>
        <w:jc w:val="right"/>
      </w:pPr>
      <w:r>
        <w:t>وہاں سے میں اپنی بات شروع کرنا چاہتا ہوں۔</w:t>
      </w:r>
    </w:p>
    <w:p>
      <w:r>
        <w:rPr>
          <w:b/>
        </w:rPr>
        <w:t xml:space="preserve">[01:50] </w:t>
      </w:r>
      <w:r>
        <w:t>aap ko aap jante hain ke rasulullah sallallahu alaihi wasallam</w:t>
      </w:r>
    </w:p>
    <w:p>
      <w:pPr>
        <w:jc w:val="right"/>
      </w:pPr>
      <w:r>
        <w:t>آپ کو آپ جانتے ہیں کہ رسول اللہ صلی اللہ علیہ وسلم</w:t>
      </w:r>
    </w:p>
    <w:p>
      <w:r>
        <w:rPr>
          <w:b/>
        </w:rPr>
        <w:t xml:space="preserve">[01:58] </w:t>
      </w:r>
      <w:r>
        <w:t>paighambar ki hesiyat se dunya mein 23 saal tak rahe.</w:t>
      </w:r>
    </w:p>
    <w:p>
      <w:pPr>
        <w:jc w:val="right"/>
      </w:pPr>
      <w:r>
        <w:t>پیغمبر کی حیثیت سے دنیا میں 23 سال تک رہے۔</w:t>
      </w:r>
    </w:p>
    <w:p>
      <w:r>
        <w:rPr>
          <w:b/>
        </w:rPr>
        <w:t xml:space="preserve">[02:05] </w:t>
      </w:r>
      <w:r>
        <w:t>aap ki death hui 632 mein. aap ki death se do dhai mahina pehle aap ne hajj kiya tha.</w:t>
      </w:r>
    </w:p>
    <w:p>
      <w:pPr>
        <w:jc w:val="right"/>
      </w:pPr>
      <w:r>
        <w:t>آپ کی ڈیتھ ہوئی 632 میں۔ آپ کی ڈیتھ سے دو ڈھائی مہینہ پہلے آپ نے حج کیا تھا۔</w:t>
      </w:r>
    </w:p>
    <w:p>
      <w:r>
        <w:rPr>
          <w:b/>
        </w:rPr>
        <w:t xml:space="preserve">[02:18] </w:t>
      </w:r>
      <w:r>
        <w:t>yahi aap ka ek hi hajj tha. to is mauqe par aap ne ek khutba diya tha.</w:t>
      </w:r>
    </w:p>
    <w:p>
      <w:pPr>
        <w:jc w:val="right"/>
      </w:pPr>
      <w:r>
        <w:t>یہی آپ کا ایک ہی حج تھا۔ تو اس موقع پر آپ نے ایک خطبہ دیا تھا۔</w:t>
      </w:r>
    </w:p>
    <w:p>
      <w:r>
        <w:rPr>
          <w:b/>
        </w:rPr>
        <w:t xml:space="preserve">[02:31] </w:t>
      </w:r>
      <w:r>
        <w:t>yeh khutba ek hi continuous tor par ek hi</w:t>
      </w:r>
    </w:p>
    <w:p>
      <w:pPr>
        <w:jc w:val="right"/>
      </w:pPr>
      <w:r>
        <w:t>یہ خطبہ ایک ہی کنٹینیوس طور پر ایک ہی</w:t>
      </w:r>
    </w:p>
    <w:p>
      <w:r>
        <w:rPr>
          <w:b/>
        </w:rPr>
        <w:t xml:space="preserve">[02:39] </w:t>
      </w:r>
      <w:r>
        <w:t>aur ek hi baithak mein nahi tha. lekin is ko bahar kaha jata hai khutba hajja tul wida. last sermon of the prophet.</w:t>
      </w:r>
    </w:p>
    <w:p>
      <w:pPr>
        <w:jc w:val="right"/>
      </w:pPr>
      <w:r>
        <w:t>اور ایک ہی بیٹھک میں نہیں تھا۔ لیکن اس کو باہر کہا جاتا ہے خطبہ حجۃ الوداع۔ لاسٹ سرمن آف دا پرافٹ۔</w:t>
      </w:r>
    </w:p>
    <w:p>
      <w:r>
        <w:rPr>
          <w:b/>
        </w:rPr>
        <w:t xml:space="preserve">[02:55] </w:t>
      </w:r>
      <w:r>
        <w:t>is mein aap ne is waqt dekhen jitne bhi aap ke companion the, jinke bare mein kaha jata hai ke woh un ki theek theek un ka number pata nahi hai.</w:t>
      </w:r>
    </w:p>
    <w:p>
      <w:pPr>
        <w:jc w:val="right"/>
      </w:pPr>
      <w:r>
        <w:t>اس میں آپ نے اس وقت دیکھیں جتنے بھی آپ کے کمپینین تھے، جن کے بارے میں کہا جاتا ہے کہ وہ ان کی ٹھیک ٹھیک ان کا نمبر پتہ نہیں ہے۔</w:t>
      </w:r>
    </w:p>
    <w:p>
      <w:r>
        <w:rPr>
          <w:b/>
        </w:rPr>
        <w:t xml:space="preserve">[03:11] </w:t>
      </w:r>
      <w:r>
        <w:t>koi kehta hai ke ek lakh 24 hazar the, koi kehta hai ek lakh 40 hazar the. baharhal jitne companion the, almost sab ke sab wahan par ikattha the arafat ke maidan mein.</w:t>
      </w:r>
    </w:p>
    <w:p>
      <w:pPr>
        <w:jc w:val="right"/>
      </w:pPr>
      <w:r>
        <w:t>کوئی کہتا ہے کہ ایک لاکھ 24 ہزار تھے، کوئی کہتا ہے ایک لاکھ 40 ہزار تھے۔ بہرحال جتنے کمپینین تھے، الموسٹ سب کے سب وہاں پر اکٹھا تھے عرفات کے میدان میں۔</w:t>
      </w:r>
    </w:p>
    <w:p>
      <w:r>
        <w:rPr>
          <w:b/>
        </w:rPr>
        <w:t xml:space="preserve">[03:31] </w:t>
      </w:r>
      <w:r>
        <w:t>is waqt aap ne bohat si baatein bataein. aur last mein aap ne logon se kaha ke kya tum gawah ho ke main ne tum ko woh message pahuncha diya jo Khuda ki taraf se mere paas aaya tha?</w:t>
      </w:r>
    </w:p>
    <w:p>
      <w:pPr>
        <w:jc w:val="right"/>
      </w:pPr>
      <w:r>
        <w:t>اس وقت آپ نے بہت سی باتیں بتائیں۔ اور لاسٹ میں آپ نے لوگوں سے کہا کہ کیا تم گواہ ہو کہ میں نے تم کو وہ میسج پہنچا دیا جو خدا کی طرف سے میرے پاس آیا تھا؟</w:t>
      </w:r>
    </w:p>
    <w:p>
      <w:r>
        <w:rPr>
          <w:b/>
        </w:rPr>
        <w:t xml:space="preserve">[03:51] </w:t>
      </w:r>
      <w:r>
        <w:t>to logon ne kaha ke haan hum gawah hain.</w:t>
      </w:r>
    </w:p>
    <w:p>
      <w:pPr>
        <w:jc w:val="right"/>
      </w:pPr>
      <w:r>
        <w:t>تو لوگوں نے کہا کہ ہاں ہم گواہ ہیں۔</w:t>
      </w:r>
    </w:p>
    <w:p>
      <w:r>
        <w:rPr>
          <w:b/>
        </w:rPr>
        <w:t xml:space="preserve">[03:58] </w:t>
      </w:r>
      <w:r>
        <w:t>teen baar aap ne dohraya, teen baar logon ne dohraya ke hum gawah hain ke aap ne pahuncha diya. aap ne phir farmaya ke Allahumma shahid, Khudaaya tu bhi gawah raha ke main ne pahuncha diya.</w:t>
      </w:r>
    </w:p>
    <w:p>
      <w:pPr>
        <w:jc w:val="right"/>
      </w:pPr>
      <w:r>
        <w:t>تین بار آپ نے دہرایا، تین بار لوگوں نے دہرایا کہ ہم گواہ ہیں کہ آپ نے پہنچا دیا۔ آپ نے پھر فرمایا کہ اللہم اشھد، خدایا تو بھی گواہ رہا کہ میں نے پہنچا دیا۔</w:t>
      </w:r>
    </w:p>
    <w:p>
      <w:r>
        <w:rPr>
          <w:b/>
        </w:rPr>
        <w:t xml:space="preserve">[04:12] </w:t>
      </w:r>
      <w:r>
        <w:t>phir is waqt aap ne kaha tha ke meri baat saare logon tak pahunchao, pahunchate raho qayamat tak.</w:t>
      </w:r>
    </w:p>
    <w:p>
      <w:pPr>
        <w:jc w:val="right"/>
      </w:pPr>
      <w:r>
        <w:t>پھر اس وقت آپ نے کہا تھا کہ میری بات سارے لوگوں تک پہنچاؤ، پہنچاتے رہو قیامت تک۔</w:t>
      </w:r>
    </w:p>
    <w:p>
      <w:r>
        <w:rPr>
          <w:b/>
        </w:rPr>
        <w:t xml:space="preserve">[04:21] </w:t>
      </w:r>
      <w:r>
        <w:t>matlab nasl dar nasl, generation after generation. kyunke jo log wahan the woh to baharhal wahi marne wale the. lekin unke zariye aap ne in direct way mein hum sab tak yeh message diya ke hum sab log qayamat tak generation after generation is message ko pohanchate rahein.</w:t>
      </w:r>
    </w:p>
    <w:p>
      <w:pPr>
        <w:jc w:val="right"/>
      </w:pPr>
      <w:r>
        <w:t>مطلب نسل در نسل، جنریشن آفر جنریشن۔ کیونکہ جو لوگ وہاں تھے وہ تو بہرحال وہی مرنے والے تھے۔ لیکن ان کے ذریعے آپ نے ان ڈائریکٹ وے میں ہم سب تک یہ میسج دیا کہ ہم سب لوگ قیامت تک جنریشن آفر جنریشن اس میسج کو پہنچاتے رہیں۔</w:t>
      </w:r>
    </w:p>
    <w:p>
      <w:r>
        <w:rPr>
          <w:b/>
        </w:rPr>
        <w:t xml:space="preserve">[04:47] </w:t>
      </w:r>
      <w:r>
        <w:t>is waqt aap ne ek bohat hi anokhi baat kahi thi. aap ne farmaya tha ke falyuballigh ash shahidu al ghāib.</w:t>
      </w:r>
    </w:p>
    <w:p>
      <w:pPr>
        <w:jc w:val="right"/>
      </w:pPr>
      <w:r>
        <w:t>اس وقت آپ نے ایک بہت ہی انوکھی بات کہی تھی۔ آپ نے فرمایا تھا کہ فلیبلغ الشاہد الغائب۔</w:t>
      </w:r>
    </w:p>
    <w:p>
      <w:r>
        <w:rPr>
          <w:b/>
        </w:rPr>
        <w:t xml:space="preserve">[05:00] </w:t>
      </w:r>
      <w:r>
        <w:t>fa ruba muballigh awgam sāmi'īn.</w:t>
      </w:r>
    </w:p>
    <w:p>
      <w:pPr>
        <w:jc w:val="right"/>
      </w:pPr>
      <w:r>
        <w:t>فرب مبلغ اوغام سامعین۔</w:t>
      </w:r>
    </w:p>
    <w:p>
      <w:r>
        <w:rPr>
          <w:b/>
        </w:rPr>
        <w:t xml:space="preserve">[05:06] </w:t>
      </w:r>
      <w:r>
        <w:t>jo yahan hain woh un tak pohancha dein jo yahan nahi hain.</w:t>
      </w:r>
    </w:p>
    <w:p>
      <w:pPr>
        <w:jc w:val="right"/>
      </w:pPr>
      <w:r>
        <w:t>جو یہاں ہیں وہ ان تک پہنچا دیں جو یہاں نہیں ہیں۔</w:t>
      </w:r>
    </w:p>
    <w:p>
      <w:r>
        <w:rPr>
          <w:b/>
        </w:rPr>
        <w:t xml:space="preserve">[05:17] </w:t>
      </w:r>
      <w:r>
        <w:t>jo yahan hazir hain woh un tak pohancha dein jo yahan maujood nahi hain. phir aap ne farmaya fa ruba muballigh awgam sāmi'īn.</w:t>
      </w:r>
    </w:p>
    <w:p>
      <w:pPr>
        <w:jc w:val="right"/>
      </w:pPr>
      <w:r>
        <w:t>جو یہاں حاضر ہیں وہ ان تک پہنچا دیں جو یہاں موجود نہیں ہیں۔ پھر آپ نے فرمایا فرب مبلغ اوغام سامعین۔</w:t>
      </w:r>
    </w:p>
    <w:p>
      <w:r>
        <w:rPr>
          <w:b/>
        </w:rPr>
        <w:t xml:space="preserve">[05:33] </w:t>
      </w:r>
      <w:r>
        <w:t>kyunke bohat se woh log jin tak pohanchaya jaye woh zyada samajh pate hain kisi baat ko un se jinho ne pohanchaya.</w:t>
      </w:r>
    </w:p>
    <w:p>
      <w:pPr>
        <w:jc w:val="right"/>
      </w:pPr>
      <w:r>
        <w:t>کیونکہ بہت سے وہ لوگ جن تک پہنچایا جائے وہ زیادہ سمجھ پاتے ہیں کسی بات کو ان سے جنہوں نے پہنچایا۔</w:t>
      </w:r>
    </w:p>
    <w:p>
      <w:r>
        <w:rPr>
          <w:b/>
        </w:rPr>
        <w:t xml:space="preserve">[05:51] </w:t>
      </w:r>
      <w:r>
        <w:t>yani second audience might be better than the first audience. bari anokhi baat hai yeh.</w:t>
      </w:r>
    </w:p>
    <w:p>
      <w:pPr>
        <w:jc w:val="right"/>
      </w:pPr>
      <w:r>
        <w:t>یعنی سیکنڈ آڈینس مائٹ بی بیٹر دین دی فرسٹ آڈینس۔ بڑی انوکھی بات ہے یہ۔</w:t>
      </w:r>
    </w:p>
    <w:p>
      <w:r>
        <w:rPr>
          <w:b/>
        </w:rPr>
        <w:t xml:space="preserve">[06:04] </w:t>
      </w:r>
      <w:r>
        <w:t>is par bohat kam socha gaya hai, bohat kam likha gaya hai. lekin yeh Bukhari mein hai aur sab hadith ki kitabon mein hai. yeh jo main aap ko suna raha hoon yeh yeh wording yeh koi za'eef riwayat mein nahi hai, yeh mauzu' riwayat mein nahi hai.</w:t>
      </w:r>
    </w:p>
    <w:p>
      <w:pPr>
        <w:jc w:val="right"/>
      </w:pPr>
      <w:r>
        <w:t>اس پر بہت کم سوچا گیا ہے، بہت کم لکھا گیا ہے۔ لیکن یہ بخاری میں ہے اور سب حدیث کی کتابوں میں ہے۔ یہ جو میں آپ کو سنا رہا ہوں یہ یہ ورڈنگ یہ کوئی ضعیف روایت میں نہیں ہے، یہ موضوع روایت میں نہیں ہے۔</w:t>
      </w:r>
    </w:p>
    <w:p>
      <w:r>
        <w:rPr>
          <w:b/>
        </w:rPr>
        <w:t xml:space="preserve">[06:22] </w:t>
      </w:r>
      <w:r>
        <w:t>Bukhari mein aur sab taqreeban sabhi kitabon mein hai. fa ruba muballigh awgam sāmi'īn. second audience might be better than the first audience.</w:t>
      </w:r>
    </w:p>
    <w:p>
      <w:pPr>
        <w:jc w:val="right"/>
      </w:pPr>
      <w:r>
        <w:t>بخاری میں اور سب تقریباً سبھی کتابوں میں ہے۔ فرب مبلغ اوغام سامعین۔ سیکنڈ آڈینس مائٹ بی بیٹر دین دی فرسٹ آڈینس۔</w:t>
      </w:r>
    </w:p>
    <w:p>
      <w:r>
        <w:rPr>
          <w:b/>
        </w:rPr>
        <w:t xml:space="preserve">[06:38] </w:t>
      </w:r>
      <w:r>
        <w:t>kitna zyada sochne ki baat hai. aur hamare liye kitni bari good tidings yeh hai, kitni bari khushkhabri. aap zara sochiye ek standard sense mein hum sab shareek hain is mein.</w:t>
      </w:r>
    </w:p>
    <w:p>
      <w:pPr>
        <w:jc w:val="right"/>
      </w:pPr>
      <w:r>
        <w:t>کتنا زیادہ سوچنے کی بات ہے۔ اور ہمارے لیے کتنی بڑی گڈ ٹائڈنگ یہ ہے، کتنی بڑی خوشخبری۔ آپ ذرا سوچیے ایک سٹینڈرڈ سینس میں ہم سب شریک ہیں اس میں۔</w:t>
      </w:r>
    </w:p>
    <w:p>
      <w:r>
        <w:rPr>
          <w:b/>
        </w:rPr>
        <w:t xml:space="preserve">[06:54] </w:t>
      </w:r>
      <w:r>
        <w:t>yani koi aisa aspect ho sakta hai hamare andar ke hum jo suna ji log hain wahan un se better sabit ho Allah ki nazar mein. kya is se bari koi khushkhabri ho sakti hai?</w:t>
      </w:r>
    </w:p>
    <w:p>
      <w:pPr>
        <w:jc w:val="right"/>
      </w:pPr>
      <w:r>
        <w:t>یعنی کوئی ایسا ایسپیکٹ ہو سکتا ہے ہمارے اندر کہ ہم جو سنا جی لوگ ہیں وہاں ان سے بیٹر ثابت ہو اللہ کی نظر میں۔ کیا اس سے بڑی کوئی خوشخبری ہو سکتی ہے؟</w:t>
      </w:r>
    </w:p>
    <w:p>
      <w:r>
        <w:rPr>
          <w:b/>
        </w:rPr>
        <w:t xml:space="preserve">[07:07] </w:t>
      </w:r>
      <w:r>
        <w:t>literal meaning is ka hai, literal meaning. main is mein koi badha kar baat nahi keh raha hoon. literal taur par nikal raha hai is mein se.</w:t>
      </w:r>
    </w:p>
    <w:p>
      <w:pPr>
        <w:jc w:val="right"/>
      </w:pPr>
      <w:r>
        <w:t>لٹرل میننگ اس کا ہے، لٹرل میننگ۔ میں اس میں کوئی بڑھا کر بات نہیں کہہ رہا ہوں۔ لٹرل طور پر نکل رہا ہے اس میں سے۔</w:t>
      </w:r>
    </w:p>
    <w:p>
      <w:r>
        <w:rPr>
          <w:b/>
        </w:rPr>
        <w:t xml:space="preserve">[07:17] </w:t>
      </w:r>
      <w:r>
        <w:t>fa ruba muballigh awgam sāmi'īn.</w:t>
      </w:r>
    </w:p>
    <w:p>
      <w:pPr>
        <w:jc w:val="right"/>
      </w:pPr>
      <w:r>
        <w:t>فرب مبلغ اوغام سامعین۔</w:t>
      </w:r>
    </w:p>
    <w:p>
      <w:r>
        <w:rPr>
          <w:b/>
        </w:rPr>
        <w:t xml:space="preserve">[07:22] </w:t>
      </w:r>
      <w:r>
        <w:t>dekhein is mein lafz awgam hai, word jo hai word awgam. alif ba o ain e a awgam. awgam ke ma'ne hote hain better container.</w:t>
      </w:r>
    </w:p>
    <w:p>
      <w:pPr>
        <w:jc w:val="right"/>
      </w:pPr>
      <w:r>
        <w:t>دیکھیں اس میں لفظ اوغا ہے، ورڈ جو ہے ورڈ اوغا۔ الف باؤ عین ای اے اوغا۔ اوغا کے معنی ہوتے ہیں بیٹر کنٹینر۔</w:t>
      </w:r>
    </w:p>
    <w:p>
      <w:r>
        <w:rPr>
          <w:b/>
        </w:rPr>
        <w:t xml:space="preserve">[07:34] </w:t>
      </w:r>
      <w:r>
        <w:t>literal ma'ne hote hain better container. yani baad wala jo hai woh better container ho sakta hai. isi ko main keh raha hoon ke second audience might be better than the first audience.</w:t>
      </w:r>
    </w:p>
    <w:p>
      <w:pPr>
        <w:jc w:val="right"/>
      </w:pPr>
      <w:r>
        <w:t>لٹرل معنی ہوتے ہیں بیٹر کنٹینر۔ یعنی بعد والا جو ہے وہ بیٹر کنٹینر ہو سکتا ہے۔ اسی کو میں کہہ رہا ہوں کہ سیکنڈ آڈینس مائٹ بی بیٹر دین دی فرسٹ آڈینس۔</w:t>
      </w:r>
    </w:p>
    <w:p>
      <w:r>
        <w:rPr>
          <w:b/>
        </w:rPr>
        <w:t xml:space="preserve">[07:49] </w:t>
      </w:r>
      <w:r>
        <w:t>toh yeh kitni hi bari extended sense mein hum sab is mein shareek hain. kyunke baat ek ke baad ek ke baad hoti hui hum tak pohanchi hai.</w:t>
      </w:r>
    </w:p>
    <w:p>
      <w:pPr>
        <w:jc w:val="right"/>
      </w:pPr>
      <w:r>
        <w:t>تو یہ کتنی ہی بڑی ایکسٹینڈڈ سینس میں ہم سب اس میں شریک ہیں۔ کیونکہ بات ایک کے بعد ایک کے بعد ہوتی ہوئی ہم تک پہنچی ہے۔</w:t>
      </w:r>
    </w:p>
    <w:p>
      <w:r>
        <w:rPr>
          <w:b/>
        </w:rPr>
        <w:t xml:space="preserve">[07:59] </w:t>
      </w:r>
      <w:r>
        <w:t>generation after generation hum tak pohanchi hai.</w:t>
      </w:r>
    </w:p>
    <w:p>
      <w:pPr>
        <w:jc w:val="right"/>
      </w:pPr>
      <w:r>
        <w:t>جنریشن آفر جنریشن ہم تک پہنچی ہے۔</w:t>
      </w:r>
    </w:p>
    <w:p>
      <w:r>
        <w:rPr>
          <w:b/>
        </w:rPr>
        <w:t xml:space="preserve">[08:05] </w:t>
      </w:r>
      <w:r>
        <w:t>kitni bari good tidings yeh hai. bohat zyada sochne ki baat hai. is par main kuch is ki detail arz karna chahta hoon.</w:t>
      </w:r>
    </w:p>
    <w:p>
      <w:pPr>
        <w:jc w:val="right"/>
      </w:pPr>
      <w:r>
        <w:t>کتنی بڑی گڈ ٹائڈنگ یہ ہے۔ بہت زیادہ سوچنے کی بات ہے۔ اس پر میں کچھ اس کی ڈیٹیل عرض کرنا چاہتا ہوں۔</w:t>
      </w:r>
    </w:p>
    <w:p>
      <w:r>
        <w:rPr>
          <w:b/>
        </w:rPr>
        <w:t xml:space="preserve">[08:19] </w:t>
      </w:r>
      <w:r>
        <w:t>dekhein ek ek misaal doonga main. aap yeh samajh lijiye ke Islam aaya tha seven century mein, AD mein. saatwein sadi eesvi mein.</w:t>
      </w:r>
    </w:p>
    <w:p>
      <w:pPr>
        <w:jc w:val="right"/>
      </w:pPr>
      <w:r>
        <w:t>دیکھیں ایک ایک مثال دوں گا میں۔ آپ یہ سمجھ لیجئے کہ اسلام آیا تھا سیون سینچری میں، اے ڈی میں۔ ساتویں صدی عیسوی میں۔</w:t>
      </w:r>
    </w:p>
    <w:p>
      <w:r>
        <w:rPr>
          <w:b/>
        </w:rPr>
        <w:t xml:space="preserve">[08:32] </w:t>
      </w:r>
      <w:r>
        <w:t>woh zamana dekhiye is waqt insan ka jo framework tha woh traditional framework tha.</w:t>
      </w:r>
    </w:p>
    <w:p>
      <w:pPr>
        <w:jc w:val="right"/>
      </w:pPr>
      <w:r>
        <w:t>وہ زمانہ دیکھیے اس وقت انسان کا جو فریم ورک تھا وہ ٹریڈیشنل فریم ورک تھا۔</w:t>
      </w:r>
    </w:p>
    <w:p>
      <w:r>
        <w:rPr>
          <w:b/>
        </w:rPr>
        <w:t xml:space="preserve">[08:41] </w:t>
      </w:r>
      <w:r>
        <w:t>at that time the framework of man was a traditional framework. woh zamana wahi tha. dekhein history mein ab jump nahi hua karta.</w:t>
      </w:r>
    </w:p>
    <w:p>
      <w:pPr>
        <w:jc w:val="right"/>
      </w:pPr>
      <w:r>
        <w:t>ایٹ دیٹ ٹائم دا فریم ورک آف مین واز ا ٹریڈیشنل فریم ورک۔ وہ زمانہ وہی تھا۔ دیکھیں ہسٹری میں اب جمپ نہیں ہوا کرتا۔</w:t>
      </w:r>
    </w:p>
    <w:p>
      <w:r>
        <w:rPr>
          <w:b/>
        </w:rPr>
        <w:t xml:space="preserve">[08:55] </w:t>
      </w:r>
      <w:r>
        <w:t>yeh impossible nahi tha ke Rasool Allah jump kar ke 20 century mein pohanch jayein.</w:t>
      </w:r>
    </w:p>
    <w:p>
      <w:pPr>
        <w:jc w:val="right"/>
      </w:pPr>
      <w:r>
        <w:t>یہ امپاسیبل نہیں تھا کہ رسول اللہ جمپ کر کے 20 سینچری میں پہنچ جائیں۔</w:t>
      </w:r>
    </w:p>
    <w:p>
      <w:r>
        <w:rPr>
          <w:b/>
        </w:rPr>
        <w:t xml:space="preserve">[09:03] </w:t>
      </w:r>
      <w:r>
        <w:t>this kind of jump is not possible in history. aap ko immediate audience ko hi le kar bolna tha. jump kar ke aap 20 century ko apna audience banayein yeh possible nahi tha.</w:t>
      </w:r>
    </w:p>
    <w:p>
      <w:pPr>
        <w:jc w:val="right"/>
      </w:pPr>
      <w:r>
        <w:t>دس کائنڈ آف جمپ از ناٹ پاسیبل ان ہسٹری۔ آپ کو امیڈیٹ آڈینس کو ہی لے کر بولنا تھا۔ جمپ کر کے آپ 20 سینچری کو اپنا آڈینس بنائیں یہ پاسیبل نہیں تھا۔</w:t>
      </w:r>
    </w:p>
    <w:p>
      <w:r>
        <w:rPr>
          <w:b/>
        </w:rPr>
        <w:t xml:space="preserve">[09:19] </w:t>
      </w:r>
      <w:r>
        <w:t>yeh toh aap ko karna tha. aap ki ummat ko karna tha. is point ko bohat zyada samajhne ki zaroorat hai. ke Rasool Allah address kar rahe the seven century ke audience ko.</w:t>
      </w:r>
    </w:p>
    <w:p>
      <w:pPr>
        <w:jc w:val="right"/>
      </w:pPr>
      <w:r>
        <w:t>یہ تو آپ کو کرنا تھا۔ آپ کی امت کو کرنا تھا۔ اس پوائنٹ کو بہت زیادہ سمجھنے کی ضرورت ہے۔ کہ رسول اللہ ایڈریس کر رہے تھے سیون سینچری کے آڈینس کو۔</w:t>
      </w:r>
    </w:p>
    <w:p>
      <w:r>
        <w:rPr>
          <w:b/>
        </w:rPr>
        <w:t xml:space="preserve">[09:32] </w:t>
      </w:r>
      <w:r>
        <w:t>lekin aap ki jo prophethood thi woh eternity, eternal thi, hamesha ke liye thi.</w:t>
      </w:r>
    </w:p>
    <w:p>
      <w:pPr>
        <w:jc w:val="right"/>
      </w:pPr>
      <w:r>
        <w:t>لیکن آپ کی جو پرافٹ ہڈ تھی وہ ایٹرنیٹی، ایٹرنل تھی، ہمیشہ کے لیے تھی۔</w:t>
      </w:r>
    </w:p>
    <w:p>
      <w:r>
        <w:rPr>
          <w:b/>
        </w:rPr>
        <w:t xml:space="preserve">[09:42] </w:t>
      </w:r>
      <w:r>
        <w:t>jis ke ma'ani extended sense mein hum sab is ke audience hain. lekin 20th century mein scientific framework banne wala tha insan ka.</w:t>
      </w:r>
    </w:p>
    <w:p>
      <w:pPr>
        <w:jc w:val="right"/>
      </w:pPr>
      <w:r>
        <w:t>جس کے معنی ایکسٹینڈڈ سینس میں ہم سب اس کے آڈینس ہیں۔ لیکن 20 سینچری میں سائنٹیفک فریم ورک بننے والا تھا انسان کا۔</w:t>
      </w:r>
    </w:p>
    <w:p>
      <w:r>
        <w:rPr>
          <w:b/>
        </w:rPr>
        <w:t xml:space="preserve">[09:53] </w:t>
      </w:r>
      <w:r>
        <w:t>scientific revolution ke baad insan scientific framework pe sochne wala tha. lekin aap aisa nahi kar sakte the.</w:t>
      </w:r>
    </w:p>
    <w:p>
      <w:pPr>
        <w:jc w:val="right"/>
      </w:pPr>
      <w:r>
        <w:t>سائنٹیفک ریولوشن کے بعد انسان سائنٹیفک فریم ورک پہ سوچنے والا تھا۔ لیکن آپ ایسا نہیں کر سکتے تھے۔</w:t>
      </w:r>
    </w:p>
    <w:p>
      <w:r>
        <w:rPr>
          <w:b/>
        </w:rPr>
        <w:t xml:space="preserve">[10:05] </w:t>
      </w:r>
      <w:r>
        <w:t>historical jump possible nahi hai. to aap ne apni immediate audience ko address kiya aur yeh keh diya pehle hi ke baad ka jo audience hai ho sakta hai ke tum se bhi behtar ho woh.</w:t>
      </w:r>
    </w:p>
    <w:p>
      <w:pPr>
        <w:jc w:val="right"/>
      </w:pPr>
      <w:r>
        <w:t>ہسٹوریکل جمپ پاسیبل نہیں ہے۔ تو آپ نے اپنی امیڈیٹ آڈینس کو ایڈریس کیا اور یہ کہہ دیا پہلے ہی کہ بعد کا جو آڈینس ہے ہو سکتا ہے کہ تم سے بھی بہتر ہو وہ۔</w:t>
      </w:r>
    </w:p>
    <w:p>
      <w:r>
        <w:rPr>
          <w:b/>
        </w:rPr>
        <w:t xml:space="preserve">[10:22] </w:t>
      </w:r>
      <w:r>
        <w:t>aur is ke bohat se proof hain Quran o Hadees mein. ek simple, ek simple example mein deta hoon aap ko. ek ek bohat hi saada misaal.</w:t>
      </w:r>
    </w:p>
    <w:p>
      <w:pPr>
        <w:jc w:val="right"/>
      </w:pPr>
      <w:r>
        <w:t>اور اس کے بہت سے پروف ہیں قرآن و حدیث میں۔ ایک سمپل، ایک سمپل ایگزیمپل میں دیتا ہوں آپ کو۔ ایک ایک بہت ہی سادہ مثال۔</w:t>
      </w:r>
    </w:p>
    <w:p>
      <w:r>
        <w:rPr>
          <w:b/>
        </w:rPr>
        <w:t xml:space="preserve">[10:34] </w:t>
      </w:r>
      <w:r>
        <w:t>dekhein jab Rasool Allah (SAW) Madina mein the. Madina mein jab the aap to</w:t>
      </w:r>
    </w:p>
    <w:p>
      <w:pPr>
        <w:jc w:val="right"/>
      </w:pPr>
      <w:r>
        <w:t>دیکھیں جب رسول اللہ صلی اللہ علیہ وسلم مدینہ میں تھے۔ مدینہ میں جب تھے آپ تو</w:t>
      </w:r>
    </w:p>
    <w:p>
      <w:r>
        <w:rPr>
          <w:b/>
        </w:rPr>
        <w:t xml:space="preserve">[10:46] </w:t>
      </w:r>
      <w:r>
        <w:t>aap ne migration kiya tha 622 mein Makka se Madina ke liye. to wahan par kya hua?</w:t>
      </w:r>
    </w:p>
    <w:p>
      <w:pPr>
        <w:jc w:val="right"/>
      </w:pPr>
      <w:r>
        <w:t>آپ نے مائیگریشن کیا تھا 622 میں مکہ سے مدینہ کے لیے۔ تو وہاں پر کیا ہوا؟</w:t>
      </w:r>
    </w:p>
    <w:p>
      <w:r>
        <w:rPr>
          <w:b/>
        </w:rPr>
        <w:t xml:space="preserve">[10:54] </w:t>
      </w:r>
      <w:r>
        <w:t>is zamane mein grahan pada. grahan ka matlab hai eclipse. eclipse.</w:t>
      </w:r>
    </w:p>
    <w:p>
      <w:pPr>
        <w:jc w:val="right"/>
      </w:pPr>
      <w:r>
        <w:t>اس زمانے میں گرہن پڑا۔ گرہن کا مطلب ہے ایکلپس۔ ایکلپس۔</w:t>
      </w:r>
    </w:p>
    <w:p>
      <w:r>
        <w:rPr>
          <w:b/>
        </w:rPr>
        <w:t xml:space="preserve">[11:04] </w:t>
      </w:r>
      <w:r>
        <w:t>aap jante hain eclipse do qism ka hota hai. solar eclipse aur lunar eclipse. to grahan is zamane mein, is traditional daur mein, woh superstition ka daur tha.</w:t>
      </w:r>
    </w:p>
    <w:p>
      <w:pPr>
        <w:jc w:val="right"/>
      </w:pPr>
      <w:r>
        <w:t>آپ جانتے ہیں ایکلپس دو قسم کا ہوتا ہے۔ سولر ایکلپس اور لیونر ایکلپس۔ تو گرہن اس زمانے میں، اس ٹریڈیشنل دور میں، وہ سپریسیشن کا دور تھا۔</w:t>
      </w:r>
    </w:p>
    <w:p>
      <w:r>
        <w:rPr>
          <w:b/>
        </w:rPr>
        <w:t xml:space="preserve">[11:18] </w:t>
      </w:r>
      <w:r>
        <w:t>is zamane mein har cheez ko log superstition way mein lete the. aap kitabon mein padhein to bare anokhe qism ke kahaniyan paayenge aap.</w:t>
      </w:r>
    </w:p>
    <w:p>
      <w:pPr>
        <w:jc w:val="right"/>
      </w:pPr>
      <w:r>
        <w:t>اس زمانے میں ہر چیز کو لوگ سپریسیشن وے میں لیتے تھے۔ آپ کتابوں میں پڑھیں تو بڑے انوکھے قسم کے کہانیاں پائیں گے آپ۔</w:t>
      </w:r>
    </w:p>
    <w:p>
      <w:r>
        <w:rPr>
          <w:b/>
        </w:rPr>
        <w:t xml:space="preserve">[11:31] </w:t>
      </w:r>
      <w:r>
        <w:t>is grahan ke bare mein. ke aasman mein koi bohat bara saanp hai woh nigal leta hai. aur suraj chand mein ladai hoti hai.</w:t>
      </w:r>
    </w:p>
    <w:p>
      <w:pPr>
        <w:jc w:val="right"/>
      </w:pPr>
      <w:r>
        <w:t>اس گرہن کے بارے میں۔ کہ آسمان میں کوئی بہت بڑا سانپ ہے وہ نگل لیتا ہے۔ اور سورج چاند میں لڑائی ہوتی ہے۔</w:t>
      </w:r>
    </w:p>
    <w:p>
      <w:r>
        <w:rPr>
          <w:b/>
        </w:rPr>
        <w:t xml:space="preserve">[11:42] </w:t>
      </w:r>
      <w:r>
        <w:t>aur bohat pata nahi kaisi kaisi kahaniyan. is waqt ek bhi yeh bhi ek superstition tha.</w:t>
      </w:r>
    </w:p>
    <w:p>
      <w:pPr>
        <w:jc w:val="right"/>
      </w:pPr>
      <w:r>
        <w:t>اور بہت پتہ نہیں کیسی کیسی کہانیاں۔ اس وقت ایک بھی یہ بھی ایک سپریسیشن تھا۔</w:t>
      </w:r>
    </w:p>
    <w:p>
      <w:r>
        <w:rPr>
          <w:b/>
        </w:rPr>
        <w:t xml:space="preserve">[11:51] </w:t>
      </w:r>
      <w:r>
        <w:t>koi bara aadmi jab mar jata hai to eclipse lagta hai. aasman jo hai sog manata hai. ke bara aadmi ke marne par aasman sog manata hai to yeh eclipse hota hai.</w:t>
      </w:r>
    </w:p>
    <w:p>
      <w:pPr>
        <w:jc w:val="right"/>
      </w:pPr>
      <w:r>
        <w:t>کوئی بڑا آدمی جب مر جاتا ہے تو ایکلپس لگتا ہے۔ آسمان جو ہے سوگ مناتا ہے۔ کہ بڑے آدمی کے مرنے پر آسمان سوگ مناتا ہے تو یہ ایکلپس ہوتا ہے۔</w:t>
      </w:r>
    </w:p>
    <w:p>
      <w:r>
        <w:rPr>
          <w:b/>
        </w:rPr>
        <w:t xml:space="preserve">[12:03] </w:t>
      </w:r>
      <w:r>
        <w:t>to kya hua ke Madina mein jab aap the to aap ke haan ek beta paida hua tha is ka naam tha Ibrahim.</w:t>
      </w:r>
    </w:p>
    <w:p>
      <w:pPr>
        <w:jc w:val="right"/>
      </w:pPr>
      <w:r>
        <w:t>تو کیا ہوا کہ مدینہ میں جب آپ تھے تو آپ کے ہاں ایک بیٹا پیدا ہوا تھا اس کا نام تھا ابراہیم۔</w:t>
      </w:r>
    </w:p>
    <w:p>
      <w:r>
        <w:rPr>
          <w:b/>
        </w:rPr>
        <w:t xml:space="preserve">[12:14] </w:t>
      </w:r>
      <w:r>
        <w:t>Maria Qibtiya is ki maan thi. sirf dhai saal ki umar mein in ka inteqal ho gaya. yaani bachcha the tabhi. to aap wahan par log kehne lage kyunke aap ki position jo thi Madina mein head of the state ki thi us waqt.</w:t>
      </w:r>
    </w:p>
    <w:p>
      <w:pPr>
        <w:jc w:val="right"/>
      </w:pPr>
      <w:r>
        <w:t>ماریہ قبطیہ اس کی ماں تھی۔ صرف ڈھائی سال کی عمر میں ان کا انتقال ہو گیا۔ یعنی بچہ تھے تبھی۔ تو آپ وہاں پر لوگ کہنے لگے کیونکہ آپ کی پوزیشن جو تھی مدینہ میں ہیڈ آف دا اسٹیٹ کی تھی اس وقت۔</w:t>
      </w:r>
    </w:p>
    <w:p>
      <w:r>
        <w:rPr>
          <w:b/>
        </w:rPr>
        <w:t xml:space="preserve">[12:37] </w:t>
      </w:r>
      <w:r>
        <w:t>at that time he was head the state of Madina.</w:t>
      </w:r>
    </w:p>
    <w:p>
      <w:pPr>
        <w:jc w:val="right"/>
      </w:pPr>
      <w:r>
        <w:t>ایٹ دیٹ ٹائم ہی واز ہیڈ دا اسٹیٹ آف آف آف مدینہ۔</w:t>
      </w:r>
    </w:p>
    <w:p>
      <w:r>
        <w:rPr>
          <w:b/>
        </w:rPr>
        <w:t xml:space="preserve">[12:47] </w:t>
      </w:r>
      <w:r>
        <w:t>to logon ne kya kaha ke Prophet ka yaani head of the state ka bachcha mar gaya is liye eclipse hua hai. isi superstition mein bola kuch logon ne jo chala raha tha pehle se.</w:t>
      </w:r>
    </w:p>
    <w:p>
      <w:pPr>
        <w:jc w:val="right"/>
      </w:pPr>
      <w:r>
        <w:t>تو لوگوں نے کیا کہا کہ پرافٹ کا یعنی ہیڈ آف دا اسٹیٹ کا بچہ مر گیا اس لیے ایکلپس ہوا ہے۔ اسی سپریسیشن میں بولا کچھ لوگوں نے جو چلا رہا تھا پہلے سے۔</w:t>
      </w:r>
    </w:p>
    <w:p>
      <w:r>
        <w:rPr>
          <w:b/>
        </w:rPr>
        <w:t xml:space="preserve">[13:03] </w:t>
      </w:r>
      <w:r>
        <w:t>to aap ne bilkul emergency call jis ko kehte hain emergency meeting ki aap ne. sab ko bulaya ke sab log masjid mein aa jayen.</w:t>
      </w:r>
    </w:p>
    <w:p>
      <w:pPr>
        <w:jc w:val="right"/>
      </w:pPr>
      <w:r>
        <w:t>تو آپ نے بالکل ایمرجنسی کال جس کو کہتے ہیں ایمرجنسی میٹنگ کی آپ نے۔ سب کو بلایا کہ سب لوگ مسجد میں آ جائیں۔</w:t>
      </w:r>
    </w:p>
    <w:p>
      <w:r>
        <w:rPr>
          <w:b/>
        </w:rPr>
        <w:t xml:space="preserve">[13:13] </w:t>
      </w:r>
      <w:r>
        <w:t>zara sochiye ke is baat ko sochiye itni si baat par aap ne emergency meeting bulai.</w:t>
      </w:r>
    </w:p>
    <w:p>
      <w:pPr>
        <w:jc w:val="right"/>
      </w:pPr>
      <w:r>
        <w:t>ذرا سوچیے کہ اس بات کو سوچیے اتنی سی بات پر آپ نے ایمرجنسی میٹنگ بلائی۔</w:t>
      </w:r>
    </w:p>
    <w:p>
      <w:r>
        <w:rPr>
          <w:b/>
        </w:rPr>
        <w:t xml:space="preserve">[13:22] </w:t>
      </w:r>
      <w:r>
        <w:t>kitni is ko kitna importance diya aap ne is baat ko ke log is ko superstition sense mein le rahe hain. to sab log ikhatta hue is waqt aap ne ek wahan par ek khutba diya yaani lecture diya aur kaha ke dekho yeh jo solar eclipse aur lunar eclipse hota hai kisi ki jeene marne se koi taluq nahi hai.</w:t>
      </w:r>
    </w:p>
    <w:p>
      <w:pPr>
        <w:jc w:val="right"/>
      </w:pPr>
      <w:r>
        <w:t>کتنی اس کو کتنا امپورٹنس دیا آپ نے اس بات کو کہ لوگ اس کو سپریسیشن سینس میں لے رہے ہیں۔ تو سب لوگ اکٹھا ہوئے اس وقت آپ نے ایک وہاں پر ایک خطبہ دیا یعنی لیکچر دیا اور کہا کہ دیکھو یہ جو سولر ایکلپس اور لیونر ایکلپس ہوتا ہے کسی کی جنہیں مرنے سے کوئی تعلق نہیں ہے۔</w:t>
      </w:r>
    </w:p>
    <w:p>
      <w:r>
        <w:rPr>
          <w:b/>
        </w:rPr>
        <w:t xml:space="preserve">[13:49] </w:t>
      </w:r>
      <w:r>
        <w:t>koi taluq nahi hai.</w:t>
      </w:r>
    </w:p>
    <w:p>
      <w:pPr>
        <w:jc w:val="right"/>
      </w:pPr>
      <w:r>
        <w:t>کوئی تعلق نہیں ہے۔</w:t>
      </w:r>
    </w:p>
    <w:p>
      <w:r>
        <w:rPr>
          <w:b/>
        </w:rPr>
        <w:t xml:space="preserve">[13:55] </w:t>
      </w:r>
      <w:r>
        <w:t>aap ne farmaya ke min ayatulllah woh Khuda ki do nishaniyon mein se nishani hain.</w:t>
      </w:r>
    </w:p>
    <w:p>
      <w:pPr>
        <w:jc w:val="right"/>
      </w:pPr>
      <w:r>
        <w:t>آپ نے فرمایا کہ من آیت اللہ وہ خدا کی دو نشانیوں میں سے نشانی ہیں۔</w:t>
      </w:r>
    </w:p>
    <w:p>
      <w:r>
        <w:rPr>
          <w:b/>
        </w:rPr>
        <w:t xml:space="preserve">[14:05] </w:t>
      </w:r>
      <w:r>
        <w:t>signs of God hain signs of God hain.</w:t>
      </w:r>
    </w:p>
    <w:p>
      <w:pPr>
        <w:jc w:val="right"/>
      </w:pPr>
      <w:r>
        <w:t>سائنز آف گاڈ ہیں ایس آئی جی اینڈ سائنز آف گاڈ ہیں۔</w:t>
      </w:r>
    </w:p>
    <w:p>
      <w:r>
        <w:rPr>
          <w:b/>
        </w:rPr>
        <w:t xml:space="preserve">[14:11] </w:t>
      </w:r>
      <w:r>
        <w:t>to jab aisa ho to Khuda ko yaad karo. kisi badshah ke</w:t>
      </w:r>
    </w:p>
    <w:p>
      <w:pPr>
        <w:jc w:val="right"/>
      </w:pPr>
      <w:r>
        <w:t>تو جب ایسا ہو تو خدا کو یاد کرو۔ کسی بادشاہ کے</w:t>
      </w:r>
    </w:p>
    <w:p>
      <w:r>
        <w:rPr>
          <w:b/>
        </w:rPr>
        <w:t xml:space="preserve">[14:19] </w:t>
      </w:r>
      <w:r>
        <w:t>say iss ka koi talluq nahi kisi baray aadmi say iss ka koi talluq nahi koi yeh Khuda</w:t>
      </w:r>
    </w:p>
    <w:p>
      <w:pPr>
        <w:jc w:val="right"/>
      </w:pPr>
      <w:r>
        <w:t>سے اس کا کوئی تعلق نہیں کسی بڑے آدمی سے اس کا کوئی تعلق نہیں کوئی یہ خدا</w:t>
      </w:r>
    </w:p>
    <w:p>
      <w:r>
        <w:rPr>
          <w:b/>
        </w:rPr>
        <w:t xml:space="preserve">[14:23] </w:t>
      </w:r>
      <w:r>
        <w:t>kay nishani hain Khuda kay signs hain toh Khuda ki barhai ko yaad karo Khuda ki glory glory</w:t>
      </w:r>
    </w:p>
    <w:p>
      <w:pPr>
        <w:jc w:val="right"/>
      </w:pPr>
      <w:r>
        <w:t>کے نشانی ہیں خدا کے سائنز ہیں تو خدا کی بڑائی کو یاد کرو خدا کی گلور گلوری</w:t>
      </w:r>
    </w:p>
    <w:p>
      <w:r>
        <w:rPr>
          <w:b/>
        </w:rPr>
        <w:t xml:space="preserve">[14:29] </w:t>
      </w:r>
      <w:r>
        <w:t>ki yaad karo</w:t>
      </w:r>
    </w:p>
    <w:p>
      <w:pPr>
        <w:jc w:val="right"/>
      </w:pPr>
      <w:r>
        <w:t>کی یاد کرو</w:t>
      </w:r>
    </w:p>
    <w:p>
      <w:r>
        <w:rPr>
          <w:b/>
        </w:rPr>
        <w:t xml:space="preserve">[14:32] </w:t>
      </w:r>
      <w:r>
        <w:t>yeh aap nay</w:t>
      </w:r>
    </w:p>
    <w:p>
      <w:pPr>
        <w:jc w:val="right"/>
      </w:pPr>
      <w:r>
        <w:t>یہ آپ نے</w:t>
      </w:r>
    </w:p>
    <w:p>
      <w:r>
        <w:rPr>
          <w:b/>
        </w:rPr>
        <w:t xml:space="preserve">[14:34] </w:t>
      </w:r>
      <w:r>
        <w:t>yeh kaha tha aap nay uss waqt kay audience ko jo seventh century ka audience tha yani traditional</w:t>
      </w:r>
    </w:p>
    <w:p>
      <w:pPr>
        <w:jc w:val="right"/>
      </w:pPr>
      <w:r>
        <w:t>یہ کہا تھا آپ نے اس وقت کے آڈینس کو جو سیون سینچری کا آڈینس تھا یعنی ٹریڈیشنل</w:t>
      </w:r>
    </w:p>
    <w:p>
      <w:r>
        <w:rPr>
          <w:b/>
        </w:rPr>
        <w:t xml:space="preserve">[14:41] </w:t>
      </w:r>
      <w:r>
        <w:t>dour ka audience uss waqt kay insan kay paas kisi baat ko samajhnay kay liye traditional framework</w:t>
      </w:r>
    </w:p>
    <w:p>
      <w:pPr>
        <w:jc w:val="right"/>
      </w:pPr>
      <w:r>
        <w:t>دور کا آڈینس اس وقت کے انسان کے پاس کسی بات کو سمجھنے کے لیے ٹریڈیشنل فریم ورک</w:t>
      </w:r>
    </w:p>
    <w:p>
      <w:r>
        <w:rPr>
          <w:b/>
        </w:rPr>
        <w:t xml:space="preserve">[14:46] </w:t>
      </w:r>
      <w:r>
        <w:t>hua karta tha traditional framework iss kay lihaz say aap nay un ka</w:t>
      </w:r>
    </w:p>
    <w:p>
      <w:pPr>
        <w:jc w:val="right"/>
      </w:pPr>
      <w:r>
        <w:t>ہوا کرتا تھا ٹریڈیشنل فریم ورک اس کے لحاظ سے آپ نے ان کا</w:t>
      </w:r>
    </w:p>
    <w:p>
      <w:r>
        <w:rPr>
          <w:b/>
        </w:rPr>
        <w:t xml:space="preserve">[14:54] </w:t>
      </w:r>
      <w:r>
        <w:t>in ka yeh jo in ki</w:t>
      </w:r>
    </w:p>
    <w:p>
      <w:pPr>
        <w:jc w:val="right"/>
      </w:pPr>
      <w:r>
        <w:t>ان کا یہ جو ان کی</w:t>
      </w:r>
    </w:p>
    <w:p>
      <w:r>
        <w:rPr>
          <w:b/>
        </w:rPr>
        <w:t xml:space="preserve">[14:57] </w:t>
      </w:r>
      <w:r>
        <w:t>jo jo jo jo samajh thi un ki is samajh ke lehaz se aap address kiya un ko</w:t>
      </w:r>
    </w:p>
    <w:p>
      <w:pPr>
        <w:jc w:val="right"/>
      </w:pPr>
      <w:r>
        <w:t>جو جو جو جو سمجھ تھی ان کی اس سمجھ کے لحاظ سے آپ ایڈریس کیا ان کو</w:t>
      </w:r>
    </w:p>
    <w:p>
      <w:r>
        <w:rPr>
          <w:b/>
        </w:rPr>
        <w:t xml:space="preserve">[15:02] </w:t>
      </w:r>
      <w:r>
        <w:t>aap ne</w:t>
      </w:r>
    </w:p>
    <w:p>
      <w:pPr>
        <w:jc w:val="right"/>
      </w:pPr>
      <w:r>
        <w:t>آپ نے</w:t>
      </w:r>
    </w:p>
    <w:p>
      <w:r>
        <w:rPr>
          <w:b/>
        </w:rPr>
        <w:t xml:space="preserve">[15:04] </w:t>
      </w:r>
      <w:r>
        <w:t>acha aaj kya hai aaj jab ke astronomy bohat develop kar chuki hai</w:t>
      </w:r>
    </w:p>
    <w:p>
      <w:pPr>
        <w:jc w:val="right"/>
      </w:pPr>
      <w:r>
        <w:t>اچھا اج کیا ہے اج جب کہ اسٹرانومی بہت ڈویلپ کر چکی ہے</w:t>
      </w:r>
    </w:p>
    <w:p>
      <w:r>
        <w:rPr>
          <w:b/>
        </w:rPr>
        <w:t xml:space="preserve">[15:12] </w:t>
      </w:r>
      <w:r>
        <w:t>aap jante hain ke</w:t>
      </w:r>
    </w:p>
    <w:p>
      <w:pPr>
        <w:jc w:val="right"/>
      </w:pPr>
      <w:r>
        <w:t>آپ جانتے ہیں کہ</w:t>
      </w:r>
    </w:p>
    <w:p>
      <w:r>
        <w:rPr>
          <w:b/>
        </w:rPr>
        <w:t xml:space="preserve">[15:14] </w:t>
      </w:r>
      <w:r>
        <w:t>ab se char sau saal pehle</w:t>
      </w:r>
    </w:p>
    <w:p>
      <w:pPr>
        <w:jc w:val="right"/>
      </w:pPr>
      <w:r>
        <w:t>اب سے چار سو سال پہلے</w:t>
      </w:r>
    </w:p>
    <w:p>
      <w:r>
        <w:rPr>
          <w:b/>
        </w:rPr>
        <w:t xml:space="preserve">[15:17] </w:t>
      </w:r>
      <w:r>
        <w:t>galileo ne telescope banai</w:t>
      </w:r>
    </w:p>
    <w:p>
      <w:pPr>
        <w:jc w:val="right"/>
      </w:pPr>
      <w:r>
        <w:t>گلیلیو نے ٹیلیسکوپ بنائی</w:t>
      </w:r>
    </w:p>
    <w:p>
      <w:r>
        <w:rPr>
          <w:b/>
        </w:rPr>
        <w:t xml:space="preserve">[15:22] </w:t>
      </w:r>
      <w:r>
        <w:t>ek aur scientist ne banaya tha is ne is ko istemal kiya develop kar ke to is ne</w:t>
      </w:r>
    </w:p>
    <w:p>
      <w:pPr>
        <w:jc w:val="right"/>
      </w:pPr>
      <w:r>
        <w:t>ایک اور سائنٹسٹ نے بنایا تھا اس نے اس کو استعمال کیا ڈویلپ کر کے تو اس نے</w:t>
      </w:r>
    </w:p>
    <w:p>
      <w:r>
        <w:rPr>
          <w:b/>
        </w:rPr>
        <w:t xml:space="preserve">[15:27] </w:t>
      </w:r>
      <w:r>
        <w:t>jab dekha asman ko to ek bilkul naya asman is ko dikhai diya</w:t>
      </w:r>
    </w:p>
    <w:p>
      <w:pPr>
        <w:jc w:val="right"/>
      </w:pPr>
      <w:r>
        <w:t>جب دیکھا اسمان کو تو ایک بالکل نیا اسمان اس کو دکھائی دیا</w:t>
      </w:r>
    </w:p>
    <w:p>
      <w:r>
        <w:rPr>
          <w:b/>
        </w:rPr>
        <w:t xml:space="preserve">[15:32] </w:t>
      </w:r>
      <w:r>
        <w:t>is ke baad pilo oabr observatory par jo is telescope lagai gai to aur bohat zyada dikhai diya</w:t>
      </w:r>
    </w:p>
    <w:p>
      <w:pPr>
        <w:jc w:val="right"/>
      </w:pPr>
      <w:r>
        <w:t>اس کے بعد پیلو اوبر ابزرویٹری پر جو اس ٹیلیسکوپ لگائی گئی تو اور بہت زیادہ دکھائی دیا</w:t>
      </w:r>
    </w:p>
    <w:p>
      <w:r>
        <w:rPr>
          <w:b/>
        </w:rPr>
        <w:t xml:space="preserve">[15:38] </w:t>
      </w:r>
      <w:r>
        <w:t>logon ko ab jo hubble telescope hai america mein is se to bohat door tak insan dekhta hai</w:t>
      </w:r>
    </w:p>
    <w:p>
      <w:pPr>
        <w:jc w:val="right"/>
      </w:pPr>
      <w:r>
        <w:t>لوگوں کو اب جو ہبل ٹیلیسکوپ ہے امریکہ میں اس سے تو بہت دور تک انسان دیکھتا ہے</w:t>
      </w:r>
    </w:p>
    <w:p>
      <w:r>
        <w:rPr>
          <w:b/>
        </w:rPr>
        <w:t xml:space="preserve">[15:45] </w:t>
      </w:r>
      <w:r>
        <w:t>jo electronic telescope hai</w:t>
      </w:r>
    </w:p>
    <w:p>
      <w:pPr>
        <w:jc w:val="right"/>
      </w:pPr>
      <w:r>
        <w:t>جو الیکٹرانک ٹیلیسکوپ ہے</w:t>
      </w:r>
    </w:p>
    <w:p>
      <w:r>
        <w:rPr>
          <w:b/>
        </w:rPr>
        <w:t xml:space="preserve">[15:49] </w:t>
      </w:r>
      <w:r>
        <w:t>ab insan ne astronomy</w:t>
      </w:r>
    </w:p>
    <w:p>
      <w:pPr>
        <w:jc w:val="right"/>
      </w:pPr>
      <w:r>
        <w:t>اب انسان نے اسٹرانومی</w:t>
      </w:r>
    </w:p>
    <w:p>
      <w:r>
        <w:rPr>
          <w:b/>
        </w:rPr>
        <w:t xml:space="preserve">[15:50] </w:t>
      </w:r>
      <w:r>
        <w:t>ko phir se rewrite kiya hai</w:t>
      </w:r>
    </w:p>
    <w:p>
      <w:pPr>
        <w:jc w:val="right"/>
      </w:pPr>
      <w:r>
        <w:t>کو پھر سے ری رائٹ کیا ہے</w:t>
      </w:r>
    </w:p>
    <w:p>
      <w:r>
        <w:rPr>
          <w:b/>
        </w:rPr>
        <w:t xml:space="preserve">[15:55] </w:t>
      </w:r>
      <w:r>
        <w:t>aaj ke insan ne astronomy ko phir se rewrite kiya hai woh astronomy khatam ho gayi jo seven century mein hua karti thi</w:t>
      </w:r>
    </w:p>
    <w:p>
      <w:pPr>
        <w:jc w:val="right"/>
      </w:pPr>
      <w:r>
        <w:t>اج کے انسان نے اسٹرانومی کو پھر سے ری رائٹ کیا ہے وہ اسٹرانومی ختم ہوگئی جو سیون سینچری میں ہوا کرتی تھی</w:t>
      </w:r>
    </w:p>
    <w:p>
      <w:r>
        <w:rPr>
          <w:b/>
        </w:rPr>
        <w:t xml:space="preserve">[16:04] </w:t>
      </w:r>
      <w:r>
        <w:t>aaj ke insan ka jo framework hai woh scientific framework hai</w:t>
      </w:r>
    </w:p>
    <w:p>
      <w:pPr>
        <w:jc w:val="right"/>
      </w:pPr>
      <w:r>
        <w:t>اج کے انسان کا جو فریم ورک ہے وہ سائنٹیفک فریم ورک ہے</w:t>
      </w:r>
    </w:p>
    <w:p>
      <w:r>
        <w:rPr>
          <w:b/>
        </w:rPr>
        <w:t xml:space="preserve">[16:10] </w:t>
      </w:r>
      <w:r>
        <w:t>ab kya jana hai insan ne ke eclipse jo hota hai woh kya hai</w:t>
      </w:r>
    </w:p>
    <w:p>
      <w:pPr>
        <w:jc w:val="right"/>
      </w:pPr>
      <w:r>
        <w:t>اب کیا جانا ہے انسان نے کہ ایکلپس جو ہوتا ہے وہ کیا ہے</w:t>
      </w:r>
    </w:p>
    <w:p>
      <w:r>
        <w:rPr>
          <w:b/>
        </w:rPr>
        <w:t xml:space="preserve">[16:16] </w:t>
      </w:r>
      <w:r>
        <w:t>woh ek astronomical phenomena hai</w:t>
      </w:r>
    </w:p>
    <w:p>
      <w:pPr>
        <w:jc w:val="right"/>
      </w:pPr>
      <w:r>
        <w:t>وہ ایک اسٹرانومیکل فیناومینا ہے</w:t>
      </w:r>
    </w:p>
    <w:p>
      <w:r>
        <w:rPr>
          <w:b/>
        </w:rPr>
        <w:t xml:space="preserve">[16:19] </w:t>
      </w:r>
      <w:r>
        <w:t>yani teen bodies zameen chand aur suraj</w:t>
      </w:r>
    </w:p>
    <w:p>
      <w:pPr>
        <w:jc w:val="right"/>
      </w:pPr>
      <w:r>
        <w:t>یعنی تین باڈیز زمین چاند اور سورج</w:t>
      </w:r>
    </w:p>
    <w:p>
      <w:r>
        <w:rPr>
          <w:b/>
        </w:rPr>
        <w:t xml:space="preserve">[16:25] </w:t>
      </w:r>
      <w:r>
        <w:t>move karte hue in mein size mein bohat difference hai</w:t>
      </w:r>
    </w:p>
    <w:p>
      <w:pPr>
        <w:jc w:val="right"/>
      </w:pPr>
      <w:r>
        <w:t>موو کرتے ہوئے ان میں سائز میں بہت ڈیفرنس ہے</w:t>
      </w:r>
    </w:p>
    <w:p>
      <w:r>
        <w:rPr>
          <w:b/>
        </w:rPr>
        <w:t xml:space="preserve">[16:30] </w:t>
      </w:r>
      <w:r>
        <w:t>bohat zyada difference hai size mein</w:t>
      </w:r>
    </w:p>
    <w:p>
      <w:pPr>
        <w:jc w:val="right"/>
      </w:pPr>
      <w:r>
        <w:t>بہت زیادہ ڈیفرنس ہے سائز میں</w:t>
      </w:r>
    </w:p>
    <w:p>
      <w:r>
        <w:rPr>
          <w:b/>
        </w:rPr>
        <w:t xml:space="preserve">[16:35] </w:t>
      </w:r>
      <w:r>
        <w:t>yani suraj ko agar aap himalaya pahaad ke barabar manen to zameen football ke barabar hogi ek geet ke barabar hogi aur phir chand to ek sarson ke barabar hoga sarson se bhi chota hoga itna size mein difference hai lekin kya hota hai moving state mein hai sab move kar rahe hain</w:t>
      </w:r>
    </w:p>
    <w:p>
      <w:pPr>
        <w:jc w:val="right"/>
      </w:pPr>
      <w:r>
        <w:t>یعنی سورج کو اگر آپ ہمالیہ پہاڑ کے برابر مانیں تو زمین فٹبال کے برابر ہوگی ایک گیت کے برابر ہوگی اور پھر چاند تو ایک سرسوں کے برابر ہوگا سرسوں سے بھی چھوٹا ہوگا اتنا سائز میں ڈیفرنس ہے لیکن کیا ہوتا ہے موونگ اسٹیٹ میں ہے سب موو کر رہے ہیں</w:t>
      </w:r>
    </w:p>
    <w:p>
      <w:r>
        <w:rPr>
          <w:b/>
        </w:rPr>
        <w:t xml:space="preserve">[17:02] </w:t>
      </w:r>
      <w:r>
        <w:t>to yeh ek phenomena hai bohat anokha phenomena astronomical phenomena ke</w:t>
      </w:r>
    </w:p>
    <w:p>
      <w:pPr>
        <w:jc w:val="right"/>
      </w:pPr>
      <w:r>
        <w:t>تو یہ ایک فیناومینا ہے بہت انوکھا فیناومینا اسٹرانومیکل فیناومینا کہ</w:t>
      </w:r>
    </w:p>
    <w:p>
      <w:r>
        <w:rPr>
          <w:b/>
        </w:rPr>
        <w:t xml:space="preserve">[17:10] </w:t>
      </w:r>
      <w:r>
        <w:t>yeh is ko hum keh sakte hain ke well calculated</w:t>
      </w:r>
    </w:p>
    <w:p>
      <w:pPr>
        <w:jc w:val="right"/>
      </w:pPr>
      <w:r>
        <w:t>یہ اس کو ہم کہہ سکتے ہیں کہ ویل کیلکولیٹڈ</w:t>
      </w:r>
    </w:p>
    <w:p>
      <w:r>
        <w:rPr>
          <w:b/>
        </w:rPr>
        <w:t xml:space="preserve">[17:14] </w:t>
      </w:r>
      <w:r>
        <w:t>positioning of three moving bodies</w:t>
      </w:r>
    </w:p>
    <w:p>
      <w:pPr>
        <w:jc w:val="right"/>
      </w:pPr>
      <w:r>
        <w:t>پوزیشننگ اف تھری موونگ باڈیز</w:t>
      </w:r>
    </w:p>
    <w:p>
      <w:r>
        <w:rPr>
          <w:b/>
        </w:rPr>
        <w:t xml:space="preserve">[17:19] </w:t>
      </w:r>
      <w:r>
        <w:t>in the space</w:t>
      </w:r>
    </w:p>
    <w:p>
      <w:pPr>
        <w:jc w:val="right"/>
      </w:pPr>
      <w:r>
        <w:t>ان دا سپیس</w:t>
      </w:r>
    </w:p>
    <w:p>
      <w:r>
        <w:rPr>
          <w:b/>
        </w:rPr>
        <w:t xml:space="preserve">[17:22] </w:t>
      </w:r>
      <w:r>
        <w:t>ke teen moving bodies jo hain un ko bohat hi zyada right proportion mein in ke distance ko</w:t>
      </w:r>
    </w:p>
    <w:p>
      <w:pPr>
        <w:jc w:val="right"/>
      </w:pPr>
      <w:r>
        <w:t>کہ تین موونگ باڈیز جو ہیں ان کو بہت ہی زیادہ رائٹ پروپورشن میں ان کے ڈسٹنس کو</w:t>
      </w:r>
    </w:p>
    <w:p>
      <w:r>
        <w:rPr>
          <w:b/>
        </w:rPr>
        <w:t xml:space="preserve">[17:29] </w:t>
      </w:r>
      <w:r>
        <w:t>aisa laya jata hai ke hum hamare dekhne mein barabar lagte hain woh agar hum ko dekhne mein</w:t>
      </w:r>
    </w:p>
    <w:p>
      <w:pPr>
        <w:jc w:val="right"/>
      </w:pPr>
      <w:r>
        <w:t>ایسا لایا جاتا ہے کہ ہم ہمارے دیکھنے میں برابر لگتے ہیں وہ اگر ہم کو دیکھنے میں</w:t>
      </w:r>
    </w:p>
    <w:p>
      <w:r>
        <w:rPr>
          <w:b/>
        </w:rPr>
        <w:t xml:space="preserve">[17:34] </w:t>
      </w:r>
      <w:r>
        <w:t>barabar na lagayen to grehan bhi nahin hoga</w:t>
      </w:r>
    </w:p>
    <w:p>
      <w:pPr>
        <w:jc w:val="right"/>
      </w:pPr>
      <w:r>
        <w:t>برابر نہ لگائیں تو گرہن بھی نہیں ہوگا</w:t>
      </w:r>
    </w:p>
    <w:p>
      <w:r>
        <w:rPr>
          <w:b/>
        </w:rPr>
        <w:t xml:space="preserve">[17:39] </w:t>
      </w:r>
      <w:r>
        <w:t>agar hum cheezon ko is ke asal real size ke aitbar se dekhen to kabhi grehan nahin hoga</w:t>
      </w:r>
    </w:p>
    <w:p>
      <w:pPr>
        <w:jc w:val="right"/>
      </w:pPr>
      <w:r>
        <w:t>اگر ہم چیزوں کو اس کے اصل ریل سائز کے اعتبار سے دیکھیں تو کبھی گرہن نہیں ہوگا</w:t>
      </w:r>
    </w:p>
    <w:p>
      <w:r>
        <w:rPr>
          <w:b/>
        </w:rPr>
        <w:t xml:space="preserve">[17:47] </w:t>
      </w:r>
      <w:r>
        <w:t>wo</w:t>
      </w:r>
    </w:p>
    <w:p>
      <w:pPr>
        <w:jc w:val="right"/>
      </w:pPr>
      <w:r>
        <w:t>وہ</w:t>
      </w:r>
    </w:p>
    <w:p>
      <w:r>
        <w:rPr>
          <w:b/>
        </w:rPr>
        <w:t xml:space="preserve">[17:48] </w:t>
      </w:r>
      <w:r>
        <w:t>kahin bhi hon samne hon ya peechhe hon ya aage hon to grehan nahin lagaye kyunke grehan naam</w:t>
      </w:r>
    </w:p>
    <w:p>
      <w:pPr>
        <w:jc w:val="right"/>
      </w:pPr>
      <w:r>
        <w:t>کہیں بھی ہوں سامنے ہوں یا پیچھے ہوں یا اگے ہوں تو گرہن نہیں لگائے کیونکہ گرہن نام</w:t>
      </w:r>
    </w:p>
    <w:p>
      <w:r>
        <w:rPr>
          <w:b/>
        </w:rPr>
        <w:t xml:space="preserve">[17:52] </w:t>
      </w:r>
      <w:r>
        <w:t>hai hamare dekhne ka</w:t>
      </w:r>
    </w:p>
    <w:p>
      <w:pPr>
        <w:jc w:val="right"/>
      </w:pPr>
      <w:r>
        <w:t>ہے ہمارے دیکھنے کا</w:t>
      </w:r>
    </w:p>
    <w:p>
      <w:r>
        <w:rPr>
          <w:b/>
        </w:rPr>
        <w:t xml:space="preserve">[17:57] </w:t>
      </w:r>
      <w:r>
        <w:t>space mein koi cheez nahin hoti hamare dekhne ke lihaz se hoti hai</w:t>
      </w:r>
    </w:p>
    <w:p>
      <w:pPr>
        <w:jc w:val="right"/>
      </w:pPr>
      <w:r>
        <w:t>اسپیس میں کوئی چیز نہیں ہوتی ہمارے دیکھنے کے لحاظ سے ہوتی ہے</w:t>
      </w:r>
    </w:p>
    <w:p>
      <w:r>
        <w:rPr>
          <w:b/>
        </w:rPr>
        <w:t xml:space="preserve">[18:03] </w:t>
      </w:r>
      <w:r>
        <w:t>to yeh hai well calculated positioning of three moving bodies in the space</w:t>
      </w:r>
    </w:p>
    <w:p>
      <w:pPr>
        <w:jc w:val="right"/>
      </w:pPr>
      <w:r>
        <w:t>تو یہ ہے ویل کیلکولیٹڈ پوزیشننگ اف تھری موونگ باڈیز ان دا اسپیس</w:t>
      </w:r>
    </w:p>
    <w:p>
      <w:r>
        <w:rPr>
          <w:b/>
        </w:rPr>
        <w:t xml:space="preserve">[18:11] </w:t>
      </w:r>
      <w:r>
        <w:t>aaj ka jo insan jis ka framework scientific framework hai jab is tarah se wo is</w:t>
      </w:r>
    </w:p>
    <w:p>
      <w:pPr>
        <w:jc w:val="right"/>
      </w:pPr>
      <w:r>
        <w:t>اج کا جو انسان جس کا فریم ورک سائنٹیفک فریم ورک ہے جب اس طرح سے وہ اس</w:t>
      </w:r>
    </w:p>
    <w:p>
      <w:r>
        <w:rPr>
          <w:b/>
        </w:rPr>
        <w:t xml:space="preserve">[18:16] </w:t>
      </w:r>
      <w:r>
        <w:t>ko leta hai to wahi baat jo rasool Allah ne kahi thi us ko billion time zyada is</w:t>
      </w:r>
    </w:p>
    <w:p>
      <w:pPr>
        <w:jc w:val="right"/>
      </w:pPr>
      <w:r>
        <w:t>کو لیتا ہے تو وہی بات جو رسول اللہ نے کہی تھی اس کو بلین ٹائم زیادہ اس</w:t>
      </w:r>
    </w:p>
    <w:p>
      <w:r>
        <w:rPr>
          <w:b/>
        </w:rPr>
        <w:t xml:space="preserve">[18:21] </w:t>
      </w:r>
      <w:r>
        <w:t>ko mehsoos hota hai ke kaisa ajeeb hai wo Khuda</w:t>
      </w:r>
    </w:p>
    <w:p>
      <w:pPr>
        <w:jc w:val="right"/>
      </w:pPr>
      <w:r>
        <w:t>کو محسوس ہوتا ہے کہ کیسا عجیب ہے وہ خدا</w:t>
      </w:r>
    </w:p>
    <w:p>
      <w:r>
        <w:rPr>
          <w:b/>
        </w:rPr>
        <w:t xml:space="preserve">[18:28] </w:t>
      </w:r>
      <w:r>
        <w:t>us waqt bhi insan ne jana tha kaisa ajeeb hai wo Khuda jo roshan bodies ko roshni chheen</w:t>
      </w:r>
    </w:p>
    <w:p>
      <w:pPr>
        <w:jc w:val="right"/>
      </w:pPr>
      <w:r>
        <w:t>اس وقت بھی انسان نے جانا تھا کیسا عجیب ہے وہ خدا جو روشن باڈیز کو روشنی چھین</w:t>
      </w:r>
    </w:p>
    <w:p>
      <w:r>
        <w:rPr>
          <w:b/>
        </w:rPr>
        <w:t xml:space="preserve">[18:34] </w:t>
      </w:r>
      <w:r>
        <w:t>leta hai andhera kar deta hai is sense mein liya tha insan ne ke wo Khuda kaisa ajeeb</w:t>
      </w:r>
    </w:p>
    <w:p>
      <w:pPr>
        <w:jc w:val="right"/>
      </w:pPr>
      <w:r>
        <w:t>لیتا ہے اندھیرا کر دیتا ہے اس سینس میں لیا تھا انسان نے کہ وہ خدا کیسا عجیب</w:t>
      </w:r>
    </w:p>
    <w:p>
      <w:r>
        <w:rPr>
          <w:b/>
        </w:rPr>
        <w:t xml:space="preserve">[18:41] </w:t>
      </w:r>
      <w:r>
        <w:t>hai kitni qudrat hai us ki</w:t>
      </w:r>
    </w:p>
    <w:p>
      <w:pPr>
        <w:jc w:val="right"/>
      </w:pPr>
      <w:r>
        <w:t>ہے کتنی قدرت ہے اس کی</w:t>
      </w:r>
    </w:p>
    <w:p>
      <w:r>
        <w:rPr>
          <w:b/>
        </w:rPr>
        <w:t xml:space="preserve">[18:45] </w:t>
      </w:r>
      <w:r>
        <w:t>ke roshan bodies jo hain un mein andhera chha gaya</w:t>
      </w:r>
    </w:p>
    <w:p>
      <w:pPr>
        <w:jc w:val="right"/>
      </w:pPr>
      <w:r>
        <w:t>کہ روشن باڈیز جو ہیں ان میں اندھیرا چھا گیا</w:t>
      </w:r>
    </w:p>
    <w:p>
      <w:r>
        <w:rPr>
          <w:b/>
        </w:rPr>
        <w:t xml:space="preserve">[18:50] </w:t>
      </w:r>
      <w:r>
        <w:t>kaisi ajeeb baat hai</w:t>
      </w:r>
    </w:p>
    <w:p>
      <w:pPr>
        <w:jc w:val="right"/>
      </w:pPr>
      <w:r>
        <w:t>کیسی عجیب بات ہے</w:t>
      </w:r>
    </w:p>
    <w:p>
      <w:r>
        <w:rPr>
          <w:b/>
        </w:rPr>
        <w:t xml:space="preserve">[18:53] </w:t>
      </w:r>
      <w:r>
        <w:t>lekin aaj jab insan is tarah sochta hai ke teen moving bodies itne ajeeb tareeqe se ek seedh</w:t>
      </w:r>
    </w:p>
    <w:p>
      <w:pPr>
        <w:jc w:val="right"/>
      </w:pPr>
      <w:r>
        <w:t>لیکن اج جب انسان اس طرح سوچتا ہے کہ تین موونگ باڈیز اتنے عجیب طریقے سے ایک سیدھ</w:t>
      </w:r>
    </w:p>
    <w:p>
      <w:r>
        <w:rPr>
          <w:b/>
        </w:rPr>
        <w:t xml:space="preserve">[19:00] </w:t>
      </w:r>
      <w:r>
        <w:t>mein layee jati hain ek seedh mein un ka distance aisa hota hai hamara dekhna is tarah hota</w:t>
      </w:r>
    </w:p>
    <w:p>
      <w:pPr>
        <w:jc w:val="right"/>
      </w:pPr>
      <w:r>
        <w:t>میں لائی جاتی ہیں ایک سیدھ میں ان کا ڈسٹنس ایسا ہوتا ہے ہمارا دیکھنا اس طرح ہوتا</w:t>
      </w:r>
    </w:p>
    <w:p>
      <w:r>
        <w:rPr>
          <w:b/>
        </w:rPr>
        <w:t xml:space="preserve">[19:07] </w:t>
      </w:r>
      <w:r>
        <w:t>hai ke wo teeno size mein barabar dikhayi dete hain hum ko aur phir grehan</w:t>
      </w:r>
    </w:p>
    <w:p>
      <w:pPr>
        <w:jc w:val="right"/>
      </w:pPr>
      <w:r>
        <w:t>ہے کہ وہ تینوں سائز میں برابر دکھائے دیتے ہیں ہم کو اور پھر گرہن</w:t>
      </w:r>
    </w:p>
    <w:p>
      <w:r>
        <w:rPr>
          <w:b/>
        </w:rPr>
        <w:t xml:space="preserve">[19:13] </w:t>
      </w:r>
      <w:r>
        <w:t>parta hai to wohi cheez khuda ki glory ka ehsas jo insan ko pehle hota tha woh aaj billion time ziyada hota hai aap sochiye ke aaj ka insan</w:t>
      </w:r>
    </w:p>
    <w:p>
      <w:pPr>
        <w:jc w:val="right"/>
      </w:pPr>
      <w:r>
        <w:t>پڑتا ہے تو وہی چیز خدا کی گلوری کا احساس جو انسان کو پہلے ہوتا تھا وہ اج بلین ٹائم زیادہ ہوتا ہے اپ سوچیے کہ اج کا انسان</w:t>
      </w:r>
    </w:p>
    <w:p>
      <w:r>
        <w:rPr>
          <w:b/>
        </w:rPr>
        <w:t xml:space="preserve">[19:30] </w:t>
      </w:r>
      <w:r>
        <w:t>kitni yani yeh rasool Allah ke rasool Allah hone ka bohat bara proof hai ke kaise aap jaan</w:t>
      </w:r>
    </w:p>
    <w:p>
      <w:pPr>
        <w:jc w:val="right"/>
      </w:pPr>
      <w:r>
        <w:t>کتنی یعنی یہ رسول اللہ کے رسول اللہ ہونے کا بہت بڑا پروف ہے کہ کیسے اپ جان</w:t>
      </w:r>
    </w:p>
    <w:p>
      <w:r>
        <w:rPr>
          <w:b/>
        </w:rPr>
        <w:t xml:space="preserve">[19:36] </w:t>
      </w:r>
      <w:r>
        <w:t>sake ke aage wala insan jo hai zyada bare</w:t>
      </w:r>
    </w:p>
    <w:p>
      <w:pPr>
        <w:jc w:val="right"/>
      </w:pPr>
      <w:r>
        <w:t>سکے کہ اگے والا انسان جو ہے زیادہ بڑے</w:t>
      </w:r>
    </w:p>
    <w:p>
      <w:r>
        <w:rPr>
          <w:b/>
        </w:rPr>
        <w:t xml:space="preserve">[19:41] </w:t>
      </w:r>
      <w:r>
        <w:t>level par Khuda ki marifat ko realize karega kaise jana hai aap ne</w:t>
      </w:r>
    </w:p>
    <w:p>
      <w:pPr>
        <w:jc w:val="right"/>
      </w:pPr>
      <w:r>
        <w:t>لیول پر خدا کی معرفت کو ریلائز کرے گا کیسے جانا ہے اپ نے</w:t>
      </w:r>
    </w:p>
    <w:p>
      <w:r>
        <w:rPr>
          <w:b/>
        </w:rPr>
        <w:t xml:space="preserve">[19:47] </w:t>
      </w:r>
      <w:r>
        <w:t>aap sochiye chouda sau saal pehle jab ke precision tha duniya mein jab ke traditional soch thi duniya</w:t>
      </w:r>
    </w:p>
    <w:p>
      <w:pPr>
        <w:jc w:val="right"/>
      </w:pPr>
      <w:r>
        <w:t>اپ سوچیے چودہ سو سال پہلے جب کہ سپریسیشن تھا دنیا میں جب کہ ٹریڈیشنل سوچ تھی دنیا</w:t>
      </w:r>
    </w:p>
    <w:p>
      <w:r>
        <w:rPr>
          <w:b/>
        </w:rPr>
        <w:t xml:space="preserve">[19:56] </w:t>
      </w:r>
      <w:r>
        <w:t>mein jab kuch bhi nahin pata tha insan ko astronomy ke bare mein</w:t>
      </w:r>
    </w:p>
    <w:p>
      <w:pPr>
        <w:jc w:val="right"/>
      </w:pPr>
      <w:r>
        <w:t>میں جب کچھ بھی نہیں پتہ تھا انسان کو اسٹرانومی کے بارے میں</w:t>
      </w:r>
    </w:p>
    <w:p>
      <w:r>
        <w:rPr>
          <w:b/>
        </w:rPr>
        <w:t xml:space="preserve">[20:03] </w:t>
      </w:r>
      <w:r>
        <w:t>tab ek insan aisa bolta hai</w:t>
      </w:r>
    </w:p>
    <w:p>
      <w:pPr>
        <w:jc w:val="right"/>
      </w:pPr>
      <w:r>
        <w:t>تب ایک انسان ایسا بولتا ہے</w:t>
      </w:r>
    </w:p>
    <w:p>
      <w:r>
        <w:rPr>
          <w:b/>
        </w:rPr>
        <w:t xml:space="preserve">[20:06] </w:t>
      </w:r>
      <w:r>
        <w:t>aur wo theek theek baat ko proof ho jata hai</w:t>
      </w:r>
    </w:p>
    <w:p>
      <w:pPr>
        <w:jc w:val="right"/>
      </w:pPr>
      <w:r>
        <w:t>اور وہ ٹھیک ٹھیک بات کو پروف ہو جاتا ہے</w:t>
      </w:r>
    </w:p>
    <w:p>
      <w:r>
        <w:rPr>
          <w:b/>
        </w:rPr>
        <w:t xml:space="preserve">[20:14] </w:t>
      </w:r>
      <w:r>
        <w:t>so evidence that he was prophet of god god ne bataya to aap aisa bole</w:t>
      </w:r>
    </w:p>
    <w:p>
      <w:pPr>
        <w:jc w:val="right"/>
      </w:pPr>
      <w:r>
        <w:t>سو ایویڈنس دیٹ ہی واز پرافٹ اف گاڈ گاڈ نے بتایا تو اپ ایسا بولے</w:t>
      </w:r>
    </w:p>
    <w:p>
      <w:r>
        <w:rPr>
          <w:b/>
        </w:rPr>
        <w:t xml:space="preserve">[20:23] </w:t>
      </w:r>
      <w:r>
        <w:t>yeh hai matlab مبلغ اوغا من سامعین</w:t>
      </w:r>
    </w:p>
    <w:p>
      <w:pPr>
        <w:jc w:val="right"/>
      </w:pPr>
      <w:r>
        <w:t>یہ ہے مطلب مبلغ اوغا من سامعین</w:t>
      </w:r>
    </w:p>
    <w:p>
      <w:r>
        <w:rPr>
          <w:b/>
        </w:rPr>
        <w:t xml:space="preserve">[20:30] </w:t>
      </w:r>
      <w:r>
        <w:t>ab dekhiye aur sochiye</w:t>
      </w:r>
    </w:p>
    <w:p>
      <w:pPr>
        <w:jc w:val="right"/>
      </w:pPr>
      <w:r>
        <w:t>اب دیکھیے اور سوچیے</w:t>
      </w:r>
    </w:p>
    <w:p>
      <w:r>
        <w:rPr>
          <w:b/>
        </w:rPr>
        <w:t xml:space="preserve">[20:36] </w:t>
      </w:r>
      <w:r>
        <w:t>yeh jo hua yeh ek process ke through hua ek process rasool Allah ne kaha tha ke mere aur qayamat ke beech mein main aur qayamat dono sath sath bheje gaye hain بوسطنا وساعت جمین</w:t>
      </w:r>
    </w:p>
    <w:p>
      <w:pPr>
        <w:jc w:val="right"/>
      </w:pPr>
      <w:r>
        <w:t>یہ جو ہوا یہ ایک پروسیس کے تھرو ہوا ایک پروسیس رسول اللہ نے کہا تھا کہ میرے اور قیامت کے بیچ میں میں اور قیامت دونوں ساتھ ساتھ بھیجے گئے ہیں بوسطنا وساعت جمین</w:t>
      </w:r>
    </w:p>
    <w:p>
      <w:r>
        <w:rPr>
          <w:b/>
        </w:rPr>
        <w:t xml:space="preserve">[21:00] </w:t>
      </w:r>
      <w:r>
        <w:t>ek hadith mein hai ek بوسطنا وساعت کہاتین do ungliyon ka jo jitni distance hai utni distance hai mujh mein aur qayamat mein abhi to qayamat nahi aayi aap dekhiye chouda saal ho gaye</w:t>
      </w:r>
    </w:p>
    <w:p>
      <w:pPr>
        <w:jc w:val="right"/>
      </w:pPr>
      <w:r>
        <w:t>ایک حدیث میں ہے ایک بوسطنا وساعت کہاتین دو انگلیوں کا جو جتنی ڈسٹنس ہے اتنی ڈسٹنس ہے مجھ میں اور قیامت میں ابھی تو قیامت نہیں ائی اپ دیکھیے چودہ سال ہو گئے</w:t>
      </w:r>
    </w:p>
    <w:p>
      <w:r>
        <w:rPr>
          <w:b/>
        </w:rPr>
        <w:t xml:space="preserve">[21:17] </w:t>
      </w:r>
      <w:r>
        <w:t>chouda sau saal ho gaye abhi tak qayamat nahi aayi to is ka matlab kya hai that was in term of process</w:t>
      </w:r>
    </w:p>
    <w:p>
      <w:pPr>
        <w:jc w:val="right"/>
      </w:pPr>
      <w:r>
        <w:t>چودہ سو سال ہو گئے ابھی تک قیامت نہیں ائی تو اس کا مطلب کیا ہے دیٹ واز ان ٹرم اف پروسیس</w:t>
      </w:r>
    </w:p>
    <w:p>
      <w:r>
        <w:rPr>
          <w:b/>
        </w:rPr>
        <w:t xml:space="preserve">[21:30] </w:t>
      </w:r>
      <w:r>
        <w:t>in term of process yani process shuru ho gaya</w:t>
      </w:r>
    </w:p>
    <w:p>
      <w:pPr>
        <w:jc w:val="right"/>
      </w:pPr>
      <w:r>
        <w:t>ان ٹرم اف پروسیس یعنی پروسیس شروع ہوگیا</w:t>
      </w:r>
    </w:p>
    <w:p>
      <w:r>
        <w:rPr>
          <w:b/>
        </w:rPr>
        <w:t xml:space="preserve">[21:35] </w:t>
      </w:r>
      <w:r>
        <w:t>process shuru ho gaya</w:t>
      </w:r>
    </w:p>
    <w:p>
      <w:pPr>
        <w:jc w:val="right"/>
      </w:pPr>
      <w:r>
        <w:t>پروسیس شروع ہوگیا</w:t>
      </w:r>
    </w:p>
    <w:p>
      <w:r>
        <w:rPr>
          <w:b/>
        </w:rPr>
        <w:t xml:space="preserve">[21:38] </w:t>
      </w:r>
      <w:r>
        <w:t>rasool Allah ke zamanay mein process shuru ho gaya yeh tha matlab is ka yani ke abhi ho gaya</w:t>
      </w:r>
    </w:p>
    <w:p>
      <w:pPr>
        <w:jc w:val="right"/>
      </w:pPr>
      <w:r>
        <w:t>رسول اللہ کے زمانے میں پروسیس شروع ہوگیا یہ تھا مطلب اس کا یعنی کہ ابھی ہو گیا</w:t>
      </w:r>
    </w:p>
    <w:p>
      <w:r>
        <w:rPr>
          <w:b/>
        </w:rPr>
        <w:t xml:space="preserve">[21:44] </w:t>
      </w:r>
      <w:r>
        <w:t>aik process culmination tha qayamat ka ana is ko samjhiye aap</w:t>
      </w:r>
    </w:p>
    <w:p>
      <w:pPr>
        <w:jc w:val="right"/>
      </w:pPr>
      <w:r>
        <w:t>ایک پروسیس کلمیشن تھا قیامت کا انا اس کو سمجھیے اپ</w:t>
      </w:r>
    </w:p>
    <w:p>
      <w:r>
        <w:rPr>
          <w:b/>
        </w:rPr>
        <w:t xml:space="preserve">[21:50] </w:t>
      </w:r>
      <w:r>
        <w:t>yahan bhi hamari realization hamari discovery hamari marifat billion time zyada ho sakti hai agar aap sach much</w:t>
      </w:r>
    </w:p>
    <w:p>
      <w:pPr>
        <w:jc w:val="right"/>
      </w:pPr>
      <w:r>
        <w:t>یہاں بھی ہماری ریلائزیشن ہماری ڈسکوری ہماری معرفت بلین ٹائم زیادہ ہو سکتی ہے اگر اپ سچ مچ</w:t>
      </w:r>
    </w:p>
    <w:p>
      <w:r>
        <w:rPr>
          <w:b/>
        </w:rPr>
        <w:t xml:space="preserve">[22:02] </w:t>
      </w:r>
      <w:r>
        <w:t>apne aap ko Allah ke raste par lagayen</w:t>
      </w:r>
    </w:p>
    <w:p>
      <w:pPr>
        <w:jc w:val="right"/>
      </w:pPr>
      <w:r>
        <w:t>اپنے اپ کو اللہ کے راستے پر لگائیں</w:t>
      </w:r>
    </w:p>
    <w:p>
      <w:r>
        <w:rPr>
          <w:b/>
        </w:rPr>
        <w:t xml:space="preserve">[22:06] </w:t>
      </w:r>
      <w:r>
        <w:t>dekhen kaise aisa hua ke framework aap ka barh gaya</w:t>
      </w:r>
    </w:p>
    <w:p>
      <w:pPr>
        <w:jc w:val="right"/>
      </w:pPr>
      <w:r>
        <w:t>دیکھیں کیسے ایسا ہوا کہ فریم ورک اپ کا بڑھ گیا</w:t>
      </w:r>
    </w:p>
    <w:p>
      <w:r>
        <w:rPr>
          <w:b/>
        </w:rPr>
        <w:t xml:space="preserve">[22:11] </w:t>
      </w:r>
      <w:r>
        <w:t>grahn ke baray mein aap ne itni baat jaan li</w:t>
      </w:r>
    </w:p>
    <w:p>
      <w:pPr>
        <w:jc w:val="right"/>
      </w:pPr>
      <w:r>
        <w:t>گرہن کے بارے میں اپ نے اتنی بات جان لی</w:t>
      </w:r>
    </w:p>
    <w:p>
      <w:r>
        <w:rPr>
          <w:b/>
        </w:rPr>
        <w:t xml:space="preserve">[22:15] </w:t>
      </w:r>
      <w:r>
        <w:t>yeh sab is tarah hua ke hadith mein aata hai ke zameen apne khazanay ugal degi</w:t>
      </w:r>
    </w:p>
    <w:p>
      <w:pPr>
        <w:jc w:val="right"/>
      </w:pPr>
      <w:r>
        <w:t>یہ سب اس طرح ہوا کہ حدیث میں اتا ہے کہ زمین اپنے خزانے اگل دے گی</w:t>
      </w:r>
    </w:p>
    <w:p>
      <w:r>
        <w:rPr>
          <w:b/>
        </w:rPr>
        <w:t xml:space="preserve">[22:22] </w:t>
      </w:r>
      <w:r>
        <w:t>zameen mein khazana treasure chupa hua hai</w:t>
      </w:r>
    </w:p>
    <w:p>
      <w:pPr>
        <w:jc w:val="right"/>
      </w:pPr>
      <w:r>
        <w:t>زمین میں خزانہ ٹریزر چھپا ہوا ہے</w:t>
      </w:r>
    </w:p>
    <w:p>
      <w:r>
        <w:rPr>
          <w:b/>
        </w:rPr>
        <w:t xml:space="preserve">[22:27] </w:t>
      </w:r>
      <w:r>
        <w:t>rasool Allah ne farmaya aik treasure treasure treasure chupa hua hai woh sab bahar nikal ayega</w:t>
      </w:r>
    </w:p>
    <w:p>
      <w:pPr>
        <w:jc w:val="right"/>
      </w:pPr>
      <w:r>
        <w:t>رسول اللہ نے فرمایا ایک ٹریزر ٹریزر ٹریزر چھپا ہوا ہے وہ سب باہر نکل ائے گا</w:t>
      </w:r>
    </w:p>
    <w:p>
      <w:r>
        <w:rPr>
          <w:b/>
        </w:rPr>
        <w:t xml:space="preserve">[22:34] </w:t>
      </w:r>
      <w:r>
        <w:t>treasure ka matlab kya tha gold aur silver aur diamond nahi tha</w:t>
      </w:r>
    </w:p>
    <w:p>
      <w:pPr>
        <w:jc w:val="right"/>
      </w:pPr>
      <w:r>
        <w:t>ٹریزر کا مطلب کیا تھا گولڈ اور سلور اور ڈائمنڈ نہیں تھا</w:t>
      </w:r>
    </w:p>
    <w:p>
      <w:r>
        <w:rPr>
          <w:b/>
        </w:rPr>
        <w:t xml:space="preserve">[22:40] </w:t>
      </w:r>
      <w:r>
        <w:t>treasure ka matlab gold aur silver aur diamond nahi tha</w:t>
      </w:r>
    </w:p>
    <w:p>
      <w:pPr>
        <w:jc w:val="right"/>
      </w:pPr>
      <w:r>
        <w:t>ٹریزر کا مطلب گولڈ اور سلور اور ڈائمنڈ نہیں تھا</w:t>
      </w:r>
    </w:p>
    <w:p>
      <w:r>
        <w:rPr>
          <w:b/>
        </w:rPr>
        <w:t xml:space="preserve">[22:43] </w:t>
      </w:r>
      <w:r>
        <w:t>discoveries thein invention thein</w:t>
      </w:r>
    </w:p>
    <w:p>
      <w:pPr>
        <w:jc w:val="right"/>
      </w:pPr>
      <w:r>
        <w:t>ڈسکوریز تھیں انوینشن تھیں</w:t>
      </w:r>
    </w:p>
    <w:p>
      <w:r>
        <w:rPr>
          <w:b/>
        </w:rPr>
        <w:t xml:space="preserve">[22:48] </w:t>
      </w:r>
      <w:r>
        <w:t>woh</w:t>
      </w:r>
    </w:p>
    <w:p>
      <w:pPr>
        <w:jc w:val="right"/>
      </w:pPr>
      <w:r>
        <w:t>وہ</w:t>
      </w:r>
    </w:p>
    <w:p>
      <w:r>
        <w:rPr>
          <w:b/>
        </w:rPr>
        <w:t xml:space="preserve">[22:48] </w:t>
      </w:r>
      <w:r>
        <w:t>cheezain jis ko hum aaj use karte hain chahe</w:t>
      </w:r>
    </w:p>
    <w:p>
      <w:pPr>
        <w:jc w:val="right"/>
      </w:pPr>
      <w:r>
        <w:t>چیزیں جس کو ہم اج یوز کرتے ہیں چاہے</w:t>
      </w:r>
    </w:p>
    <w:p>
      <w:r>
        <w:rPr>
          <w:b/>
        </w:rPr>
        <w:t xml:space="preserve">[22:53] </w:t>
      </w:r>
      <w:r>
        <w:t>chahe woh airplane ho chahe woh car ho chahe woh steamship ho chahe mobile telephone ho</w:t>
      </w:r>
    </w:p>
    <w:p>
      <w:pPr>
        <w:jc w:val="right"/>
      </w:pPr>
      <w:r>
        <w:t>چاہے وہ ایروپلین ہو چاہے وہ کار ہو چاہے وہ اسٹیم شپ ہو چاہے موبائل ٹیلی فون ہو</w:t>
      </w:r>
    </w:p>
    <w:p>
      <w:r>
        <w:rPr>
          <w:b/>
        </w:rPr>
        <w:t xml:space="preserve">[23:00] </w:t>
      </w:r>
      <w:r>
        <w:t>ya camera ho jitni cheezain hain woh hain jis ko hum part of observation mante hain part of</w:t>
      </w:r>
    </w:p>
    <w:p>
      <w:pPr>
        <w:jc w:val="right"/>
      </w:pPr>
      <w:r>
        <w:t>یا کیمرہ ہو جتنی چیزیں ہیں وہ ہیں جس کو ہم پارٹ اف سرویشن مانتے ہیں پارٹ اف</w:t>
      </w:r>
    </w:p>
    <w:p>
      <w:r>
        <w:rPr>
          <w:b/>
        </w:rPr>
        <w:t xml:space="preserve">[23:07] </w:t>
      </w:r>
      <w:r>
        <w:t>industrial revolution mante hain woh sab kya hain woh zameen hi mein to theen nature mein to theen</w:t>
      </w:r>
    </w:p>
    <w:p>
      <w:pPr>
        <w:jc w:val="right"/>
      </w:pPr>
      <w:r>
        <w:t>انڈسٹریل ریولوشن مانتے ہیں وہ سب کیا ہیں وہ زمین ہی میں تو تھیں نیچر میں تو تھیں</w:t>
      </w:r>
    </w:p>
    <w:p>
      <w:r>
        <w:rPr>
          <w:b/>
        </w:rPr>
        <w:t xml:space="preserve">[23:14] </w:t>
      </w:r>
      <w:r>
        <w:t>aasman se toot kahin se ayi hain</w:t>
      </w:r>
    </w:p>
    <w:p>
      <w:pPr>
        <w:jc w:val="right"/>
      </w:pPr>
      <w:r>
        <w:t>اسمان سے توڑ کہیں سے ائی ہیں</w:t>
      </w:r>
    </w:p>
    <w:p>
      <w:r>
        <w:rPr>
          <w:b/>
        </w:rPr>
        <w:t xml:space="preserve">[23:17] </w:t>
      </w:r>
      <w:r>
        <w:t>nature ko explore kar ke hum ne yeh sab cheezain banai hain</w:t>
      </w:r>
    </w:p>
    <w:p>
      <w:pPr>
        <w:jc w:val="right"/>
      </w:pPr>
      <w:r>
        <w:t>نیچر کو ایکسپلور کر کے ہم نے یہ سب چیزیں بنائی ہیں</w:t>
      </w:r>
    </w:p>
    <w:p>
      <w:r>
        <w:rPr>
          <w:b/>
        </w:rPr>
        <w:t xml:space="preserve">[23:21] </w:t>
      </w:r>
      <w:r>
        <w:t>sab kuch nature mein tha</w:t>
      </w:r>
    </w:p>
    <w:p>
      <w:pPr>
        <w:jc w:val="right"/>
      </w:pPr>
      <w:r>
        <w:t>سب کچھ نیچر میں تھا</w:t>
      </w:r>
    </w:p>
    <w:p>
      <w:r>
        <w:rPr>
          <w:b/>
        </w:rPr>
        <w:t xml:space="preserve">[23:24] </w:t>
      </w:r>
      <w:r>
        <w:t>sab kuch lekin</w:t>
      </w:r>
    </w:p>
    <w:p>
      <w:pPr>
        <w:jc w:val="right"/>
      </w:pPr>
      <w:r>
        <w:t>سب کچھ لیکن</w:t>
      </w:r>
    </w:p>
    <w:p>
      <w:r>
        <w:rPr>
          <w:b/>
        </w:rPr>
        <w:t xml:space="preserve">[23:28] </w:t>
      </w:r>
      <w:r>
        <w:t>aisa nahi achanak nikal aya</w:t>
      </w:r>
    </w:p>
    <w:p>
      <w:pPr>
        <w:jc w:val="right"/>
      </w:pPr>
      <w:r>
        <w:t>ایسا نہیں اچانک نکل ایا</w:t>
      </w:r>
    </w:p>
    <w:p>
      <w:r>
        <w:rPr>
          <w:b/>
        </w:rPr>
        <w:t xml:space="preserve">[23:31] </w:t>
      </w:r>
      <w:r>
        <w:t>achanak kahin motor car motor car khari</w:t>
      </w:r>
    </w:p>
    <w:p>
      <w:pPr>
        <w:jc w:val="right"/>
      </w:pPr>
      <w:r>
        <w:t>اچانک کہیں موٹر کار موٹر کار کھڑی</w:t>
      </w:r>
    </w:p>
    <w:p>
      <w:r>
        <w:rPr>
          <w:b/>
        </w:rPr>
        <w:t xml:space="preserve">[23:34] </w:t>
      </w:r>
      <w:r>
        <w:t>hui mil jaye</w:t>
      </w:r>
    </w:p>
    <w:p>
      <w:pPr>
        <w:jc w:val="right"/>
      </w:pPr>
      <w:r>
        <w:t>ہوئی مل جائے</w:t>
      </w:r>
    </w:p>
    <w:p>
      <w:r>
        <w:rPr>
          <w:b/>
        </w:rPr>
        <w:t xml:space="preserve">[23:36] </w:t>
      </w:r>
      <w:r>
        <w:t>allah ta'ala ne ek grejual process rakha hai grejual process sab se pehle jo insan paida hua to</w:t>
      </w:r>
    </w:p>
    <w:p>
      <w:pPr>
        <w:jc w:val="right"/>
      </w:pPr>
      <w:r>
        <w:t>اللہ تعالی نے ایک گریجول پروسیس رکھا ہے گریجول پروسیس سب سے پہلے جو انسان پیدا ہوا تو</w:t>
      </w:r>
    </w:p>
    <w:p>
      <w:r>
        <w:rPr>
          <w:b/>
        </w:rPr>
        <w:t xml:space="preserve">[23:43] </w:t>
      </w:r>
      <w:r>
        <w:t>apne dono paon se chalta tha wo dat waz da beginning of life</w:t>
      </w:r>
    </w:p>
    <w:p>
      <w:pPr>
        <w:jc w:val="right"/>
      </w:pPr>
      <w:r>
        <w:t>اپنے دونوں پاؤں سے چلتا تھا وہ دیٹ واز دا بگننگ اف لائف</w:t>
      </w:r>
    </w:p>
    <w:p>
      <w:r>
        <w:rPr>
          <w:b/>
        </w:rPr>
        <w:t xml:space="preserve">[23:48] </w:t>
      </w:r>
      <w:r>
        <w:t>apne dono paon se chalta tha wo phir us ne dekha janglat mein ghoda dekha</w:t>
      </w:r>
    </w:p>
    <w:p>
      <w:pPr>
        <w:jc w:val="right"/>
      </w:pPr>
      <w:r>
        <w:t>اپنے دونوں پاؤں سے چلتا تھا وہ پھر اس نے دیکھا جنگل میں گھوڑا دیکھا</w:t>
      </w:r>
    </w:p>
    <w:p>
      <w:r>
        <w:rPr>
          <w:b/>
        </w:rPr>
        <w:t xml:space="preserve">[23:55] </w:t>
      </w:r>
      <w:r>
        <w:t>ghore ko pakda us ne us ko team kiya use sadhaya us se sawari karne laga ab insan</w:t>
      </w:r>
    </w:p>
    <w:p>
      <w:pPr>
        <w:jc w:val="right"/>
      </w:pPr>
      <w:r>
        <w:t>گھوڑے کو پکڑا اس نے اس کو ٹیم کیا اسے سدھایا اس سے سواری کرنے لگا اب انسان</w:t>
      </w:r>
    </w:p>
    <w:p>
      <w:r>
        <w:rPr>
          <w:b/>
        </w:rPr>
        <w:t xml:space="preserve">[24:03] </w:t>
      </w:r>
      <w:r>
        <w:t>ghore par baith gaya</w:t>
      </w:r>
    </w:p>
    <w:p>
      <w:pPr>
        <w:jc w:val="right"/>
      </w:pPr>
      <w:r>
        <w:t>گھوڑے پر بیٹھ گیا</w:t>
      </w:r>
    </w:p>
    <w:p>
      <w:r>
        <w:rPr>
          <w:b/>
        </w:rPr>
        <w:t xml:space="preserve">[24:06] </w:t>
      </w:r>
      <w:r>
        <w:t>phir us ke baad us ko ek discovery hui ke agar lakri ko boat ki shakal de di</w:t>
      </w:r>
    </w:p>
    <w:p>
      <w:pPr>
        <w:jc w:val="right"/>
      </w:pPr>
      <w:r>
        <w:t>پھر اس کے بعد اس کو ایک ڈسکوری ہوئی کہ اگر لکڑی کو بوٹ کی شکل دے دی</w:t>
      </w:r>
    </w:p>
    <w:p>
      <w:r>
        <w:rPr>
          <w:b/>
        </w:rPr>
        <w:t xml:space="preserve">[24:12] </w:t>
      </w:r>
      <w:r>
        <w:t>jaye ya lohe ko boat ki shakal de di jaye to pani mein tair sakta hai wo</w:t>
      </w:r>
    </w:p>
    <w:p>
      <w:pPr>
        <w:jc w:val="right"/>
      </w:pPr>
      <w:r>
        <w:t>جائے یا لوہے کو بوٹ کی شکل دے دی جائے تو پانی میں تیر سکتا ہے وہ</w:t>
      </w:r>
    </w:p>
    <w:p>
      <w:r>
        <w:rPr>
          <w:b/>
        </w:rPr>
        <w:t xml:space="preserve">[24:19] </w:t>
      </w:r>
      <w:r>
        <w:t>pani mein tair sakta hai wo to phir us ne kiya kiya ke boat aur</w:t>
      </w:r>
    </w:p>
    <w:p>
      <w:pPr>
        <w:jc w:val="right"/>
      </w:pPr>
      <w:r>
        <w:t>پانی میں تیر سکتا ہے وہ تو پھر اس نے کیا کیا کہ بوٹ اور</w:t>
      </w:r>
    </w:p>
    <w:p>
      <w:r>
        <w:rPr>
          <w:b/>
        </w:rPr>
        <w:t xml:space="preserve">[24:25] </w:t>
      </w:r>
      <w:r>
        <w:t>aur ship banaye</w:t>
      </w:r>
    </w:p>
    <w:p>
      <w:pPr>
        <w:jc w:val="right"/>
      </w:pPr>
      <w:r>
        <w:t>اور شپ بنائے</w:t>
      </w:r>
    </w:p>
    <w:p>
      <w:r>
        <w:rPr>
          <w:b/>
        </w:rPr>
        <w:t xml:space="preserve">[24:28] </w:t>
      </w:r>
      <w:r>
        <w:t>to phir us ko steam power discover hua to steam power jab ban gayi to steam ship banne</w:t>
      </w:r>
    </w:p>
    <w:p>
      <w:pPr>
        <w:jc w:val="right"/>
      </w:pPr>
      <w:r>
        <w:t>تو پھر اس کو اسٹیم پاور ڈسکور ہوا تو اسٹیم پاور جب بن گئی تو اسٹیم شپ بننے</w:t>
      </w:r>
    </w:p>
    <w:p>
      <w:r>
        <w:rPr>
          <w:b/>
        </w:rPr>
        <w:t xml:space="preserve">[24:34] </w:t>
      </w:r>
      <w:r>
        <w:t>lage steam ship se samundaron ko par karne laga insan</w:t>
      </w:r>
    </w:p>
    <w:p>
      <w:pPr>
        <w:jc w:val="right"/>
      </w:pPr>
      <w:r>
        <w:t>لگے اسٹیم شپ سے سمندروں کو پار کرنے لگا انسان</w:t>
      </w:r>
    </w:p>
    <w:p>
      <w:r>
        <w:rPr>
          <w:b/>
        </w:rPr>
        <w:t xml:space="preserve">[24:41] </w:t>
      </w:r>
      <w:r>
        <w:t>aur aage badhi history to motor car banaya hawai jahaz banaya aur billion billion item banaye industrial revolution</w:t>
      </w:r>
    </w:p>
    <w:p>
      <w:pPr>
        <w:jc w:val="right"/>
      </w:pPr>
      <w:r>
        <w:t>اور اگے بڑھی ہسٹری تو موٹر کار بنایا ہوائی جہاز بنایا اور بلین بلین ائٹم بنائے انڈسٹریل ریولوشن</w:t>
      </w:r>
    </w:p>
    <w:p>
      <w:r>
        <w:rPr>
          <w:b/>
        </w:rPr>
        <w:t xml:space="preserve">[24:50] </w:t>
      </w:r>
      <w:r>
        <w:t>ke zariye se</w:t>
      </w:r>
    </w:p>
    <w:p>
      <w:pPr>
        <w:jc w:val="right"/>
      </w:pPr>
      <w:r>
        <w:t>کے ذریعے سے</w:t>
      </w:r>
    </w:p>
    <w:p>
      <w:r>
        <w:rPr>
          <w:b/>
        </w:rPr>
        <w:t xml:space="preserve">[24:52] </w:t>
      </w:r>
      <w:r>
        <w:t>is tarah discoveries huien</w:t>
      </w:r>
    </w:p>
    <w:p>
      <w:pPr>
        <w:jc w:val="right"/>
      </w:pPr>
      <w:r>
        <w:t>اس طرح ڈسکوریز ہوئیں</w:t>
      </w:r>
    </w:p>
    <w:p>
      <w:r>
        <w:rPr>
          <w:b/>
        </w:rPr>
        <w:t xml:space="preserve">[24:54] </w:t>
      </w:r>
      <w:r>
        <w:t>dekhen in discoveries ke do part the ek tha yeh ke hum ko luxury milti hai hum ko</w:t>
      </w:r>
    </w:p>
    <w:p>
      <w:pPr>
        <w:jc w:val="right"/>
      </w:pPr>
      <w:r>
        <w:t>دیکھیں ان ڈسکوریز کے دو پارٹ تھے ایک تھا یہ کہ ہم کو لگزری ملتی ہے ہم کو</w:t>
      </w:r>
    </w:p>
    <w:p>
      <w:r>
        <w:rPr>
          <w:b/>
        </w:rPr>
        <w:t xml:space="preserve">[25:00] </w:t>
      </w:r>
      <w:r>
        <w:t>comfort milta hai life mein material goods milte hain consumer</w:t>
      </w:r>
    </w:p>
    <w:p>
      <w:pPr>
        <w:jc w:val="right"/>
      </w:pPr>
      <w:r>
        <w:t>کمفرٹ ملتا ہے لائف میں مٹیریل گڈز ملتے ہیں کنزیومر</w:t>
      </w:r>
    </w:p>
    <w:p>
      <w:r>
        <w:rPr>
          <w:b/>
        </w:rPr>
        <w:t xml:space="preserve">[25:04] </w:t>
      </w:r>
      <w:r>
        <w:t>goods milte hain ek ek ek aspect yeh tha in discoveries ka yani material saman milte hain hum</w:t>
      </w:r>
    </w:p>
    <w:p>
      <w:pPr>
        <w:jc w:val="right"/>
      </w:pPr>
      <w:r>
        <w:t>گڈز ملتے ہیں ایک ایک ایک اسپیکٹ یہ تھا ان ڈسکوریز کا یعنی مٹیریل سامان ملتے ہیں ہم</w:t>
      </w:r>
    </w:p>
    <w:p>
      <w:r>
        <w:rPr>
          <w:b/>
        </w:rPr>
        <w:t xml:space="preserve">[25:11] </w:t>
      </w:r>
      <w:r>
        <w:t>ko ek aspect yeh tha doosra aspect kisi ka aur tha wo kaha glory of god hum hum</w:t>
      </w:r>
    </w:p>
    <w:p>
      <w:pPr>
        <w:jc w:val="right"/>
      </w:pPr>
      <w:r>
        <w:t>کو ایک اسپیکٹ یہ تھا دوسرا اسپیکٹ کسی کا اور تھا وہ کہا گلوری اف گاڈ ہم ہم</w:t>
      </w:r>
    </w:p>
    <w:p>
      <w:r>
        <w:rPr>
          <w:b/>
        </w:rPr>
        <w:t xml:space="preserve">[25:18] </w:t>
      </w:r>
      <w:r>
        <w:t>ko hum discover karte hain glory of god</w:t>
      </w:r>
    </w:p>
    <w:p>
      <w:pPr>
        <w:jc w:val="right"/>
      </w:pPr>
      <w:r>
        <w:t>کو ہم ڈسکور کرتے ہیں گلوری اف گاڈ</w:t>
      </w:r>
    </w:p>
    <w:p>
      <w:r>
        <w:rPr>
          <w:b/>
        </w:rPr>
        <w:t xml:space="preserve">[25:23] </w:t>
      </w:r>
      <w:r>
        <w:t>jaise ke maine aap ko chand suraj aur zameen ke bare mein bataya ke suraj gahan ke</w:t>
      </w:r>
    </w:p>
    <w:p>
      <w:pPr>
        <w:jc w:val="right"/>
      </w:pPr>
      <w:r>
        <w:t>جیسے کہ میں نے اپ کو چاند سورج اور زمین کے بارے میں بتایا کہ سورج گرہن کے</w:t>
      </w:r>
    </w:p>
    <w:p>
      <w:r>
        <w:rPr>
          <w:b/>
        </w:rPr>
        <w:t xml:space="preserve">[25:28] </w:t>
      </w:r>
      <w:r>
        <w:t>bare mein hum ne science ne jo hamein bataya us se glory of god ko hum ne re</w:t>
      </w:r>
    </w:p>
    <w:p>
      <w:pPr>
        <w:jc w:val="right"/>
      </w:pPr>
      <w:r>
        <w:t>بارے میں ہم نے سائنس نے جو ہمیں بتایا اس سے گلوری اف گاڈ کو ہم نے ری</w:t>
      </w:r>
    </w:p>
    <w:p>
      <w:r>
        <w:rPr>
          <w:b/>
        </w:rPr>
        <w:t xml:space="preserve">[25:34] </w:t>
      </w:r>
      <w:r>
        <w:t>discover kiya glory of god ko re discover kiya</w:t>
      </w:r>
    </w:p>
    <w:p>
      <w:pPr>
        <w:jc w:val="right"/>
      </w:pPr>
      <w:r>
        <w:t>ڈسکور کیا گلوری اف گاڈ کو ری ڈسکور کیا</w:t>
      </w:r>
    </w:p>
    <w:p>
      <w:r>
        <w:rPr>
          <w:b/>
        </w:rPr>
        <w:t xml:space="preserve">[25:40] </w:t>
      </w:r>
      <w:r>
        <w:t>aise jo baatein science ne nature mein explore ki hain discover ki hain un ka ek aspect yeh</w:t>
      </w:r>
    </w:p>
    <w:p>
      <w:pPr>
        <w:jc w:val="right"/>
      </w:pPr>
      <w:r>
        <w:t>ایسے جو باتیں سائنس نے نیچر میں ایکسپلور کی ہیں ڈسکور کی ہیں ان کا ایک اسپیکٹ یہ</w:t>
      </w:r>
    </w:p>
    <w:p>
      <w:r>
        <w:rPr>
          <w:b/>
        </w:rPr>
        <w:t xml:space="preserve">[25:47] </w:t>
      </w:r>
      <w:r>
        <w:t>hai ke woh hum ko material comfort</w:t>
      </w:r>
    </w:p>
    <w:p>
      <w:pPr>
        <w:jc w:val="right"/>
      </w:pPr>
      <w:r>
        <w:t>ہے کہ وہ ہم کو مٹیریل کمفرٹ</w:t>
      </w:r>
    </w:p>
    <w:p>
      <w:r>
        <w:rPr>
          <w:b/>
        </w:rPr>
        <w:t xml:space="preserve">[25:50] </w:t>
      </w:r>
      <w:r>
        <w:t>dety hain material saman dety hain material ap gift is se hota hai doosra aspect yeh hai ke</w:t>
      </w:r>
    </w:p>
    <w:p>
      <w:pPr>
        <w:jc w:val="right"/>
      </w:pPr>
      <w:r>
        <w:t>دیتے ہیں مٹیریل سامان دیتے ہیں مٹیریل اپ گفٹ اس سے ہوتا ہے دوسرا اسپیکٹ یہ ہے کہ</w:t>
      </w:r>
    </w:p>
    <w:p>
      <w:r>
        <w:rPr>
          <w:b/>
        </w:rPr>
        <w:t xml:space="preserve">[25:55] </w:t>
      </w:r>
      <w:r>
        <w:t>is mein humein khuda ke signs milty hain signs khuda ki nishaniyan</w:t>
      </w:r>
    </w:p>
    <w:p>
      <w:pPr>
        <w:jc w:val="right"/>
      </w:pPr>
      <w:r>
        <w:t>اس میں ہمیں خدا کے سائنز ملتے ہیں ایس ائی جی این ایس خدا کی نشانیاں</w:t>
      </w:r>
    </w:p>
    <w:p>
      <w:r>
        <w:rPr>
          <w:b/>
        </w:rPr>
        <w:t xml:space="preserve">[26:03] </w:t>
      </w:r>
      <w:r>
        <w:t>khuda ki glory khuda ka khuda ne kitni bari blessing rakhi hai hamari is dunya mein woh sab</w:t>
      </w:r>
    </w:p>
    <w:p>
      <w:pPr>
        <w:jc w:val="right"/>
      </w:pPr>
      <w:r>
        <w:t>خدا کی گلوری خدا کا خدا نے کتنی بڑی بلیسنگ رکھی ہے ہماری اس دنیا میں وہ سب</w:t>
      </w:r>
    </w:p>
    <w:p>
      <w:r>
        <w:rPr>
          <w:b/>
        </w:rPr>
        <w:t xml:space="preserve">[26:10] </w:t>
      </w:r>
      <w:r>
        <w:t>hum ataa karty hain is ko hum kehty hain marifat</w:t>
      </w:r>
    </w:p>
    <w:p>
      <w:pPr>
        <w:jc w:val="right"/>
      </w:pPr>
      <w:r>
        <w:t>ہم عطا کرتے ہیں اس کو ہم کہتے ہیں معرفت</w:t>
      </w:r>
    </w:p>
    <w:p>
      <w:r>
        <w:rPr>
          <w:b/>
        </w:rPr>
        <w:t xml:space="preserve">[26:15] </w:t>
      </w:r>
      <w:r>
        <w:t>aik aspect marifat ka hai aik aspect dunyavi saman ka hai</w:t>
      </w:r>
    </w:p>
    <w:p>
      <w:pPr>
        <w:jc w:val="right"/>
      </w:pPr>
      <w:r>
        <w:t>ایک اسپیکٹ معرفت کا ہے ایک اسپیکٹ دنیاوی سامان کا ہے</w:t>
      </w:r>
    </w:p>
    <w:p>
      <w:r>
        <w:rPr>
          <w:b/>
        </w:rPr>
        <w:t xml:space="preserve">[26:23] </w:t>
      </w:r>
      <w:r>
        <w:t>to history mein do dhary chal pary aik dhara in logon ka tha jo bas babar baish kosh</w:t>
      </w:r>
    </w:p>
    <w:p>
      <w:pPr>
        <w:jc w:val="right"/>
      </w:pPr>
      <w:r>
        <w:t>تو ہسٹری میں دو دھارے چل پڑے ایک دھارا ان لوگوں کا تھا جو بس بابر بیش کوش</w:t>
      </w:r>
    </w:p>
    <w:p>
      <w:r>
        <w:rPr>
          <w:b/>
        </w:rPr>
        <w:t xml:space="preserve">[26:30] </w:t>
      </w:r>
      <w:r>
        <w:t>ke alam dobara neist right here right now in logon ko khoob le le ke istemal karo aur</w:t>
      </w:r>
    </w:p>
    <w:p>
      <w:pPr>
        <w:jc w:val="right"/>
      </w:pPr>
      <w:r>
        <w:t>کے عالم دوبارہ نیست رائٹ ہیر رائٹ ناؤ ان لوگوں کو خوب لے لے کے استعمال کرو اور</w:t>
      </w:r>
    </w:p>
    <w:p>
      <w:r>
        <w:rPr>
          <w:b/>
        </w:rPr>
        <w:t xml:space="preserve">[26:37] </w:t>
      </w:r>
      <w:r>
        <w:t>aish karo aish karo aish karo aik dhara yeh tha</w:t>
      </w:r>
    </w:p>
    <w:p>
      <w:pPr>
        <w:jc w:val="right"/>
      </w:pPr>
      <w:r>
        <w:t>عیش کرو عیش کرو عیش کرو ایک دھارا یہ تھا</w:t>
      </w:r>
    </w:p>
    <w:p>
      <w:r>
        <w:rPr>
          <w:b/>
        </w:rPr>
        <w:t xml:space="preserve">[26:42] </w:t>
      </w:r>
      <w:r>
        <w:t>right here right now ka dhara ki khoob comfort aur luxury aur khoob aram o aish is mein</w:t>
      </w:r>
    </w:p>
    <w:p>
      <w:pPr>
        <w:jc w:val="right"/>
      </w:pPr>
      <w:r>
        <w:t>رائٹ ہیر رائٹ ناؤ کا دھارا کہ خوب کمفرٹ اور لگزری اور خوب ارام و عیش اس میں</w:t>
      </w:r>
    </w:p>
    <w:p>
      <w:r>
        <w:rPr>
          <w:b/>
        </w:rPr>
        <w:t xml:space="preserve">[26:50] </w:t>
      </w:r>
      <w:r>
        <w:t>zindagi guzaro paisa kamao aur yeh karo woh karo aik dhara yeh tha doosra dhara marifat ka tha</w:t>
      </w:r>
    </w:p>
    <w:p>
      <w:pPr>
        <w:jc w:val="right"/>
      </w:pPr>
      <w:r>
        <w:t>زندگی گزارو پیسہ کماؤ اور یہ کرو وہ کرو ایک دھارا یہ تھا دوسرا دھارا معرفت کا تھا</w:t>
      </w:r>
    </w:p>
    <w:p>
      <w:r>
        <w:rPr>
          <w:b/>
        </w:rPr>
        <w:t xml:space="preserve">[26:58] </w:t>
      </w:r>
      <w:r>
        <w:t>marifat ka dhara yani khuda ki glory ko discover karne ka dhara</w:t>
      </w:r>
    </w:p>
    <w:p>
      <w:pPr>
        <w:jc w:val="right"/>
      </w:pPr>
      <w:r>
        <w:t>معرفت کا دھارا یعنی خدا کی گلوری کو ڈسکور کرنے کا دھارا</w:t>
      </w:r>
    </w:p>
    <w:p>
      <w:r>
        <w:rPr>
          <w:b/>
        </w:rPr>
        <w:t xml:space="preserve">[27:04] </w:t>
      </w:r>
      <w:r>
        <w:t>mein jahan tak samajh paya hoon</w:t>
      </w:r>
    </w:p>
    <w:p>
      <w:pPr>
        <w:jc w:val="right"/>
      </w:pPr>
      <w:r>
        <w:t>میں جہاں تک سمجھ پایا ہوں</w:t>
      </w:r>
    </w:p>
    <w:p>
      <w:r>
        <w:rPr>
          <w:b/>
        </w:rPr>
        <w:t xml:space="preserve">[27:07] </w:t>
      </w:r>
      <w:r>
        <w:t>yeh jo hadees mein</w:t>
      </w:r>
    </w:p>
    <w:p>
      <w:pPr>
        <w:jc w:val="right"/>
      </w:pPr>
      <w:r>
        <w:t>یہ جو حدیث میں</w:t>
      </w:r>
    </w:p>
    <w:p>
      <w:r>
        <w:rPr>
          <w:b/>
        </w:rPr>
        <w:t xml:space="preserve">[27:08] </w:t>
      </w:r>
      <w:r>
        <w:t>ata hai dajjal aur mehdi</w:t>
      </w:r>
    </w:p>
    <w:p>
      <w:pPr>
        <w:jc w:val="right"/>
      </w:pPr>
      <w:r>
        <w:t>اتا ہے دجال اور مہدی</w:t>
      </w:r>
    </w:p>
    <w:p>
      <w:r>
        <w:rPr>
          <w:b/>
        </w:rPr>
        <w:t xml:space="preserve">[27:11] </w:t>
      </w:r>
      <w:r>
        <w:t>Dajjal aur Mahdi. Toh Dajjal jo hai, isi same process ka, isi same revolution ka</w:t>
      </w:r>
    </w:p>
    <w:p>
      <w:pPr>
        <w:jc w:val="right"/>
      </w:pPr>
      <w:r>
        <w:t>دجال اور مہدی تو دجال جو ہے اسی سیم پروسیس کا اسی سیم ریولوشن کا</w:t>
      </w:r>
    </w:p>
    <w:p>
      <w:r>
        <w:rPr>
          <w:b/>
        </w:rPr>
        <w:t xml:space="preserve">[27:20] </w:t>
      </w:r>
      <w:r>
        <w:t>jo chala rasool Allah ke baad</w:t>
      </w:r>
    </w:p>
    <w:p>
      <w:pPr>
        <w:jc w:val="right"/>
      </w:pPr>
      <w:r>
        <w:t>جو چلا رسول اللہ کے بعد</w:t>
      </w:r>
    </w:p>
    <w:p>
      <w:r>
        <w:rPr>
          <w:b/>
        </w:rPr>
        <w:t xml:space="preserve">[27:23] </w:t>
      </w:r>
      <w:r>
        <w:t>jisko ap civilization keh sakty hain civilization</w:t>
      </w:r>
    </w:p>
    <w:p>
      <w:pPr>
        <w:jc w:val="right"/>
      </w:pPr>
      <w:r>
        <w:t>جس کو اپ سویلائزیشن کہہ سکتے ہیں سویلائزیشن</w:t>
      </w:r>
    </w:p>
    <w:p>
      <w:r>
        <w:rPr>
          <w:b/>
        </w:rPr>
        <w:t xml:space="preserve">[27:28] </w:t>
      </w:r>
      <w:r>
        <w:t>تو اس کا negative culmination جو تھا وہ اس کو ہم دجال کہتے ہیں negative culmination</w:t>
      </w:r>
    </w:p>
    <w:p>
      <w:pPr>
        <w:jc w:val="right"/>
      </w:pPr>
      <w:r>
        <w:t>تو اس کا نیگیٹیو کلمیشن جو تھا وہ اس کو ہم دجال کہتے ہیں نیگیٹیو کلمیشن</w:t>
      </w:r>
    </w:p>
    <w:p>
      <w:r>
        <w:rPr>
          <w:b/>
        </w:rPr>
        <w:t xml:space="preserve">[27:37] </w:t>
      </w:r>
      <w:r>
        <w:t>yani khuda ne diya cheez hai is liye khuda ka shukar karen ap lekin ap aur arrogant ho</w:t>
      </w:r>
    </w:p>
    <w:p>
      <w:pPr>
        <w:jc w:val="right"/>
      </w:pPr>
      <w:r>
        <w:t>یعنی خدا نے دیا چیز ہے اس لیے خدا کا شکر کریں اپ لیکن اپ اور ارگنٹ ہو</w:t>
      </w:r>
    </w:p>
    <w:p>
      <w:r>
        <w:rPr>
          <w:b/>
        </w:rPr>
        <w:t xml:space="preserve">[27:42] </w:t>
      </w:r>
      <w:r>
        <w:t>gaye aur nashukri karne lage sarkashi karne lage aur right here right now ki philosophy nikal li</w:t>
      </w:r>
    </w:p>
    <w:p>
      <w:pPr>
        <w:jc w:val="right"/>
      </w:pPr>
      <w:r>
        <w:t>گئے اور ناشکری کرنے لگے سرکشی کرنے لگے اور رائٹ ہیر رائٹ ناؤ کی فلاسفی نکال لی</w:t>
      </w:r>
    </w:p>
    <w:p>
      <w:r>
        <w:rPr>
          <w:b/>
        </w:rPr>
        <w:t xml:space="preserve">[27:50] </w:t>
      </w:r>
      <w:r>
        <w:t>to that was negative culmination of</w:t>
      </w:r>
    </w:p>
    <w:p>
      <w:pPr>
        <w:jc w:val="right"/>
      </w:pPr>
      <w:r>
        <w:t>تو دیٹ واز نیگیٹیو کلمیشن اف</w:t>
      </w:r>
    </w:p>
    <w:p>
      <w:r>
        <w:rPr>
          <w:b/>
        </w:rPr>
        <w:t xml:space="preserve">[27:53] </w:t>
      </w:r>
      <w:r>
        <w:t>that process yeh hai dajjal</w:t>
      </w:r>
    </w:p>
    <w:p>
      <w:pPr>
        <w:jc w:val="right"/>
      </w:pPr>
      <w:r>
        <w:t>دیٹ پروسیس یہ ہے دجال</w:t>
      </w:r>
    </w:p>
    <w:p>
      <w:r>
        <w:rPr>
          <w:b/>
        </w:rPr>
        <w:t xml:space="preserve">[27:58] </w:t>
      </w:r>
      <w:r>
        <w:t>aur isi ka aik positive</w:t>
      </w:r>
    </w:p>
    <w:p>
      <w:pPr>
        <w:jc w:val="right"/>
      </w:pPr>
      <w:r>
        <w:t>اور اسی کا ایک پازیٹیو</w:t>
      </w:r>
    </w:p>
    <w:p>
      <w:r>
        <w:rPr>
          <w:b/>
        </w:rPr>
        <w:t xml:space="preserve">[28:01] </w:t>
      </w:r>
      <w:r>
        <w:t>culmination bhi tha isi ka</w:t>
      </w:r>
    </w:p>
    <w:p>
      <w:pPr>
        <w:jc w:val="right"/>
      </w:pPr>
      <w:r>
        <w:t>کلمیشن بھی تھا اسی کا</w:t>
      </w:r>
    </w:p>
    <w:p>
      <w:r>
        <w:rPr>
          <w:b/>
        </w:rPr>
        <w:t xml:space="preserve">[28:05] </w:t>
      </w:r>
      <w:r>
        <w:t>isi ko mehdi kaha kaha gaya hadees mein is process ka nature ko discover karna discover kar ke</w:t>
      </w:r>
    </w:p>
    <w:p>
      <w:pPr>
        <w:jc w:val="right"/>
      </w:pPr>
      <w:r>
        <w:t>اسی کو مہدی کہا کہا گیا حدیث میں اس پروسیس کا نیچر کو ڈسکور کرنا ڈسکور کر کے</w:t>
      </w:r>
    </w:p>
    <w:p>
      <w:r>
        <w:rPr>
          <w:b/>
        </w:rPr>
        <w:t xml:space="preserve">[28:13] </w:t>
      </w:r>
      <w:r>
        <w:t>is mein jo khazane hain us ko nikalna khuda ke jo glory hai us ko daryaft karna khuda</w:t>
      </w:r>
    </w:p>
    <w:p>
      <w:pPr>
        <w:jc w:val="right"/>
      </w:pPr>
      <w:r>
        <w:t>اس میں جو خزانے ہیں اس کو نکالنا خدا کے جو گلوری ہے اس کو دریافت کرنا خدا</w:t>
      </w:r>
    </w:p>
    <w:p>
      <w:r>
        <w:rPr>
          <w:b/>
        </w:rPr>
        <w:t xml:space="preserve">[28:20] </w:t>
      </w:r>
      <w:r>
        <w:t>ka jo jo jo chupa rakha hai uska pata karna</w:t>
      </w:r>
    </w:p>
    <w:p>
      <w:pPr>
        <w:jc w:val="right"/>
      </w:pPr>
      <w:r>
        <w:t>کا جو جو جو چھپا رکھا ہے اس کا پتہ کرنا</w:t>
      </w:r>
    </w:p>
    <w:p>
      <w:r>
        <w:rPr>
          <w:b/>
        </w:rPr>
        <w:t xml:space="preserve">[28:27] </w:t>
      </w:r>
      <w:r>
        <w:t>to is ko sirf worldly sense mein le kar ke sirf aaram o aish mein istemal karna yeh</w:t>
      </w:r>
    </w:p>
    <w:p>
      <w:pPr>
        <w:jc w:val="right"/>
      </w:pPr>
      <w:r>
        <w:t>تو اس کو صرف ورڈلی سینس میں لے کر کے صرف ارام و عیش میں استعمال کرنا یہ</w:t>
      </w:r>
    </w:p>
    <w:p>
      <w:r>
        <w:rPr>
          <w:b/>
        </w:rPr>
        <w:t xml:space="preserve">[28:32] </w:t>
      </w:r>
      <w:r>
        <w:t>yeh yeh dajali hai</w:t>
      </w:r>
    </w:p>
    <w:p>
      <w:pPr>
        <w:jc w:val="right"/>
      </w:pPr>
      <w:r>
        <w:t>یہ یہ دجالی ہے</w:t>
      </w:r>
    </w:p>
    <w:p>
      <w:r>
        <w:rPr>
          <w:b/>
        </w:rPr>
        <w:t xml:space="preserve">[28:36] </w:t>
      </w:r>
      <w:r>
        <w:t>is ke bohat sare aspects hain dajali ke</w:t>
      </w:r>
    </w:p>
    <w:p>
      <w:pPr>
        <w:jc w:val="right"/>
      </w:pPr>
      <w:r>
        <w:t>اس کے بہت سارے اسپیکٹس ہیں دجالی کے</w:t>
      </w:r>
    </w:p>
    <w:p>
      <w:r>
        <w:rPr>
          <w:b/>
        </w:rPr>
        <w:t xml:space="preserve">[28:40] </w:t>
      </w:r>
      <w:r>
        <w:t>isi ki laraiyan karna isi ke liye</w:t>
      </w:r>
    </w:p>
    <w:p>
      <w:pPr>
        <w:jc w:val="right"/>
      </w:pPr>
      <w:r>
        <w:t>اسی کی لڑائیاں کرنا اسی کے لیے</w:t>
      </w:r>
    </w:p>
    <w:p>
      <w:r>
        <w:rPr>
          <w:b/>
        </w:rPr>
        <w:t xml:space="preserve">[28:44] </w:t>
      </w:r>
      <w:r>
        <w:t>isi dunya ke maqsad ke liye laraiyan chhedna violence phailana hate phailana</w:t>
      </w:r>
    </w:p>
    <w:p>
      <w:pPr>
        <w:jc w:val="right"/>
      </w:pPr>
      <w:r>
        <w:t>اسی دنیا کے مقصد کے لیے لڑائیاں چھیڑنا وائیلنس پھیلانا ہیٹ پھیلانا</w:t>
      </w:r>
    </w:p>
    <w:p>
      <w:r>
        <w:rPr>
          <w:b/>
        </w:rPr>
        <w:t xml:space="preserve">[28:49] </w:t>
      </w:r>
      <w:r>
        <w:t>lekin is se Khuda ki marifat lena Khuda ki glory is mein discover karna aur Khuda ki tajalli</w:t>
      </w:r>
    </w:p>
    <w:p>
      <w:pPr>
        <w:jc w:val="right"/>
      </w:pPr>
      <w:r>
        <w:t>لیکن اس سے خدا کی معرفت لینا خدا کی گلوری اس میں ڈسکور کرنا اور خدا کی تجلی</w:t>
      </w:r>
    </w:p>
    <w:p>
      <w:r>
        <w:rPr>
          <w:b/>
        </w:rPr>
        <w:t xml:space="preserve">[28:57] </w:t>
      </w:r>
      <w:r>
        <w:t>ko pana aur Khuda mein</w:t>
      </w:r>
    </w:p>
    <w:p>
      <w:pPr>
        <w:jc w:val="right"/>
      </w:pPr>
      <w:r>
        <w:t>کو پانا اور خدا میں</w:t>
      </w:r>
    </w:p>
    <w:p>
      <w:r>
        <w:rPr>
          <w:b/>
        </w:rPr>
        <w:t xml:space="preserve">[29:02] </w:t>
      </w:r>
      <w:r>
        <w:t>jeene wala banna yeh sab jo hai yeh tha is ka positive culmination aur isi ka isi ko</w:t>
      </w:r>
    </w:p>
    <w:p>
      <w:pPr>
        <w:jc w:val="right"/>
      </w:pPr>
      <w:r>
        <w:t>جینے والا بننا یہ سب جو ہے یہ تھا اس کا پازیٹیو کلمیشن اور اسی کا اسی کو</w:t>
      </w:r>
    </w:p>
    <w:p>
      <w:r>
        <w:rPr>
          <w:b/>
        </w:rPr>
        <w:t xml:space="preserve">[29:11] </w:t>
      </w:r>
      <w:r>
        <w:t>bataya gaya hai hadith mein Mahdi</w:t>
      </w:r>
    </w:p>
    <w:p>
      <w:pPr>
        <w:jc w:val="right"/>
      </w:pPr>
      <w:r>
        <w:t>بتایا گیا ہے حدیث میں مہدی</w:t>
      </w:r>
    </w:p>
    <w:p>
      <w:r>
        <w:rPr>
          <w:b/>
        </w:rPr>
        <w:t xml:space="preserve">[29:16] </w:t>
      </w:r>
      <w:r>
        <w:t>to yeh ek historical process chala ja raha hai pehle se chala aa raha hai chala aa raha</w:t>
      </w:r>
    </w:p>
    <w:p>
      <w:pPr>
        <w:jc w:val="right"/>
      </w:pPr>
      <w:r>
        <w:t>تو یہ ایک ہسٹوریکل پروسیس چلا جا رہا ہے پہلے سے چلا ا رہا ہے چلا ا رہا</w:t>
      </w:r>
    </w:p>
    <w:p>
      <w:r>
        <w:rPr>
          <w:b/>
        </w:rPr>
        <w:t xml:space="preserve">[29:20] </w:t>
      </w:r>
      <w:r>
        <w:t>hai chala aa raha hai</w:t>
      </w:r>
    </w:p>
    <w:p>
      <w:pPr>
        <w:jc w:val="right"/>
      </w:pPr>
      <w:r>
        <w:t>ہے چلا ا رہا ہے</w:t>
      </w:r>
    </w:p>
    <w:p>
      <w:r>
        <w:rPr>
          <w:b/>
        </w:rPr>
        <w:t xml:space="preserve">[29:23] </w:t>
      </w:r>
      <w:r>
        <w:t>to</w:t>
      </w:r>
    </w:p>
    <w:p>
      <w:pPr>
        <w:jc w:val="right"/>
      </w:pPr>
      <w:r>
        <w:t>تو</w:t>
      </w:r>
    </w:p>
    <w:p>
      <w:r>
        <w:rPr>
          <w:b/>
        </w:rPr>
        <w:t xml:space="preserve">[29:23] </w:t>
      </w:r>
      <w:r>
        <w:t>is waqt mein jo baat karna chahta hoon aap ko woh yeh hai</w:t>
      </w:r>
    </w:p>
    <w:p>
      <w:pPr>
        <w:jc w:val="right"/>
      </w:pPr>
      <w:r>
        <w:t>اس وقت میں جو بات کرنا چاہتا ہوں اپ کو وہ یہ ہے</w:t>
      </w:r>
    </w:p>
    <w:p>
      <w:r>
        <w:rPr>
          <w:b/>
        </w:rPr>
        <w:t xml:space="preserve">[29:27] </w:t>
      </w:r>
      <w:r>
        <w:t>ke poori tareekh mein dekhiye aap</w:t>
      </w:r>
    </w:p>
    <w:p>
      <w:pPr>
        <w:jc w:val="right"/>
      </w:pPr>
      <w:r>
        <w:t>کہ پوری تاریخ میں دیکھیے اپ</w:t>
      </w:r>
    </w:p>
    <w:p>
      <w:r>
        <w:rPr>
          <w:b/>
        </w:rPr>
        <w:t xml:space="preserve">[29:30] </w:t>
      </w:r>
      <w:r>
        <w:t>kuchh group ko Khuda ke khaas bande mana gaya hai poori tareekh mein</w:t>
      </w:r>
    </w:p>
    <w:p>
      <w:pPr>
        <w:jc w:val="right"/>
      </w:pPr>
      <w:r>
        <w:t>کچھ گروپ کو خدا کے خاص بندے مانا گیا ہے پوری تاریخ میں</w:t>
      </w:r>
    </w:p>
    <w:p>
      <w:r>
        <w:rPr>
          <w:b/>
        </w:rPr>
        <w:t xml:space="preserve">[29:37] </w:t>
      </w:r>
      <w:r>
        <w:t>kuchh insanon mein kuchh group aise nikle jo Khuda ke khaas bande the yani selected log the</w:t>
      </w:r>
    </w:p>
    <w:p>
      <w:pPr>
        <w:jc w:val="right"/>
      </w:pPr>
      <w:r>
        <w:t>کچھ انسانوں میں کچھ گروپ ایسے نکلے جو خدا کے خاص بندے تھے یعنی سلیکٹڈ لوگ تھے</w:t>
      </w:r>
    </w:p>
    <w:p>
      <w:r>
        <w:rPr>
          <w:b/>
        </w:rPr>
        <w:t xml:space="preserve">[29:45] </w:t>
      </w:r>
      <w:r>
        <w:t>jin par ki</w:t>
      </w:r>
    </w:p>
    <w:p>
      <w:pPr>
        <w:jc w:val="right"/>
      </w:pPr>
      <w:r>
        <w:t>جن پر کی</w:t>
      </w:r>
    </w:p>
    <w:p>
      <w:r>
        <w:rPr>
          <w:b/>
        </w:rPr>
        <w:t xml:space="preserve">[29:47] </w:t>
      </w:r>
      <w:r>
        <w:t>specially blessed people the woh sab se pehla group jo hai woh prophets ka hai</w:t>
      </w:r>
    </w:p>
    <w:p>
      <w:pPr>
        <w:jc w:val="right"/>
      </w:pPr>
      <w:r>
        <w:t>اسپیشلی بلیسڈ پیپل تھے وہ سب سے پہلا گروپ جو ہے وہ پرافٹس کا ہے</w:t>
      </w:r>
    </w:p>
    <w:p>
      <w:r>
        <w:rPr>
          <w:b/>
        </w:rPr>
        <w:t xml:space="preserve">[29:54] </w:t>
      </w:r>
      <w:r>
        <w:t>prophets ka yeh sab se pehle prophet the Adam phir Nuh phir bohat se prophet aaye ek lakh</w:t>
      </w:r>
    </w:p>
    <w:p>
      <w:pPr>
        <w:jc w:val="right"/>
      </w:pPr>
      <w:r>
        <w:t>پرافٹس کا یہ سب سے پہلے پرافٹ تھے ادم پھر نوح پھر بہت سے پرافٹ ائے ایک لاکھ</w:t>
      </w:r>
    </w:p>
    <w:p>
      <w:r>
        <w:rPr>
          <w:b/>
        </w:rPr>
        <w:t xml:space="preserve">[30:02] </w:t>
      </w:r>
      <w:r>
        <w:t>24 hazar kaha jata hai ke aaye to yeh group jo hai yeh blessed group tha</w:t>
      </w:r>
    </w:p>
    <w:p>
      <w:pPr>
        <w:jc w:val="right"/>
      </w:pPr>
      <w:r>
        <w:t>24 ہزار کہا جاتا ہے کہ ائے تو یہ گروپ جو ہے یہ بلیسڈ گروپ تھا</w:t>
      </w:r>
    </w:p>
    <w:p>
      <w:r>
        <w:rPr>
          <w:b/>
        </w:rPr>
        <w:t xml:space="preserve">[30:08] </w:t>
      </w:r>
      <w:r>
        <w:t>Khuda ka pehla blessed group lekin Rasool Allah ke baad nabuwat khatm ho gayi</w:t>
      </w:r>
    </w:p>
    <w:p>
      <w:pPr>
        <w:jc w:val="right"/>
      </w:pPr>
      <w:r>
        <w:t>خدا کا پہلا بلیسڈ گروپ لیکن رسول اللہ کے بعد نبوت ختم ہوگئی</w:t>
      </w:r>
    </w:p>
    <w:p>
      <w:r>
        <w:rPr>
          <w:b/>
        </w:rPr>
        <w:t xml:space="preserve">[30:14] </w:t>
      </w:r>
      <w:r>
        <w:t>to ab yeh group to ab hone wala nahi hai</w:t>
      </w:r>
    </w:p>
    <w:p>
      <w:pPr>
        <w:jc w:val="right"/>
      </w:pPr>
      <w:r>
        <w:t>تو اب یہ گروپ تو اب ہونے والا نہیں ہے</w:t>
      </w:r>
    </w:p>
    <w:p>
      <w:r>
        <w:rPr>
          <w:b/>
        </w:rPr>
        <w:t xml:space="preserve">[30:17] </w:t>
      </w:r>
      <w:r>
        <w:t>jo woh jo ban gaya woh ban gaya is ke baad ashaab e Rasool ka group hai companions of</w:t>
      </w:r>
    </w:p>
    <w:p>
      <w:pPr>
        <w:jc w:val="right"/>
      </w:pPr>
      <w:r>
        <w:t>جو وہ جو بن گیا وہ بن گیا اس کے بعد اصحاب رسول کا گروپ ہے کمپین اف</w:t>
      </w:r>
    </w:p>
    <w:p>
      <w:r>
        <w:rPr>
          <w:b/>
        </w:rPr>
        <w:t xml:space="preserve">[30:24] </w:t>
      </w:r>
      <w:r>
        <w:t>the prophet of Islam</w:t>
      </w:r>
    </w:p>
    <w:p>
      <w:pPr>
        <w:jc w:val="right"/>
      </w:pPr>
      <w:r>
        <w:t>دا پرافٹ اف اسلام</w:t>
      </w:r>
    </w:p>
    <w:p>
      <w:r>
        <w:rPr>
          <w:b/>
        </w:rPr>
        <w:t xml:space="preserve">[30:26] </w:t>
      </w:r>
      <w:r>
        <w:t>unki tadad bhi batayi jati hai ke ek lakh 24 hazar ya ek lakh 40 hazar hai</w:t>
      </w:r>
    </w:p>
    <w:p>
      <w:pPr>
        <w:jc w:val="right"/>
      </w:pPr>
      <w:r>
        <w:t>ان کی تعداد بھی بتائی جاتی ہے کہ ایک لاکھ 24 ہزار یا ایک لاکھ چالیس ہزار ہے</w:t>
      </w:r>
    </w:p>
    <w:p>
      <w:r>
        <w:rPr>
          <w:b/>
        </w:rPr>
        <w:t xml:space="preserve">[30:33] </w:t>
      </w:r>
      <w:r>
        <w:t>to yeh yeh group jo hai abhi abhi nahi ab nahi banne wala hai kyunke is mein sohbat</w:t>
      </w:r>
    </w:p>
    <w:p>
      <w:pPr>
        <w:jc w:val="right"/>
      </w:pPr>
      <w:r>
        <w:t>تو یہ یہ گروپ جو ہے ابھی ابھی نہیں اب نہیں بننے والا ہے کیونکہ اس میں صحبت</w:t>
      </w:r>
    </w:p>
    <w:p>
      <w:r>
        <w:rPr>
          <w:b/>
        </w:rPr>
        <w:t xml:space="preserve">[30:40] </w:t>
      </w:r>
      <w:r>
        <w:t>shart hai jinhon ne Rasool Allah ko yeh sohbat uthai Rasool Allah se direct unhon ne</w:t>
      </w:r>
    </w:p>
    <w:p>
      <w:pPr>
        <w:jc w:val="right"/>
      </w:pPr>
      <w:r>
        <w:t>شرط ہے جنہوں نے رسول اللہ کو یہ صحبت اٹھائی رسول اللہ سے ڈائریکٹ انہوں نے</w:t>
      </w:r>
    </w:p>
    <w:p>
      <w:r>
        <w:rPr>
          <w:b/>
        </w:rPr>
        <w:t xml:space="preserve">[30:51] </w:t>
      </w:r>
      <w:r>
        <w:t>direct ap jinhon ne paya ap se</w:t>
      </w:r>
    </w:p>
    <w:p>
      <w:pPr>
        <w:jc w:val="right"/>
      </w:pPr>
      <w:r>
        <w:t>ڈائریکٹ اپ جنہوں نے پایا اپ سے</w:t>
      </w:r>
    </w:p>
    <w:p>
      <w:r>
        <w:rPr>
          <w:b/>
        </w:rPr>
        <w:t xml:space="preserve">[30:55] </w:t>
      </w:r>
      <w:r>
        <w:t>yani faiz paya</w:t>
      </w:r>
    </w:p>
    <w:p>
      <w:pPr>
        <w:jc w:val="right"/>
      </w:pPr>
      <w:r>
        <w:t>یعنی فیض پایا</w:t>
      </w:r>
    </w:p>
    <w:p>
      <w:r>
        <w:rPr>
          <w:b/>
        </w:rPr>
        <w:t xml:space="preserve">[30:58] </w:t>
      </w:r>
      <w:r>
        <w:t>to woh thay ashaba rasool yani rasool Allah ke companions rasool Allah ke sohbat yafta</w:t>
      </w:r>
    </w:p>
    <w:p>
      <w:pPr>
        <w:jc w:val="right"/>
      </w:pPr>
      <w:r>
        <w:t>تو وہ تھے اصحاب رسول یعنی رسول اللہ کے کمپینینز رسول اللہ کے صحبت یافتہ</w:t>
      </w:r>
    </w:p>
    <w:p>
      <w:r>
        <w:rPr>
          <w:b/>
        </w:rPr>
        <w:t xml:space="preserve">[31:07] </w:t>
      </w:r>
      <w:r>
        <w:t>to yeh group jo ab nahi</w:t>
      </w:r>
    </w:p>
    <w:p>
      <w:pPr>
        <w:jc w:val="right"/>
      </w:pPr>
      <w:r>
        <w:t>تو یہ گروپ جو اب نہیں</w:t>
      </w:r>
    </w:p>
    <w:p>
      <w:r>
        <w:rPr>
          <w:b/>
        </w:rPr>
        <w:t xml:space="preserve">[31:09] </w:t>
      </w:r>
      <w:r>
        <w:t>hai banne wala jo banna tha woh ban chuke kyunke rasool Allah ki zindagi hi mein ban sakta</w:t>
      </w:r>
    </w:p>
    <w:p>
      <w:pPr>
        <w:jc w:val="right"/>
      </w:pPr>
      <w:r>
        <w:t>ہے بننے والا جو بننا تھا وہ بن چکے کیونکہ رسول اللہ کی زندگی ہی میں بن سکتا</w:t>
      </w:r>
    </w:p>
    <w:p>
      <w:r>
        <w:rPr>
          <w:b/>
        </w:rPr>
        <w:t xml:space="preserve">[31:15] </w:t>
      </w:r>
      <w:r>
        <w:t>tha woh rasool Allah ke contemporary ahl-e-iman jo thay wohi thay bas lekin yeh Khuda ki kitni</w:t>
      </w:r>
    </w:p>
    <w:p>
      <w:pPr>
        <w:jc w:val="right"/>
      </w:pPr>
      <w:r>
        <w:t>تھا وہ رسول اللہ کے کنٹیمپریری اہل ایمان جو تھے وہی تھے بس لیکن یہ خدا کی کتنی</w:t>
      </w:r>
    </w:p>
    <w:p>
      <w:r>
        <w:rPr>
          <w:b/>
        </w:rPr>
        <w:t xml:space="preserve">[31:22] </w:t>
      </w:r>
      <w:r>
        <w:t>bari rehmat hai ke list list jo hai is ka khatm nahi hua yani yani comma nahi comma</w:t>
      </w:r>
    </w:p>
    <w:p>
      <w:pPr>
        <w:jc w:val="right"/>
      </w:pPr>
      <w:r>
        <w:t>بڑی رحمت ہے کہ لسٹ لسٹ جو ہے اس کا ختم نہیں ہوا یعنی یعنی کاما نہیں کاما</w:t>
      </w:r>
    </w:p>
    <w:p>
      <w:r>
        <w:rPr>
          <w:b/>
        </w:rPr>
        <w:t xml:space="preserve">[31:26] </w:t>
      </w:r>
      <w:r>
        <w:t>hi lagaya abhi full stop nahi laga yeh bohat hi important baat hai samjhiye is ko</w:t>
      </w:r>
    </w:p>
    <w:p>
      <w:pPr>
        <w:jc w:val="right"/>
      </w:pPr>
      <w:r>
        <w:t>ہی لگایا ابھی فل سٹاپ نہیں لگا یہ بہت ہی امپورٹنٹ بات ہے سمجھیے اس کو</w:t>
      </w:r>
    </w:p>
    <w:p>
      <w:r>
        <w:rPr>
          <w:b/>
        </w:rPr>
        <w:t xml:space="preserve">[31:34] </w:t>
      </w:r>
      <w:r>
        <w:t>ke khuda ke jo special groups hain jo khuda ke khaas bande hain un ke kai group hain lekin is mein abhi tak full stop chala ja raha hai nahi comma chala ja raha hai full stop nahi lagaya abhi tak</w:t>
      </w:r>
    </w:p>
    <w:p>
      <w:pPr>
        <w:jc w:val="right"/>
      </w:pPr>
      <w:r>
        <w:t>کہ خدا کے جو اسپیشل گروپس ہیں جو خدا کے خاص بندے ہیں ان کے کئی گروپ ہیں لیکن اس میں ابھی تک فل سٹاپ چلا جا رہا ہے نہیں کاما چلا جا رہا ہے فل سٹاپ نہیں لگایا ابھی تک</w:t>
      </w:r>
    </w:p>
    <w:p>
      <w:r>
        <w:rPr>
          <w:b/>
        </w:rPr>
        <w:t xml:space="preserve">[31:52] </w:t>
      </w:r>
      <w:r>
        <w:t>is ke baray mein hum bhi is mein include ho sakte hain is mein ek group dekhiye hadith mein aata hai ikhwaan e rasool jo sahaba ke baad hain ikhwaan e rasool brothers of the prophet yeh group sahaba ke baad ka group hai special group hai woh</w:t>
      </w:r>
    </w:p>
    <w:p>
      <w:pPr>
        <w:jc w:val="right"/>
      </w:pPr>
      <w:r>
        <w:t>اس کے بارے میں ہم بھی اس میں انکلوڈ ہو سکتے ہیں اس میں ایک گروپ دیکھیے حدیث میں اتا ہے اخوان رسول جو صحابہ کے بعد ہیں اخوان رسول برادرز اف دا پرافٹ یہ گروپ صحابہ کے بعد کا گروپ ہے اسپیشل گروپ ہے وہ</w:t>
      </w:r>
    </w:p>
    <w:p>
      <w:r>
        <w:rPr>
          <w:b/>
        </w:rPr>
        <w:t xml:space="preserve">[32:14] </w:t>
      </w:r>
      <w:r>
        <w:t>ab jis ko Khuda tofeeq de woh is group mein shamil ho sakta hai ikhwan rasool ke group</w:t>
      </w:r>
    </w:p>
    <w:p>
      <w:pPr>
        <w:jc w:val="right"/>
      </w:pPr>
      <w:r>
        <w:t>اب جس کو خدا توفیق دے وہ اس گروپ میں شامل ہو سکتا ہے اخوان رسول کے گروپ</w:t>
      </w:r>
    </w:p>
    <w:p>
      <w:r>
        <w:rPr>
          <w:b/>
        </w:rPr>
        <w:t xml:space="preserve">[32:20] </w:t>
      </w:r>
      <w:r>
        <w:t>میں ایسے ایک گروپ کے پیش ان کو جو prediction حدیث میں ہے جس کو کہ جو Cyprus</w:t>
      </w:r>
    </w:p>
    <w:p>
      <w:pPr>
        <w:jc w:val="right"/>
      </w:pPr>
      <w:r>
        <w:t>میں ایسے ایک گروپ کے پیش ان کو جو پریڈکشن حدیث میں ہے جس کو کہ جو سائپرس</w:t>
      </w:r>
    </w:p>
    <w:p>
      <w:r>
        <w:rPr>
          <w:b/>
        </w:rPr>
        <w:t xml:space="preserve">[32:26] </w:t>
      </w:r>
      <w:r>
        <w:t>ka safar karega</w:t>
      </w:r>
    </w:p>
    <w:p>
      <w:pPr>
        <w:jc w:val="right"/>
      </w:pPr>
      <w:r>
        <w:t>کا سفر کرے گا</w:t>
      </w:r>
    </w:p>
    <w:p>
      <w:r>
        <w:rPr>
          <w:b/>
        </w:rPr>
        <w:t xml:space="preserve">[32:30] </w:t>
      </w:r>
      <w:r>
        <w:t>Cyprus is is ke baray mein maine tafseel se likha hai risalay mein is ko Arabic mein</w:t>
      </w:r>
    </w:p>
    <w:p>
      <w:pPr>
        <w:jc w:val="right"/>
      </w:pPr>
      <w:r>
        <w:t>سائپرس اس اس کے بارے میں میں نے تفصیل سے لکھا ہے رسالے میں اس کو عربک میں</w:t>
      </w:r>
    </w:p>
    <w:p>
      <w:r>
        <w:rPr>
          <w:b/>
        </w:rPr>
        <w:t xml:space="preserve">[32:35] </w:t>
      </w:r>
      <w:r>
        <w:t>Abrus kehte hain</w:t>
      </w:r>
    </w:p>
    <w:p>
      <w:pPr>
        <w:jc w:val="right"/>
      </w:pPr>
      <w:r>
        <w:t>ابرس کہتے ہیں</w:t>
      </w:r>
    </w:p>
    <w:p>
      <w:r>
        <w:rPr>
          <w:b/>
        </w:rPr>
        <w:t xml:space="preserve">[32:39] </w:t>
      </w:r>
      <w:r>
        <w:t>Cyprus ka safar jahan ke aik aik sahabi hai</w:t>
      </w:r>
    </w:p>
    <w:p>
      <w:pPr>
        <w:jc w:val="right"/>
      </w:pPr>
      <w:r>
        <w:t>سائپرس کا سفر جہاں کے ایک ایک صحابی ہے</w:t>
      </w:r>
    </w:p>
    <w:p>
      <w:r>
        <w:rPr>
          <w:b/>
        </w:rPr>
        <w:t xml:space="preserve">[32:46] </w:t>
      </w:r>
      <w:r>
        <w:t>ek sahabiha ki qabar hai is ko maine khud dekha wahan jab main gaya tha wahan to rasool Allah ne is mein bataya ke ek group sa us sahabiha ek group sahaba ka jayega wahan jis mein yeh shamil hongi yeh</w:t>
      </w:r>
    </w:p>
    <w:p>
      <w:pPr>
        <w:jc w:val="right"/>
      </w:pPr>
      <w:r>
        <w:t>ایک صحابیہ کی قبر ہے اس کو میں نے خود دیکھا وہاں جب میں گیا تھا وہاں تو رسول اللہ نے اس میں بتایا کہ ایک گروپ سا اس صحابیہ ایک گروپ صحابہ کا جائے گا وہاں جس میں یہ شامل ہوں گی یہ</w:t>
      </w:r>
    </w:p>
    <w:p>
      <w:r>
        <w:rPr>
          <w:b/>
        </w:rPr>
        <w:t xml:space="preserve">[33:04] </w:t>
      </w:r>
      <w:r>
        <w:t>aur un ki wahan qabar bani hai abhi bhi woh qabar maujood hai wahan lekin ek doosra group baad ko jayega un ke baad to yeh is group ka is group ka bhi yaani is group mein shamil hona bhi aap ke liye ek ek gaaye ek hopeful woh hai possibility</w:t>
      </w:r>
    </w:p>
    <w:p>
      <w:pPr>
        <w:jc w:val="right"/>
      </w:pPr>
      <w:r>
        <w:t>اور ان کی وہاں قبر بنی ہے ابھی بھی وہ قبر موجود ہے وہاں لیکن ایک دوسرا گروپ بعد کو جائے گا ان کے بعد تو یہ اس گروپ کا اس گروپ کا بھی یعنی اس گروپ میں شامل ہونا بھی اپ کے لیے ایک ایک گائے ایک ہوپ فل وہ ہے پاسیبلیٹی</w:t>
      </w:r>
    </w:p>
    <w:p>
      <w:r>
        <w:rPr>
          <w:b/>
        </w:rPr>
        <w:t xml:space="preserve">[33:28] </w:t>
      </w:r>
      <w:r>
        <w:t>to rasool Allah ke baad peghambar ke baad sahaba thay sahaba ke baad ikhwan rasool hain is ke</w:t>
      </w:r>
    </w:p>
    <w:p>
      <w:pPr>
        <w:jc w:val="right"/>
      </w:pPr>
      <w:r>
        <w:t>تو رسول اللہ کے بعد پیغمبر کے بعد صحابہ تھے صحابہ کے بعد اخوان رسول ہیں اس کے</w:t>
      </w:r>
    </w:p>
    <w:p>
      <w:r>
        <w:rPr>
          <w:b/>
        </w:rPr>
        <w:t xml:space="preserve">[33:35] </w:t>
      </w:r>
      <w:r>
        <w:t>baad woh group jo Cyprus jayega woh hai phir</w:t>
      </w:r>
    </w:p>
    <w:p>
      <w:pPr>
        <w:jc w:val="right"/>
      </w:pPr>
      <w:r>
        <w:t>بعد وہ گروپ جو سائپرس جائے گا وہ ہے پھر</w:t>
      </w:r>
    </w:p>
    <w:p>
      <w:r>
        <w:rPr>
          <w:b/>
        </w:rPr>
        <w:t xml:space="preserve">[33:40] </w:t>
      </w:r>
      <w:r>
        <w:t>phir aur bhi group hain bohat hi zabardast hadithon mein aya hai woh main batana chahta hoon ap</w:t>
      </w:r>
    </w:p>
    <w:p>
      <w:pPr>
        <w:jc w:val="right"/>
      </w:pPr>
      <w:r>
        <w:t>پھر اور بھی گروپ ہیں بہت ہی زبردست حدیثوں میں ایا ہے وہ میں بتانا چاہتا ہوں اپ</w:t>
      </w:r>
    </w:p>
    <w:p>
      <w:r>
        <w:rPr>
          <w:b/>
        </w:rPr>
        <w:t xml:space="preserve">[33:46] </w:t>
      </w:r>
      <w:r>
        <w:t>ko yani abhi bhi full stop nahi lagaya abhi abhi kaam bhi chal raha hai</w:t>
      </w:r>
    </w:p>
    <w:p>
      <w:pPr>
        <w:jc w:val="right"/>
      </w:pPr>
      <w:r>
        <w:t>کو یعنی ابھی بھی فل سٹاپ نہیں لگایا ابھی ابھی کام بھی چل رہا ہے</w:t>
      </w:r>
    </w:p>
    <w:p>
      <w:r>
        <w:rPr>
          <w:b/>
        </w:rPr>
        <w:t xml:space="preserve">[33:53] </w:t>
      </w:r>
      <w:r>
        <w:t>to woh group jo kya hai is ko samjhiye ap</w:t>
      </w:r>
    </w:p>
    <w:p>
      <w:pPr>
        <w:jc w:val="right"/>
      </w:pPr>
      <w:r>
        <w:t>تو وہ گروپ جو کیا ہے اس کو سمجھیے اپ</w:t>
      </w:r>
    </w:p>
    <w:p>
      <w:r>
        <w:rPr>
          <w:b/>
        </w:rPr>
        <w:t xml:space="preserve">[34:00] </w:t>
      </w:r>
      <w:r>
        <w:t>jo shayad sab se sab se zyada blessed group hai</w:t>
      </w:r>
    </w:p>
    <w:p>
      <w:pPr>
        <w:jc w:val="right"/>
      </w:pPr>
      <w:r>
        <w:t>جو شاید سب سے سب سے زیادہ بلیسڈ گروپ ہے</w:t>
      </w:r>
    </w:p>
    <w:p>
      <w:r>
        <w:rPr>
          <w:b/>
        </w:rPr>
        <w:t xml:space="preserve">[34:05] </w:t>
      </w:r>
      <w:r>
        <w:t>sab se zyada blessed group hai</w:t>
      </w:r>
    </w:p>
    <w:p>
      <w:pPr>
        <w:jc w:val="right"/>
      </w:pPr>
      <w:r>
        <w:t>سب سے زیادہ بلیسڈ گروپ ہے</w:t>
      </w:r>
    </w:p>
    <w:p>
      <w:r>
        <w:rPr>
          <w:b/>
        </w:rPr>
        <w:t xml:space="preserve">[34:08] </w:t>
      </w:r>
      <w:r>
        <w:t>kyunke is group ke baray mein hadith mein aata hai ke khud Khawand jalaal Khuda yani khud Allah</w:t>
      </w:r>
    </w:p>
    <w:p>
      <w:pPr>
        <w:jc w:val="right"/>
      </w:pPr>
      <w:r>
        <w:t>کیونکہ اس گروپ کے بارے میں حدیث میں اتا ہے کہ خود خداوند جلال خدا یعنی خود اللہ</w:t>
      </w:r>
    </w:p>
    <w:p>
      <w:r>
        <w:rPr>
          <w:b/>
        </w:rPr>
        <w:t xml:space="preserve">[34:15] </w:t>
      </w:r>
      <w:r>
        <w:t>تعالی اس پر فخر کرے گا ہی ہم سیلف will show</w:t>
      </w:r>
    </w:p>
    <w:p>
      <w:pPr>
        <w:jc w:val="right"/>
      </w:pPr>
      <w:r>
        <w:t>تعالی اس پر فخر کرے گا ہی ہم سیلف ول ول شو</w:t>
      </w:r>
    </w:p>
    <w:p>
      <w:r>
        <w:rPr>
          <w:b/>
        </w:rPr>
        <w:t xml:space="preserve">[34:23] </w:t>
      </w:r>
      <w:r>
        <w:t>pride he he himself will take this group as his as his pride</w:t>
      </w:r>
    </w:p>
    <w:p>
      <w:pPr>
        <w:jc w:val="right"/>
      </w:pPr>
      <w:r>
        <w:t>پرائیڈ ہی ہی ہم سیلف ول ٹیک دس گروپ ایز ہز ایز ہز پرائیڈ</w:t>
      </w:r>
    </w:p>
    <w:p>
      <w:r>
        <w:rPr>
          <w:b/>
        </w:rPr>
        <w:t xml:space="preserve">[34:31] </w:t>
      </w:r>
      <w:r>
        <w:t>to is ko main arz karna chahta hoon ap ko Quran mein Surah Baqarah jo chapter number two</w:t>
      </w:r>
    </w:p>
    <w:p>
      <w:pPr>
        <w:jc w:val="right"/>
      </w:pPr>
      <w:r>
        <w:t>تو اس کو میں عرض کرنا چاہتا ہوں اپ کو قران میں سورہ بقرہ جو چیپٹر نمبر ٹو</w:t>
      </w:r>
    </w:p>
    <w:p>
      <w:r>
        <w:rPr>
          <w:b/>
        </w:rPr>
        <w:t xml:space="preserve">[34:37] </w:t>
      </w:r>
      <w:r>
        <w:t>hai is mein</w:t>
      </w:r>
    </w:p>
    <w:p>
      <w:pPr>
        <w:jc w:val="right"/>
      </w:pPr>
      <w:r>
        <w:t>ہے اس میں</w:t>
      </w:r>
    </w:p>
    <w:p>
      <w:r>
        <w:rPr>
          <w:b/>
        </w:rPr>
        <w:t xml:space="preserve">[34:41] </w:t>
      </w:r>
      <w:r>
        <w:t>bataya gaya hai ke Allah taala ne Adam</w:t>
      </w:r>
    </w:p>
    <w:p>
      <w:pPr>
        <w:jc w:val="right"/>
      </w:pPr>
      <w:r>
        <w:t>بتایا گیا ہے کہ اللہ تعالی نے ادم</w:t>
      </w:r>
    </w:p>
    <w:p>
      <w:r>
        <w:rPr>
          <w:b/>
        </w:rPr>
        <w:t xml:space="preserve">[34:45] </w:t>
      </w:r>
      <w:r>
        <w:t>ko paida kiya yani first man</w:t>
      </w:r>
    </w:p>
    <w:p>
      <w:pPr>
        <w:jc w:val="right"/>
      </w:pPr>
      <w:r>
        <w:t>کو پیدا کیا یعنی فرسٹ مین</w:t>
      </w:r>
    </w:p>
    <w:p>
      <w:r>
        <w:rPr>
          <w:b/>
        </w:rPr>
        <w:t xml:space="preserve">[34:49] </w:t>
      </w:r>
      <w:r>
        <w:t>tu khuda ne angel se kaha ke</w:t>
      </w:r>
    </w:p>
    <w:p>
      <w:pPr>
        <w:jc w:val="right"/>
      </w:pPr>
      <w:r>
        <w:t>تو خدا نے اینجل سے کہا کہ</w:t>
      </w:r>
    </w:p>
    <w:p>
      <w:r>
        <w:rPr>
          <w:b/>
        </w:rPr>
        <w:t xml:space="preserve">[34:53] </w:t>
      </w:r>
      <w:r>
        <w:t>mein insan ko</w:t>
      </w:r>
    </w:p>
    <w:p>
      <w:pPr>
        <w:jc w:val="right"/>
      </w:pPr>
      <w:r>
        <w:t>میں انسان کو</w:t>
      </w:r>
    </w:p>
    <w:p>
      <w:r>
        <w:rPr>
          <w:b/>
        </w:rPr>
        <w:t xml:space="preserve">[34:55] </w:t>
      </w:r>
      <w:r>
        <w:t>zameen par basane wala hoon i am going to settle man in this earth</w:t>
      </w:r>
    </w:p>
    <w:p>
      <w:pPr>
        <w:jc w:val="right"/>
      </w:pPr>
      <w:r>
        <w:t>زمین پر بسانے والا ہوں ائی ایم گوئنگ ٹو سیٹل مین ان دس ارتھ</w:t>
      </w:r>
    </w:p>
    <w:p>
      <w:r>
        <w:rPr>
          <w:b/>
        </w:rPr>
        <w:t xml:space="preserve">[35:04] </w:t>
      </w:r>
      <w:r>
        <w:t>is ko hum goya is zameen ka charge denge kehna chahiye inni jall fil ardh khalifa</w:t>
      </w:r>
    </w:p>
    <w:p>
      <w:pPr>
        <w:jc w:val="right"/>
      </w:pPr>
      <w:r>
        <w:t>اس کو ہم گویا اس زمین کا چارج دیں گے کہنا چاہیے انی جال فی الارض خلیفہ</w:t>
      </w:r>
    </w:p>
    <w:p>
      <w:r>
        <w:rPr>
          <w:b/>
        </w:rPr>
        <w:t xml:space="preserve">[35:11] </w:t>
      </w:r>
      <w:r>
        <w:t>yahan khalifa ka matlab hai ke zameen ka in ka incharge bana kar ke azadana azadi ke sath</w:t>
      </w:r>
    </w:p>
    <w:p>
      <w:pPr>
        <w:jc w:val="right"/>
      </w:pPr>
      <w:r>
        <w:t>یہاں خلیفہ کا مطلب ہے کہ زمین کا ان کا انچارج بنا کر کے ازادانہ ازادی کے ساتھ</w:t>
      </w:r>
    </w:p>
    <w:p>
      <w:r>
        <w:rPr>
          <w:b/>
        </w:rPr>
        <w:t xml:space="preserve">[35:17] </w:t>
      </w:r>
      <w:r>
        <w:t>ek rehne ka mauqa dena</w:t>
      </w:r>
    </w:p>
    <w:p>
      <w:pPr>
        <w:jc w:val="right"/>
      </w:pPr>
      <w:r>
        <w:t>ایک رہنے کا موقع دینا</w:t>
      </w:r>
    </w:p>
    <w:p>
      <w:r>
        <w:rPr>
          <w:b/>
        </w:rPr>
        <w:t xml:space="preserve">[35:21] </w:t>
      </w:r>
      <w:r>
        <w:t>tu farishton ne kaha ke atujal fiha ma yusidu fiha wa yusfiku al dima</w:t>
      </w:r>
    </w:p>
    <w:p>
      <w:pPr>
        <w:jc w:val="right"/>
      </w:pPr>
      <w:r>
        <w:t>تو فرشتوں نے کہا کہ اتجل فیہا ما یسد فیہا ویسفق الدماء</w:t>
      </w:r>
    </w:p>
    <w:p>
      <w:r>
        <w:rPr>
          <w:b/>
        </w:rPr>
        <w:t xml:space="preserve">[35:28] </w:t>
      </w:r>
      <w:r>
        <w:t>ke kya aap aise</w:t>
      </w:r>
    </w:p>
    <w:p>
      <w:pPr>
        <w:jc w:val="right"/>
      </w:pPr>
      <w:r>
        <w:t>کہ کیا اپ ایسے</w:t>
      </w:r>
    </w:p>
    <w:p>
      <w:r>
        <w:rPr>
          <w:b/>
        </w:rPr>
        <w:t xml:space="preserve">[35:32] </w:t>
      </w:r>
      <w:r>
        <w:t>ko zameen par basana chahte hain jo wahan corruption kare blood shirk kare yeh farishton ne aisa kyun kaha tha yaani angels ne jo kaha is ka ek background hai</w:t>
      </w:r>
    </w:p>
    <w:p>
      <w:pPr>
        <w:jc w:val="right"/>
      </w:pPr>
      <w:r>
        <w:t>کو زمین پر بسانا چاہتے ہیں جو وہاں کرپشن کرے بلڈ شرک کرے یہ فرشتوں نے ایسا کیوں کہا تھا یعنی اینجلس نے جو کہا اس کا ایک بیک گراؤنڈ ہے</w:t>
      </w:r>
    </w:p>
    <w:p>
      <w:r>
        <w:rPr>
          <w:b/>
        </w:rPr>
        <w:t xml:space="preserve">[35:51] </w:t>
      </w:r>
      <w:r>
        <w:t>is ka ek background hai inhone ab reply nahi keh diya tha aisa</w:t>
      </w:r>
    </w:p>
    <w:p>
      <w:pPr>
        <w:jc w:val="right"/>
      </w:pPr>
      <w:r>
        <w:t>اس کا ایک بیک گراؤنڈ ہے انہوں نے اب ریپلی نہیں کہہ دیا تھا ایسا</w:t>
      </w:r>
    </w:p>
    <w:p>
      <w:r>
        <w:rPr>
          <w:b/>
        </w:rPr>
        <w:t xml:space="preserve">[35:57] </w:t>
      </w:r>
      <w:r>
        <w:t>dekhen is zameen par insan se pehle jinn settle kiye gaye the jinn abad kiye gaye the</w:t>
      </w:r>
    </w:p>
    <w:p>
      <w:pPr>
        <w:jc w:val="right"/>
      </w:pPr>
      <w:r>
        <w:t>دیکھیں اس زمین پر انسان سے پہلے جن سیٹل کیے گئے تھے جن اباد کیے گئے تھے</w:t>
      </w:r>
    </w:p>
    <w:p>
      <w:r>
        <w:rPr>
          <w:b/>
        </w:rPr>
        <w:t xml:space="preserve">[36:05] </w:t>
      </w:r>
      <w:r>
        <w:t>jinn jinn ko khuda ne banaya hai aag se fire se</w:t>
      </w:r>
    </w:p>
    <w:p>
      <w:pPr>
        <w:jc w:val="right"/>
      </w:pPr>
      <w:r>
        <w:t>جن جن کو خدا نے بنایا ہے اگ سے فائر سے</w:t>
      </w:r>
    </w:p>
    <w:p>
      <w:r>
        <w:rPr>
          <w:b/>
        </w:rPr>
        <w:t xml:space="preserve">[36:10] </w:t>
      </w:r>
      <w:r>
        <w:t>tu woh yahan par rakhe gaye</w:t>
      </w:r>
    </w:p>
    <w:p>
      <w:pPr>
        <w:jc w:val="right"/>
      </w:pPr>
      <w:r>
        <w:t>تو وہ یہاں پر رکھے گئے</w:t>
      </w:r>
    </w:p>
    <w:p>
      <w:r>
        <w:rPr>
          <w:b/>
        </w:rPr>
        <w:t xml:space="preserve">[36:13] </w:t>
      </w:r>
      <w:r>
        <w:t>tu hadith mein aata hai ke unhone aapas mein ladaiyan keen</w:t>
      </w:r>
    </w:p>
    <w:p>
      <w:pPr>
        <w:jc w:val="right"/>
      </w:pPr>
      <w:r>
        <w:t>تو حدیث میں اتا ہے کہ انہوں نے اپس میں لڑائیاں کیں</w:t>
      </w:r>
    </w:p>
    <w:p>
      <w:r>
        <w:rPr>
          <w:b/>
        </w:rPr>
        <w:t xml:space="preserve">[36:18] </w:t>
      </w:r>
      <w:r>
        <w:t>aapas mein ladaiyan is waqt koi aur nahi tha is ko woh lade aapas</w:t>
      </w:r>
    </w:p>
    <w:p>
      <w:pPr>
        <w:jc w:val="right"/>
      </w:pPr>
      <w:r>
        <w:t>اپس میں لڑائیاں اس وقت کوئی اور نہیں تھا اس کو وہ لڑے اپس</w:t>
      </w:r>
    </w:p>
    <w:p>
      <w:r>
        <w:rPr>
          <w:b/>
        </w:rPr>
        <w:t xml:space="preserve">[36:23] </w:t>
      </w:r>
      <w:r>
        <w:t>mein ladaiyan keen aur bohat zyada corruption phaila ke zameen phailaya zameen par</w:t>
      </w:r>
    </w:p>
    <w:p>
      <w:pPr>
        <w:jc w:val="right"/>
      </w:pPr>
      <w:r>
        <w:t>میں لڑائیاں کیں اور بہت زیادہ کرپشن پھیلا کے زمین پھیلایا زمین پر</w:t>
      </w:r>
    </w:p>
    <w:p>
      <w:r>
        <w:rPr>
          <w:b/>
        </w:rPr>
        <w:t xml:space="preserve">[36:28] </w:t>
      </w:r>
      <w:r>
        <w:t>tu khuda ne jinn ko</w:t>
      </w:r>
    </w:p>
    <w:p>
      <w:pPr>
        <w:jc w:val="right"/>
      </w:pPr>
      <w:r>
        <w:t>تو خدا نے جن کو</w:t>
      </w:r>
    </w:p>
    <w:p>
      <w:r>
        <w:rPr>
          <w:b/>
        </w:rPr>
        <w:t xml:space="preserve">[36:31] </w:t>
      </w:r>
      <w:r>
        <w:t>yani yeh yeh jo zameen jo charge un ke charge mein di gayi thi tu</w:t>
      </w:r>
    </w:p>
    <w:p>
      <w:pPr>
        <w:jc w:val="right"/>
      </w:pPr>
      <w:r>
        <w:t>یعنی یہ یہ جو زمین جو چارج ان کے چارج میں دی گئی تھی تو</w:t>
      </w:r>
    </w:p>
    <w:p>
      <w:r>
        <w:rPr>
          <w:b/>
        </w:rPr>
        <w:t xml:space="preserve">[36:37] </w:t>
      </w:r>
      <w:r>
        <w:t>wapas le liya</w:t>
      </w:r>
    </w:p>
    <w:p>
      <w:pPr>
        <w:jc w:val="right"/>
      </w:pPr>
      <w:r>
        <w:t>واپس لے لیا</w:t>
      </w:r>
    </w:p>
    <w:p>
      <w:r>
        <w:rPr>
          <w:b/>
        </w:rPr>
        <w:t xml:space="preserve">[36:39] </w:t>
      </w:r>
      <w:r>
        <w:t>ise wapas le liya</w:t>
      </w:r>
    </w:p>
    <w:p>
      <w:pPr>
        <w:jc w:val="right"/>
      </w:pPr>
      <w:r>
        <w:t>اسے واپس لے لیا</w:t>
      </w:r>
    </w:p>
    <w:p>
      <w:r>
        <w:rPr>
          <w:b/>
        </w:rPr>
        <w:t xml:space="preserve">[36:43] </w:t>
      </w:r>
      <w:r>
        <w:t>woh dismiss kar diye gaye</w:t>
      </w:r>
    </w:p>
    <w:p>
      <w:pPr>
        <w:jc w:val="right"/>
      </w:pPr>
      <w:r>
        <w:t>وہ ڈسمس کر دیے گئے</w:t>
      </w:r>
    </w:p>
    <w:p>
      <w:r>
        <w:rPr>
          <w:b/>
        </w:rPr>
        <w:t xml:space="preserve">[36:46] </w:t>
      </w:r>
      <w:r>
        <w:t>is ke baad khuda ne zameen mein insan ko basaya tu is woh jo presidents tha woh jo</w:t>
      </w:r>
    </w:p>
    <w:p>
      <w:pPr>
        <w:jc w:val="right"/>
      </w:pPr>
      <w:r>
        <w:t>اس کے بعد خدا نے زمین میں انسان کو بسایا تو اس وہ جو پریزیڈنٹس تھا وہ جو</w:t>
      </w:r>
    </w:p>
    <w:p>
      <w:r>
        <w:rPr>
          <w:b/>
        </w:rPr>
        <w:t xml:space="preserve">[36:52] </w:t>
      </w:r>
      <w:r>
        <w:t>pehli tareekh thi jo pehli history thi jinn wali</w:t>
      </w:r>
    </w:p>
    <w:p>
      <w:pPr>
        <w:jc w:val="right"/>
      </w:pPr>
      <w:r>
        <w:t>پچھلی تاریخ تھی جو پچھلی ہسٹری تھی جن والی</w:t>
      </w:r>
    </w:p>
    <w:p>
      <w:r>
        <w:rPr>
          <w:b/>
        </w:rPr>
        <w:t xml:space="preserve">[36:57] </w:t>
      </w:r>
      <w:r>
        <w:t>is ko le kar ke farishton ne kaha ke is ko aap ne ikhtiyar diya is ko freedom</w:t>
      </w:r>
    </w:p>
    <w:p>
      <w:pPr>
        <w:jc w:val="right"/>
      </w:pPr>
      <w:r>
        <w:t>اس کو لے کر کے فرشتوں نے کہا کہ اس کو اپ نے اختیار دیا اس کو فریڈم</w:t>
      </w:r>
    </w:p>
    <w:p>
      <w:r>
        <w:rPr>
          <w:b/>
        </w:rPr>
        <w:t xml:space="preserve">[37:03] </w:t>
      </w:r>
      <w:r>
        <w:t>دیا freedom تو freedom کو مس یوز کیا اس نے اب دوبارہ اپ freedom دے رہے ہیں کسی</w:t>
      </w:r>
    </w:p>
    <w:p>
      <w:pPr>
        <w:jc w:val="right"/>
      </w:pPr>
      <w:r>
        <w:t>دیا فریڈم تو فریڈم کو مس یوز کیا اس نے اب دوبارہ اپ فریڈم دے رہے ہیں کسی</w:t>
      </w:r>
    </w:p>
    <w:p>
      <w:r>
        <w:rPr>
          <w:b/>
        </w:rPr>
        <w:t xml:space="preserve">[37:08] </w:t>
      </w:r>
      <w:r>
        <w:t>کو تو وہ بھی تو misuse کرے گا misuse کرے گا تو فساد مچائے گا corruption</w:t>
      </w:r>
    </w:p>
    <w:p>
      <w:pPr>
        <w:jc w:val="right"/>
      </w:pPr>
      <w:r>
        <w:t>کو تو وہ بھی تو مس یوز کرے گا مس یوز کرے گا تو فساد مچائے گا کرپشن</w:t>
      </w:r>
    </w:p>
    <w:p>
      <w:r>
        <w:rPr>
          <w:b/>
        </w:rPr>
        <w:t xml:space="preserve">[37:13] </w:t>
      </w:r>
      <w:r>
        <w:t>karega blood shirk karega dunya mein</w:t>
      </w:r>
    </w:p>
    <w:p>
      <w:pPr>
        <w:jc w:val="right"/>
      </w:pPr>
      <w:r>
        <w:t>کرے گا بلڈ شرک کرے گا دنیا میں</w:t>
      </w:r>
    </w:p>
    <w:p>
      <w:r>
        <w:rPr>
          <w:b/>
        </w:rPr>
        <w:t xml:space="preserve">[37:17] </w:t>
      </w:r>
      <w:r>
        <w:t>is waqt Allah taala ne kaha ke inni aalam ma la taalamoon</w:t>
      </w:r>
    </w:p>
    <w:p>
      <w:pPr>
        <w:jc w:val="right"/>
      </w:pPr>
      <w:r>
        <w:t>اس وقت اللہ تعالی نے کہا کہ انی عالم مالا تعلمون</w:t>
      </w:r>
    </w:p>
    <w:p>
      <w:r>
        <w:rPr>
          <w:b/>
        </w:rPr>
        <w:t xml:space="preserve">[37:23] </w:t>
      </w:r>
      <w:r>
        <w:t>mein</w:t>
      </w:r>
    </w:p>
    <w:p>
      <w:pPr>
        <w:jc w:val="right"/>
      </w:pPr>
      <w:r>
        <w:t>میں</w:t>
      </w:r>
    </w:p>
    <w:p>
      <w:r>
        <w:rPr>
          <w:b/>
        </w:rPr>
        <w:t xml:space="preserve">[37:23] </w:t>
      </w:r>
      <w:r>
        <w:t>woh janta hoon jo tum nahi jante</w:t>
      </w:r>
    </w:p>
    <w:p>
      <w:pPr>
        <w:jc w:val="right"/>
      </w:pPr>
      <w:r>
        <w:t>وہ جانتا ہوں جو تم نہیں جانتے</w:t>
      </w:r>
    </w:p>
    <w:p>
      <w:r>
        <w:rPr>
          <w:b/>
        </w:rPr>
        <w:t xml:space="preserve">[37:27] </w:t>
      </w:r>
      <w:r>
        <w:t>yani insan khuda ke hope ban kar samne aya hai yani khuda ne jo paida kiya insan ko</w:t>
      </w:r>
    </w:p>
    <w:p>
      <w:pPr>
        <w:jc w:val="right"/>
      </w:pPr>
      <w:r>
        <w:t>یعنی انسان خدا کے ہوپ بن کر سامنے ایا ہے یعنی خدا نے جو پیدا کیا انسان کو</w:t>
      </w:r>
    </w:p>
    <w:p>
      <w:r>
        <w:rPr>
          <w:b/>
        </w:rPr>
        <w:t xml:space="preserve">[37:36] </w:t>
      </w:r>
      <w:r>
        <w:t>us ke peeche khuda ke hope shamil hain</w:t>
      </w:r>
    </w:p>
    <w:p>
      <w:pPr>
        <w:jc w:val="right"/>
      </w:pPr>
      <w:r>
        <w:t>اس کے پیچھے خدا کے ہوپ شامل ہیں</w:t>
      </w:r>
    </w:p>
    <w:p>
      <w:r>
        <w:rPr>
          <w:b/>
        </w:rPr>
        <w:t xml:space="preserve">[37:40] </w:t>
      </w:r>
      <w:r>
        <w:t>ke insan woh nahi banega jo jinat bane the is ka matlab yeh hai</w:t>
      </w:r>
    </w:p>
    <w:p>
      <w:pPr>
        <w:jc w:val="right"/>
      </w:pPr>
      <w:r>
        <w:t>کہ انسان وہ نہیں بنے گا جو جنات بنے تھے اس کا مطلب یہ ہے</w:t>
      </w:r>
    </w:p>
    <w:p>
      <w:r>
        <w:rPr>
          <w:b/>
        </w:rPr>
        <w:t xml:space="preserve">[37:46] </w:t>
      </w:r>
      <w:r>
        <w:t>jis tarah jinat jo hai fail ho gaye</w:t>
      </w:r>
    </w:p>
    <w:p>
      <w:pPr>
        <w:jc w:val="right"/>
      </w:pPr>
      <w:r>
        <w:t>جس طرح جنات جو ہے فیل ہو گئے</w:t>
      </w:r>
    </w:p>
    <w:p>
      <w:r>
        <w:rPr>
          <w:b/>
        </w:rPr>
        <w:t xml:space="preserve">[37:50] </w:t>
      </w:r>
      <w:r>
        <w:t>insan fail nahi hoga</w:t>
      </w:r>
    </w:p>
    <w:p>
      <w:pPr>
        <w:jc w:val="right"/>
      </w:pPr>
      <w:r>
        <w:t>انسان فیل نہیں ہوگا</w:t>
      </w:r>
    </w:p>
    <w:p>
      <w:r>
        <w:rPr>
          <w:b/>
        </w:rPr>
        <w:t xml:space="preserve">[37:53] </w:t>
      </w:r>
      <w:r>
        <w:t>insan khuda ke hope ko poora karega</w:t>
      </w:r>
    </w:p>
    <w:p>
      <w:pPr>
        <w:jc w:val="right"/>
      </w:pPr>
      <w:r>
        <w:t>انسان خدا کے ہوپ کو پورا کرے گا</w:t>
      </w:r>
    </w:p>
    <w:p>
      <w:r>
        <w:rPr>
          <w:b/>
        </w:rPr>
        <w:t xml:space="preserve">[37:57] </w:t>
      </w:r>
      <w:r>
        <w:t>yeh kaha Allah taala ne</w:t>
      </w:r>
    </w:p>
    <w:p>
      <w:pPr>
        <w:jc w:val="right"/>
      </w:pPr>
      <w:r>
        <w:t>یہ کہا اللہ تعالی نے</w:t>
      </w:r>
    </w:p>
    <w:p>
      <w:r>
        <w:rPr>
          <w:b/>
        </w:rPr>
        <w:t xml:space="preserve">[38:01] </w:t>
      </w:r>
      <w:r>
        <w:t>ab is is ayat ke sath aap ek hadith ko joriye</w:t>
      </w:r>
    </w:p>
    <w:p>
      <w:pPr>
        <w:jc w:val="right"/>
      </w:pPr>
      <w:r>
        <w:t>اب اس اس ایت کے ساتھ اپ ایک حدیث کو جوڑیے</w:t>
      </w:r>
    </w:p>
    <w:p>
      <w:r>
        <w:rPr>
          <w:b/>
        </w:rPr>
        <w:t xml:space="preserve">[38:06] </w:t>
      </w:r>
      <w:r>
        <w:t>ek hadith ko joriye</w:t>
      </w:r>
    </w:p>
    <w:p>
      <w:pPr>
        <w:jc w:val="right"/>
      </w:pPr>
      <w:r>
        <w:t>ایک حدیث کو جوڑیے</w:t>
      </w:r>
    </w:p>
    <w:p>
      <w:r>
        <w:rPr>
          <w:b/>
        </w:rPr>
        <w:t xml:space="preserve">[38:10] </w:t>
      </w:r>
      <w:r>
        <w:t>ek</w:t>
      </w:r>
    </w:p>
    <w:p>
      <w:pPr>
        <w:jc w:val="right"/>
      </w:pPr>
      <w:r>
        <w:t>ایک</w:t>
      </w:r>
    </w:p>
    <w:p>
      <w:r>
        <w:rPr>
          <w:b/>
        </w:rPr>
        <w:t xml:space="preserve">[38:10] </w:t>
      </w:r>
      <w:r>
        <w:t>hadith mein hai ke qayamat mein kuch log honge to khuda un ko farishton ke samne pesh karega bator e fakhr ke</w:t>
      </w:r>
    </w:p>
    <w:p>
      <w:pPr>
        <w:jc w:val="right"/>
      </w:pPr>
      <w:r>
        <w:t>حدیث میں ہے کہ قیامت میں کچھ لوگ ہوں گے تو خدا ان کو فرشتوں کے سامنے پیش کرے گا بطور فخر کے</w:t>
      </w:r>
    </w:p>
    <w:p>
      <w:r>
        <w:rPr>
          <w:b/>
        </w:rPr>
        <w:t xml:space="preserve">[38:26] </w:t>
      </w:r>
      <w:r>
        <w:t>yatabaahum ul malaikah yaani khuda farishton ke muqable mein farishton ke samne un ko bator e fakhr pesh karega</w:t>
      </w:r>
    </w:p>
    <w:p>
      <w:pPr>
        <w:jc w:val="right"/>
      </w:pPr>
      <w:r>
        <w:t>یتبا بہم الملائکہ یعنی خدا فرشتوں کے مقابلے میں فرشتوں کے سامنے ان کو بطور فخر پیش کرے گا</w:t>
      </w:r>
    </w:p>
    <w:p>
      <w:r>
        <w:rPr>
          <w:b/>
        </w:rPr>
        <w:t xml:space="preserve">[38:40] </w:t>
      </w:r>
      <w:r>
        <w:t>pride yaani khuda apni pride ke taur par un ko present karega angels ke samne ab ab aap sochiye ke aisa kaise woh pride ban jayenge woh log</w:t>
      </w:r>
    </w:p>
    <w:p>
      <w:pPr>
        <w:jc w:val="right"/>
      </w:pPr>
      <w:r>
        <w:t>پرائیڈ یعنی خدا اپنی پرائیڈ کے طور پر ان کو پریزنٹ کرے گا اینجلس کے سامنے اب اب اپ سوچیے کہ ایسا کیسے وہ پرائیڈ بن جائیں گے وہ لوگ</w:t>
      </w:r>
    </w:p>
    <w:p>
      <w:r>
        <w:rPr>
          <w:b/>
        </w:rPr>
        <w:t xml:space="preserve">[38:55] </w:t>
      </w:r>
      <w:r>
        <w:t>yeh kya mamla hoga yeh woh log honge jo jo jo angels ke doubts ko disprove karenge aur khuda ke expectation jo us ko prove karenge kaisi ajeeb baat hai yeh</w:t>
      </w:r>
    </w:p>
    <w:p>
      <w:pPr>
        <w:jc w:val="right"/>
      </w:pPr>
      <w:r>
        <w:t>یہ کیا معاملہ ہوگا یہ وہ لوگ ہوں گے جو جو جو اینجلس کے ڈاؤٹس کو ڈسپروو کریں گے اور خدا کے ایکسپیکٹیشن جو اس کو پروف کریں گے کیسی عجیب بات ہے یہ</w:t>
      </w:r>
    </w:p>
    <w:p>
      <w:r>
        <w:rPr>
          <w:b/>
        </w:rPr>
        <w:t xml:space="preserve">[39:16] </w:t>
      </w:r>
      <w:r>
        <w:t>kaisi ajeeb baat hai ke jab insaan ko banaya gaya</w:t>
      </w:r>
    </w:p>
    <w:p>
      <w:pPr>
        <w:jc w:val="right"/>
      </w:pPr>
      <w:r>
        <w:t>کیسی عجیب بات ہے کہ جب انسان کو بنایا گیا</w:t>
      </w:r>
    </w:p>
    <w:p>
      <w:r>
        <w:rPr>
          <w:b/>
        </w:rPr>
        <w:t xml:space="preserve">[39:22] </w:t>
      </w:r>
      <w:r>
        <w:t>to us waqt farishton ne ek doubt shubah kiya to jo log insaan ki generation mein adam ki generation mein aise log niklenge jo jo angels ke is shubah ko disprove karenge aur khuda ne jo umeed qaim ki thi us ko prove karenge to</w:t>
      </w:r>
    </w:p>
    <w:p>
      <w:pPr>
        <w:jc w:val="right"/>
      </w:pPr>
      <w:r>
        <w:t>تو اس وقت فرشتوں نے ایک ڈاؤٹ شبہ کیا تو جو لوگ انسان کی جنریشن میں ادم کی جنریشن میں ایسے لوگ نکلیں گے جو جو اینجلس کے اس شبہ کو ڈسپروو کریں گے اور خدا نے جو امید قائم کی تھی اس کو پروف کریں گے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