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Went Wrong with Muslims May 24, 2009</w:t>
      </w:r>
    </w:p>
    <w:p>
      <w:r>
        <w:t>https://www.youtube.com/watch?v=aKYuoU6vCtg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uqdatam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[00:40] </w:t>
      </w:r>
      <w:r>
        <w:t>woh hai: what</w:t>
      </w:r>
    </w:p>
    <w:p>
      <w:pPr>
        <w:jc w:val="right"/>
      </w:pPr>
      <w:r>
        <w:t>وہ ہے: واٹ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