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Safety First January 21, 2007</w:t>
      </w:r>
    </w:p>
    <w:p>
      <w:r>
        <w:t>https://www.youtube.com/watch?v=izaGKxVnt-Y</w:t>
      </w:r>
    </w:p>
    <w:p>
      <w:r>
        <w:rPr>
          <w:b/>
        </w:rPr>
        <w:t xml:space="preserve">[00:13] </w:t>
      </w:r>
      <w:r>
        <w:t>bismillah hir rahman nir rahim, wa salla Allahu ala an-nabiyyi al-karim.</w:t>
      </w:r>
    </w:p>
    <w:p>
      <w:pPr>
        <w:jc w:val="right"/>
      </w:pPr>
      <w:r>
        <w:t>بسم اللہ الرحمن الرحیم، وصلی اللہ علی النبی الکریم۔</w:t>
      </w:r>
    </w:p>
    <w:p>
      <w:r>
        <w:rPr>
          <w:b/>
        </w:rPr>
        <w:t xml:space="preserve">[00:21] </w:t>
      </w:r>
      <w:r>
        <w:t>rab ishrah li sadri, wa yassir li amri, wahal al-uqdata min lisani yafqah qawli.</w:t>
      </w:r>
    </w:p>
    <w:p>
      <w:pPr>
        <w:jc w:val="right"/>
      </w:pPr>
      <w:r>
        <w:t>رب اشرح لی صدری، ویسر لی امری، واحل العقدۃ من لسانی یفقہ قولی۔</w:t>
      </w:r>
    </w:p>
    <w:p>
      <w:r>
        <w:rPr>
          <w:b/>
        </w:rPr>
        <w:t xml:space="preserve">[00:35] </w:t>
      </w:r>
      <w:r>
        <w:t>aaj mein soch raha tha ke aaj ki baat ke liye topic kya ho.</w:t>
      </w:r>
    </w:p>
    <w:p>
      <w:pPr>
        <w:jc w:val="right"/>
      </w:pPr>
      <w:r>
        <w:t>آج میں سوچ رہا تھا کہ آج کی بات کے لیے ٹاپک کیا ہو۔</w:t>
      </w:r>
    </w:p>
    <w:p>
      <w:r>
        <w:rPr>
          <w:b/>
        </w:rPr>
        <w:t xml:space="preserve">[00:46] </w:t>
      </w:r>
      <w:r>
        <w:t>to aaj ka yeh paper mujhe mila to dekhen zindagi mein aisa hota hai ke koi cheez aap ko trigger kar deti hai aap ke mind ko.</w:t>
      </w:r>
    </w:p>
    <w:p>
      <w:pPr>
        <w:jc w:val="right"/>
      </w:pPr>
      <w:r>
        <w:t>تو آج کا یہ پیپر مجھے ملا تو دیکھیں زندگی میں ایسا ہوتا ہے کہ کوئی چیز آپ کو ٹرگر کر دیتی ہے آپ کے مائنڈ کو۔</w:t>
      </w:r>
    </w:p>
    <w:p>
      <w:r>
        <w:rPr>
          <w:b/>
        </w:rPr>
        <w:t xml:space="preserve">[01:01] </w:t>
      </w:r>
      <w:r>
        <w:t>kuch baatein aap ke mind mein hoti hain pehle se, lashaoori taur par ya shaoori taur par.</w:t>
      </w:r>
    </w:p>
    <w:p>
      <w:pPr>
        <w:jc w:val="right"/>
      </w:pPr>
      <w:r>
        <w:t>کچھ باتیں آپ کے مائنڈ میں ہوتی ہیں پہلے سے، لاشعوری طور پر یا شعوری طور پر۔</w:t>
      </w:r>
    </w:p>
    <w:p>
      <w:r>
        <w:rPr>
          <w:b/>
        </w:rPr>
        <w:t xml:space="preserve">[01:09] </w:t>
      </w:r>
      <w:r>
        <w:t>to woh koi baat aisi pesh aati hai jo aap ke mind ko trigger kar deti hai, phir ek theme ban jati hai. to aisa hi kuch mere sath aaj hua.</w:t>
      </w:r>
    </w:p>
    <w:p>
      <w:pPr>
        <w:jc w:val="right"/>
      </w:pPr>
      <w:r>
        <w:t>تو وہ کوئی بات ایسی پیش آتی ہے جو آپ کے مائنڈ کو ٹرگر کر دیتی ہے، پھر ایک تھیم بن جاتی ہے۔ تو ایسا ہی کچھ میرے ساتھ آج ہوا۔</w:t>
      </w:r>
    </w:p>
    <w:p>
      <w:r>
        <w:rPr>
          <w:b/>
        </w:rPr>
        <w:t xml:space="preserve">[01:22] </w:t>
      </w:r>
      <w:r>
        <w:t>dekhen yeh jo hai aaj ka paper hai daily times. is mein jo ek survey kiya hai unhon ne naujawanon ka.</w:t>
      </w:r>
    </w:p>
    <w:p>
      <w:pPr>
        <w:jc w:val="right"/>
      </w:pPr>
      <w:r>
        <w:t>دیکھیں یہ جو ہے آج کا پیپر ہے ڈیلی ٹائمز۔ اس میں جو ایک سروے کیا ہے انہوں نے نوجوانوں کا۔</w:t>
      </w:r>
    </w:p>
    <w:p>
      <w:r>
        <w:rPr>
          <w:b/>
        </w:rPr>
        <w:t xml:space="preserve">[01:36] </w:t>
      </w:r>
      <w:r>
        <w:t>aaj kal ka jo naujawan hai, jadeed jo naujawan hai, is ka survey kiya hai unhon ne. to unhon ne ek bari khaas baat kahi is mein ke pehle yeh tha ke safety first ka principle hua karta tha.</w:t>
      </w:r>
    </w:p>
    <w:p>
      <w:pPr>
        <w:jc w:val="right"/>
      </w:pPr>
      <w:r>
        <w:t>آج کل کا جو نوجوان ہے، جدید جو نوجوان ہے، اس کا سروے کیا ہے انہوں نے۔ تو انہوں نے ایک بڑی خاص بات کہی اس میں کہ پہلے یہ تھا کہ سیفٹی فرسٹ کا پرنسپل ہوا کرتا تھا۔</w:t>
      </w:r>
    </w:p>
    <w:p>
      <w:r>
        <w:rPr>
          <w:b/>
        </w:rPr>
        <w:t xml:space="preserve">[01:51] </w:t>
      </w:r>
      <w:r>
        <w:t>matlab secure job lena. secure job lena. to pehle ka naujawan yeh tha ke dekhta tha ke kaun sa kaun si degree mein loon to jaldi se mujhe job mil jayega.</w:t>
      </w:r>
    </w:p>
    <w:p>
      <w:pPr>
        <w:jc w:val="right"/>
      </w:pPr>
      <w:r>
        <w:t>مطلب سیکیور جاب لینا۔ سیکیور جاب لینا۔ تو پہلے کا نوجوان یہ تھا کہ دیکھتا تھا کہ کون سا کون سی ڈگری میں لوں تو جلدی سے مجھے جاب مل جائے گا۔</w:t>
      </w:r>
    </w:p>
    <w:p>
      <w:r>
        <w:rPr>
          <w:b/>
        </w:rPr>
        <w:t xml:space="preserve">[02:05] </w:t>
      </w:r>
      <w:r>
        <w:t>aur phir apna secure life rahegi. to isi ko keh rahe hain ke safety first ka principle tha pehle. jaise mere bachpan ka, mere apne ghar ka mujhe yaad hai ke mere ghar mein paanch ladkon ne engineering kiya.</w:t>
      </w:r>
    </w:p>
    <w:p>
      <w:pPr>
        <w:jc w:val="right"/>
      </w:pPr>
      <w:r>
        <w:t>اور پھر اپنا سیکیور لائف رہے گی۔ تو اسی کو کہہ رہے ہیں کہ سیفٹی فرسٹ کا پرنسپل تھا پہلے۔ جیسے میرے بچپن کا، میرے اپنے گھر کا مجھے یاد ہے کہ میرے گھر میں پانچ لڑکوں نے انجینئرنگ کیا۔</w:t>
      </w:r>
    </w:p>
    <w:p>
      <w:r>
        <w:rPr>
          <w:b/>
        </w:rPr>
        <w:t xml:space="preserve">[02:22] </w:t>
      </w:r>
      <w:r>
        <w:t>mere apni family ke paanch. engineering kiya. kyunke is zamane mein samajhte the log ke engineer ban jao aur foran job mil jayega.</w:t>
      </w:r>
    </w:p>
    <w:p>
      <w:pPr>
        <w:jc w:val="right"/>
      </w:pPr>
      <w:r>
        <w:t>میرے اپنی فیملی کے پانچ۔ انجینئرنگ کیا۔ کیونکہ اس زمانے میں سمجھتے تھے لوگ کہ انجینئر بن جاؤ اور فوراً جاب مل جائے گا۔</w:t>
      </w:r>
    </w:p>
    <w:p>
      <w:r>
        <w:rPr>
          <w:b/>
        </w:rPr>
        <w:t xml:space="preserve">[02:33] </w:t>
      </w:r>
      <w:r>
        <w:t>yeh chhaya hua tha ke engineer ban jao aur foran job mil jayega. to hamare ghar ke paanch ladkon ne engineering kiya.</w:t>
      </w:r>
    </w:p>
    <w:p>
      <w:pPr>
        <w:jc w:val="right"/>
      </w:pPr>
      <w:r>
        <w:t>یہ چھایا ہوا تھا کہ انجینئر بن جاؤ اور فوراً جاب مل جائے گا۔ تو ہمارے گھر کے پانچ لڑکوں نے انجینئرنگ کیا۔</w:t>
      </w:r>
    </w:p>
    <w:p>
      <w:r>
        <w:rPr>
          <w:b/>
        </w:rPr>
        <w:t xml:space="preserve">[02:43] </w:t>
      </w:r>
      <w:r>
        <w:t>Aligarh se aur Banaras Sindhi University se. lekin aap jante hain ke aaj is mein koi charm nahi hai. to kyunke is mein bohat samajhte the ke jaldi se job mil jayega.</w:t>
      </w:r>
    </w:p>
    <w:p>
      <w:pPr>
        <w:jc w:val="right"/>
      </w:pPr>
      <w:r>
        <w:t>علی گڑھ سے اور بنارس سندھی یونیورسٹی سے۔ لیکن آپ جانتے ہیں کہ آج اس میں کوئی چارم نہیں ہے۔ تو کیونکہ اس میں بہت سمجھتے تھے کہ جلدی سے جاب مل جائے گا۔</w:t>
      </w:r>
    </w:p>
    <w:p>
      <w:r>
        <w:rPr>
          <w:b/>
        </w:rPr>
        <w:t xml:space="preserve">[02:55] </w:t>
      </w:r>
      <w:r>
        <w:t>to yahi keh rahe hain yeh ke yeh jo hai ke safety first. to pehle yeh mind hua karta tha naujawanon ka ke jaldi se secure job mil jaye woh parhai parho.</w:t>
      </w:r>
    </w:p>
    <w:p>
      <w:pPr>
        <w:jc w:val="right"/>
      </w:pPr>
      <w:r>
        <w:t>تو یہی کہہ رہے ہیں یہ کہ یہ جو ہے کہ سیفٹی فرسٹ۔ تو پہلے یہ مائنڈ ہوا کرتا تھا نوجوانوں کا کہ جلدی سے سیکیور جاب مل جائے وہ پڑھائی پڑھو۔</w:t>
      </w:r>
    </w:p>
    <w:p>
      <w:r>
        <w:rPr>
          <w:b/>
        </w:rPr>
        <w:t xml:space="preserve">[03:07] </w:t>
      </w:r>
      <w:r>
        <w:t>aaj yeh nahi hai. aaj jo hai ke think again, woh phir sochte hain. aaj ka naujawan risk lena pasand karta hai.</w:t>
      </w:r>
    </w:p>
    <w:p>
      <w:pPr>
        <w:jc w:val="right"/>
      </w:pPr>
      <w:r>
        <w:t>آج یہ نہیں ہے۔ آج جو ہے کہ تھنک اگین، وہ پھر سوچتے ہیں۔ آج کا نوجوان رسک لینا پسند کرتا ہے۔</w:t>
      </w:r>
    </w:p>
    <w:p>
      <w:r>
        <w:rPr>
          <w:b/>
        </w:rPr>
        <w:t xml:space="preserve">[03:17] </w:t>
      </w:r>
      <w:r>
        <w:t>challenge mein jana pasand karta hai. kyunke woh jaan gaya hai ke secure job mein koi bari taraqqi nahi hoti. phir use sochna, phir sochna, phir sochna.</w:t>
      </w:r>
    </w:p>
    <w:p>
      <w:pPr>
        <w:jc w:val="right"/>
      </w:pPr>
      <w:r>
        <w:t>چیلنج میں جانا پسند کرتا ہے۔ کیونکہ وہ جان گیا ہے کہ سیکیور جاب میں کوئی بڑی ترقی نہیں ہوتی۔ پھر اسے سوچنا، پھر سوچنا، پھر سوچنا۔</w:t>
      </w:r>
    </w:p>
    <w:p>
      <w:r>
        <w:rPr>
          <w:b/>
        </w:rPr>
        <w:t xml:space="preserve">[03:30] </w:t>
      </w:r>
      <w:r>
        <w:t>is mein bare bare chances aate hain aap ke samne jin ko aap hasil kar saken. to is mein mujhe ek idea aaya ke unhon ne likhi hai yeh baat yani job ke context mein.</w:t>
      </w:r>
    </w:p>
    <w:p>
      <w:pPr>
        <w:jc w:val="right"/>
      </w:pPr>
      <w:r>
        <w:t>اس میں بڑے بڑے چانسز آتے ہیں آپ کے سامنے جن کو آپ حاصل کر سکیں۔ تو اس میں مجھے ایک آئیڈیا آیا کہ انہوں نے لکھی ہے یہ بات یعنی جاب کے کنٹیکسٹ میں۔</w:t>
      </w:r>
    </w:p>
    <w:p>
      <w:r>
        <w:rPr>
          <w:b/>
        </w:rPr>
        <w:t xml:space="preserve">[03:44] </w:t>
      </w:r>
      <w:r>
        <w:t>lekin mein samajhta hoon ke yahi baat sahi hai ideology ke concept mein. ideology mein bhi aadmi ko chahiye ke woh risk le. nai nai baaton ko soche.</w:t>
      </w:r>
    </w:p>
    <w:p>
      <w:pPr>
        <w:jc w:val="right"/>
      </w:pPr>
      <w:r>
        <w:t>لیکن میں سمجھتا ہوں کہ یہی بات صحیح ہے آئیڈیالوجی کے کنسیپٹ میں۔ آئیڈیالوجی میں بھی آدمی کو چاہیے کہ وہ رسک لے۔ نئی نئی باتوں کو سوچے۔</w:t>
      </w:r>
    </w:p>
    <w:p>
      <w:r>
        <w:rPr>
          <w:b/>
        </w:rPr>
        <w:t xml:space="preserve">[03:54] </w:t>
      </w:r>
      <w:r>
        <w:t>think again ka principle jo hai sirf job ke liye kafi nahi hai. think again ka principle ideology mein bhi hona chahiye.</w:t>
      </w:r>
    </w:p>
    <w:p>
      <w:pPr>
        <w:jc w:val="right"/>
      </w:pPr>
      <w:r>
        <w:t>تھنک اگین کا پرنسپل جو ہے صرف جاب کے لیے کافی نہیں ہے۔ تھنک اگین کا پرنسپل آئیڈیالوجی میں بھی ہونا چاہیے۔</w:t>
      </w:r>
    </w:p>
    <w:p>
      <w:r>
        <w:rPr>
          <w:b/>
        </w:rPr>
        <w:t xml:space="preserve">[04:04] </w:t>
      </w:r>
      <w:r>
        <w:t>to mein ne dekha hai ke log jo hain ek cell ban jata hai un ke mind ka. yani culture ko le kar ke, mazhab ko le kar ke, family rivayat ko le kar ke ek cell ban jata hai.</w:t>
      </w:r>
    </w:p>
    <w:p>
      <w:pPr>
        <w:jc w:val="right"/>
      </w:pPr>
      <w:r>
        <w:t>تو میں نے دیکھا ہے کہ لوگ جو ہیں ایک سیل بن جاتا ہے ان کے مائنڈ کا۔ یعنی کلچر کو لے کر کے، مذہب کو لے کر کے، فیملی روایت کو لے کر کے ایک سیل بن جاتا ہے۔</w:t>
      </w:r>
    </w:p>
    <w:p>
      <w:r>
        <w:rPr>
          <w:b/>
        </w:rPr>
        <w:t xml:space="preserve">[04:19] </w:t>
      </w:r>
      <w:r>
        <w:t>isi cell mein jeete hain woh. is cell ko todte nahi woh. to yahan par dekhiye jo job ke mamle mein jo cell bana hua tha us ko aaj ka naujawan todta hai.</w:t>
      </w:r>
    </w:p>
    <w:p>
      <w:pPr>
        <w:jc w:val="right"/>
      </w:pPr>
      <w:r>
        <w:t>اسی سیل میں جیتے ہیں وہ۔ اس سیل کو توڑتے نہیں وہ۔ تو یہاں پر دیکھئے جو جاب کے معاملے میں جو سیل بنا ہوا تھا اس کو آج کا نوجوان توڑتا ہے۔</w:t>
      </w:r>
    </w:p>
    <w:p>
      <w:r>
        <w:rPr>
          <w:b/>
        </w:rPr>
        <w:t xml:space="preserve">[04:34] </w:t>
      </w:r>
      <w:r>
        <w:t>risk leta hai woh. nai nai cheezon ka challenge qabool karta hai woh. kyun samajhta hai ke isi mein taraqqi hai. lekin ideology ke mamle mein log aisa nahi karte.</w:t>
      </w:r>
    </w:p>
    <w:p>
      <w:pPr>
        <w:jc w:val="right"/>
      </w:pPr>
      <w:r>
        <w:t>رسک لیتا ہے وہ۔ نئی نئی چیزوں کا چیلنج قبول کرتا ہے وہ۔ کیوں سمجھتا ہے کہ اسی میں ترقی ہے۔ لیکن آئیڈیالوجی کے معاملے میں لوگ ایسا نہیں کرتے۔</w:t>
      </w:r>
    </w:p>
    <w:p>
      <w:r>
        <w:rPr>
          <w:b/>
        </w:rPr>
        <w:t xml:space="preserve">[04:46] </w:t>
      </w:r>
      <w:r>
        <w:t>ideology ke mamle mein phir bhi wohi safety par ruke hue hain. mujhe yaad hai ke ek sahab Bombay mein ek sahab ko hamari kitabein de gayeen.</w:t>
      </w:r>
    </w:p>
    <w:p>
      <w:pPr>
        <w:jc w:val="right"/>
      </w:pPr>
      <w:r>
        <w:t>آئیڈیالوجی کے معاملے میں پھر بھی وہی سیفٹی پر رکے ہوئے ہیں۔ مجھے یاد ہے کہ ایک صاحب بمبئی میں ایک صاحب کو ہماری کتابیں دی گئیں۔</w:t>
      </w:r>
    </w:p>
    <w:p>
      <w:r>
        <w:rPr>
          <w:b/>
        </w:rPr>
        <w:t xml:space="preserve">[04:56] </w:t>
      </w:r>
      <w:r>
        <w:t>hamari kitaben. to apna namaz o roza karte the wo. namaz o rak'at karte the wo. haj bhi kar liya tha unhon ne.</w:t>
      </w:r>
    </w:p>
    <w:p>
      <w:pPr>
        <w:jc w:val="right"/>
      </w:pPr>
      <w:r>
        <w:t>ہماری کتابیں۔ تو اپنا نماز و روزہ کرتے تھے وہ۔ نماز و رکعت کرتے تھے وہ۔ حج بھی کر لیا تھا انہوں نے۔</w:t>
      </w:r>
    </w:p>
    <w:p>
      <w:r>
        <w:rPr>
          <w:b/>
        </w:rPr>
        <w:t xml:space="preserve">[05:05] </w:t>
      </w:r>
      <w:r>
        <w:t>samajhte the ke bas theek thak theek hai meri rawaiyat to mehfooz ho gayi meri. to kisi ne hamari kitaben din un ko parha unhon ne. to kisi un ke dost ne diya.</w:t>
      </w:r>
    </w:p>
    <w:p>
      <w:pPr>
        <w:jc w:val="right"/>
      </w:pPr>
      <w:r>
        <w:t>سمجھتے تھے کہ بس ٹھیک ٹھاک ٹھیک ہے میری روایت تو محفوظ ہو گئی میری۔ تو کسی نے ہماری کتابیں دیں ان کو پڑھا انہوں نے۔ تو کسی ان کے دوست نے دیا۔</w:t>
      </w:r>
    </w:p>
    <w:p>
      <w:r>
        <w:rPr>
          <w:b/>
        </w:rPr>
        <w:t xml:space="preserve">[05:17] </w:t>
      </w:r>
      <w:r>
        <w:t>to unhon ne kaha bhai kya itne zyada tum gehrai mein jate ho. bas jo hai wo theek hai. matlab namaz parhte hain, panch waqt namaz parhte hain, haj kar liya hai to bas theek hai.</w:t>
      </w:r>
    </w:p>
    <w:p>
      <w:pPr>
        <w:jc w:val="right"/>
      </w:pPr>
      <w:r>
        <w:t>تو انہوں نے کہا بھئی کیا اتنے زیادہ تم گہرائی میں جاتے ہو۔ بس جو ہے وہ ٹھیک ہے۔ مطلب نماز پڑھتے ہیں، پانچ وقت نماز پڑھتے ہیں، حج کر لیا ہے تو بس ٹھیک ہے۔</w:t>
      </w:r>
    </w:p>
    <w:p>
      <w:r>
        <w:rPr>
          <w:b/>
        </w:rPr>
        <w:t xml:space="preserve">[05:30] </w:t>
      </w:r>
      <w:r>
        <w:t>halankeh wahi aadmi apne karobar ke muamle mein khoob khoob challenge mein dalta tha apne aap ko. to main ne us ko parhne ke baad main ne socha ke jo soch bani hai logon ke andar job ko le kar ke wahi soch hona chahiye ideology ko le kar ke.</w:t>
      </w:r>
    </w:p>
    <w:p>
      <w:pPr>
        <w:jc w:val="right"/>
      </w:pPr>
      <w:r>
        <w:t>حالانکہ وہی آدمی اپنے کاروبار کے معاملے میں خوب خوب چیلنج میں ڈالتا تھا اپنے آپ کو۔ تو میں نے اس کو پڑھنے کے بعد میں نے سوچا کہ جو سوچ بنی ہے لوگوں کے اندر جاب کو لے کر کے وہی سوچ ہونا چاہیے آئیڈیالوجی کو لے کر کے۔</w:t>
      </w:r>
    </w:p>
    <w:p>
      <w:r>
        <w:rPr>
          <w:b/>
        </w:rPr>
        <w:t xml:space="preserve">[05:51] </w:t>
      </w:r>
      <w:r>
        <w:t>isi liye aap dekhen kisi bhi aadmi se dekhen jo acha job kar raha ho, acha karobar kar raha ho. to apne peshe ke muamle mein to bara lage ga ke zaheen hai ye.</w:t>
      </w:r>
    </w:p>
    <w:p>
      <w:pPr>
        <w:jc w:val="right"/>
      </w:pPr>
      <w:r>
        <w:t>اسی لیے آپ دیکھیں کسی بھی آدمی سے دیکھیں جو اچھا جاب کر رہا ہو، اچھا کاروبار کر رہا ہو۔ تو اپنے پیشے کے معاملے میں تو بڑا لگے گا کہ ذہین ہے یہ۔</w:t>
      </w:r>
    </w:p>
    <w:p>
      <w:r>
        <w:rPr>
          <w:b/>
        </w:rPr>
        <w:t xml:space="preserve">[06:03] </w:t>
      </w:r>
      <w:r>
        <w:t>bohat hi achi achi baaten karta hai. isi aadmi se agar ideology of life ke bare mein baat kijiye aap to wo ahmaq maloom ho ga. ahmaq.</w:t>
      </w:r>
    </w:p>
    <w:p>
      <w:pPr>
        <w:jc w:val="right"/>
      </w:pPr>
      <w:r>
        <w:t>بہت ہی اچھی اچھی باتیں کرتا ہے۔ اسی آدمی سے اگر آئیڈیالوجی آف لائف کے بارے میں بات کیجئے آپ تو وہ احمق معلوم ہوگا۔ احمق۔</w:t>
      </w:r>
    </w:p>
    <w:p>
      <w:r>
        <w:rPr>
          <w:b/>
        </w:rPr>
        <w:t xml:space="preserve">[06:13] </w:t>
      </w:r>
      <w:r>
        <w:t>wo aadmi ahmaq maloom ho ga. to main samajhta hoon ke ye jo hai ke logon ne apne job ke muamle mein to apne mind ko toda hai.</w:t>
      </w:r>
    </w:p>
    <w:p>
      <w:pPr>
        <w:jc w:val="right"/>
      </w:pPr>
      <w:r>
        <w:t>وہ آدمی احمق معلوم ہوگا۔ تو میں سمجھتا ہوں کہ یہ جو ہے کہ لوگوں نے اپنے جاب کے معاملے میں تو اپنے مائنڈ کو توڑا ہے۔</w:t>
      </w:r>
    </w:p>
    <w:p>
      <w:r>
        <w:rPr>
          <w:b/>
        </w:rPr>
        <w:t xml:space="preserve">[06:24] </w:t>
      </w:r>
      <w:r>
        <w:t>lekin ideology of life ke muamle mein todte nahin hain wo mind. to ye bohat bara nuqsan kar rahe hain apna. bohat nuqsan kar rahe hain. kyunkeh job ka ke dunya to bohat choti si hai.</w:t>
      </w:r>
    </w:p>
    <w:p>
      <w:pPr>
        <w:jc w:val="right"/>
      </w:pPr>
      <w:r>
        <w:t>لیکن آئیڈیالوجی آف لائف کے معاملے میں توڑتے نہیں ہیں وہ مائنڈ۔ تو یہ بہت بڑا نقصان کر رہے ہیں اپنا۔ بہت نقصان کر رہے ہیں۔ کیونکہ جاب کا کہ دنیا تو بہت چھوٹی سی ہے۔</w:t>
      </w:r>
    </w:p>
    <w:p>
      <w:r>
        <w:rPr>
          <w:b/>
        </w:rPr>
        <w:t xml:space="preserve">[06:36] </w:t>
      </w:r>
      <w:r>
        <w:t>ideology ki dunya to kainat hai poori. ek poori kainat hai. to aap poori kainat se apne ko door kar lete hain.</w:t>
      </w:r>
    </w:p>
    <w:p>
      <w:pPr>
        <w:jc w:val="right"/>
      </w:pPr>
      <w:r>
        <w:t>آئیڈیالوجی کی دنیا تو کائنات ہے پوری۔ ایک پوری کائنات ہے۔ تو آپ پوری کائنات سے اپنے کو دور کر لیتے ہیں۔</w:t>
      </w:r>
    </w:p>
    <w:p>
      <w:r>
        <w:rPr>
          <w:b/>
        </w:rPr>
        <w:t xml:space="preserve">[06:49] </w:t>
      </w:r>
      <w:r>
        <w:t>to main samajhta hoon ke ye baat hai sochne ki. abhi main ek center mein gaya, ek mazhabi center mein.</w:t>
      </w:r>
    </w:p>
    <w:p>
      <w:pPr>
        <w:jc w:val="right"/>
      </w:pPr>
      <w:r>
        <w:t>تو میں سمجھتا ہوں کہ یہ بات ہے سوچنے کی۔ ابھی میں ایک سنٹر میں گیا، ایک مذہبی سنٹر میں۔</w:t>
      </w:r>
    </w:p>
    <w:p>
      <w:r>
        <w:rPr>
          <w:b/>
        </w:rPr>
        <w:t xml:space="preserve">[07:01] </w:t>
      </w:r>
      <w:r>
        <w:t>to wahan par kya tha ek bari shandar imarat bani hui thi. bilkul yaani bohat hi chamakti hui imarat aur bohat hi jadeed tareeqe se thi wo.</w:t>
      </w:r>
    </w:p>
    <w:p>
      <w:pPr>
        <w:jc w:val="right"/>
      </w:pPr>
      <w:r>
        <w:t>تو وہاں پر کیا تھا ایک بڑی شاندار عمارت بنی ہوئی تھی۔ بالکل یعنی بہت ہی چمکتی ہوئی عمارت اور بہت ہی جدید طریقے سے تھی وہ۔</w:t>
      </w:r>
    </w:p>
    <w:p>
      <w:r>
        <w:rPr>
          <w:b/>
        </w:rPr>
        <w:t xml:space="preserve">[07:14] </w:t>
      </w:r>
      <w:r>
        <w:t>to wahan par in logon ne bataya ke das saal pehle yahan kya tha hamare paas zameen to thi zameen lekin ye imarat nahin thi, ek khandar tha.</w:t>
      </w:r>
    </w:p>
    <w:p>
      <w:pPr>
        <w:jc w:val="right"/>
      </w:pPr>
      <w:r>
        <w:t>تو وہاں پر ان لوگوں نے بتایا کہ دس سال پہلے یہاں کیا تھا ہمارے پاس زمین تو تھی زمین لیکن یہ عمارت نہیں تھی، ایک کھنڈر تھا۔</w:t>
      </w:r>
    </w:p>
    <w:p>
      <w:r>
        <w:rPr>
          <w:b/>
        </w:rPr>
        <w:t xml:space="preserve">[07:30] </w:t>
      </w:r>
      <w:r>
        <w:t>zameen to kafi thi lekin imarat ke naam se sirf ek khandar tha. to ek sahib jo wahan maujood the jo paise wale hain kafi ameer aadmi hain wo aaye is mein.</w:t>
      </w:r>
    </w:p>
    <w:p>
      <w:pPr>
        <w:jc w:val="right"/>
      </w:pPr>
      <w:r>
        <w:t>زمین تو کافی تھی لیکن عمارت کے نام سے صرف ایک کھنڈر تھا۔ تو ایک صاحب جو وہاں موجود تھے جو پیسے والے ہیں کافی امیر آدمی ہیں وہ آئے اس میں۔</w:t>
      </w:r>
    </w:p>
    <w:p>
      <w:r>
        <w:rPr>
          <w:b/>
        </w:rPr>
        <w:t xml:space="preserve">[07:47] </w:t>
      </w:r>
      <w:r>
        <w:t>aur un ko logon ne ek acha is mein ek uhda de diya. to log kehte the ke hamare paas paisa nahin hai aur dekhen kya ho ga ye ho ga.</w:t>
      </w:r>
    </w:p>
    <w:p>
      <w:pPr>
        <w:jc w:val="right"/>
      </w:pPr>
      <w:r>
        <w:t>اور ان کو لوگوں نے ایک اچھا اس میں ایک عہدہ دے دیا۔ تو لوگ کہتے تھے کہ ہمارے پاس پیسہ نہیں ہے اور دیکھیں کیا ہوگا یہ ہوگا۔</w:t>
      </w:r>
    </w:p>
    <w:p>
      <w:r>
        <w:rPr>
          <w:b/>
        </w:rPr>
        <w:t xml:space="preserve">[07:58] </w:t>
      </w:r>
      <w:r>
        <w:t>is aadmi ne kaha us waqt yaani das saal pehle</w:t>
      </w:r>
    </w:p>
    <w:p>
      <w:pPr>
        <w:jc w:val="right"/>
      </w:pPr>
      <w:r>
        <w:t>اس آدمی نے کہا اس وقت یعنی دس سال پہلے</w:t>
      </w:r>
    </w:p>
    <w:p>
      <w:r>
        <w:rPr>
          <w:b/>
        </w:rPr>
        <w:t xml:space="preserve">[08:07] </w:t>
      </w:r>
      <w:r>
        <w:t>i will jhonk my self</w:t>
      </w:r>
    </w:p>
    <w:p>
      <w:pPr>
        <w:jc w:val="right"/>
      </w:pPr>
      <w:r>
        <w:t>آئی ویل جھونک مائی سیلف</w:t>
      </w:r>
    </w:p>
    <w:p>
      <w:r>
        <w:rPr>
          <w:b/>
        </w:rPr>
        <w:t xml:space="preserve">[08:13] </w:t>
      </w:r>
      <w:r>
        <w:t>ye un ki baat thi. I think I will join myself to to build</w:t>
      </w:r>
    </w:p>
    <w:p>
      <w:pPr>
        <w:jc w:val="right"/>
      </w:pPr>
      <w:r>
        <w:t>یہ ان کی بات تھی۔ آئی جھونک آئی ویل جھونک مائی سیلف ٹو ٹو بلڈ</w:t>
      </w:r>
    </w:p>
    <w:p>
      <w:r>
        <w:rPr>
          <w:b/>
        </w:rPr>
        <w:t xml:space="preserve">[08:29] </w:t>
      </w:r>
      <w:r>
        <w:t>aah aah jadeed mahal yahan.</w:t>
      </w:r>
    </w:p>
    <w:p>
      <w:pPr>
        <w:jc w:val="right"/>
      </w:pPr>
      <w:r>
        <w:t>آہ آہ جدید محل یہاں۔</w:t>
      </w:r>
    </w:p>
    <w:p>
      <w:r>
        <w:rPr>
          <w:b/>
        </w:rPr>
        <w:t xml:space="preserve">[08:36] </w:t>
      </w:r>
      <w:r>
        <w:t>yaani ye jo wo jo wo jo khandar tha unhon ne kaha ke aap pareshan na hon is khandar ko main ek mahal bana kar rahoon ga. ek shandar imarat yahan khari karoon ga.</w:t>
      </w:r>
    </w:p>
    <w:p>
      <w:pPr>
        <w:jc w:val="right"/>
      </w:pPr>
      <w:r>
        <w:t>یعنی یہ جو وہ جو وہ جو کھنڈر تھا انہوں نے کہا کہ آپ پریشان نہ ہوں اس کھنڈر کو میں ایک محل بنا کر رہوں گا۔ ایک شاندار عمارت یہاں کھڑی کروں گا۔</w:t>
      </w:r>
    </w:p>
    <w:p>
      <w:r>
        <w:rPr>
          <w:b/>
        </w:rPr>
        <w:t xml:space="preserve">[08:47] </w:t>
      </w:r>
      <w:r>
        <w:t>to waqeatan wahan ek shandar imarat aaj khari hui thi. apne paas se unhon ne pachas lakh rupiya kharch kar diya. zameen to thi aur aaj wahan bohat hi shandar imarat khari hui hai.</w:t>
      </w:r>
    </w:p>
    <w:p>
      <w:pPr>
        <w:jc w:val="right"/>
      </w:pPr>
      <w:r>
        <w:t>تو واقعتاً وہاں ایک شاندار عمارت آج کھڑی ہوئی تھی۔ اپنے پاس سے انہوں نے پچاس لاکھ روپیہ خرچ کر دیا۔ زمین تو تھی اور آج وہاں بہت ہی شاندار عمارت کھڑی ہوئی ہے۔</w:t>
      </w:r>
    </w:p>
    <w:p>
      <w:r>
        <w:rPr>
          <w:b/>
        </w:rPr>
        <w:t xml:space="preserve">[09:00] </w:t>
      </w:r>
      <w:r>
        <w:t>to main us ko dekh kar ke phir hum log hamari team ke bhi kai log the un se baat karne lagay. to main ne paya ke wo log jo hain imarat ki baat to khoob karna jante the wo.</w:t>
      </w:r>
    </w:p>
    <w:p>
      <w:pPr>
        <w:jc w:val="right"/>
      </w:pPr>
      <w:r>
        <w:t>تو میں اس کو دیکھ کر کے پھر ہم لوگ ہماری ٹیم کے بھی کئی لوگ تھے ان سے بات کرنے لگے۔ تو میں نے پایا کہ وہ لوگ جو ہیں عمارت کی بات تو خوب کرنا جانتے تھے وہ۔</w:t>
      </w:r>
    </w:p>
    <w:p>
      <w:r>
        <w:rPr>
          <w:b/>
        </w:rPr>
        <w:t xml:space="preserve">[09:14] </w:t>
      </w:r>
      <w:r>
        <w:t>lekin ideology ki baat ke muamle mein wo bilkul zero the. ideology ke muamle mein kuch un ke paas kehne ko nahin tha. balke samajhne ko bhi nahin tha.</w:t>
      </w:r>
    </w:p>
    <w:p>
      <w:pPr>
        <w:jc w:val="right"/>
      </w:pPr>
      <w:r>
        <w:t>لیکن آئیڈیالوجی کی بات کے معاملے میں وہ بالکل صفر تھے۔ آئیڈیالوجی کے معاملے میں کچھ ان کے پاس کہنے کو نہیں تھا۔ بلکہ سمجھنے کو بھی نہیں تھا۔</w:t>
      </w:r>
    </w:p>
    <w:p>
      <w:r>
        <w:rPr>
          <w:b/>
        </w:rPr>
        <w:t xml:space="preserve">[09:28] </w:t>
      </w:r>
      <w:r>
        <w:t>to main ne apne sathiyon se kaha ke dekhiye yahan in logon ne ek ma'mari saltanat banaya hai. aap ko ek ideological saltanat banana hai.</w:t>
      </w:r>
    </w:p>
    <w:p>
      <w:pPr>
        <w:jc w:val="right"/>
      </w:pPr>
      <w:r>
        <w:t>تو میں نے اپنے ساتھیوں سے کہا کہ دیکھئے یہاں ان لوگوں نے ایک معماری سلطنت بنایا ہے۔ آپ کو ایک آئیڈیالوجیکل سلطنت بنانا ہے۔</w:t>
      </w:r>
    </w:p>
    <w:p>
      <w:r>
        <w:rPr>
          <w:b/>
        </w:rPr>
        <w:t xml:space="preserve">[09:41] </w:t>
      </w:r>
      <w:r>
        <w:t>ta keh dunya jo andhere mein bhatak rahi hai us ko aap roshni de saken. aaj ki dunya mein million million ma'mari saltanaten dikhai parti hain idhar udhar.</w:t>
      </w:r>
    </w:p>
    <w:p>
      <w:pPr>
        <w:jc w:val="right"/>
      </w:pPr>
      <w:r>
        <w:t>تاکہ دنیا جو اندھیرے میں بھٹک رہی ہے اس کو آپ روشنی دے سکیں۔ آج کی دنیا میں ملین ملین معماری سلطنتیں دکھائی پڑتی ہیں ادھر ادھر۔</w:t>
      </w:r>
    </w:p>
    <w:p>
      <w:r>
        <w:rPr>
          <w:b/>
        </w:rPr>
        <w:t xml:space="preserve">[09:52] </w:t>
      </w:r>
      <w:r>
        <w:t>bari bari imaraten hain bohat hi shandar qism ki. lekin sari dunya mein koi ek bhi ideological saltanat nahin hai. jo andarooni taur par ideology hai logon ko roshni de, logon ko samjhaye.</w:t>
      </w:r>
    </w:p>
    <w:p>
      <w:pPr>
        <w:jc w:val="right"/>
      </w:pPr>
      <w:r>
        <w:t>بڑی بڑی عمارتیں ہیں بہت ہی شاندار قسم کی۔ لیکن ساری دنیا میں کوئی ایک بھی آئیڈیالوجیکل سلطنت نہیں ہے۔ جو اندرونی طور پر آئیڈیالوجی ہے لوگوں کو روشنی دے، لوگوں کو سمجھائے۔</w:t>
      </w:r>
    </w:p>
    <w:p>
      <w:r>
        <w:rPr>
          <w:b/>
        </w:rPr>
        <w:t xml:space="preserve">[10:07] </w:t>
      </w:r>
      <w:r>
        <w:t>mein amreeka gaya jab ke gaya sitambar do hazar aik se pehle. jabke wahan ka new york tower new york tower wahan par maujood tha abhi.</w:t>
      </w:r>
    </w:p>
    <w:p>
      <w:pPr>
        <w:jc w:val="right"/>
      </w:pPr>
      <w:r>
        <w:t>میں امریکہ گیا جب کہ گیا ستمبر دو ہزار ایک سے پہلے۔ جبکہ وہاں کا نیویارک ٹاور نیویارک ٹاور وہاں پر موجود تھا ابھی۔</w:t>
      </w:r>
    </w:p>
    <w:p>
      <w:r>
        <w:rPr>
          <w:b/>
        </w:rPr>
        <w:t xml:space="preserve">[10:16] </w:t>
      </w:r>
      <w:r>
        <w:t>is ke oopar charha. to jab maine oopar se dekha to neeche jo aadmi tha sarak par bilkul dwarf dikhai deta tha.</w:t>
      </w:r>
    </w:p>
    <w:p>
      <w:pPr>
        <w:jc w:val="right"/>
      </w:pPr>
      <w:r>
        <w:t>اس کے اوپر چڑھا۔ تو جب میں نے اوپر سے دیکھا تو نیچے جو آدمی تھا سڑک پر بالکل ڈوارف دکھائی دیتا تھا۔</w:t>
      </w:r>
    </w:p>
    <w:p>
      <w:r>
        <w:rPr>
          <w:b/>
        </w:rPr>
        <w:t xml:space="preserve">[10:24] </w:t>
      </w:r>
      <w:r>
        <w:t>dwarf chhota chhota. to maine socha ke amreeki log jab yahan charhte honge oopar to maadi mani mein woh doosron ko dwarf samajhte honge.</w:t>
      </w:r>
    </w:p>
    <w:p>
      <w:pPr>
        <w:jc w:val="right"/>
      </w:pPr>
      <w:r>
        <w:t>ڈوارف چھوٹا چھوٹا۔ تو میں نے سوچا کہ امریکی لوگ جب یہاں چڑھتے ہوں گے اوپر تو مادی معنی میں وہ دوسروں کو ڈوارف سمجھتے ہوں گے۔</w:t>
      </w:r>
    </w:p>
    <w:p>
      <w:r>
        <w:rPr>
          <w:b/>
        </w:rPr>
        <w:t xml:space="preserve">[10:36] </w:t>
      </w:r>
      <w:r>
        <w:t>halankay ideological mani mein woh khud dwarf hain woh. yani aik aik imarat khari kardi unhon ne bohat oonchi.</w:t>
      </w:r>
    </w:p>
    <w:p>
      <w:pPr>
        <w:jc w:val="right"/>
      </w:pPr>
      <w:r>
        <w:t>حالانکہ آئیڈیالوجیکل معنی میں وہ خود ڈوارف ہیں وہ۔ یعنی ایک ایک عمارت کھڑی کر دی انہوں نے بہت اونچی۔</w:t>
      </w:r>
    </w:p>
    <w:p>
      <w:r>
        <w:rPr>
          <w:b/>
        </w:rPr>
        <w:t xml:space="preserve">[10:47] </w:t>
      </w:r>
      <w:r>
        <w:t>to imarat ke mani mein ya memari ke mani mein apne aap ko bohat ooncha khara kar liya unhon ne. lekin inhi amreekiyon se aap baat karein inhi amreekiyon se to zehni mani mein woh dwarf dikhai denge.</w:t>
      </w:r>
    </w:p>
    <w:p>
      <w:pPr>
        <w:jc w:val="right"/>
      </w:pPr>
      <w:r>
        <w:t>تو عمارت کے معنی میں یا معماری کے معنی میں اپنے آپ کو بہت اونچا کھڑا کر لیا انہوں نے۔ لیکن انہی امریکیوں سے آپ بات کریں انہی امریکیوں سے تو ذہنی معنی میں وہ ڈوارف دکھائی دیں گے۔</w:t>
      </w:r>
    </w:p>
    <w:p>
      <w:r>
        <w:rPr>
          <w:b/>
        </w:rPr>
        <w:t xml:space="preserve">[11:04] </w:t>
      </w:r>
      <w:r>
        <w:t>yeh mera apna tajurba tha aur hai. aap log jo aik mission ke liye ikhatta hue hain to main aap logon se kahunga ke dunya mein aise bohat log hain jo memari saltanat khari karne ke liye apne aap ko jhonk rahe hain.</w:t>
      </w:r>
    </w:p>
    <w:p>
      <w:pPr>
        <w:jc w:val="right"/>
      </w:pPr>
      <w:r>
        <w:t>یہ میرا اپنا تجربہ تھا اور ہے۔ آپ لوگ جو ایک مشن کے لیے اکٹھا ہوئے ہیں تو میں آپ لوگوں سے کہوں گا کہ دنیا میں ایسے بہت لوگ ہیں جو معماری سلطنت کھڑی کرنے کے لیے اپنے آپ کو جھونک رہے ہیں۔</w:t>
      </w:r>
    </w:p>
    <w:p>
      <w:r>
        <w:rPr>
          <w:b/>
        </w:rPr>
        <w:t xml:space="preserve">[11:22] </w:t>
      </w:r>
      <w:r>
        <w:t>aap apne aap ko jhonkiye aik ideological saltanat banane ke liye. ideological saltanat banane ke liye jhonkiye.</w:t>
      </w:r>
    </w:p>
    <w:p>
      <w:pPr>
        <w:jc w:val="right"/>
      </w:pPr>
      <w:r>
        <w:t>آپ اپنے آپ کو جھونکیے ایک آئیڈیالوجیکل سلطنت بنانے کے لیے۔ آئیڈیالوجیکل سلطنت بنانے کے لیے جھونکیے۔</w:t>
      </w:r>
    </w:p>
    <w:p>
      <w:r>
        <w:rPr>
          <w:b/>
        </w:rPr>
        <w:t xml:space="preserve">[11:34] </w:t>
      </w:r>
      <w:r>
        <w:t>kyun aaj ki dunya ko memari saltanat ki zaroorat nahi hai woh to bohat ho chuka. woh to zaid ho chuka. ab jo zaroorat hai woh hai ideological saltanat ki.</w:t>
      </w:r>
    </w:p>
    <w:p>
      <w:pPr>
        <w:jc w:val="right"/>
      </w:pPr>
      <w:r>
        <w:t>کیوں آج کی دنیا کو معماری سلطنت کی ضرورت نہیں ہے وہ تو بہت ہو چکا۔ وہ تو زائد ہو چکا۔ اب جو ضرورت ہے وہ ہے آئیڈیالوجیکل سلطنت کی۔</w:t>
      </w:r>
    </w:p>
    <w:p>
      <w:r>
        <w:rPr>
          <w:b/>
        </w:rPr>
        <w:t xml:space="preserve">[11:45] </w:t>
      </w:r>
      <w:r>
        <w:t>jis se logon ko roshni mile, logon ko samajh mile. logon ka zehni taraqqi ho. logon ka rohani taraqqi ho. logon ki zindagi ki soojh boojh maloom ho.</w:t>
      </w:r>
    </w:p>
    <w:p>
      <w:pPr>
        <w:jc w:val="right"/>
      </w:pPr>
      <w:r>
        <w:t>جس سے لوگوں کو روشنی ملے، لوگوں کو سمجھ ملے۔ لوگوں کا ذہنی ترقی ہو۔ لوگوں کا روحانی ترقی ہو۔ لوگوں کی زندگی کی سوجھ بوجھ معلوم ہو۔</w:t>
      </w:r>
    </w:p>
    <w:p>
      <w:r>
        <w:rPr>
          <w:b/>
        </w:rPr>
        <w:t xml:space="preserve">[11:59] </w:t>
      </w:r>
      <w:r>
        <w:t>aur sab se barh kar yeh hai ke pre death period ke baray mein to log khoob jante hain. lekin post death period ke baray mein log kuch bhi nahi jante.</w:t>
      </w:r>
    </w:p>
    <w:p>
      <w:pPr>
        <w:jc w:val="right"/>
      </w:pPr>
      <w:r>
        <w:t>اور سب سے بڑھ کر یہ ہے کہ پری ڈیتھ پیریڈ کے بارے میں تو لوگ خوب جانتے ہیں۔ لیکن پوسٹ ڈیتھ پیریڈ کے بارے میں لوگ کچھ بھی نہیں جانتے۔</w:t>
      </w:r>
    </w:p>
    <w:p>
      <w:r>
        <w:rPr>
          <w:b/>
        </w:rPr>
        <w:t xml:space="preserve">[12:09] </w:t>
      </w:r>
      <w:r>
        <w:t>woh aap bata saken un ko.</w:t>
      </w:r>
    </w:p>
    <w:p>
      <w:pPr>
        <w:jc w:val="right"/>
      </w:pPr>
      <w:r>
        <w:t>وہ آپ بتا سکیں ان کو۔</w:t>
      </w:r>
    </w:p>
    <w:p>
      <w:r>
        <w:rPr>
          <w:b/>
        </w:rPr>
        <w:t xml:space="preserve">[12:13] </w:t>
      </w:r>
      <w:r>
        <w:t>ab main aap ko islam ke hawale se kuch baat kahunga. dekhiye aik hai islam ki tareekh.</w:t>
      </w:r>
    </w:p>
    <w:p>
      <w:pPr>
        <w:jc w:val="right"/>
      </w:pPr>
      <w:r>
        <w:t>اب میں آپ کو اسلام کے حوالے سے کچھ بات کہوں گا۔ دیکھئے ایک ہے اسلام کی تاریخ۔</w:t>
      </w:r>
    </w:p>
    <w:p>
      <w:r>
        <w:rPr>
          <w:b/>
        </w:rPr>
        <w:t xml:space="preserve">[12:23] </w:t>
      </w:r>
      <w:r>
        <w:t>aik hai tareekh of. aur aik hai tashreeh tareekh ki. main jo baat karne ja raha hoon is ka taluq tareekh se nahi hai balkay tashreeh se hai.</w:t>
      </w:r>
    </w:p>
    <w:p>
      <w:pPr>
        <w:jc w:val="right"/>
      </w:pPr>
      <w:r>
        <w:t>ایک ہے تاریخ آف۔ اور ایک ہے تشریح تاریخ کی۔ میں جو بات کرنے جا رہا ہوں اس کا تعلق تاریخ سے نہیں ہے بلکہ تشریح سے ہے۔</w:t>
      </w:r>
    </w:p>
    <w:p>
      <w:r>
        <w:rPr>
          <w:b/>
        </w:rPr>
        <w:t xml:space="preserve">[12:34] </w:t>
      </w:r>
      <w:r>
        <w:t>aap bohat si kitabein padhenge jis mein aap ko yeh bataya jayega ke rasool Allah ka jo hadaf tha woh kya tha? aik siyasi hukmarani qaim karna.</w:t>
      </w:r>
    </w:p>
    <w:p>
      <w:pPr>
        <w:jc w:val="right"/>
      </w:pPr>
      <w:r>
        <w:t>آپ بہت سی کتابیں پڑھیں گے جس میں آپ کو یہ بتایا جائے گا کہ رسول اللہ کا جو ہدف تھا وہ کیا تھا؟ ایک سیاسی حکمرانی قائم کرنا۔</w:t>
      </w:r>
    </w:p>
    <w:p>
      <w:r>
        <w:rPr>
          <w:b/>
        </w:rPr>
        <w:t xml:space="preserve">[12:44] </w:t>
      </w:r>
      <w:r>
        <w:t>siyasi riyasat banana. aisi bohat si kitabein chhapi hui hain. sari dunya mein padhi jati hain. to is ko padh kar log kehte hain maine suna ke tumhara islam to sirf tees saal chala.</w:t>
      </w:r>
    </w:p>
    <w:p>
      <w:pPr>
        <w:jc w:val="right"/>
      </w:pPr>
      <w:r>
        <w:t>سیاسی ریاست بنانا۔ ایسی بہت سی کتابیں چھپی ہوئی ہیں۔ ساری دنیا میں پڑھی جاتی ہیں۔ تو اس کو پڑھ کر لوگ کہتے ہیں میں نے سنا کہ تمہارا اسلام تو صرف تیس سال چلا۔</w:t>
      </w:r>
    </w:p>
    <w:p>
      <w:r>
        <w:rPr>
          <w:b/>
        </w:rPr>
        <w:t xml:space="preserve">[12:58] </w:t>
      </w:r>
      <w:r>
        <w:t>tees saal tak. tumhare nabi ne jo hukmarani banai thi jo riyasat banai thi woh riyasat kab tak chali?</w:t>
      </w:r>
    </w:p>
    <w:p>
      <w:pPr>
        <w:jc w:val="right"/>
      </w:pPr>
      <w:r>
        <w:t>تیس سال تک۔ تمہارے نبی نے جو حکمرانی بنائی تھی جو ریاست بنائی تھی وہ ریاست کب تک چلی؟</w:t>
      </w:r>
    </w:p>
    <w:p>
      <w:r>
        <w:rPr>
          <w:b/>
        </w:rPr>
        <w:t xml:space="preserve">[13:09] </w:t>
      </w:r>
      <w:r>
        <w:t>tees saal tak. is ke baad to phir badshahat aa gayi dunya mein. yani islam ka jo tasawwur tha woh hai shura par mabni.</w:t>
      </w:r>
    </w:p>
    <w:p>
      <w:pPr>
        <w:jc w:val="right"/>
      </w:pPr>
      <w:r>
        <w:t>تیس سال تک۔ اس کے بعد تو پھر بادشاہت آ گئی دنیا میں۔ یعنی اسلام کا جو تصور تھا وہ ہے شوریٰ پر مبنی۔</w:t>
      </w:r>
    </w:p>
    <w:p>
      <w:r>
        <w:rPr>
          <w:b/>
        </w:rPr>
        <w:t xml:space="preserve">[13:18] </w:t>
      </w:r>
      <w:r>
        <w:t>yani jamhoori nizam banana. shura quran mein hai ke amruhum shura baynahum. yani aap ka siyasi nizam jo hai woh jamhoori nizam hona chahiye.</w:t>
      </w:r>
    </w:p>
    <w:p>
      <w:pPr>
        <w:jc w:val="right"/>
      </w:pPr>
      <w:r>
        <w:t>یعنی جمہوری نظام بنانا۔ شوریٰ قرآن میں ہے کہ امرہم شوریٰ بینہم۔ یعنی آپ کا سیاسی نظام جو ہے وہ جمہوری نظام ہونا چاہیے۔</w:t>
      </w:r>
    </w:p>
    <w:p>
      <w:r>
        <w:rPr>
          <w:b/>
        </w:rPr>
        <w:t xml:space="preserve">[13:31] </w:t>
      </w:r>
      <w:r>
        <w:t>yeh tasawwur diya tha islam ne chouda sau saal pehle. lekin aap bataiye hua kya? bohat jald badshahat aa gayi.</w:t>
      </w:r>
    </w:p>
    <w:p>
      <w:pPr>
        <w:jc w:val="right"/>
      </w:pPr>
      <w:r>
        <w:t>یہ تصور دیا تھا اسلام نے چودہ سو سال پہلے۔ لیکن آپ بتائیے ہوا کیا؟ بہت جلد بادشاہت آ گئی۔</w:t>
      </w:r>
    </w:p>
    <w:p>
      <w:r>
        <w:rPr>
          <w:b/>
        </w:rPr>
        <w:t xml:space="preserve">[13:40] </w:t>
      </w:r>
      <w:r>
        <w:t>yani khandani hukmarani. khandani hukmarani aa gayi. banu umayya ki khandan aur banu abbas ki khandan, fatmi ki khandan, mughal ki khandan aur usmaniyon ki khandan.</w:t>
      </w:r>
    </w:p>
    <w:p>
      <w:pPr>
        <w:jc w:val="right"/>
      </w:pPr>
      <w:r>
        <w:t>یعنی خاندانی حکمرانی۔ خاندانی حکمرانی آ گئی۔ بنو امید کی خاندان اور بنو عباس کی خاندان، فاطمی کی خاندان، مغل کی خاندان اور عثمانیوں کی خاندان۔</w:t>
      </w:r>
    </w:p>
    <w:p>
      <w:r>
        <w:rPr>
          <w:b/>
        </w:rPr>
        <w:t xml:space="preserve">[13:58] </w:t>
      </w:r>
      <w:r>
        <w:t>to kehte hain ke kya hai tumhara islam? tees saal tak chala hai bas. aur amreeka ka nizam to do sau saal se chal raha hai. dekhiye yeh galat tashreeh ki wajah se yeh baat paida hui hai.</w:t>
      </w:r>
    </w:p>
    <w:p>
      <w:pPr>
        <w:jc w:val="right"/>
      </w:pPr>
      <w:r>
        <w:t>تو کہتے ہیں کہ کیا ہے تمہارا اسلام؟ تیس سال تک چلا ہے بس۔ اور امریکہ کا نظام تو دو سو سال سے چل رہا ہے۔ دیکھئے یہ غلط تشریح کی وجہ سے یہ بات پیدا ہوئی ہے۔</w:t>
      </w:r>
    </w:p>
    <w:p>
      <w:r>
        <w:rPr>
          <w:b/>
        </w:rPr>
        <w:t xml:space="preserve">[14:13] </w:t>
      </w:r>
      <w:r>
        <w:t>yeh kehna ke rasool Allah ka maqsad tha aik riyasat banana islami riyasat yeh bohat hi galat baat hai. islam ka ahmiyat dena hai yaad rakhiye.</w:t>
      </w:r>
    </w:p>
    <w:p>
      <w:pPr>
        <w:jc w:val="right"/>
      </w:pPr>
      <w:r>
        <w:t>یہ کہنا کہ رسول اللہ کا مقصد تھا ایک ریاست بنانا اسلامی ریاست یہ بہت ہی غلط بات ہے۔ اسلام کا اہمیت دینا ہے یاد رکھیے۔</w:t>
      </w:r>
    </w:p>
    <w:p>
      <w:r>
        <w:rPr>
          <w:b/>
        </w:rPr>
        <w:t xml:space="preserve">[14:23] </w:t>
      </w:r>
      <w:r>
        <w:t>yeh islam ka ahmiyat dena hai. islam ka maqsad tha woh tha aik ideological mani mein aik bohat bara inqilab lana.</w:t>
      </w:r>
    </w:p>
    <w:p>
      <w:pPr>
        <w:jc w:val="right"/>
      </w:pPr>
      <w:r>
        <w:t>یہ اسلام کا اہمیت دینا ہے۔ اسلام کا مقصد تھا وہ تھا ایک آئیڈیالوجیکل معنی میں ایک بہت بڑا انقلاب لانا۔</w:t>
      </w:r>
    </w:p>
    <w:p>
      <w:r>
        <w:rPr>
          <w:b/>
        </w:rPr>
        <w:t xml:space="preserve">[14:33] </w:t>
      </w:r>
      <w:r>
        <w:t>puri tareekh mein aik tabdeeli lana. ideological mani mein ta ke insaan ko sochna aaye. fikr ka tareeqa aaye.</w:t>
      </w:r>
    </w:p>
    <w:p>
      <w:pPr>
        <w:jc w:val="right"/>
      </w:pPr>
      <w:r>
        <w:t>پوری تاریخ میں ایک تبدیلی لانا۔ آئیڈیالوجیکل معنی میں تاکہ انسان کو سوچنا آئے۔ فکر کا طریقہ آئے۔</w:t>
      </w:r>
    </w:p>
    <w:p>
      <w:r>
        <w:rPr>
          <w:b/>
        </w:rPr>
        <w:t xml:space="preserve">[14:44] </w:t>
      </w:r>
      <w:r>
        <w:t>quran mein rasool Allah ke baray mein aaya hai ke wa ma arsalnak illa rehmatal lil alameen hum ne bheja hai tum ko dunya walon ke liye rehmat.</w:t>
      </w:r>
    </w:p>
    <w:p>
      <w:pPr>
        <w:jc w:val="right"/>
      </w:pPr>
      <w:r>
        <w:t>قرآن میں رسول اللہ کے بارے میں آیا ہے کہ وما أرسلناك إلا رحمة للعالمين ہم نے بھیجا ہے تم کو دنیا والوں کے لیے رحمت۔</w:t>
      </w:r>
    </w:p>
    <w:p>
      <w:r>
        <w:rPr>
          <w:b/>
        </w:rPr>
        <w:t xml:space="preserve">[14:57] </w:t>
      </w:r>
      <w:r>
        <w:t>barkat. to yeh jo alameen hai wa ma arsalnaka illa rahmatan lil alameen is ka matlab hai rahmatan lisairil umam</w:t>
      </w:r>
    </w:p>
    <w:p>
      <w:pPr>
        <w:jc w:val="right"/>
      </w:pPr>
      <w:r>
        <w:t>برکت۔ تو یہ جو عالمین ہے وما أرسلناك إلا رحمة للعالمين اس کا مطلب ہے رحمتاً لسائر الأمم</w:t>
      </w:r>
    </w:p>
    <w:p>
      <w:r>
        <w:rPr>
          <w:b/>
        </w:rPr>
        <w:t xml:space="preserve">[15:10] </w:t>
      </w:r>
      <w:r>
        <w:t>wa ma arsalnaka illa rahmatan lil alameen. to rahmatan lil alameen ka matlab hai rahmatan lisairil umam.</w:t>
      </w:r>
    </w:p>
    <w:p>
      <w:pPr>
        <w:jc w:val="right"/>
      </w:pPr>
      <w:r>
        <w:t>وما أرسلناك إلا رحمة للعالمین۔ تو رحمتاً للعالمین کا مطلب ہے رحمتاً لسائر الأمم۔</w:t>
      </w:r>
    </w:p>
    <w:p>
      <w:r>
        <w:rPr>
          <w:b/>
        </w:rPr>
        <w:t xml:space="preserve">[15:20] </w:t>
      </w:r>
      <w:r>
        <w:t>tamam qomon ke liye tamam insanon ke liye barkat.</w:t>
      </w:r>
    </w:p>
    <w:p>
      <w:pPr>
        <w:jc w:val="right"/>
      </w:pPr>
      <w:r>
        <w:t>تمام قوموں کے لیے تمام انسانوں کے لیے برکت۔</w:t>
      </w:r>
    </w:p>
    <w:p>
      <w:r>
        <w:rPr>
          <w:b/>
        </w:rPr>
        <w:t xml:space="preserve">[15:29] </w:t>
      </w:r>
      <w:r>
        <w:t>yeh kya hai? is par maine bohat socha. to is ka matlab yeh hai ke khuda ne ek alamgir satah par ek bohat bara inqalab paida kiya.</w:t>
      </w:r>
    </w:p>
    <w:p>
      <w:pPr>
        <w:jc w:val="right"/>
      </w:pPr>
      <w:r>
        <w:t>یہ کیا ہے؟ اس پر میں نے بہت سوچا۔ تو اس کا مطلب یہ ہے کہ خدا نے ایک عالمگیر سطح پر ایک بہت بڑا انقلاب پیدا کیا۔</w:t>
      </w:r>
    </w:p>
    <w:p>
      <w:r>
        <w:rPr>
          <w:b/>
        </w:rPr>
        <w:t xml:space="preserve">[15:45] </w:t>
      </w:r>
      <w:r>
        <w:t>ek ek amal chalaya. kyunke aap jante hain ke dunya mein khuda ne insan ko mukammal azadi diya hai. mukammal azadi. aap jo chahen karen jo chahen na karen.</w:t>
      </w:r>
    </w:p>
    <w:p>
      <w:pPr>
        <w:jc w:val="right"/>
      </w:pPr>
      <w:r>
        <w:t>ایک ایک عمل چلایا۔ کیونکہ آپ جانتے ہیں کہ دنیا میں خدا نے انسان کو مکمل آزادی دیا ہے۔ مکمل آزادی۔ آپ جو چاہیں کریں جو چاہیں نہ کریں۔</w:t>
      </w:r>
    </w:p>
    <w:p>
      <w:r>
        <w:rPr>
          <w:b/>
        </w:rPr>
        <w:t xml:space="preserve">[15:57] </w:t>
      </w:r>
      <w:r>
        <w:t>to azadi ko khuda khatam nahi kar sakta. khuda ko agar dunya mein koi scheme chalana hai to woh aisa nahi karega ke azadi ko khatam kar de.</w:t>
      </w:r>
    </w:p>
    <w:p>
      <w:pPr>
        <w:jc w:val="right"/>
      </w:pPr>
      <w:r>
        <w:t>تو آزادی کو خدا ختم نہیں کر سکتا۔ خدا کو اگر دنیا میں کوئی اسکیم چلانا ہے تو وہ ایسا نہیں کرے گا کہ آزادی کو ختم کر دے۔</w:t>
      </w:r>
    </w:p>
    <w:p>
      <w:r>
        <w:rPr>
          <w:b/>
        </w:rPr>
        <w:t xml:space="preserve">[16:08] </w:t>
      </w:r>
      <w:r>
        <w:t>warna kabhi bhi nahi karega. to azadi ko baqi rakhte hue aise aise asbab paida karta hai.</w:t>
      </w:r>
    </w:p>
    <w:p>
      <w:pPr>
        <w:jc w:val="right"/>
      </w:pPr>
      <w:r>
        <w:t>ورنہ کبھی بھی نہیں کرے گا۔ تو آزادی کو باقی رکھتے ہوئے ایسے ایسے اسباب پیدا کرتا ہے۔</w:t>
      </w:r>
    </w:p>
    <w:p>
      <w:r>
        <w:rPr>
          <w:b/>
        </w:rPr>
        <w:t xml:space="preserve">[16:18] </w:t>
      </w:r>
      <w:r>
        <w:t>aisi surat-e-hal paida karta hai ke woh mansooba jo khuda ka hai woh poora ho. khuda ka mansooba. to khuda ka mansooba kya tha?</w:t>
      </w:r>
    </w:p>
    <w:p>
      <w:pPr>
        <w:jc w:val="right"/>
      </w:pPr>
      <w:r>
        <w:t>ایسی صورتحال پیدا کرتا ہے کہ وہ منصوبہ جو خدا کا ہے وہ پورا ہو۔ خدا کا منصوبہ۔ تو خدا کا منصوبہ کیا تھا؟</w:t>
      </w:r>
    </w:p>
    <w:p>
      <w:r>
        <w:rPr>
          <w:b/>
        </w:rPr>
        <w:t xml:space="preserve">[16:27] </w:t>
      </w:r>
      <w:r>
        <w:t>is ke bare mein chand baaten aap socheye. Allah taala ne jab paida kiya insan ko to sab se pehle jo insan the woh Adam the.</w:t>
      </w:r>
    </w:p>
    <w:p>
      <w:pPr>
        <w:jc w:val="right"/>
      </w:pPr>
      <w:r>
        <w:t>اس کے بارے میں چند باتیں آپ سوچیے۔ اللہ تعالیٰ نے جب پیدا کیا انسان کو تو سب سے پہلے جو انسان تھے وہ آدم تھے۔</w:t>
      </w:r>
    </w:p>
    <w:p>
      <w:r>
        <w:rPr>
          <w:b/>
        </w:rPr>
        <w:t xml:space="preserve">[16:40] </w:t>
      </w:r>
      <w:r>
        <w:t>aur woh pehle insan bhi the aur pehle nabi bhi the woh. aur is ke baad barabar nabi aate rahe.</w:t>
      </w:r>
    </w:p>
    <w:p>
      <w:pPr>
        <w:jc w:val="right"/>
      </w:pPr>
      <w:r>
        <w:t>اور وہ پہلے انسان بھی تھے اور پہلے نبی بھی تھے وہ۔ اور اس کے بعد برابر نبی آتے رہے۔</w:t>
      </w:r>
    </w:p>
    <w:p>
      <w:r>
        <w:rPr>
          <w:b/>
        </w:rPr>
        <w:t xml:space="preserve">[16:49] </w:t>
      </w:r>
      <w:r>
        <w:t>barabar aate rahe barabar aate rahe har jagah. lekin woh zamana jo tha maine aap se is se pehle arz kiya hai ke do tareekh jo hai is ke do adwar hain.</w:t>
      </w:r>
    </w:p>
    <w:p>
      <w:pPr>
        <w:jc w:val="right"/>
      </w:pPr>
      <w:r>
        <w:t>برابر آتے رہے برابر آتے رہے ہر جگہ۔ لیکن وہ زمانہ جو تھا میں نے آپ سے اس سے پہلے عرض کیا ہے کہ دو تاریخ جو ہے اس کے دو ادوار ہیں۔</w:t>
      </w:r>
    </w:p>
    <w:p>
      <w:r>
        <w:rPr>
          <w:b/>
        </w:rPr>
        <w:t xml:space="preserve">[17:03] </w:t>
      </w:r>
      <w:r>
        <w:t>ek pre scientific period ek post scientific period. to jitne pichhle paighambar the woh sab pre scientific period mein aaye.</w:t>
      </w:r>
    </w:p>
    <w:p>
      <w:pPr>
        <w:jc w:val="right"/>
      </w:pPr>
      <w:r>
        <w:t>ایک پری سائنٹیفک پیریڈ ایک پوسٹ سائنٹیفک پیریڈ۔ تو جتنے پچھلے پیغمبر تھے وہ سب پری سائنٹیفک پیریڈ میں آئے۔</w:t>
      </w:r>
    </w:p>
    <w:p>
      <w:r>
        <w:rPr>
          <w:b/>
        </w:rPr>
        <w:t xml:space="preserve">[17:11] </w:t>
      </w:r>
      <w:r>
        <w:t>yani rawayati daur mein. to is zamane mein na media tha na transport tha na printing press tha.</w:t>
      </w:r>
    </w:p>
    <w:p>
      <w:pPr>
        <w:jc w:val="right"/>
      </w:pPr>
      <w:r>
        <w:t>یعنی روایتی دور میں۔ تو اس زمانے میں نہ میڈیا تھا نہ ٹرانسپورٹ تھا نہ پرنٹنگ پریس تھا۔</w:t>
      </w:r>
    </w:p>
    <w:p>
      <w:r>
        <w:rPr>
          <w:b/>
        </w:rPr>
        <w:t xml:space="preserve">[17:23] </w:t>
      </w:r>
      <w:r>
        <w:t>kuch bhi nahi tha. na library thi. insan kuch bolta to zaban se doosre log sunte the apne kaan se. is zamane mein jo cheez mumkin thi woh sirf thi sachai ka elan.</w:t>
      </w:r>
    </w:p>
    <w:p>
      <w:pPr>
        <w:jc w:val="right"/>
      </w:pPr>
      <w:r>
        <w:t>کچھ بھی نہیں تھا۔ نہ لائبریری تھی۔ انسان کچھ بولتا تو زبان سے دوسرے لوگ سنتے تھے اپنے کان سے۔ اس زمانے میں جو چیز ممکن تھی وہ صرف تھی سچائی کا اعلان۔</w:t>
      </w:r>
    </w:p>
    <w:p>
      <w:r>
        <w:rPr>
          <w:b/>
        </w:rPr>
        <w:t xml:space="preserve">[17:38] </w:t>
      </w:r>
      <w:r>
        <w:t>elan. sachai ko bata dena. elan kar dena. to jitne bhi nabi aaye woh sachai ko elan karte rahe. bas.</w:t>
      </w:r>
    </w:p>
    <w:p>
      <w:pPr>
        <w:jc w:val="right"/>
      </w:pPr>
      <w:r>
        <w:t>اعلان۔ سچائی کو بتا دینا۔ اعلان کر دینا۔ تو جتنے بھی نبی آئے وہ سچائی کو اعلان کرتے رہے۔ بس۔</w:t>
      </w:r>
    </w:p>
    <w:p>
      <w:r>
        <w:rPr>
          <w:b/>
        </w:rPr>
        <w:t xml:space="preserve">[17:48] </w:t>
      </w:r>
      <w:r>
        <w:t>sachai kya hai? yani khuda ek hai yeh batana. khuda ka jo takhleeqi mansooba hai is ko batana.</w:t>
      </w:r>
    </w:p>
    <w:p>
      <w:pPr>
        <w:jc w:val="right"/>
      </w:pPr>
      <w:r>
        <w:t>سچائی کیا ہے؟ یعنی خدا ایک ہے یہ بتانا۔ خدا کا جو تخلیقی منصوبہ ہے اس کو بتانا۔</w:t>
      </w:r>
    </w:p>
    <w:p>
      <w:r>
        <w:rPr>
          <w:b/>
        </w:rPr>
        <w:t xml:space="preserve">[17:59] </w:t>
      </w:r>
      <w:r>
        <w:t>to woh jo daur hai pichhla woh tha elan ka daur. scientific daur woh hai jabke khuda ki sachai ko scientific buniyad mil gayi.</w:t>
      </w:r>
    </w:p>
    <w:p>
      <w:pPr>
        <w:jc w:val="right"/>
      </w:pPr>
      <w:r>
        <w:t>تو وہ جو دور ہے پچھلا وہ تھا اعلان کا دور۔ سائنٹیفک دور وہ ہے جبکہ خدا کی سچائی کو سائنٹیفک بنیاد مل گئی۔</w:t>
      </w:r>
    </w:p>
    <w:p>
      <w:r>
        <w:rPr>
          <w:b/>
        </w:rPr>
        <w:t xml:space="preserve">[18:14] </w:t>
      </w:r>
      <w:r>
        <w:t>scientific buniyad. yani ek infrastructure ek media.</w:t>
      </w:r>
    </w:p>
    <w:p>
      <w:pPr>
        <w:jc w:val="right"/>
      </w:pPr>
      <w:r>
        <w:t>سائنٹیفک بنیاد۔ یعنی ایک انفراسٹرکچر ایک میڈیا۔</w:t>
      </w:r>
    </w:p>
    <w:p>
      <w:r>
        <w:rPr>
          <w:b/>
        </w:rPr>
        <w:t xml:space="preserve">[18:21] </w:t>
      </w:r>
      <w:r>
        <w:t>printing print media aur electronic media. aur yeh zamana aaya jo aap jante hain ke ke aap yahan boliye to aap agar aap ke paas zariya hai to aap ki baat poori dunya mein suni jayegi.</w:t>
      </w:r>
    </w:p>
    <w:p>
      <w:pPr>
        <w:jc w:val="right"/>
      </w:pPr>
      <w:r>
        <w:t>پرنٹنگ پرنٹ میڈیا اور الیکٹرانک میڈیا۔ اور یہ زمانہ آیا جو آپ جانتے ہیں کہ کہ آپ یہاں بولیے تو آپ اگر آپ کے پاس ذریعہ ہے تو آپ کی بات پوری دنیا میں سنی جائے گی۔</w:t>
      </w:r>
    </w:p>
    <w:p>
      <w:r>
        <w:rPr>
          <w:b/>
        </w:rPr>
        <w:t xml:space="preserve">[18:34] </w:t>
      </w:r>
      <w:r>
        <w:t>yani agar aap ke paas zariya ho to hum yahan bolenge aur America wale sunenge is ko. woh zamana aa chuka hai. to khuda ne jo nabi bheje pehle woh sab aaye rawayati daur mein.</w:t>
      </w:r>
    </w:p>
    <w:p>
      <w:pPr>
        <w:jc w:val="right"/>
      </w:pPr>
      <w:r>
        <w:t>یعنی اگر آپ کے پاس ذریعہ ہو تو ہم یہاں بولیں گے اور امریکہ والے سنیں گے اس کو۔ وہ زمانہ آ چکا ہے۔ تو خدا نے جو نبی بھیجے پہلے وہ سب آئے روایتی دور میں۔</w:t>
      </w:r>
    </w:p>
    <w:p>
      <w:r>
        <w:rPr>
          <w:b/>
        </w:rPr>
        <w:t xml:space="preserve">[18:46] </w:t>
      </w:r>
      <w:r>
        <w:t>to us waqt sirf elan mumkin tha ke sachai yeh hai sachai yeh hai sachai yeh hai. lekin scientific daur jo hai is zamane mein</w:t>
      </w:r>
    </w:p>
    <w:p>
      <w:pPr>
        <w:jc w:val="right"/>
      </w:pPr>
      <w:r>
        <w:t>تو اس وقت صرف اعلان ممکن تھا کہ سچائی یہ ہے سچائی یہ ہے سچائی یہ ہے۔ لیکن سائنٹیفک دور جو ہے اس زمانے میں</w:t>
      </w:r>
    </w:p>
    <w:p>
      <w:r>
        <w:rPr>
          <w:b/>
        </w:rPr>
        <w:t xml:space="preserve">[18:57] </w:t>
      </w:r>
      <w:r>
        <w:t>sachai ko ek scientific buniyad mil gayi. yani matlab kya hai? ke sachai ko theek is zehni satah par sabit karna jo insan ka hai.</w:t>
      </w:r>
    </w:p>
    <w:p>
      <w:pPr>
        <w:jc w:val="right"/>
      </w:pPr>
      <w:r>
        <w:t>سچائی کو ایک سائنٹیفک بنیاد مل گئی۔ یعنی مطلب کیا ہے؟ کہ سچائی کو ٹھیک اس ذہنی سطح پر ثابت کرنا جو انسان کا ہے۔</w:t>
      </w:r>
    </w:p>
    <w:p>
      <w:r>
        <w:rPr>
          <w:b/>
        </w:rPr>
        <w:t xml:space="preserve">[19:10] </w:t>
      </w:r>
      <w:r>
        <w:t>yani pehle nabi yeh kehte the ke mujh ko farishte yeh paigham le kar aaye hain. yani farishte ke hawale se bhi woh ek baat kehte the.</w:t>
      </w:r>
    </w:p>
    <w:p>
      <w:pPr>
        <w:jc w:val="right"/>
      </w:pPr>
      <w:r>
        <w:t>یعنی پہلے نبی یہ کہتے تھے کہ مجھ کو فرشتے یہ پیغام لے کر آئے ہیں۔ یعنی فرشتے کے حوالے سے بھی وہ ایک بات کہتے تھے۔</w:t>
      </w:r>
    </w:p>
    <w:p>
      <w:r>
        <w:rPr>
          <w:b/>
        </w:rPr>
        <w:t xml:space="preserve">[19:21] </w:t>
      </w:r>
      <w:r>
        <w:t>farishte ke hawale se bhi ek baat kehte the. aaj aap ke liye mumkin ho gaya hai ke aap science ke hawale se bhi yeh baat keh saken. jo baat woh kehte the farishte ke hawale se woh baat aaj aap kehte hain kar sakte hain science ke hawale se.</w:t>
      </w:r>
    </w:p>
    <w:p>
      <w:pPr>
        <w:jc w:val="right"/>
      </w:pPr>
      <w:r>
        <w:t>فرشتے کے حوالے سے بھی ایک بات کہتے تھے۔ آج آپ کے لیے ممکن ہو گیا ہے کہ آپ سائنس کے حوالے سے بھی یہ بات کہہ سکیں۔ جو بات وہ کہتے تھے فرشتے کے حوالے سے وہ بات آج آپ کہتے ہیں کر سکتے ہیں سائنس کے حوالے سے۔</w:t>
      </w:r>
    </w:p>
    <w:p>
      <w:r>
        <w:rPr>
          <w:b/>
        </w:rPr>
        <w:t xml:space="preserve">[19:37] </w:t>
      </w:r>
      <w:r>
        <w:t>yeh bohat bara ek inqalab aaya hai dunya mein. bohat bara inqalab aaya hai. is ko samjhiye aap.</w:t>
      </w:r>
    </w:p>
    <w:p>
      <w:pPr>
        <w:jc w:val="right"/>
      </w:pPr>
      <w:r>
        <w:t>یہ بہت بڑا ایک انقلاب آیا ہے دنیا میں۔ بہت بڑا انقلاب آیا ہے۔ اس کو سمجھیے آپ۔</w:t>
      </w:r>
    </w:p>
    <w:p>
      <w:r>
        <w:rPr>
          <w:b/>
        </w:rPr>
        <w:t xml:space="preserve">[19:48] </w:t>
      </w:r>
      <w:r>
        <w:t>to yeh mere nazdeek panch hazar saal ki ek mansooba bandi thi Khuda ki. panch hazar saal ki mansooba bandi. main samajhta hoon ke yeh yeh mansooba bandi jo hai shuru hui hai Hazrat Hajra se jo ek khatoon theen.</w:t>
      </w:r>
    </w:p>
    <w:p>
      <w:pPr>
        <w:jc w:val="right"/>
      </w:pPr>
      <w:r>
        <w:t>تو یہ میرے نزدیک پانچ ہزار سال کی ایک منصوبہ بندی تھی خدا کی۔ پانچ ہزار سال کی منصوبہ بندی۔ میں سمجھتا ہوں کہ یہ یہ منصوبہ بندی جو ہے شروع ہوئی ہے حضرت ہاجرہ سے جو ایک خاتون تھیں۔</w:t>
      </w:r>
    </w:p>
    <w:p>
      <w:r>
        <w:rPr>
          <w:b/>
        </w:rPr>
        <w:t xml:space="preserve">[20:02] </w:t>
      </w:r>
      <w:r>
        <w:t>aur is ka nateeja hai aaj kal jo Stephen Hawking hai jo zinda hai abhi. Stephen Hawking jo hai woh sab se bara zinda scientist mana jata hai.</w:t>
      </w:r>
    </w:p>
    <w:p>
      <w:pPr>
        <w:jc w:val="right"/>
      </w:pPr>
      <w:r>
        <w:t>اور اس کا نتیجہ ہے آج کل جو اسٹیفن ہاکنگ ہے جو زندہ ہے ابھی۔ اسٹیفن ہاکنگ جو ہے وہ سب سے بڑا زندہ سائنسدان مانا جاتا ہے۔</w:t>
      </w:r>
    </w:p>
    <w:p>
      <w:r>
        <w:rPr>
          <w:b/>
        </w:rPr>
        <w:t xml:space="preserve">[20:13] </w:t>
      </w:r>
      <w:r>
        <w:t>siyasi science mein. aap logon ko yeh baat bohat ajeeb si lage gi lekin yeh ajeeb nahi hai yeh. Allah taala ko jab doosre dour mein lana tha tareekh ko.</w:t>
      </w:r>
    </w:p>
    <w:p>
      <w:pPr>
        <w:jc w:val="right"/>
      </w:pPr>
      <w:r>
        <w:t>سیاسی سائنس میں۔ آپ لوگوں کو یہ بات بہت عجیب سی لگے گی لیکن یہ عجیب نہیں ہے یہ۔ اللہ تعالیٰ کو جب دوسرے دور میں لانا تھا تاریخ کو۔</w:t>
      </w:r>
    </w:p>
    <w:p>
      <w:r>
        <w:rPr>
          <w:b/>
        </w:rPr>
        <w:t xml:space="preserve">[20:25] </w:t>
      </w:r>
      <w:r>
        <w:t>yani ailaan ke taur se nikaal kar ke woh dour lana tha jabke scientific buniyad mil jaye. Khuda ke deen ko. to zaroorat is baat ki thi ke is ki ek team ho.</w:t>
      </w:r>
    </w:p>
    <w:p>
      <w:pPr>
        <w:jc w:val="right"/>
      </w:pPr>
      <w:r>
        <w:t>یعنی اعلان کے طور سے نکال کر کے وہ دور لانا تھا جبکہ سائنٹیفک بنیاد مل جائے۔ خدا کے دین کو۔ تو ضرورت اس بات کی تھی کہ اس کی ایک ٹیم ہو۔</w:t>
      </w:r>
    </w:p>
    <w:p>
      <w:r>
        <w:rPr>
          <w:b/>
        </w:rPr>
        <w:t xml:space="preserve">[20:38] </w:t>
      </w:r>
      <w:r>
        <w:t>sirf ek nabi akela nahi kaam kar sakta tha. is ko ek team chahiye. kaun log team bane? team kahan se mile?</w:t>
      </w:r>
    </w:p>
    <w:p>
      <w:pPr>
        <w:jc w:val="right"/>
      </w:pPr>
      <w:r>
        <w:t>صرف ایک نبی اکیلا نہیں کام کر سکتا تھا۔ اس کو ایک ٹیم چاہیے۔ کون لوگ ٹیم بنے؟ ٹیم کہاں سے ملے؟</w:t>
      </w:r>
    </w:p>
    <w:p>
      <w:r>
        <w:rPr>
          <w:b/>
        </w:rPr>
        <w:t xml:space="preserve">[20:48] </w:t>
      </w:r>
      <w:r>
        <w:t>team ko bharti karne ke liye koi society maujood nahi thi is zamane mein. kyunke saare log to but poojte the. shirk mein pare hue the. poori duniya mein shirk ka culture tha.</w:t>
      </w:r>
    </w:p>
    <w:p>
      <w:pPr>
        <w:jc w:val="right"/>
      </w:pPr>
      <w:r>
        <w:t>ٹیم کو بھرتی کرنے کے لیے کوئی سوسائٹی موجود نہیں تھی اس زمانے میں۔ کیونکہ سارے لوگ تو بت پوجتے تھے۔ شرک میں پڑے ہوئے تھے۔ پوری دنیا میں شرک کا کلچر تھا۔</w:t>
      </w:r>
    </w:p>
    <w:p>
      <w:r>
        <w:rPr>
          <w:b/>
        </w:rPr>
        <w:t xml:space="preserve">[20:59] </w:t>
      </w:r>
      <w:r>
        <w:t>to kahan se nabi ko team mile gi woh? mushrik society se woh team kaise paate? team ke aarkaan kaise milte hain is mein se?</w:t>
      </w:r>
    </w:p>
    <w:p>
      <w:pPr>
        <w:jc w:val="right"/>
      </w:pPr>
      <w:r>
        <w:t>تو کہاں سے نبی کو ٹیم ملے گی وہ؟ مشرک سوسائٹی سے وہ ٹیم کیسے پاتے؟ ٹیم کے اراکین کیسے ملتے ہیں اس میں سے؟</w:t>
      </w:r>
    </w:p>
    <w:p>
      <w:r>
        <w:rPr>
          <w:b/>
        </w:rPr>
        <w:t xml:space="preserve">[21:11] </w:t>
      </w:r>
      <w:r>
        <w:t>to Hazrat Hajra Hazrat Ibrahim ne ek ke zariye Allah taala ne ek naqsha banaya. Hajra jo hain aap le gaye un ko.</w:t>
      </w:r>
    </w:p>
    <w:p>
      <w:pPr>
        <w:jc w:val="right"/>
      </w:pPr>
      <w:r>
        <w:t>تو حضرت ہاجرہ حضرت ابراہیم نے ایک کے ذریعے اللہ تعالیٰ نے ایک نقشہ بنایا۔ ہاجرہ جو ہیں آپ لے گئے ان کو۔</w:t>
      </w:r>
    </w:p>
    <w:p>
      <w:r>
        <w:rPr>
          <w:b/>
        </w:rPr>
        <w:t xml:space="preserve">[21:22] </w:t>
      </w:r>
      <w:r>
        <w:t>yani Syria mein the is waqt aap. wahan se le gaye sehra mein basaya un ko. Makkah mein. sehra mein.</w:t>
      </w:r>
    </w:p>
    <w:p>
      <w:pPr>
        <w:jc w:val="right"/>
      </w:pPr>
      <w:r>
        <w:t>یعنی سیریا میں تھے اس وقت آپ۔ وہاں سے لے گئے صحرا میں بسایا ان کو۔ مکہ میں۔ صحرا میں۔</w:t>
      </w:r>
    </w:p>
    <w:p>
      <w:r>
        <w:rPr>
          <w:b/>
        </w:rPr>
        <w:t xml:space="preserve">[21:33] </w:t>
      </w:r>
      <w:r>
        <w:t>koi insan nahi. pani bhi nahi. kuch bhi nahi. to kyun aisa hua? fitrat ke mahaul mein ek nayi nasal bane.</w:t>
      </w:r>
    </w:p>
    <w:p>
      <w:pPr>
        <w:jc w:val="right"/>
      </w:pPr>
      <w:r>
        <w:t>کوئی انسان نہیں۔ پانی بھی نہیں۔ کچھ بھی نہیں۔ تو کیوں ایسا ہوا؟ فطرت کے ماحول میں ایک نئی نسل بنے۔</w:t>
      </w:r>
    </w:p>
    <w:p>
      <w:r>
        <w:rPr>
          <w:b/>
        </w:rPr>
        <w:t xml:space="preserve">[21:45] </w:t>
      </w:r>
      <w:r>
        <w:t>doosri naslein theen jo doosre jo insan the woh shehar bante the shehar mein. shehron mein. jahan ke har taraf shirk tha.</w:t>
      </w:r>
    </w:p>
    <w:p>
      <w:pPr>
        <w:jc w:val="right"/>
      </w:pPr>
      <w:r>
        <w:t>دوسری نسلیں تھیں جو دوسرے جو انسان تھے وہ شہر بنتے تھے شہر میں۔ شہروں میں۔ جہاں کہ ہر طرف شرک تھا۔</w:t>
      </w:r>
    </w:p>
    <w:p>
      <w:r>
        <w:rPr>
          <w:b/>
        </w:rPr>
        <w:t xml:space="preserve">[21:54] </w:t>
      </w:r>
      <w:r>
        <w:t>har taraf mushrikana mahaul tha. har taraf mushrikana culture phaila hua tha. isi mein insan paida hota tha. isi mein is ki halat hoti thi is ki.</w:t>
      </w:r>
    </w:p>
    <w:p>
      <w:pPr>
        <w:jc w:val="right"/>
      </w:pPr>
      <w:r>
        <w:t>ہر طرف مشرکانہ ماحول تھا۔ ہر طرف مشرکانہ کلچر پھیلا ہوا تھا۔ اسی میں انسان پیدا ہوتا تھا۔ اسی میں اس کی حالت ہوتی تھی اس کی۔</w:t>
      </w:r>
    </w:p>
    <w:p>
      <w:r>
        <w:rPr>
          <w:b/>
        </w:rPr>
        <w:t xml:space="preserve">[22:03] </w:t>
      </w:r>
      <w:r>
        <w:t>to shirk ki halat se bache hue insan darkar the.</w:t>
      </w:r>
    </w:p>
    <w:p>
      <w:pPr>
        <w:jc w:val="right"/>
      </w:pPr>
      <w:r>
        <w:t>تو شرک کی حالت سے بچے ہوئے انسان درکار تھے۔</w:t>
      </w:r>
    </w:p>
    <w:p>
      <w:r>
        <w:rPr>
          <w:b/>
        </w:rPr>
        <w:t xml:space="preserve">[22:10] </w:t>
      </w:r>
      <w:r>
        <w:t>Shibli ne jo kitaab likhi hai Seerat Shibli. ab woh yani Seerat un Nabi. to Seerat un Nabi ke deebache mein unhon ne ek ek bohat hi yani adabi jumla likha hai.</w:t>
      </w:r>
    </w:p>
    <w:p>
      <w:pPr>
        <w:jc w:val="right"/>
      </w:pPr>
      <w:r>
        <w:t>شبلی نے جو کتاب لکھی ہے سیرت شبلی۔ اب وہ یعنی سیرت النبی۔ تو سیرت النبی کے دیباچے میں انہوں نے ایک ایک بہت ہی یعنی ادبی جملہ لکھا ہے۔</w:t>
      </w:r>
    </w:p>
    <w:p>
      <w:r>
        <w:rPr>
          <w:b/>
        </w:rPr>
        <w:t xml:space="preserve">[22:23] </w:t>
      </w:r>
      <w:r>
        <w:t>ke ma'mora alam ke safhe naqsh-e-batil se dhak chuke the. ab ek saada be-rang har qism ke naqsh o nigaar se mehroom barq darkar tha.</w:t>
      </w:r>
    </w:p>
    <w:p>
      <w:pPr>
        <w:jc w:val="right"/>
      </w:pPr>
      <w:r>
        <w:t>کہ معمورہ عالم کے صفحے نقشہ باطل سے ڈھک چکے تھے۔ اب ایک سادہ بے رنگ ہر قسم کے نقش و نگار سے مرہ برق درکار تھا۔</w:t>
      </w:r>
    </w:p>
    <w:p>
      <w:r>
        <w:rPr>
          <w:b/>
        </w:rPr>
        <w:t xml:space="preserve">[22:33] </w:t>
      </w:r>
      <w:r>
        <w:t>jis par haq jis par tughra-e-haq likha jaye. yeh ek adabi jumla hai. main is ko kahun ga scientific zaban mein.</w:t>
      </w:r>
    </w:p>
    <w:p>
      <w:pPr>
        <w:jc w:val="right"/>
      </w:pPr>
      <w:r>
        <w:t>جس کو حق جس پر طغرہ حق لکھا جائے۔ یہ ایک ادبی جملہ ہے۔ میں اس کو کہوں گا سائنٹیفک زبان میں۔</w:t>
      </w:r>
    </w:p>
    <w:p>
      <w:r>
        <w:rPr>
          <w:b/>
        </w:rPr>
        <w:t xml:space="preserve">[22:42] </w:t>
      </w:r>
      <w:r>
        <w:t>ke saari duniya mein shirk ka culture phail chuka tha. log shirk mein halat ho rahe the. to shirk ki halat se bahar ek darkar tha ek mahaul.</w:t>
      </w:r>
    </w:p>
    <w:p>
      <w:pPr>
        <w:jc w:val="right"/>
      </w:pPr>
      <w:r>
        <w:t>کہ ساری دنیا میں شرک کا کلچر پھیل چکا تھا۔ لوگ شرک میں حالت ہو رہے تھے۔ تو شرک کی حالت سے باہر ایک درکار تھا ایک ماحول۔</w:t>
      </w:r>
    </w:p>
    <w:p>
      <w:r>
        <w:rPr>
          <w:b/>
        </w:rPr>
        <w:t xml:space="preserve">[22:55] </w:t>
      </w:r>
      <w:r>
        <w:t>jahan shirk ki halat se bach kar ke log fitrat ke mahaul mein bane. is ke liye ek qurbani darkar thi. to Hazrat Hajra ne woh qurbani di.</w:t>
      </w:r>
    </w:p>
    <w:p>
      <w:pPr>
        <w:jc w:val="right"/>
      </w:pPr>
      <w:r>
        <w:t>جہاں شرک کی حالت سے بچ کر کے لوگ فطرت کے ماحول میں بنے۔ اس کے لیے ایک قربانی درکار تھی۔ تو حضرت ہاجرہ نے وہ قربانی دی۔</w:t>
      </w:r>
    </w:p>
    <w:p>
      <w:r>
        <w:rPr>
          <w:b/>
        </w:rPr>
        <w:t xml:space="preserve">[23:07] </w:t>
      </w:r>
      <w:r>
        <w:t>isi liye main kaha karta hoon ke jo kaha jata hai English mein ke There is a woman at the beginning of all great things. There is a woman at the beginning of all great things.</w:t>
      </w:r>
    </w:p>
    <w:p>
      <w:pPr>
        <w:jc w:val="right"/>
      </w:pPr>
      <w:r>
        <w:t>اسی لیے میں کہا کرتا ہوں کہ جو کہا جاتا ہے انگلش میں کہ There is a woman at the beginning of all great things. There is a woman at the beginning of all great things.</w:t>
      </w:r>
    </w:p>
    <w:p>
      <w:r>
        <w:rPr>
          <w:b/>
        </w:rPr>
        <w:t xml:space="preserve">[23:19] </w:t>
      </w:r>
      <w:r>
        <w:t>sab se bara misaal is ki hai Hazrat Hajra. ek aurat hai jis ne is tareekh ko shuru kiya jis ko panch hazar saal mein ja kar ahmiyat mili is ka.</w:t>
      </w:r>
    </w:p>
    <w:p>
      <w:pPr>
        <w:jc w:val="right"/>
      </w:pPr>
      <w:r>
        <w:t>سب سے بڑا مثال اس کی ہے حضرت ہاجرہ۔ ایک عورت ہے جس نے اس تاریخ کو شروع کیا جس کو پانچ ہزار سال میں جا کر اہمیت ملی اس کا۔</w:t>
      </w:r>
    </w:p>
    <w:p>
      <w:r>
        <w:rPr>
          <w:b/>
        </w:rPr>
        <w:t xml:space="preserve">[23:31] </w:t>
      </w:r>
      <w:r>
        <w:t>to Hazrat Hajra ke zariye jo log paida hue. jo tulad aur tanasul hua wahan par. to woh ek qaum bani jis ko hum kehte hain Banu Ismail.</w:t>
      </w:r>
    </w:p>
    <w:p>
      <w:pPr>
        <w:jc w:val="right"/>
      </w:pPr>
      <w:r>
        <w:t>تو حضرت ہاجرہ کے ذریعے جو لوگ پیدا ہوئے۔ جو تولد اور تناسل ہوا وہاں پر۔ تو وہ ایک قوم بنی جس کو ہم کہتے ہیں بنو اسماعیل۔</w:t>
      </w:r>
    </w:p>
    <w:p>
      <w:r>
        <w:rPr>
          <w:b/>
        </w:rPr>
        <w:t xml:space="preserve">[23:43] </w:t>
      </w:r>
      <w:r>
        <w:t>to H.G. Wells ne likha hai in logon ke bare mein ke woh poori ki poori qaum jo thi hero'on ki qaum thi. aur fitrat ne heroes. is mein se Rasool Allah ne bharti ki.</w:t>
      </w:r>
    </w:p>
    <w:p>
      <w:pPr>
        <w:jc w:val="right"/>
      </w:pPr>
      <w:r>
        <w:t>تو ایج جی ویلز نے لکھا ہے ان لوگوں کے بارے میں کہ وہ پوری کی پوری قوم جو تھی ہیروؤں کی قوم تھی۔ اور فطرت نے ہیروز۔ اس میں سے رسول اللہ نے بھرتی کی۔</w:t>
      </w:r>
    </w:p>
    <w:p>
      <w:r>
        <w:rPr>
          <w:b/>
        </w:rPr>
        <w:t xml:space="preserve">[23:54] </w:t>
      </w:r>
      <w:r>
        <w:t>is is hero'on ki is team se aap ko aarkaan mile. jin ko hum kehte hain Ashab-e-Rasool. Companion of the prophets. is mein se aap ko mile.</w:t>
      </w:r>
    </w:p>
    <w:p>
      <w:pPr>
        <w:jc w:val="right"/>
      </w:pPr>
      <w:r>
        <w:t>اس اس ہیروؤں کی اس ٹیم سے آپ کو اراکین ملے۔ جن کو ہم کہتے ہیں اصحاب رسول۔ Companion of the prophets۔ اس میں سے آپ کو ملے۔</w:t>
      </w:r>
    </w:p>
    <w:p>
      <w:r>
        <w:rPr>
          <w:b/>
        </w:rPr>
        <w:t xml:space="preserve">[24:05] </w:t>
      </w:r>
      <w:r>
        <w:t>to is mein se taqreeban dehr lakh aadmi mile aap ko jo ek se ek barh kar ke hero tha. ek aksar hero tha is mein. in logon ne tareekh ko yani tareekh se woh takra gaye kehna chahiye.</w:t>
      </w:r>
    </w:p>
    <w:p>
      <w:pPr>
        <w:jc w:val="right"/>
      </w:pPr>
      <w:r>
        <w:t>تو اس میں سے تقریباً ڈیڑھ لاکھ آدمی ملے آپ کو جو ایک سے ایک بڑھ کر کے ہیرو تھا۔ ایک اکثر ہیرو تھا اس میں۔ ان لوگوں نے تاریخ کو یعنی تاریخ سے وہ ٹکرا گئے کہنا چاہیے۔</w:t>
      </w:r>
    </w:p>
    <w:p>
      <w:r>
        <w:rPr>
          <w:b/>
        </w:rPr>
        <w:t xml:space="preserve">[24:18] </w:t>
      </w:r>
      <w:r>
        <w:t>apni jaan apna maal apna sab kuch jis ko kehte hain jhonk diya. Sahaba woh log the jinhon ne apne aap ko jhonk diya taake tareekh badle. jo main ne is se pehle aap ko bataya tha ke France ka muarrikh Henri Piren ne kaha hai ke Islam badal diya.</w:t>
      </w:r>
    </w:p>
    <w:p>
      <w:pPr>
        <w:jc w:val="right"/>
      </w:pPr>
      <w:r>
        <w:t>اپنی جان اپنا مال اپنا سب کچھ جس کو کہتے ہیں جھونک دیا۔ صحابہ وہ لوگ تھے جنہوں نے اپنے آپ کو جھونک دیا تاکہ تاریخ بدلے۔ جو میں نے اس سے پہلے آپ کو بتایا تھا کہ فرانس کا مؤرخ ہنری پرین نے کہا ہے کہ اسلام تبدیل کر دیا۔</w:t>
      </w:r>
    </w:p>
    <w:p>
      <w:r>
        <w:rPr>
          <w:b/>
        </w:rPr>
        <w:t xml:space="preserve">[24:36] </w:t>
      </w:r>
      <w:r>
        <w:t>islam tabdeel kar diya course of tareekh. nahi islam tabdeel kar diya chehra of da globe. da traditional order of history was overthrown.</w:t>
      </w:r>
    </w:p>
    <w:p>
      <w:pPr>
        <w:jc w:val="right"/>
      </w:pPr>
      <w:r>
        <w:t>اسلام تبدیل کر دیا کورس آف تاریخ۔ نہیں اسلام تبدیل کر دیا چہرہ آف دا گلوب۔ دا ٹریڈیشنل آرڈر آف ہسٹری واز اوور تھرون۔</w:t>
      </w:r>
    </w:p>
    <w:p>
      <w:r>
        <w:rPr>
          <w:b/>
        </w:rPr>
        <w:t xml:space="preserve">[24:46] </w:t>
      </w:r>
      <w:r>
        <w:t>yeh kis ne kiya? yeh sahaba karam ne kiya jinhon ne apne aap ko jhonk diya is mission mein. ke tareekh badle. ek naya inqilab aaye.</w:t>
      </w:r>
    </w:p>
    <w:p>
      <w:pPr>
        <w:jc w:val="right"/>
      </w:pPr>
      <w:r>
        <w:t>یہ کس نے کیا؟ یہ صحابہ کرام نے کیا جنہوں نے اپنے آپ کو جھونک دیا اس مشن میں۔ کہ تاریخ بدلے۔ ایک نیا انقلاب آئے۔</w:t>
      </w:r>
    </w:p>
    <w:p>
      <w:r>
        <w:rPr>
          <w:b/>
        </w:rPr>
        <w:t xml:space="preserve">[24:56] </w:t>
      </w:r>
      <w:r>
        <w:t>logon ki halat khatam ho. log naye dhang par sochen. ek nayi ideology un ko mile. is ke liye jhonk diya apne aap ko unhon ne.</w:t>
      </w:r>
    </w:p>
    <w:p>
      <w:pPr>
        <w:jc w:val="right"/>
      </w:pPr>
      <w:r>
        <w:t>لوگوں کی حالت ختم ہو۔ لوگ نئے ڈھنگ پر سوچیں۔ ایک نئی آئیڈیالوجی ان کو ملے۔ اس کے لیے جھونک دیا اپنے آپ کو انہوں نے۔</w:t>
      </w:r>
    </w:p>
    <w:p>
      <w:r>
        <w:rPr>
          <w:b/>
        </w:rPr>
        <w:t xml:space="preserve">[25:05] </w:t>
      </w:r>
      <w:r>
        <w:t>to tareekh badalna shuru hui. ek amal naya chala. isi amal ka nateeja tha ke dunya mein scientific inqilab aaya. kyun?</w:t>
      </w:r>
    </w:p>
    <w:p>
      <w:pPr>
        <w:jc w:val="right"/>
      </w:pPr>
      <w:r>
        <w:t>تو تاریخ بدلنا شروع ہوئی۔ ایک عمل نیا چلا۔ اسی عمل کا نتیجہ تھا کہ دنیا میں سائنٹیفک انقلاب آیا۔ کیوں؟</w:t>
      </w:r>
    </w:p>
    <w:p>
      <w:r>
        <w:rPr>
          <w:b/>
        </w:rPr>
        <w:t xml:space="preserve">[25:14] </w:t>
      </w:r>
      <w:r>
        <w:t>is zamane mein dekhiye sari dunya mein fitrat ki ibadat thi. log darakht ko poojte thay. pahaar ko poojte thay. samandar ko poojte thay.</w:t>
      </w:r>
    </w:p>
    <w:p>
      <w:pPr>
        <w:jc w:val="right"/>
      </w:pPr>
      <w:r>
        <w:t>اس زمانے میں دیکھیے ساری دنیا میں فطرت کی عبادت تھی۔ لوگ درخت کو پوجتے تھے۔ پہاڑ کو پوجتے تھے۔ سمندر کو پوجتے تھے۔</w:t>
      </w:r>
    </w:p>
    <w:p>
      <w:r>
        <w:rPr>
          <w:b/>
        </w:rPr>
        <w:t xml:space="preserve">[25:24] </w:t>
      </w:r>
      <w:r>
        <w:t>suraj chand ko poojte thay. aur sitaron ko poojte thay. yeh zameen ko poojte thay. to jab aap fitrat ko object of ibadat banaye hue hon.</w:t>
      </w:r>
    </w:p>
    <w:p>
      <w:pPr>
        <w:jc w:val="right"/>
      </w:pPr>
      <w:r>
        <w:t>سورج چاند کو پوجتے تھے۔ اور ستاروں کو پوجتے تھے۔ یہ زمین کو پوجتے تھے۔ تو جب آپ فطرت کو آبجیکٹ آف عبادت بنائے ہوئے ہوں۔</w:t>
      </w:r>
    </w:p>
    <w:p>
      <w:r>
        <w:rPr>
          <w:b/>
        </w:rPr>
        <w:t xml:space="preserve">[25:38] </w:t>
      </w:r>
      <w:r>
        <w:t>to aap fitrat ko object of tehqeeq nahi bana sakte thay. yaad rakhiye. jis cheez ko aap banaye hue hain object of ibadat.</w:t>
      </w:r>
    </w:p>
    <w:p>
      <w:pPr>
        <w:jc w:val="right"/>
      </w:pPr>
      <w:r>
        <w:t>تو آپ فطرت کو آبجیکٹ آف تحقیق نہیں بنا سکتے تھے۔ یاد رکھیے۔ جس چیز کو آپ بنائے ہوئے ہیں آبجیکٹ آف عبادت۔</w:t>
      </w:r>
    </w:p>
    <w:p>
      <w:r>
        <w:rPr>
          <w:b/>
        </w:rPr>
        <w:t xml:space="preserve">[25:48] </w:t>
      </w:r>
      <w:r>
        <w:t>us ko isi waqt aap object of tehqeeq nahi bana sakte. kyun ke Khuda ko to aap jhukenge us ke aage.</w:t>
      </w:r>
    </w:p>
    <w:p>
      <w:pPr>
        <w:jc w:val="right"/>
      </w:pPr>
      <w:r>
        <w:t>اس کو اسی وقت آپ آبجیکٹ آف تحقیق نہیں بنا سکتے۔ کیونکہ خدا کو تو آپ جھکیں گے اس کے آگے۔</w:t>
      </w:r>
    </w:p>
    <w:p>
      <w:r>
        <w:rPr>
          <w:b/>
        </w:rPr>
        <w:t xml:space="preserve">[25:57] </w:t>
      </w:r>
      <w:r>
        <w:t>us ko tehqeeq kaise karenge? to yeh log jinhon ne jhoka apne aap ko yeh sahaba karam. jhoka diya unhon ne.</w:t>
      </w:r>
    </w:p>
    <w:p>
      <w:pPr>
        <w:jc w:val="right"/>
      </w:pPr>
      <w:r>
        <w:t>اس کو تحقیق کیسے کریں گے؟ تو یہ لوگ جنہوں نے جھوکا اپنے آپ کو یہ صحابہ کرام۔ جھونک دیا انہوں نے۔</w:t>
      </w:r>
    </w:p>
    <w:p>
      <w:r>
        <w:rPr>
          <w:b/>
        </w:rPr>
        <w:t xml:space="preserve">[26:09] </w:t>
      </w:r>
      <w:r>
        <w:t>taakeh tareekh badle. deid lakh insanon ne apni jaan ko jaan nahi samjha. apne paise ko pasand nahi samjha.</w:t>
      </w:r>
    </w:p>
    <w:p>
      <w:pPr>
        <w:jc w:val="right"/>
      </w:pPr>
      <w:r>
        <w:t>تاکہ تاریخ بدلے۔ ڈیڑھ لاکھ انسانوں نے اپنی جان کو جان نہیں سمجھا۔ اپنے پیسے کو پسند نہیں سمجھا۔</w:t>
      </w:r>
    </w:p>
    <w:p>
      <w:r>
        <w:rPr>
          <w:b/>
        </w:rPr>
        <w:t xml:space="preserve">[26:19] </w:t>
      </w:r>
      <w:r>
        <w:t>apne maal o aulad ko maal o aulad nahi samjha. sab kuch jhonk diya isi mein. aap parh sakte hain tareekh mein baatein likhi hui hain. tab ja kar tareekh mein ek tabdeeli aayi.</w:t>
      </w:r>
    </w:p>
    <w:p>
      <w:pPr>
        <w:jc w:val="right"/>
      </w:pPr>
      <w:r>
        <w:t>اپنے مال و اولاد کو مال و اولاد نہیں سمجھا۔ سب کچھ جھونک دیا اسی میں۔ آپ پڑھ سکتے ہیں تاریخ میں باتیں لکھی ہوئی ہیں۔ تب جا کر تاریخ میں ایک تبدیلی آئی۔</w:t>
      </w:r>
    </w:p>
    <w:p>
      <w:r>
        <w:rPr>
          <w:b/>
        </w:rPr>
        <w:t xml:space="preserve">[26:30] </w:t>
      </w:r>
      <w:r>
        <w:t>ek amal naya chala. fitrat jo hai us ko hata diya gaya divinity se. fitrat ko divinity se hata diya gaya.</w:t>
      </w:r>
    </w:p>
    <w:p>
      <w:pPr>
        <w:jc w:val="right"/>
      </w:pPr>
      <w:r>
        <w:t>ایک عمل نیا چلا۔ فطرت جو ہے اس کو ہٹا دیا گیا دیوینیٹی سے۔ فطرت کو دیوینیٹی سے ہٹا دیا گیا۔</w:t>
      </w:r>
    </w:p>
    <w:p>
      <w:r>
        <w:rPr>
          <w:b/>
        </w:rPr>
        <w:t xml:space="preserve">[26:39] </w:t>
      </w:r>
      <w:r>
        <w:t>aur us par sochna shuru hua. tehqeeq shuru hui. inquiry shuru hui. yahan tak hote hote scientific inqilab aaya. aur is scientific inqilab ka ek aham shakhs hai Stephen Hawking.</w:t>
      </w:r>
    </w:p>
    <w:p>
      <w:pPr>
        <w:jc w:val="right"/>
      </w:pPr>
      <w:r>
        <w:t>اور اس پر سوچنا شروع ہوا۔ تحقیق شروع ہوا۔ انکوائری شروع ہوئی۔ یہاں تک ہوتے ہوتے سائنٹیفک انقلاب آیا۔ اور اس سائنٹیفک انقلاب کا ایک اہم شخص ہے اسٹیفن ہاکنگ۔</w:t>
      </w:r>
    </w:p>
    <w:p>
      <w:r>
        <w:rPr>
          <w:b/>
        </w:rPr>
        <w:t xml:space="preserve">[26:55] </w:t>
      </w:r>
      <w:r>
        <w:t>Stephen Hawking ne bohat bara ek kaam kiya hai. agarche woh mazhabi aadmi nahi hai. dekhiye is baat ko samjhiye.</w:t>
      </w:r>
    </w:p>
    <w:p>
      <w:pPr>
        <w:jc w:val="right"/>
      </w:pPr>
      <w:r>
        <w:t>اسٹیفن ہاکنگ نے بہت بڑا ایک کام کیا ہے۔ اگرچہ وہ مذہبی آدمی نہیں ہے۔ دیکھیے اس بات کو سمجھیے۔</w:t>
      </w:r>
    </w:p>
    <w:p>
      <w:r>
        <w:rPr>
          <w:b/>
        </w:rPr>
        <w:t xml:space="preserve">[27:05] </w:t>
      </w:r>
      <w:r>
        <w:t>pichle zamane mein jo tha polytheism ka zamana tha. yaani bohat sare Khuda mante thay woh log.</w:t>
      </w:r>
    </w:p>
    <w:p>
      <w:pPr>
        <w:jc w:val="right"/>
      </w:pPr>
      <w:r>
        <w:t>پچھلے زمانے میں جو تھا پولیتھیزم کا زمانہ تھا۔ یعنی بہت سارے خدا مانتے تھے وہ لوگ۔</w:t>
      </w:r>
    </w:p>
    <w:p>
      <w:r>
        <w:rPr>
          <w:b/>
        </w:rPr>
        <w:t xml:space="preserve">[27:15] </w:t>
      </w:r>
      <w:r>
        <w:t>kyun? samandar ka ek Khuda hai. pahaar ka ek Khuda hai. suraj ka ek Khuda hai. zameen ka ek Khuda hai. darakhton ka ek Khuda hai. to bohat sare Khuda thay.</w:t>
      </w:r>
    </w:p>
    <w:p>
      <w:pPr>
        <w:jc w:val="right"/>
      </w:pPr>
      <w:r>
        <w:t>کیوں؟ سمندر کا ایک خدا ہے۔ پہاڑ کا ایک خدا ہے۔ سورج کا ایک خدا ہے۔ زمین کا ایک خدا ہے۔ درختوں کا ایک خدا ہے۔ تو بہت سارے خدا تھے۔</w:t>
      </w:r>
    </w:p>
    <w:p>
      <w:r>
        <w:rPr>
          <w:b/>
        </w:rPr>
        <w:t xml:space="preserve">[27:26] </w:t>
      </w:r>
      <w:r>
        <w:t>bohat sare Khuda thay. woh ghatte ghatte Newton ke zamane mein chaar maane gaye. unhon ne God nahi bolay woh force bolay. yaani chaar quwatein hain jo fitrat ko control karti hain.</w:t>
      </w:r>
    </w:p>
    <w:p>
      <w:pPr>
        <w:jc w:val="right"/>
      </w:pPr>
      <w:r>
        <w:t>بہت سارے خدا تھے۔ وہ گھٹتے گھٹتے نیوٹن کے زمانے میں چار مانے گئے۔ انہوں نے گاڈ نہیں بولے وہ فورس بولے۔ یعنی چار قوتیں ہیں جو فطرت کو کنٹرول کرتی ہیں۔</w:t>
      </w:r>
    </w:p>
    <w:p>
      <w:r>
        <w:rPr>
          <w:b/>
        </w:rPr>
        <w:t xml:space="preserve">[27:39] </w:t>
      </w:r>
      <w:r>
        <w:t>yeh baat mein ne likhi hui hai apni kitab mein. aqliyat e Islam mein. ke pehle jo tha million Khudaon ka zamana tha. ghatte ghatte woh chaar Khuda maane gaye goya.</w:t>
      </w:r>
    </w:p>
    <w:p>
      <w:pPr>
        <w:jc w:val="right"/>
      </w:pPr>
      <w:r>
        <w:t>یہ بات میں نے لکھی ہوئی ہے اپنی کتاب میں۔ عقلیات اسلام میں۔ کہ پہلے جو تھا ملین خداؤں کا زمانہ تھا۔ گھٹتے گھٹتے وہ چار خدا مانے گئے گویا۔</w:t>
      </w:r>
    </w:p>
    <w:p>
      <w:r>
        <w:rPr>
          <w:b/>
        </w:rPr>
        <w:t xml:space="preserve">[27:50] </w:t>
      </w:r>
      <w:r>
        <w:t>agarche woh Khuda ka naam nahi bolay woh. Newton jo hai force ka naam bolta tha. to bohat sare Khudaon se ghat kar chaar quwatein aa gayeen.</w:t>
      </w:r>
    </w:p>
    <w:p>
      <w:pPr>
        <w:jc w:val="right"/>
      </w:pPr>
      <w:r>
        <w:t>اگرچہ وہ خدا کا نام نہیں بولے وہ۔ نیوٹن جو ہے فورس کا نام بولتا تھا۔ تو بہت سارے خداؤں سے گھٹ کر چار قوتیں آ گئیں۔</w:t>
      </w:r>
    </w:p>
    <w:p>
      <w:r>
        <w:rPr>
          <w:b/>
        </w:rPr>
        <w:t xml:space="preserve">[27:59] </w:t>
      </w:r>
      <w:r>
        <w:t>to us ne kya kaam kiya hai bohat bara. yaani Stephen Hawking ne. us ne riyaziati tor par sabit kiya hai ke sirf ek usool poore kainat ko ko control kiye hue hai.</w:t>
      </w:r>
    </w:p>
    <w:p>
      <w:pPr>
        <w:jc w:val="right"/>
      </w:pPr>
      <w:r>
        <w:t>تو اس نے کیا کام کیا ہے بہت بڑا۔ یعنی اسٹیفن ہاکنگ نے۔ اس نے ریاضیاتی طور پر ثابت کیا ہے کہ صرف ایک اصول پورے کائنات کو کو کنٹرول کیے ہوئے ہے۔</w:t>
      </w:r>
    </w:p>
    <w:p>
      <w:r>
        <w:rPr>
          <w:b/>
        </w:rPr>
        <w:t xml:space="preserve">[28:11] </w:t>
      </w:r>
      <w:r>
        <w:t>jis ka naam us ne diya hai a single string. yaani Stephen Hawking ke zaban mein. Stephen Hawking jo hai maana jata hai ke siyasi science ka is waqt sab se bara aadmi hai.</w:t>
      </w:r>
    </w:p>
    <w:p>
      <w:pPr>
        <w:jc w:val="right"/>
      </w:pPr>
      <w:r>
        <w:t>جس کا نام اس نے دیا ہے اے سنگل سٹرنگ۔ یعنی اسٹیفن ہاکنگ کے زبان میں۔ اسٹیفن ہاکنگ جو ہے مانا جاتا ہے کہ سیاسی سائنس کا اس وقت سب سے بڑا آدمی ہے۔</w:t>
      </w:r>
    </w:p>
    <w:p>
      <w:r>
        <w:rPr>
          <w:b/>
        </w:rPr>
        <w:t xml:space="preserve">[28:26] </w:t>
      </w:r>
      <w:r>
        <w:t>is mein koi doosra itna bara darja nahi kisi ka. Newton ki seat par hai woh wahan par. London mein woh Newton ki seat par professor hai woh.</w:t>
      </w:r>
    </w:p>
    <w:p>
      <w:pPr>
        <w:jc w:val="right"/>
      </w:pPr>
      <w:r>
        <w:t>اس میں کوئی دوسرا اتنا بڑا درجہ نہیں کسی کا۔ نیوٹن کی سیٹ پر ہے وہ وہاں پر۔ لندن میں وہ نیوٹن کی سیٹ پر پروفیسر ہے وہ۔</w:t>
      </w:r>
    </w:p>
    <w:p>
      <w:r>
        <w:rPr>
          <w:b/>
        </w:rPr>
        <w:t xml:space="preserve">[28:38] </w:t>
      </w:r>
      <w:r>
        <w:t>to us ki bohat si kitabein chhap chuki hain. to aap dekhiye ke Hazrat Hajra ne ek team tayyar ki. be-panah qurbani ke zariye se.</w:t>
      </w:r>
    </w:p>
    <w:p>
      <w:pPr>
        <w:jc w:val="right"/>
      </w:pPr>
      <w:r>
        <w:t>تو اس کی بہت سی کتابیں چھپ چکی ہیں۔ تو آپ دیکھیے کہ حضرت ہاجرہ نے ایک ٹیم تیار کی۔ بے پناہ قربانی کے ذریعے سے۔</w:t>
      </w:r>
    </w:p>
    <w:p>
      <w:r>
        <w:rPr>
          <w:b/>
        </w:rPr>
        <w:t xml:space="preserve">[28:48] </w:t>
      </w:r>
      <w:r>
        <w:t>aap zara sochiye ke woh us aurat ko. ke ja kar ke wahan rehne lagi. jahan pani bhi nahi tha. jahan sabza bhi nahi tha.</w:t>
      </w:r>
    </w:p>
    <w:p>
      <w:pPr>
        <w:jc w:val="right"/>
      </w:pPr>
      <w:r>
        <w:t>آپ ذرا سوچیے کہ وہ اس عورت کو۔ کہ جا کر کے وہاں رہنے لگی۔ جہاں پانی بھی نہیں تھا۔ جہاں سبزہ بھی نہیں تھا۔</w:t>
      </w:r>
    </w:p>
    <w:p>
      <w:r>
        <w:rPr>
          <w:b/>
        </w:rPr>
        <w:t xml:space="preserve">[28:57] </w:t>
      </w:r>
      <w:r>
        <w:t>kuch khane ko bhi nahi tha. kaisi himmat us ke andar hogi us aurat ke andar. kaisi himmat hogi us ke andar. aur mein sab se bara kahunga sab kitna bara yaqeen Khuda par us ko hoga kitna bara yaqeen.</w:t>
      </w:r>
    </w:p>
    <w:p>
      <w:pPr>
        <w:jc w:val="right"/>
      </w:pPr>
      <w:r>
        <w:t>کچھ کھانے کو بھی نہیں تھا۔ کیسی ہمت اس کے اندر ہوگی اس عورت کے اندر۔ کیسی ہمت ہوگی اس کے اندر۔ اور میں سب سے بڑا کہوں گا سب کتنا بڑا یقین خدا پر اس کو ہوگا کتنا بڑا یقین۔</w:t>
      </w:r>
    </w:p>
    <w:p>
      <w:r>
        <w:rPr>
          <w:b/>
        </w:rPr>
        <w:t xml:space="preserve">[29:12] </w:t>
      </w:r>
      <w:r>
        <w:t>bible mein aata hai ke ek ek nabi ne kaha khuda se khitab karte hue. un ka kisi ne saath nahin diya tha.</w:t>
      </w:r>
    </w:p>
    <w:p>
      <w:pPr>
        <w:jc w:val="right"/>
      </w:pPr>
      <w:r>
        <w:t>بائبل میں آتا ہے کہ ایک ایک نبی نے کہا خدا سے خطاب کرتے ہوئے۔ ان کا کسی نے ساتھ نہیں دیا تھا۔</w:t>
      </w:r>
    </w:p>
    <w:p>
      <w:r>
        <w:rPr>
          <w:b/>
        </w:rPr>
        <w:t xml:space="preserve">[29:23] </w:t>
      </w:r>
      <w:r>
        <w:t>kisi ne saath nahin diya tha un ka. to khuda se woh kehta hai woh nabi bible mein.</w:t>
      </w:r>
    </w:p>
    <w:p>
      <w:pPr>
        <w:jc w:val="right"/>
      </w:pPr>
      <w:r>
        <w:t>کسی نے ساتھ نہیں دیا تھا ان کا۔ تو خدا سے وہ کہتا ہے وہ نبی بائبل میں۔</w:t>
      </w:r>
    </w:p>
    <w:p>
      <w:r>
        <w:rPr>
          <w:b/>
        </w:rPr>
        <w:t xml:space="preserve">[29:31] </w:t>
      </w:r>
      <w:r>
        <w:t>i alone i am left. yeh lafz hai bhai. i alone i am left. mein akela hi reh gaya hoon.</w:t>
      </w:r>
    </w:p>
    <w:p>
      <w:pPr>
        <w:jc w:val="right"/>
      </w:pPr>
      <w:r>
        <w:t>آئی الون آئی ایم لیفٹ۔ یہ لفظ ہے بھئی۔ آئی الون آئی ایم لیفٹ۔ میں اکیلا ہی رہ گیا ہوں۔</w:t>
      </w:r>
    </w:p>
    <w:p>
      <w:r>
        <w:rPr>
          <w:b/>
        </w:rPr>
        <w:t xml:space="preserve">[29:43] </w:t>
      </w:r>
      <w:r>
        <w:t>yeh bible mein ek nabi kehte hain. i alone i am left. mein akela hi reh gaya hoon. lekin ek ek hai jis se woh keh raha hai. ek sunne wala hai jise woh keh raha hai bol raha hai woh.</w:t>
      </w:r>
    </w:p>
    <w:p>
      <w:pPr>
        <w:jc w:val="right"/>
      </w:pPr>
      <w:r>
        <w:t>یہ بائبل میں ایک نبی کہتے ہیں۔ آئی الون آئی ایم لیفٹ۔ میں اکیلا ہی رہ گیا ہوں۔ لیکن ایک ایک ہے جس سے وہ کہہ رہا ہے۔ ایک سننے والا ہے جسے وہ کہہ رہا ہے بول رہا ہے وہ۔</w:t>
      </w:r>
    </w:p>
    <w:p>
      <w:r>
        <w:rPr>
          <w:b/>
        </w:rPr>
        <w:t xml:space="preserve">[29:54] </w:t>
      </w:r>
      <w:r>
        <w:t>is mani ke is ke siwa ek aur bhi hai. jo suna hai is ki baat ko. yani khuda se keh raha hai ke i alone i am left. is ka matlab kya hai is ke sath ek aur hai jo jo suna hai is ki baat ko.</w:t>
      </w:r>
    </w:p>
    <w:p>
      <w:pPr>
        <w:jc w:val="right"/>
      </w:pPr>
      <w:r>
        <w:t>اس معنی کہ اس کے سوا ایک اور بھی ہے۔ جو سنا ہے اس کی بات کو۔ یعنی خدا سے کہہ رہا ہے کہ آئی الون آئی ایم لیفٹ۔ اس کا مطلب کیا ہے اس کے ساتھ ایک اور ہے جو جو سنا ہے اس کی بات کو۔</w:t>
      </w:r>
    </w:p>
    <w:p>
      <w:r>
        <w:rPr>
          <w:b/>
        </w:rPr>
        <w:t xml:space="preserve">[30:06] </w:t>
      </w:r>
      <w:r>
        <w:t>to akela ho kar aadmi akela nahin rehta. har akele aadmi ke sath ek aur hota hai woh khuda hota hai. to hajra ke sath woh akeli nahin thi woh wahan khuda bhi tha woh un ke sath.</w:t>
      </w:r>
    </w:p>
    <w:p>
      <w:pPr>
        <w:jc w:val="right"/>
      </w:pPr>
      <w:r>
        <w:t>تو اکیلا ہو کر آدمی اکیلا نہیں رہتا۔ ہر اکیلے آدمی کے ساتھ ایک اور ہوتا ہے وہ خدا ہوتا ہے۔ تو ہاجرہ کے ساتھ وہ اکیلی نہیں تھی وہ وہاں خدا بھی تھا وہ ان کے ساتھ۔</w:t>
      </w:r>
    </w:p>
    <w:p>
      <w:r>
        <w:rPr>
          <w:b/>
        </w:rPr>
        <w:t xml:space="preserve">[30:19] </w:t>
      </w:r>
      <w:r>
        <w:t>isi se unhein taqat mili. aur is is sehra mein woh rehne lagi rehne lagi rehne lagi. to bukhari jo kitab hai bohat bari sahih al bukhari.</w:t>
      </w:r>
    </w:p>
    <w:p>
      <w:pPr>
        <w:jc w:val="right"/>
      </w:pPr>
      <w:r>
        <w:t>اسی سے انہیں طاقت ملی۔ اور اس اس صحرا میں وہ رہنے لگی رہنے لگی رہنے لگی۔ تو بخاری جو کتاب ہے بہت بڑی صحیح البخاری۔</w:t>
      </w:r>
    </w:p>
    <w:p>
      <w:r>
        <w:rPr>
          <w:b/>
        </w:rPr>
        <w:t xml:space="preserve">[30:32] </w:t>
      </w:r>
      <w:r>
        <w:t>is mein ek lambi riwayat hai. is ko aap log parhein to itni ajeeb kahani hai woh. itni ajeeb kahani hai. is ka mein ek hissa batata hoon aap ko.</w:t>
      </w:r>
    </w:p>
    <w:p>
      <w:pPr>
        <w:jc w:val="right"/>
      </w:pPr>
      <w:r>
        <w:t>اس میں ایک لمبی روایت ہے۔ اس کو آپ لوگ پڑھیں تو اتنی عجیب کہانی ہے وہ۔ اتنی عجیب کہانی ہے۔ اس کا میں ایک حصہ بتاتا ہوں آپ کو۔</w:t>
      </w:r>
    </w:p>
    <w:p>
      <w:r>
        <w:rPr>
          <w:b/>
        </w:rPr>
        <w:t xml:space="preserve">[30:43] </w:t>
      </w:r>
      <w:r>
        <w:t>hazrat ibrahim jo the jo un ke shohar the un ke husband the. khuda ne kaha ke in ko le ke jao. hajra aur is bachche the ismail aur woh khud woh teen aadmi teen aadmi member ki family thi yeh.</w:t>
      </w:r>
    </w:p>
    <w:p>
      <w:pPr>
        <w:jc w:val="right"/>
      </w:pPr>
      <w:r>
        <w:t>حضرت ابراہیم جو تھے جو ان کے شوہر تھے ان کے ہسبینڈ تھے۔ خدا نے کہا کہ ان کو لے کے جاؤ۔ ہاجرہ اور اس بچہ تھے اسماعیل اور وہ خود وہ تین آدمی تین آدمی ممبر کی فیملی تھی یہ۔</w:t>
      </w:r>
    </w:p>
    <w:p>
      <w:r>
        <w:rPr>
          <w:b/>
        </w:rPr>
        <w:t xml:space="preserve">[30:57] </w:t>
      </w:r>
      <w:r>
        <w:t>sirf teen member ki family thi. chale woh log. suriya ke ilaqe mein the woh. to hazrat ibrahim is mein riwayat mein aata hai ke jab koi basti aati thi koi.</w:t>
      </w:r>
    </w:p>
    <w:p>
      <w:pPr>
        <w:jc w:val="right"/>
      </w:pPr>
      <w:r>
        <w:t>صرف تین ممبر کی فیملی تھی۔ چلے وہ لوگ۔ سیریا کے علاقے میں تھے وہ۔ تو حضرت ابراہیم اس میں روایت میں آتا ہے کہ جب کوئی بستی آتی تھی کوئی۔</w:t>
      </w:r>
    </w:p>
    <w:p>
      <w:r>
        <w:rPr>
          <w:b/>
        </w:rPr>
        <w:t xml:space="preserve">[31:10] </w:t>
      </w:r>
      <w:r>
        <w:t>to poochte the ke.</w:t>
      </w:r>
    </w:p>
    <w:p>
      <w:pPr>
        <w:jc w:val="right"/>
      </w:pPr>
      <w:r>
        <w:t>تو پوچھتے تھے کہ۔</w:t>
      </w:r>
    </w:p>
    <w:p>
      <w:r>
        <w:rPr>
          <w:b/>
        </w:rPr>
        <w:t xml:space="preserve">[31:13] </w:t>
      </w:r>
      <w:r>
        <w:t>woh samajhte the ke mujhe kisi town milega basne ke liye. koi shehar milega jahan mein basoon mein. jab koi shehar milta to kehte the jibril se ke a jibril kaha yahan mujhe rehne ko kaha gaya hai.</w:t>
      </w:r>
    </w:p>
    <w:p>
      <w:pPr>
        <w:jc w:val="right"/>
      </w:pPr>
      <w:r>
        <w:t>وہ سمجھتے تھے کہ مجھے کسی ٹاؤن ملے گا بسنے کے لیے۔ کوئی شہر ملے گا جہاں میں بسوں میں۔ جب کوئی شہر ملتا تو کہتے تھے جبرائیل سے کہ اے جبرائیل کہا یہاں مجھے رہنے کو کہا گیا ہے۔</w:t>
      </w:r>
    </w:p>
    <w:p>
      <w:r>
        <w:rPr>
          <w:b/>
        </w:rPr>
        <w:t xml:space="preserve">[31:26] </w:t>
      </w:r>
      <w:r>
        <w:t>to jibril kehte the</w:t>
      </w:r>
    </w:p>
    <w:p>
      <w:pPr>
        <w:jc w:val="right"/>
      </w:pPr>
      <w:r>
        <w:t>تو جبرائیل کہتے تھے</w:t>
      </w:r>
    </w:p>
    <w:p>
      <w:r>
        <w:rPr>
          <w:b/>
        </w:rPr>
        <w:t xml:space="preserve">[31:27] </w:t>
      </w:r>
      <w:r>
        <w:t>nahin. aap zara ghor kijiye. is is is scene is baat ko sochiye zara. ke jibril ke sath hazrat ibrahim chal rahe hain.</w:t>
      </w:r>
    </w:p>
    <w:p>
      <w:pPr>
        <w:jc w:val="right"/>
      </w:pPr>
      <w:r>
        <w:t>نہیں۔ آپ ذرا غور کیجیے۔ اس اس اس سین اس بات کو سوچیے ذرا۔ کہ جبرائیل کے ساتھ حضرت ابراہیم چل رہے ہیں۔</w:t>
      </w:r>
    </w:p>
    <w:p>
      <w:r>
        <w:rPr>
          <w:b/>
        </w:rPr>
        <w:t xml:space="preserve">[31:37] </w:t>
      </w:r>
      <w:r>
        <w:t>biwi aur bachcha hai. aur shehar aata hai. hazrat ibrahim kehte hain ke mujhe kya yahan theherne ke liye kaha gaya hai. jibril kehte hain nahin. phir koi basti aati hai.</w:t>
      </w:r>
    </w:p>
    <w:p>
      <w:pPr>
        <w:jc w:val="right"/>
      </w:pPr>
      <w:r>
        <w:t>بیوی اور بچہ ہے۔ اور شہر آتا ہے۔ حضرت ابراہیم کہتے ہیں کہ مجھے کیا یہاں ٹھہرنے کے لیے کہا گیا ہے۔ جبرائیل کہتے ہیں نہیں۔ پھر کوئی بستی آتی ہے۔</w:t>
      </w:r>
    </w:p>
    <w:p>
      <w:r>
        <w:rPr>
          <w:b/>
        </w:rPr>
        <w:t xml:space="preserve">[31:47] </w:t>
      </w:r>
      <w:r>
        <w:t>poochte hain ke yahan thehroon mein ke nahin</w:t>
      </w:r>
    </w:p>
    <w:p>
      <w:pPr>
        <w:jc w:val="right"/>
      </w:pPr>
      <w:r>
        <w:t>پوچھتے ہیں کہ یہاں ٹھہروں میں کہ نہیں</w:t>
      </w:r>
    </w:p>
    <w:p>
      <w:r>
        <w:rPr>
          <w:b/>
        </w:rPr>
        <w:t xml:space="preserve">[31:49] </w:t>
      </w:r>
      <w:r>
        <w:t>. aap ghor kijiye ke in ka mind set jo tha woh yeh samajhte the ke mujhe kisi shehar mein rehne ko kaha gaya hai. lekin jab pahunchte hain jibril wahan jahan sirf sehra tha.</w:t>
      </w:r>
    </w:p>
    <w:p>
      <w:pPr>
        <w:jc w:val="right"/>
      </w:pPr>
      <w:r>
        <w:t>۔ آپ غور کیجیے کہ ان کا مائنڈ سیٹ جو تھا وہ یہ سمجھتے تھے کہ مجھے کسی شہر میں رہنے کو کہا گیا ہے۔ لیکن جب پہنچتے ہیں جبرائیل وہاں جہاں صرف صحرا تھا۔</w:t>
      </w:r>
    </w:p>
    <w:p>
      <w:r>
        <w:rPr>
          <w:b/>
        </w:rPr>
        <w:t xml:space="preserve">[32:00] </w:t>
      </w:r>
      <w:r>
        <w:t>kuch bhi nahin tha kuch bhi nahin tha kuch bhi nahin tha. to jibril kehte hain ke yahan rehne ko kaha gaya hai. aap zara ghor kijiye is cheez ko.</w:t>
      </w:r>
    </w:p>
    <w:p>
      <w:pPr>
        <w:jc w:val="right"/>
      </w:pPr>
      <w:r>
        <w:t>کچھ بھی نہیں تھا کچھ بھی نہیں تھا کچھ بھی نہیں تھا۔ تو جبرائیل کہتے ہیں کہ یہاں رہنے کو کہا گیا ہے۔ آپ ذرا غور کیجیے اس چیز کو۔</w:t>
      </w:r>
    </w:p>
    <w:p>
      <w:r>
        <w:rPr>
          <w:b/>
        </w:rPr>
        <w:t xml:space="preserve">[32:11] </w:t>
      </w:r>
      <w:r>
        <w:t>ke kaisa dil gurda hoga in logon ka. kis tarah jhoka hoga unhon ne is apne aap ko is mission mein. aap log ek building ke liye jhunkte hain apne aap ko.</w:t>
      </w:r>
    </w:p>
    <w:p>
      <w:pPr>
        <w:jc w:val="right"/>
      </w:pPr>
      <w:r>
        <w:t>کہ کیسا دل گردہ ہوگا ان لوگوں کا۔ کس طرح جھوکا ہوگا انہوں نے اس اپنے آپ کو اس مشن میں۔ آپ لوگ ایک بلڈنگ کے لیے جھونکتے ہیں اپنے آپ کو۔</w:t>
      </w:r>
    </w:p>
    <w:p>
      <w:r>
        <w:rPr>
          <w:b/>
        </w:rPr>
        <w:t xml:space="preserve">[32:23] </w:t>
      </w:r>
      <w:r>
        <w:t>ek family ke liye apne aap ko jhunkte hain. yeh woh insaan the jinhon ne poori poori insaniyat ke liye jhoka diya apne aap ko. poori humanity ke liye jhoka diya apne aap ko.</w:t>
      </w:r>
    </w:p>
    <w:p>
      <w:pPr>
        <w:jc w:val="right"/>
      </w:pPr>
      <w:r>
        <w:t>ایک فیملی کے لیے اپنے آپ کو جھونکتے ہیں۔ یہ وہ انسان تھے جنہوں نے پوری پوری انسانیت کے لیے جھونک دیا اپنے آپ کو۔ پوری ہیومینٹی کے لیے جھونک دیا اپنے آپ کو۔</w:t>
      </w:r>
    </w:p>
    <w:p>
      <w:r>
        <w:rPr>
          <w:b/>
        </w:rPr>
        <w:t xml:space="preserve">[32:34] </w:t>
      </w:r>
      <w:r>
        <w:t>aaj ki duniya mein aise bohat se log milenge aap ko jo apni family ke liye apne aap ko jhoken hain. ek billi ke liye apne aap ko jhoken hain. apni business ke liye apne aap ko jhoken hain.</w:t>
      </w:r>
    </w:p>
    <w:p>
      <w:pPr>
        <w:jc w:val="right"/>
      </w:pPr>
      <w:r>
        <w:t>آج کی دنیا میں ایسے بہت سے لوگ ملیں گے آپ کو جو اپنی فیملی کے لیے اپنے آپ کو جھوکیں ہیں۔ ایک بلی کے لیے اپنے آپ کو جھوکیں ہیں۔ اپنی بزنس کے لیے اپنے آپ کو جھوکیں ہیں۔</w:t>
      </w:r>
    </w:p>
    <w:p>
      <w:r>
        <w:rPr>
          <w:b/>
        </w:rPr>
        <w:t xml:space="preserve">[32:43] </w:t>
      </w:r>
      <w:r>
        <w:t>yeh woh log the ke poori humanity ke liye unhon ne apne aap ko jhoka. humanity ke liye ek naya door khula hai. poori humanity ke liye ek naya darwaza khula hai.</w:t>
      </w:r>
    </w:p>
    <w:p>
      <w:pPr>
        <w:jc w:val="right"/>
      </w:pPr>
      <w:r>
        <w:t>یہ وہ لوگ تھے کہ پوری ہیومینٹی کے لیے انہوں نے اپنے آپ کو جھوکا۔ ہیومینٹی کے لیے ایک نیا ڈور کھلا ہے۔ پوری ہیومینٹی کے لیے ایک نیا دروازہ کھلا ہے۔</w:t>
      </w:r>
    </w:p>
    <w:p>
      <w:r>
        <w:rPr>
          <w:b/>
        </w:rPr>
        <w:t xml:space="preserve">[32:58] </w:t>
      </w:r>
      <w:r>
        <w:t>to unhon ne kaha ke yahan rehne ke liye kaha gaya hai.</w:t>
      </w:r>
    </w:p>
    <w:p>
      <w:pPr>
        <w:jc w:val="right"/>
      </w:pPr>
      <w:r>
        <w:t>تو انہوں نے کہا کہ یہاں رہنے کے لیے کہا گیا ہے۔</w:t>
      </w:r>
    </w:p>
    <w:p>
      <w:r>
        <w:rPr>
          <w:b/>
        </w:rPr>
        <w:t xml:space="preserve">[33:03] </w:t>
      </w:r>
      <w:r>
        <w:t>to razi ho gaye woh. razi ho gaye woh. kyun? isi liye razi ho gaye ke woh khuda un ke sath tha.</w:t>
      </w:r>
    </w:p>
    <w:p>
      <w:pPr>
        <w:jc w:val="right"/>
      </w:pPr>
      <w:r>
        <w:t>تو راضی ہو گئے وہ۔ راضی ہو گئے وہ۔ کیوں؟ اسی لیے راضی ہو گئے کہ وہ خدا ان کے ساتھ تھا۔</w:t>
      </w:r>
    </w:p>
    <w:p>
      <w:r>
        <w:rPr>
          <w:b/>
        </w:rPr>
        <w:t xml:space="preserve">[33:12] </w:t>
      </w:r>
      <w:r>
        <w:t>yeh yaqeen un ke sath tha ke phir bhi to khuda mere sath hai. yeh yaqeen jo hai woh un ka sab se bara sahara bana hua tha.</w:t>
      </w:r>
    </w:p>
    <w:p>
      <w:pPr>
        <w:jc w:val="right"/>
      </w:pPr>
      <w:r>
        <w:t>یہ یقین ان کے ساتھ تھا کہ پھر بھی تو خدا میرے ساتھ ہے۔ یہ یقین جو ہے وہ ان کا سب سے بڑا سہارا بنا ہوا تھا۔</w:t>
      </w:r>
    </w:p>
    <w:p>
      <w:r>
        <w:rPr>
          <w:b/>
        </w:rPr>
        <w:t xml:space="preserve">[33:23] </w:t>
      </w:r>
      <w:r>
        <w:t>to hazrat ibrahim ko chhod ke chale gaye wahan par. hazrat hajra jab woh chal chalne lage hazrat hajra un se poochti hain ke aap ko sehra mein kahan chhoday chalay ja rahay hain.</w:t>
      </w:r>
    </w:p>
    <w:p>
      <w:pPr>
        <w:jc w:val="right"/>
      </w:pPr>
      <w:r>
        <w:t>تو حضرت ابراہیم کو چھوڑ کے چلے گئے وہاں پر۔ حضرت ہاجرہ جب وہ چل چلنے لگے حضرت ہاجرہ ان سے پوچھتی ہیں کہ آپ کو صحرا میں کہاں چھوڑے چلے جا رہے ہیں۔</w:t>
      </w:r>
    </w:p>
    <w:p>
      <w:r>
        <w:rPr>
          <w:b/>
        </w:rPr>
        <w:t xml:space="preserve">[33:35] </w:t>
      </w:r>
      <w:r>
        <w:t>hum ko chhod kar aap khud to chalay ja rahay hain aap. to kuch jawab nahi detay woh. kai baar poochte hain jawab nahi detay.</w:t>
      </w:r>
    </w:p>
    <w:p>
      <w:pPr>
        <w:jc w:val="right"/>
      </w:pPr>
      <w:r>
        <w:t>ہم کو چھوڑ کر آپ خود تو چلے جا رہے ہیں آپ۔ تو کچھ جواب نہیں دیتے وہ۔ کئی بار پوچھتے ہیں جواب نہیں دیتے۔</w:t>
      </w:r>
    </w:p>
    <w:p>
      <w:r>
        <w:rPr>
          <w:b/>
        </w:rPr>
        <w:t xml:space="preserve">[33:45] </w:t>
      </w:r>
      <w:r>
        <w:t>phir woh poochti hain ke kya khuda ne aisa karne ko kaha hai. koi bhi shakhs sahih bukhari mein ek kitab yeh qissa parh sakta hai. yeh bohat hi mashhoor kitab hai.</w:t>
      </w:r>
    </w:p>
    <w:p>
      <w:pPr>
        <w:jc w:val="right"/>
      </w:pPr>
      <w:r>
        <w:t>پھر وہ پوچھتی ہیں کہ کیا خدا نے ایسا کرنے کو کہا ہے۔ کوئی بھی شخص صحیح بخاری میں ایک کتاب یہ قصہ پڑھ سکتا ہے۔ یہ بہت ہی مشہور کتاب ہے۔</w:t>
      </w:r>
    </w:p>
    <w:p>
      <w:r>
        <w:rPr>
          <w:b/>
        </w:rPr>
        <w:t xml:space="preserve">[33:59] </w:t>
      </w:r>
      <w:r>
        <w:t>to hazrat ibrahim kehte hain haan</w:t>
      </w:r>
    </w:p>
    <w:p>
      <w:pPr>
        <w:jc w:val="right"/>
      </w:pPr>
      <w:r>
        <w:t>تو حضرت ابراہیم کہتے ہیں ہاں</w:t>
      </w:r>
    </w:p>
    <w:p>
      <w:r>
        <w:rPr>
          <w:b/>
        </w:rPr>
        <w:t xml:space="preserve">[34:01] </w:t>
      </w:r>
      <w:r>
        <w:t>. khuda ne aisa kaha hai. to kehti hain ke agar laizy hona. phir khuda humein zaya nahi karega. phir khuda humein zaya nahi hone dega.</w:t>
      </w:r>
    </w:p>
    <w:p>
      <w:pPr>
        <w:jc w:val="right"/>
      </w:pPr>
      <w:r>
        <w:t>۔ خدا نے ایسا کہا ہے۔ تو کہتی ہیں کہ اگر لایزی ہونا۔ پھر خدا ہمیں ضائع نہیں کرے گا۔ پھر خدا ہمیں ضائع نہیں ہونے دے گا۔</w:t>
      </w:r>
    </w:p>
    <w:p>
      <w:r>
        <w:rPr>
          <w:b/>
        </w:rPr>
        <w:t xml:space="preserve">[34:12] </w:t>
      </w:r>
      <w:r>
        <w:t>yahan se yahan to woh tareekh shuru hui hai jahan aap baithi hui hain aap. woh tareekh shuru na hoti taqat building bhi na hoti. yeh shehar na hotay yeh dunya na hoti.</w:t>
      </w:r>
    </w:p>
    <w:p>
      <w:pPr>
        <w:jc w:val="right"/>
      </w:pPr>
      <w:r>
        <w:t>یہاں سے یہاں تو وہ تاریخ شروع ہوئی ہے جہاں آپ بیٹھی ہوئی ہیں آپ۔ وہ تاریخ شروع نہ ہوتی طاقت بلڈنگ بھی نہ ہوتی۔ یہ شہر نہ ہوتے یہ دنیا نہ ہوتی۔</w:t>
      </w:r>
    </w:p>
    <w:p>
      <w:r>
        <w:rPr>
          <w:b/>
        </w:rPr>
        <w:t xml:space="preserve">[34:24] </w:t>
      </w:r>
      <w:r>
        <w:t>is zamanay ka insan aap jantay hain is waqt kuch bhi nahi hota tha. khargosh pakra aur bhon kar kha liya. aaj to aap ke paas million cheezain hain.</w:t>
      </w:r>
    </w:p>
    <w:p>
      <w:pPr>
        <w:jc w:val="right"/>
      </w:pPr>
      <w:r>
        <w:t>اس زمانے کا انسان آپ جانتے ہیں اس وقت کچھ بھی نہیں ہوتا تھا۔ خرگوش پکڑا اور بھون کر کھا لیا۔ آج تو آپ کے پاس ملین چیزیں ہیں۔</w:t>
      </w:r>
    </w:p>
    <w:p>
      <w:r>
        <w:rPr>
          <w:b/>
        </w:rPr>
        <w:t xml:space="preserve">[34:37] </w:t>
      </w:r>
      <w:r>
        <w:t>aap ke paas aap ka loha hai cement hai. tab to yeh building banatay hain aap. tab to loha tha na cement thi. kuch bhi nahi thi. aap gas pe aap ek ghumate hain ek ek switch aur aur aur nikalnay lagte hain aag aur khana paka letay hain.</w:t>
      </w:r>
    </w:p>
    <w:p>
      <w:pPr>
        <w:jc w:val="right"/>
      </w:pPr>
      <w:r>
        <w:t>آپ کے پاس آپ کا لوہا ہے سیمنٹ ہے۔ تب تو یہ بلڈنگ بناتے ہیں آپ۔ تب تو لوہا تھا نہ سیمنٹ تھی۔ کچھ بھی نہیں تھی۔ آپ گیس پہ آپ ایک گھماتے ہیں ایک ایک سوئچ اور اور اور نکلنے لگتے ہیں آگ اور کھانا پکا لیتے ہیں۔</w:t>
      </w:r>
    </w:p>
    <w:p>
      <w:r>
        <w:rPr>
          <w:b/>
        </w:rPr>
        <w:t xml:space="preserve">[34:52] </w:t>
      </w:r>
      <w:r>
        <w:t>woh sab kuch bhi nahi tha. to is is logon ne qurbani na di hoti to aaj mere paas kuch bhi na hota. aap ke paas kursi bhi na hoti baithnay ke liye. yeh ghari na hoti jis mein aap bandhte hain.</w:t>
      </w:r>
    </w:p>
    <w:p>
      <w:pPr>
        <w:jc w:val="right"/>
      </w:pPr>
      <w:r>
        <w:t>وہ سب کچھ بھی نہیں تھا۔ تو اس اس لوگوں نے قربانی نہ دی ہوتی تو آج میرے پاس کچھ بھی نہ ہوتا۔ آپ کے پاس کرسی بھی نہ ہوتی بیٹھنے کے لیے۔ یہ گھڑی نہ ہوتی جس میں آپ باندھتے ہیں۔</w:t>
      </w:r>
    </w:p>
    <w:p>
      <w:r>
        <w:rPr>
          <w:b/>
        </w:rPr>
        <w:t xml:space="preserve">[35:03] </w:t>
      </w:r>
      <w:r>
        <w:t>apnay bachon ko khush karne ke liye jo aap kuch karte hain woh bhi na hota aap ke paas karne ke liye. aaj bachay bhookay martay hain. kyunke woh aap is baat ko samjhiye ke main kya keh raha hoon.</w:t>
      </w:r>
    </w:p>
    <w:p>
      <w:pPr>
        <w:jc w:val="right"/>
      </w:pPr>
      <w:r>
        <w:t>اپنے بچوں کو خوش کرنے کے لیے جو آپ کچھ کرتے ہیں وہ بھی نہ ہوتا آپ کے پاس کرنے کے لیے۔ آج بچے بھوکے مرتے ہیں۔ کیونکہ وہ آپ اس بات کو سمجھیے کہ میں کیا کہہ رہا ہوں۔</w:t>
      </w:r>
    </w:p>
    <w:p>
      <w:r>
        <w:rPr>
          <w:b/>
        </w:rPr>
        <w:t xml:space="preserve">[35:15] </w:t>
      </w:r>
      <w:r>
        <w:t>qadeem zamana jo tha woh land based economy ka zamana tha. land based economy. zameen se jo paida hua use kha liye. land se bohat kam paida hota hai.</w:t>
      </w:r>
    </w:p>
    <w:p>
      <w:pPr>
        <w:jc w:val="right"/>
      </w:pPr>
      <w:r>
        <w:t>قدیم زمانہ جو تھا وہ لینڈ بیسڈ اکانومی کا زمانہ تھا۔ لینڈ بیسڈ اکانومی۔ زمین سے جو پیدا ہوا اسے کھا لیے۔ لینڈ سے بہت کم پیدا ہوتا ہے۔</w:t>
      </w:r>
    </w:p>
    <w:p>
      <w:r>
        <w:rPr>
          <w:b/>
        </w:rPr>
        <w:t xml:space="preserve">[35:27] </w:t>
      </w:r>
      <w:r>
        <w:t>aur sari cheezain jo hain is ka talluq industry se hai. to land based economy mein bohat thori cheezain hoti theen aap ke paas.</w:t>
      </w:r>
    </w:p>
    <w:p>
      <w:pPr>
        <w:jc w:val="right"/>
      </w:pPr>
      <w:r>
        <w:t>اور ساری چیزیں جو ہیں اس کا تعلق انڈسٹری سے ہے۔ تو لینڈ بیسڈ اکانومی میں بہت تھوڑی چیزیں ہوتی تھیں آپ کے پاس۔</w:t>
      </w:r>
    </w:p>
    <w:p>
      <w:r>
        <w:rPr>
          <w:b/>
        </w:rPr>
        <w:t xml:space="preserve">[35:37] </w:t>
      </w:r>
      <w:r>
        <w:t>lekin jab industrial jab yeh sainsi inqilab aaya. jab industrial inqilab aaya. tab yeh million cheezain aap ko hath aain hain. sara jo consumer item hai jis tarah woh sab kis kab paida hue.</w:t>
      </w:r>
    </w:p>
    <w:p>
      <w:pPr>
        <w:jc w:val="right"/>
      </w:pPr>
      <w:r>
        <w:t>لیکن جب انڈسٹریل جب یہ سائنسی انقلاب آیا۔ جب انڈسٹریل انقلاب آیا۔ تب یہ ملین چیزیں آپ کو ہاتھ آئیں ہیں۔ سارا جو کنزیومر آئٹم ہے جس طرح وہ سب کس کب پیدا ہوئے۔</w:t>
      </w:r>
    </w:p>
    <w:p>
      <w:r>
        <w:rPr>
          <w:b/>
        </w:rPr>
        <w:t xml:space="preserve">[35:50] </w:t>
      </w:r>
      <w:r>
        <w:t>sainsi inqilab ke baad. is se pehle to kuch bhi nahi tha. to in logon ne jo qurbani di is qurbani se woh door khatam hua.</w:t>
      </w:r>
    </w:p>
    <w:p>
      <w:pPr>
        <w:jc w:val="right"/>
      </w:pPr>
      <w:r>
        <w:t>سائنسی انقلاب کے بعد۔ اس سے پہلے تو کچھ بھی نہیں تھا۔ تو ان لوگوں نے جو قربانی دی اس قربانی سے وہ دور ختم ہوا۔</w:t>
      </w:r>
    </w:p>
    <w:p>
      <w:r>
        <w:rPr>
          <w:b/>
        </w:rPr>
        <w:t xml:space="preserve">[36:02] </w:t>
      </w:r>
      <w:r>
        <w:t>land based economy jo hai industry based economy bani. kingship khatam ho gayi democracy aayi. yeh sab isi qurbani ke baad aayi hai yeh. maine likha apni book mein jo kitab jis ka naam hai islam da creator of modern world.</w:t>
      </w:r>
    </w:p>
    <w:p>
      <w:pPr>
        <w:jc w:val="right"/>
      </w:pPr>
      <w:r>
        <w:t>لینڈ بیسڈ اکانومی جو ہے انڈسٹری بیسڈ اکانومی بنی۔ کنگ شپ ختم ہو گئی ڈیموکریسی آئی۔ یہ سب اسی قربانی کے بعد آئی ہے یہ۔ میں نے لکھا اپنی بک میں جو کتاب جس کا نام ہے اسلام دا کریٹر آف ماڈرن ورلڈ۔</w:t>
      </w:r>
    </w:p>
    <w:p>
      <w:r>
        <w:rPr>
          <w:b/>
        </w:rPr>
        <w:t xml:space="preserve">[36:15] </w:t>
      </w:r>
      <w:r>
        <w:t>is ko aap parhiye. to main yeh keh raha tha ke dekhiye. ek tareekh jo shuru hui hazrat hajra se.</w:t>
      </w:r>
    </w:p>
    <w:p>
      <w:pPr>
        <w:jc w:val="right"/>
      </w:pPr>
      <w:r>
        <w:t>اس کو آپ پڑھیے۔ تو میں یہ کہہ رہا تھا کہ دیکھیے۔ ایک تاریخ جو شروع ہوئی حضرت ہاجرہ سے۔</w:t>
      </w:r>
    </w:p>
    <w:p>
      <w:r>
        <w:rPr>
          <w:b/>
        </w:rPr>
        <w:t xml:space="preserve">[36:25] </w:t>
      </w:r>
      <w:r>
        <w:t>isi ki culmination hai stephen hawking. hajra ne ek team di. is team ne jhoka apne aap ko. aur ek bohat bara inqilab aaya tareekh mein.</w:t>
      </w:r>
    </w:p>
    <w:p>
      <w:pPr>
        <w:jc w:val="right"/>
      </w:pPr>
      <w:r>
        <w:t>اسی کی کلمنیشن ہے اسٹیفن ہاکنگ۔ ہاجرہ نے ایک ٹیم دی۔ اس ٹیم نے جھوکا اپنے آپ کو۔ اور ایک بہت بڑا انقلاب آیا تاریخ میں۔</w:t>
      </w:r>
    </w:p>
    <w:p>
      <w:r>
        <w:rPr>
          <w:b/>
        </w:rPr>
        <w:t xml:space="preserve">[36:37] </w:t>
      </w:r>
      <w:r>
        <w:t>aur aakhir mein jo role yeh is ka hai stephen hawking ka. ke is ne riyaziati taur par sabit kar diya ke khuda sirf aik hi ho sakta hai do nahi ho sakta hai khuda.</w:t>
      </w:r>
    </w:p>
    <w:p>
      <w:pPr>
        <w:jc w:val="right"/>
      </w:pPr>
      <w:r>
        <w:t>اور آخر میں جو رول یہ اس کا ہے اسٹیفن ہاکنگ کا۔ کہ اس نے ریاضیاتی طور پر ثابت کر دیا کہ خدا صرف ایک ہی ہو سکتا ہے دو نہیں ہو سکتا ہے خدا۔</w:t>
      </w:r>
    </w:p>
    <w:p>
      <w:r>
        <w:rPr>
          <w:b/>
        </w:rPr>
        <w:t xml:space="preserve">[36:46] </w:t>
      </w:r>
      <w:r>
        <w:t>na do na chaar na das na crore. sab jhooti baat hai. is se pehle kabhi nahi hua tha. is se pehle kabhi hua nahi tha yeh baat.</w:t>
      </w:r>
    </w:p>
    <w:p>
      <w:pPr>
        <w:jc w:val="right"/>
      </w:pPr>
      <w:r>
        <w:t>نہ دو نہ چار نہ دس نہ کروڑ۔ سب جھوٹی بات ہے۔ اس سے پہلے کبھی نہیں ہوا تھا۔ اس سے پہلے کبھی ہوا نہیں تھا یہ بات۔</w:t>
      </w:r>
    </w:p>
    <w:p>
      <w:r>
        <w:rPr>
          <w:b/>
        </w:rPr>
        <w:t xml:space="preserve">[36:57] </w:t>
      </w:r>
      <w:r>
        <w:t>log lakhon khuda mantay thay croreon khuda mantay thay. stephen hawking ne yeh sabit kiya riyaziati taur par sabit kar diya hai. ke poori kainat ko ek hi quwwat control kar rahi hai.</w:t>
      </w:r>
    </w:p>
    <w:p>
      <w:pPr>
        <w:jc w:val="right"/>
      </w:pPr>
      <w:r>
        <w:t>لوگ لاکھوں خدا مانتے تھے کروڑوں خدا مانتے تھے۔ اسٹیفن ہاکنگ نے یہ ثابت کیا ریاضیاتی طور پر ثابت کر دیا ہے۔ کہ پوری کائنات کو ایک ہی قوت کنٹرول کر رہی ہے۔</w:t>
      </w:r>
    </w:p>
    <w:p>
      <w:r>
        <w:rPr>
          <w:b/>
        </w:rPr>
        <w:t xml:space="preserve">[37:09] </w:t>
      </w:r>
      <w:r>
        <w:t>ek hi usool control kar raha hai. jo is ke lafz mein hai. single string. ek dori. yani toheed jo hai aaj ek riyaziati taur par sabit haqeeqat ban gayi.</w:t>
      </w:r>
    </w:p>
    <w:p>
      <w:pPr>
        <w:jc w:val="right"/>
      </w:pPr>
      <w:r>
        <w:t>ایک ہی اصول کنٹرول کر رہا ہے۔ جو اس کے لفظ میں ہے۔ سنگل سٹرنگ۔ ایک ڈوری۔ یعنی توحید جو ہے آج ایک ریاضیاتی طور پر ثابت حقیقت بن گئی۔</w:t>
      </w:r>
    </w:p>
    <w:p>
      <w:r>
        <w:rPr>
          <w:b/>
        </w:rPr>
        <w:t xml:space="preserve">[37:26] </w:t>
      </w:r>
      <w:r>
        <w:t>to is tarah se goya ke khuda ka jo deen hai is ko sainsi buniyad mil gayi. pehle sainsi buniyad nahi thi. simply ailan kar sakte thay aap ke khuda ek hai.</w:t>
      </w:r>
    </w:p>
    <w:p>
      <w:pPr>
        <w:jc w:val="right"/>
      </w:pPr>
      <w:r>
        <w:t>تو اس طرح سے گویا کہ خدا کا جو دین ہے اس کو سائنسی بنیاد مل گئی۔ پہلے سائنسی بنیاد نہیں تھی۔ سمپلی اعلان کر سکتے تھے آپ کہ خدا ایک ہے۔</w:t>
      </w:r>
    </w:p>
    <w:p>
      <w:r>
        <w:rPr>
          <w:b/>
        </w:rPr>
        <w:t xml:space="preserve">[37:37] </w:t>
      </w:r>
      <w:r>
        <w:t>lekin jab aap khuda ek hai kehte thay. to ilm ka jo yani ilm ka jo woh hai. ilm ka jo zor hai is ke kisi peechay nahi hota tha.</w:t>
      </w:r>
    </w:p>
    <w:p>
      <w:pPr>
        <w:jc w:val="right"/>
      </w:pPr>
      <w:r>
        <w:t>لیکن جب آپ خدا ایک ہے کہتے تھے۔ تو علم کا جو یعنی علم کا جو وہ ہے۔ علم کا جو زور ہے اس کے کسی پیچھے نہیں ہوتا تھا۔</w:t>
      </w:r>
    </w:p>
    <w:p>
      <w:r>
        <w:rPr>
          <w:b/>
        </w:rPr>
        <w:t xml:space="preserve">[37:50] </w:t>
      </w:r>
      <w:r>
        <w:t>ilm ka zor is ke peechay nahi hota tha. ilm alag tha aur aap ka ailan alag tha. ab yeh hai ke sara ilm aap ki pusht par aa gaya.</w:t>
      </w:r>
    </w:p>
    <w:p>
      <w:pPr>
        <w:jc w:val="right"/>
      </w:pPr>
      <w:r>
        <w:t>علم کا زور اس کے پیچھے نہیں ہوتا تھا۔ علم الگ تھا اور آپ کا اعلان الگ تھا۔ اب یہ ہے کہ سارا علم آپ کی پشت پر آ گیا۔</w:t>
      </w:r>
    </w:p>
    <w:p>
      <w:r>
        <w:rPr>
          <w:b/>
        </w:rPr>
        <w:t xml:space="preserve">[38:02] </w:t>
      </w:r>
      <w:r>
        <w:t>main inshallah aglay baar itwar mein bataunga ke kis tarah se quran ki jo haqiqatain hain woh kis tarah modern science ne is ko is ki tasdeeq ki hai.</w:t>
      </w:r>
    </w:p>
    <w:p>
      <w:pPr>
        <w:jc w:val="right"/>
      </w:pPr>
      <w:r>
        <w:t>میں انشاءاللہ اگلے بار اتوار میں بتاؤں گا کہ کس طرح سے قرآن کی جو حقیقتیں ہیں وہ کس طرح موجود ماڈرن سائنس نے اس کو اس کی تصدیق کی ہے۔</w:t>
      </w:r>
    </w:p>
    <w:p>
      <w:r>
        <w:rPr>
          <w:b/>
        </w:rPr>
        <w:t xml:space="preserve">[38:11] </w:t>
      </w:r>
      <w:r>
        <w:t>kis tarah is ko sabit kar diya hai. aaj to mein sirf is ke tareekhi pehlu ko keh raha hoon. ke yeh tareekh jo hai ab wahan pohnchi hai ke aap ko aakhri call dena hai.</w:t>
      </w:r>
    </w:p>
    <w:p>
      <w:pPr>
        <w:jc w:val="right"/>
      </w:pPr>
      <w:r>
        <w:t>کس طرح اس کو ثابت کر دیا ہے۔ آج تو میں صرف اس کے تاریخی پہلو کو کہہ رہا ہوں۔ کہ یہ تاریخ جو ہے اب وہاں پہنچی ہے کہ آپ کو آخری کال دینا ہے۔</w:t>
      </w:r>
    </w:p>
    <w:p>
      <w:r>
        <w:rPr>
          <w:b/>
        </w:rPr>
        <w:t xml:space="preserve">[38:21] </w:t>
      </w:r>
      <w:r>
        <w:t>jo mein kai baar kehta rehta hoon aakhri call.</w:t>
      </w:r>
    </w:p>
    <w:p>
      <w:pPr>
        <w:jc w:val="right"/>
      </w:pPr>
      <w:r>
        <w:t>جو میں کئی بار کہتا رہتا ہوں آخری کال۔</w:t>
      </w:r>
    </w:p>
    <w:p>
      <w:r>
        <w:rPr>
          <w:b/>
        </w:rPr>
        <w:t xml:space="preserve">[38:28] </w:t>
      </w:r>
      <w:r>
        <w:t>aur is ke baad phir qayamat aa jaye gi. tareekh apne ikhtitam tak pohnch chuki hai. yaani paanch hazar saal ka aik amal jo hai woh apne is had par pohnch chuka hai jahan koi uthe aur aakhri call de de taakeh Khuda ka woh daur shuru ho.</w:t>
      </w:r>
    </w:p>
    <w:p>
      <w:pPr>
        <w:jc w:val="right"/>
      </w:pPr>
      <w:r>
        <w:t>اور اس کے بعد پھر قیامت آ جائے گی۔ تاریخ اپنے اختتام تک پہنچ چکی ہے۔ یعنی پانچ ہزار سال کا ایک عمل جو ہے وہ اپنے اس حد پر پہنچ چکا ہے جہاں کوئی اٹھے اور آخری کال دے دے تاکہ خدا کا وہ دور شروع ہو۔</w:t>
      </w:r>
    </w:p>
    <w:p>
      <w:r>
        <w:rPr>
          <w:b/>
        </w:rPr>
        <w:t xml:space="preserve">[38:44] </w:t>
      </w:r>
      <w:r>
        <w:t>jahan jannat hogi aur jahan aadmi ko abadi barkat abadi khushi mile gi. abadi sukoon mile ga.</w:t>
      </w:r>
    </w:p>
    <w:p>
      <w:pPr>
        <w:jc w:val="right"/>
      </w:pPr>
      <w:r>
        <w:t>جہاں جنت ہوگی اور جہاں آدمی کو ابدی برکت ابدی خوشی ملے گی۔ ابدی سکون ملے گا۔</w:t>
      </w:r>
    </w:p>
    <w:p>
      <w:r>
        <w:rPr>
          <w:b/>
        </w:rPr>
        <w:t xml:space="preserve">[38:55] </w:t>
      </w:r>
      <w:r>
        <w:t>abadi khushi mile gi. woh woh is daur ko ko Khuda ko shuru karna hai. Khuda ko is daur ko shuru karna hai jahan aap ka zehn poori tarah takmeel paaye.</w:t>
      </w:r>
    </w:p>
    <w:p>
      <w:pPr>
        <w:jc w:val="right"/>
      </w:pPr>
      <w:r>
        <w:t>ابدی خوشی ملے گی۔ وہ وہ اس دور کو کو خدا کو شروع کرنا ہے۔ خدا کو اس دور کو شروع کرنا ہے جہاں آپ کا ذہن پوری طرح تکمیل پائے۔</w:t>
      </w:r>
    </w:p>
    <w:p>
      <w:r>
        <w:rPr>
          <w:b/>
        </w:rPr>
        <w:t xml:space="preserve">[39:05] </w:t>
      </w:r>
      <w:r>
        <w:t>abhi aap ko takmeel nahi milta is dunya mein. to Khuda ko is din ka intezar hai jab ke woh Khuda is darwaze ko khol de. woh kahe ga aao insano</w:t>
      </w:r>
    </w:p>
    <w:p>
      <w:pPr>
        <w:jc w:val="right"/>
      </w:pPr>
      <w:r>
        <w:t>ابھی آپ کو تکمیل نہیں ملتا اس دنیا میں۔ تو خدا کو اس دن کا انتظار ہے جب کہ وہ خدا اس دروازے کو کھول دے۔ وہ کہے گا آؤ انسانوں</w:t>
      </w:r>
    </w:p>
    <w:p>
      <w:r>
        <w:rPr>
          <w:b/>
        </w:rPr>
        <w:t xml:space="preserve">[39:14] </w:t>
      </w:r>
      <w:r>
        <w:t>yahan tumhari takmeel hai. lekin woh tab hoga jab ke aakhri call de di jaye. jab tak aakhri call na de di jaye tab tak woh darwaza khulne wala nahi hai.</w:t>
      </w:r>
    </w:p>
    <w:p>
      <w:pPr>
        <w:jc w:val="right"/>
      </w:pPr>
      <w:r>
        <w:t>یہاں تمہاری تکمیل ہے۔ لیکن وہ تب ہوگا جب کہ آخری کال دے دی جائے۔ جب تک آخری کال نہ دی جائے تب تک وہ دروازہ کھلنے والا نہیں ہے۔</w:t>
      </w:r>
    </w:p>
    <w:p>
      <w:r>
        <w:rPr>
          <w:b/>
        </w:rPr>
        <w:t xml:space="preserve">[39:26] </w:t>
      </w:r>
      <w:r>
        <w:t>is ko yaad rakhiye. aap log samjhiye ke aap logon ne kya kaam karna hai. log bana rahe hain ma'muri saltanat aap banana hai ideological saltanat da'wa saltanat yeh bana raha hai aap ko.</w:t>
      </w:r>
    </w:p>
    <w:p>
      <w:pPr>
        <w:jc w:val="right"/>
      </w:pPr>
      <w:r>
        <w:t>اس کو یاد رکھیے۔ آپ لوگ سمجھیے کہ آپ لوگوں نے کیا کام کرنا ہے۔ لوگ بنا رہے ہیں معماری سلطنت آپ بنانا ہے آئیڈیالوجیکل سلطنت دعویٰ سلطنت یہ بنا رہا ہے آپ کو۔</w:t>
      </w:r>
    </w:p>
    <w:p>
      <w:r>
        <w:rPr>
          <w:b/>
        </w:rPr>
        <w:t xml:space="preserve">[39:40] </w:t>
      </w:r>
      <w:r>
        <w:t>is ke liye apne aap ko jhonkna hai yaad rakhiye. aur aap</w:t>
      </w:r>
    </w:p>
    <w:p>
      <w:pPr>
        <w:jc w:val="right"/>
      </w:pPr>
      <w:r>
        <w:t>اس کے لیے اپنے آپ کو جھونکنا ہے یاد رکھیے۔ اور آپ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