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Power of Prayer December 29, 2018</w:t>
      </w:r>
    </w:p>
    <w:p>
      <w:r>
        <w:t>https://www.youtube.com/watch?v=72PlksehEXE</w:t>
      </w:r>
    </w:p>
    <w:p>
      <w:r>
        <w:rPr>
          <w:b/>
        </w:rPr>
        <w:t xml:space="preserve">[00:13] </w:t>
      </w:r>
      <w:r>
        <w:t>bismillah-hir-rehman-nir-raheem,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 sallallahu ala nabiyyil kareem.</w:t>
      </w:r>
    </w:p>
    <w:p>
      <w:pPr>
        <w:jc w:val="right"/>
      </w:pPr>
      <w:r>
        <w:t>و صلی اللہ علی النبی الکریم۔</w:t>
      </w:r>
    </w:p>
    <w:p>
      <w:r>
        <w:rPr>
          <w:b/>
        </w:rPr>
        <w:t xml:space="preserve">[00:24]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[00:27]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[00:29] </w:t>
      </w:r>
      <w:r>
        <w:t>wahl-ul-uqdatan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[00:32] </w:t>
      </w:r>
      <w:r>
        <w:t>yaf-qahu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[00:38] </w:t>
      </w:r>
      <w:r>
        <w:t>29 december 2018.</w:t>
      </w:r>
    </w:p>
    <w:p>
      <w:pPr>
        <w:jc w:val="right"/>
      </w:pPr>
      <w:r>
        <w:t>29 دسمبر 2018۔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