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Culture of People of Paradise January 06, 2019 Maulana Wahiduddin Khan</w:t>
      </w:r>
    </w:p>
    <w:p>
      <w:r>
        <w:t>https://www.youtube.com/watch?v=rFExua9zntM</w:t>
      </w:r>
    </w:p>
    <w:p>
      <w:r>
        <w:rPr>
          <w:b/>
        </w:rPr>
        <w:t xml:space="preserve">[00:15] </w:t>
      </w:r>
      <w:r>
        <w:t>bismillah rehman rehim, wa salli Allahu ala nabi al kareem. rab ishrah li sadri, wa yassir li amri, wah lul uqdatan min lisani,</w:t>
      </w:r>
    </w:p>
    <w:p>
      <w:pPr>
        <w:jc w:val="right"/>
      </w:pPr>
      <w:r>
        <w:t>بسم اللہ الرحمن الرحیم، وصلی اللہ علی نبی الکریم۔ رب اشرح لی صدری، ویسر لی امری، واحل العقدۃ من لسانی،</w:t>
      </w:r>
    </w:p>
    <w:p>
      <w:r>
        <w:rPr>
          <w:b/>
        </w:rPr>
        <w:t xml:space="preserve">[00:34] </w:t>
      </w:r>
      <w:r>
        <w:t>yafqahu qawli.</w:t>
      </w:r>
    </w:p>
    <w:p>
      <w:pPr>
        <w:jc w:val="right"/>
      </w:pPr>
      <w:r>
        <w:t>یفقہ قولی۔</w:t>
      </w:r>
    </w:p>
    <w:p>
      <w:r>
        <w:rPr>
          <w:b/>
        </w:rPr>
        <w:t xml:space="preserve">[00:41] </w:t>
      </w:r>
      <w:r>
        <w:t>aaj mein jannat ya parah raaz ke bare mein</w:t>
      </w:r>
    </w:p>
    <w:p>
      <w:pPr>
        <w:jc w:val="right"/>
      </w:pPr>
      <w:r>
        <w:t>آج میں جنت یا پارہ راز کے بارے میں</w:t>
      </w:r>
    </w:p>
    <w:p>
      <w:r>
        <w:rPr>
          <w:b/>
        </w:rPr>
        <w:t xml:space="preserve">[00:48] </w:t>
      </w:r>
      <w:r>
        <w:t>kuch arz karna chahta hoon.</w:t>
      </w:r>
    </w:p>
    <w:p>
      <w:pPr>
        <w:jc w:val="right"/>
      </w:pPr>
      <w:r>
        <w:t>کچھ عرض کرنا چاہتا ہوں۔</w:t>
      </w:r>
    </w:p>
    <w:p>
      <w:r>
        <w:rPr>
          <w:b/>
        </w:rPr>
        <w:t xml:space="preserve">[00:56] </w:t>
      </w:r>
      <w:r>
        <w:t>to mein bohat dinon se yeh</w:t>
      </w:r>
    </w:p>
    <w:p>
      <w:pPr>
        <w:jc w:val="right"/>
      </w:pPr>
      <w:r>
        <w:t>تو میں بہت دنوں سے یہ</w:t>
      </w:r>
    </w:p>
    <w:p>
      <w:r>
        <w:rPr>
          <w:b/>
        </w:rPr>
        <w:t xml:space="preserve">[01:02] </w:t>
      </w:r>
      <w:r>
        <w:t>talash kar raha tha ke jannat aur insaan ka muamla kya hai.</w:t>
      </w:r>
    </w:p>
    <w:p>
      <w:pPr>
        <w:jc w:val="right"/>
      </w:pPr>
      <w:r>
        <w:t>تلاش کر رہا تھا کہ جنت اور انسان کا معاملہ کیا ہے۔</w:t>
      </w:r>
    </w:p>
    <w:p>
      <w:r>
        <w:rPr>
          <w:b/>
        </w:rPr>
        <w:t xml:space="preserve">[01:12] </w:t>
      </w:r>
      <w:r>
        <w:t>to meri samajh mein aaya ke is muamle ka</w:t>
      </w:r>
    </w:p>
    <w:p>
      <w:pPr>
        <w:jc w:val="right"/>
      </w:pPr>
      <w:r>
        <w:t>تو میری سمجھ میں آیا کہ اس معاملے کا</w:t>
      </w:r>
    </w:p>
    <w:p>
      <w:r>
        <w:rPr>
          <w:b/>
        </w:rPr>
        <w:t xml:space="preserve">[01:19] </w:t>
      </w:r>
      <w:r>
        <w:t>qulo do Quran ke do ayaton mein maujood hai. qulo. pehla qulo to hai: wa-sjud wa-qtarib.</w:t>
      </w:r>
    </w:p>
    <w:p>
      <w:pPr>
        <w:jc w:val="right"/>
      </w:pPr>
      <w:r>
        <w:t>قلو دو قرآن کے دو آیتوں میں موجود ہے۔ قلو۔ پہلا قلو تو ہے: وَاسْجُدْ وَاقْتَرِبْ۔</w:t>
      </w:r>
    </w:p>
    <w:p>
      <w:r>
        <w:rPr>
          <w:b/>
        </w:rPr>
        <w:t xml:space="preserve">[01:34] </w:t>
      </w:r>
      <w:r>
        <w:t>wa-sjud wa-qtarib Quran ki ayat hai. is ka matlab hai: sajda kar aur qareeb ho ja. to qareeb hone ka matlab kya hai?</w:t>
      </w:r>
    </w:p>
    <w:p>
      <w:pPr>
        <w:jc w:val="right"/>
      </w:pPr>
      <w:r>
        <w:t>وَاسْجُدْ وَاقْتَرِبْ قرآن کی آیت ہے۔ اس کا مطلب ہے: سجدہ کر اور قریب ہو جا۔ تو قریب ہونے کا معنی کیا ہے؟</w:t>
      </w:r>
    </w:p>
    <w:p>
      <w:r>
        <w:rPr>
          <w:b/>
        </w:rPr>
        <w:t xml:space="preserve">[01:47] </w:t>
      </w:r>
      <w:r>
        <w:t>beshumar logon ne sajda kiya, jis ka matlab yeh nahi ho ke distance khatam ho gaya Khuda aur bande ke darmiyan. yeh to hua nahi kabhi.</w:t>
      </w:r>
    </w:p>
    <w:p>
      <w:pPr>
        <w:jc w:val="right"/>
      </w:pPr>
      <w:r>
        <w:t>بے شمار لوگوں نے سجدہ کیا، جس کا مطلب یہ نہیں ہو کہ ڈسٹنس ختم ہو گیا خدا اور بندے کے درمیان۔ یہ تو ہوا نہیں کبھی۔</w:t>
      </w:r>
    </w:p>
    <w:p>
      <w:r>
        <w:rPr>
          <w:b/>
        </w:rPr>
        <w:t xml:space="preserve">[01:58] </w:t>
      </w:r>
      <w:r>
        <w:t>sajda karne walon ne sajda kiya, hatta ke prophet ne kiya. to aisa to nahi hua ke sajda kiya to Khuda aur bande ke darmiyan distance khatam ho gaya.</w:t>
      </w:r>
    </w:p>
    <w:p>
      <w:pPr>
        <w:jc w:val="right"/>
      </w:pPr>
      <w:r>
        <w:t>سجدہ کرنے والوں نے سجدہ کیا، حتیٰ کہ پرافٹ نے کیا۔ تو ایسا تو نہیں ہوا کہ سجدہ کیا تو خدا اور بندے کے درمیان ڈسٹنس ختم ہو گیا۔</w:t>
      </w:r>
    </w:p>
    <w:p>
      <w:r>
        <w:rPr>
          <w:b/>
        </w:rPr>
        <w:t xml:space="preserve">[02:14] </w:t>
      </w:r>
      <w:r>
        <w:t>to sochte sochte meri samajh mein aaya ke sajda kar aur qareeb ho ja ki shara'it khud Quran mein maujood hain.</w:t>
      </w:r>
    </w:p>
    <w:p>
      <w:pPr>
        <w:jc w:val="right"/>
      </w:pPr>
      <w:r>
        <w:t>تو سوچتے سوچتے میری سمجھ میں آیا کہ سجدہ کر اور قریب ہو جا کی شرائط خود قرآن میں موجود ہیں۔</w:t>
      </w:r>
    </w:p>
    <w:p>
      <w:r>
        <w:rPr>
          <w:b/>
        </w:rPr>
        <w:t xml:space="preserve">[02:26] </w:t>
      </w:r>
      <w:r>
        <w:t>woh hai fir'aun jo</w:t>
      </w:r>
    </w:p>
    <w:p>
      <w:pPr>
        <w:jc w:val="right"/>
      </w:pPr>
      <w:r>
        <w:t>وہ ہے فرعون جو</w:t>
      </w:r>
    </w:p>
    <w:p>
      <w:r>
        <w:rPr>
          <w:b/>
        </w:rPr>
        <w:t xml:space="preserve">[02:31] </w:t>
      </w:r>
      <w:r>
        <w:t>chaar hazaar saal se zyada ghaliban muddat hui jab woh misr mein aik despotic king ke taur par tha, woh firaun.</w:t>
      </w:r>
    </w:p>
    <w:p>
      <w:pPr>
        <w:jc w:val="right"/>
      </w:pPr>
      <w:r>
        <w:t>چار ہزار سال سے زیادہ غالباً مدت ہوئی جب وہ مصر میں ایک ڈیسپوٹک کنگ کے طور پر تھا، وہ فرعون۔</w:t>
      </w:r>
    </w:p>
    <w:p>
      <w:r>
        <w:rPr>
          <w:b/>
        </w:rPr>
        <w:t xml:space="preserve">[02:47] </w:t>
      </w:r>
      <w:r>
        <w:t>toh wahan par aik uski malika jo thi, woh thi Aasiya bint Muzahim.</w:t>
      </w:r>
    </w:p>
    <w:p>
      <w:pPr>
        <w:jc w:val="right"/>
      </w:pPr>
      <w:r>
        <w:t>تو وہاں پر ایک اس کی ملکہ جو تھی، وہ تھی آسیہ بنت مزاحم۔</w:t>
      </w:r>
    </w:p>
    <w:p>
      <w:r>
        <w:rPr>
          <w:b/>
        </w:rPr>
        <w:t xml:space="preserve">[02:59] </w:t>
      </w:r>
      <w:r>
        <w:t>Aasiya bint Muzahim. Toh uske zamane mein Hazrat Musa paida hue, unhone tauheed ki dawat di.</w:t>
      </w:r>
    </w:p>
    <w:p>
      <w:pPr>
        <w:jc w:val="right"/>
      </w:pPr>
      <w:r>
        <w:t>آسیہ بنت مزاحم۔ تو اس کے زمانے میں حضرت موسیٰ پیدا ہوئے، انہوں نے توحید کی دعوت دی۔</w:t>
      </w:r>
    </w:p>
    <w:p>
      <w:r>
        <w:rPr>
          <w:b/>
        </w:rPr>
        <w:t xml:space="preserve">[03:12] </w:t>
      </w:r>
      <w:r>
        <w:t>jabke firaun khud apne ko kehta tha ke "ana rabbukum al-a'la". Apne hi ko dawaye karta tha ke "main hi toh tumhara rab hoon".</w:t>
      </w:r>
    </w:p>
    <w:p>
      <w:pPr>
        <w:jc w:val="right"/>
      </w:pPr>
      <w:r>
        <w:t>جبکہ فرعون خود اپنے کو کہتا تھا کہ "أنا ربکم الاعلیٰ"۔ اپنے ہی کو دعویٰ کرتا تھا کہ "میں ہی تو تمہارا رب ہوں"۔</w:t>
      </w:r>
    </w:p>
    <w:p>
      <w:r>
        <w:rPr>
          <w:b/>
        </w:rPr>
        <w:t xml:space="preserve">[03:25] </w:t>
      </w:r>
      <w:r>
        <w:t>toh firaun zahir hai ke iske khilaf ho gaya.</w:t>
      </w:r>
    </w:p>
    <w:p>
      <w:pPr>
        <w:jc w:val="right"/>
      </w:pPr>
      <w:r>
        <w:t>تو فرعون ظاہر ہے کہ اس کے خلاف ہو گیا۔</w:t>
      </w:r>
    </w:p>
    <w:p>
      <w:r>
        <w:rPr>
          <w:b/>
        </w:rPr>
        <w:t xml:space="preserve">[03:31] </w:t>
      </w:r>
      <w:r>
        <w:t>toh yeh jo Aasiya Aasiya bint Muzahim jo theen,</w:t>
      </w:r>
    </w:p>
    <w:p>
      <w:pPr>
        <w:jc w:val="right"/>
      </w:pPr>
      <w:r>
        <w:t>تو یہ جو آسیہ آسیہ بنت مزاحم جو تھیں،</w:t>
      </w:r>
    </w:p>
    <w:p>
      <w:r>
        <w:rPr>
          <w:b/>
        </w:rPr>
        <w:t xml:space="preserve">[03:39] </w:t>
      </w:r>
      <w:r>
        <w:t>unko Musa ki awaaz pahunchi.</w:t>
      </w:r>
    </w:p>
    <w:p>
      <w:pPr>
        <w:jc w:val="right"/>
      </w:pPr>
      <w:r>
        <w:t>ان کو موسیٰ کی آواز پہنچی۔</w:t>
      </w:r>
    </w:p>
    <w:p>
      <w:r>
        <w:rPr>
          <w:b/>
        </w:rPr>
        <w:t xml:space="preserve">[03:45] </w:t>
      </w:r>
      <w:r>
        <w:t>Musa ka jo paigham hai, woh suna unhone. Toh woh bohat thi, mere khayal se, nature pe thi.</w:t>
      </w:r>
    </w:p>
    <w:p>
      <w:pPr>
        <w:jc w:val="right"/>
      </w:pPr>
      <w:r>
        <w:t>موسیٰ کا جو پیغام ہے، وہ سنا انہوں نے۔ تو وہ بہت تھی، میرے خیال سے، نیچر پہ تھی۔</w:t>
      </w:r>
    </w:p>
    <w:p>
      <w:r>
        <w:rPr>
          <w:b/>
        </w:rPr>
        <w:t xml:space="preserve">[03:53] </w:t>
      </w:r>
      <w:r>
        <w:t>nature pe. Toh unka nature jo tha, usne foran pakad liya Musa ki dawat ko aur uski mom ban gayeen.</w:t>
      </w:r>
    </w:p>
    <w:p>
      <w:pPr>
        <w:jc w:val="right"/>
      </w:pPr>
      <w:r>
        <w:t>نیچر پہ۔ تو ان کا نیچر جو تھا، اس نے فوراً پکڑ لیا موسیٰ کی دعوت کو اور اس کی مون بن گئیں۔</w:t>
      </w:r>
    </w:p>
    <w:p>
      <w:r>
        <w:rPr>
          <w:b/>
        </w:rPr>
        <w:t xml:space="preserve">[04:06] </w:t>
      </w:r>
      <w:r>
        <w:t>woh jab firaun ko pata chala ke meri malika jo hai, woh Musa ki follower ban gayi hai, toh bohat ghussa hua woh.</w:t>
      </w:r>
    </w:p>
    <w:p>
      <w:pPr>
        <w:jc w:val="right"/>
      </w:pPr>
      <w:r>
        <w:t>وہ جب فرعون کو پتہ چلا کہ میری ملکہ جو ہے، وہ موسیٰ کی فالوور بن گئی ہے، تو بہت غصہ ہوا وہ۔</w:t>
      </w:r>
    </w:p>
    <w:p>
      <w:r>
        <w:rPr>
          <w:b/>
        </w:rPr>
        <w:t xml:space="preserve">[04:20] </w:t>
      </w:r>
      <w:r>
        <w:t>aur usne unko talwar se qatl kar diya.</w:t>
      </w:r>
    </w:p>
    <w:p>
      <w:pPr>
        <w:jc w:val="right"/>
      </w:pPr>
      <w:r>
        <w:t>اور اس نے ان کو تلوار سے قتل کر دیا۔</w:t>
      </w:r>
    </w:p>
    <w:p>
      <w:r>
        <w:rPr>
          <w:b/>
        </w:rPr>
        <w:t xml:space="preserve">[04:27] </w:t>
      </w:r>
      <w:r>
        <w:t>toh jab woh khada hua talwar le kar qatl karne ke liye</w:t>
      </w:r>
    </w:p>
    <w:p>
      <w:pPr>
        <w:jc w:val="right"/>
      </w:pPr>
      <w:r>
        <w:t>تو جب وہ کھڑا ہوا تلوار لے کر قتل کرنے کے لیے</w:t>
      </w:r>
    </w:p>
    <w:p>
      <w:r>
        <w:rPr>
          <w:b/>
        </w:rPr>
        <w:t xml:space="preserve">[04:33] </w:t>
      </w:r>
      <w:r>
        <w:t>aur kaha ke "tum ya toh Musa ke deen ko chodo ya yeh talwar meri jo hai, tumhara khatma kar degi".</w:t>
      </w:r>
    </w:p>
    <w:p>
      <w:pPr>
        <w:jc w:val="right"/>
      </w:pPr>
      <w:r>
        <w:t>اور کہا کہ "تم یا تو موسیٰ کے دین کو چھوڑو یا یہ تلوار میری جو ہے، تمہارا خاتمہ کر دے گی"۔</w:t>
      </w:r>
    </w:p>
    <w:p>
      <w:r>
        <w:rPr>
          <w:b/>
        </w:rPr>
        <w:t xml:space="preserve">[04:44] </w:t>
      </w:r>
      <w:r>
        <w:t>us waqt jo dua ki thi unhone, woh Quran mein hai: "rabbili baytan indaka fil jannati".</w:t>
      </w:r>
    </w:p>
    <w:p>
      <w:pPr>
        <w:jc w:val="right"/>
      </w:pPr>
      <w:r>
        <w:t>اس وقت جو دعا کی تھی انہوں نے، وہ قرآن میں ہے: "رببلی بیت عندک فی الجنہ"۔</w:t>
      </w:r>
    </w:p>
    <w:p>
      <w:r>
        <w:rPr>
          <w:b/>
        </w:rPr>
        <w:t xml:space="preserve">[04:57] </w:t>
      </w:r>
      <w:r>
        <w:t>Ae Allah, mere liye apne paas, apne qareeb jannat mein aik ghar bana de.</w:t>
      </w:r>
    </w:p>
    <w:p>
      <w:pPr>
        <w:jc w:val="right"/>
      </w:pPr>
      <w:r>
        <w:t>اے اللہ، میرے لیے اپنے پاس، اپنے قریب جنت میں ایک گھر بنا دے۔</w:t>
      </w:r>
    </w:p>
    <w:p>
      <w:r>
        <w:rPr>
          <w:b/>
        </w:rPr>
        <w:t xml:space="preserve">[05:10] </w:t>
      </w:r>
      <w:r>
        <w:t>toh is ayat ko le kar maine samjha ke yeh uski sharah karti hai. Wasjud waqtarib.</w:t>
      </w:r>
    </w:p>
    <w:p>
      <w:pPr>
        <w:jc w:val="right"/>
      </w:pPr>
      <w:r>
        <w:t>تو اس آیت کو لے کر میں نے سمجھا کہ یہ اس کی شرح کرتی ہے۔ وَاسْجُدْ وَاقْتَرِبْ۔</w:t>
      </w:r>
    </w:p>
    <w:p>
      <w:r>
        <w:rPr>
          <w:b/>
        </w:rPr>
        <w:t xml:space="preserve">[05:19] </w:t>
      </w:r>
      <w:r>
        <w:t>yeh jannat naam hai Allah ki qurbat mein jagah paane ka.</w:t>
      </w:r>
    </w:p>
    <w:p>
      <w:pPr>
        <w:jc w:val="right"/>
      </w:pPr>
      <w:r>
        <w:t>یہ جنت نام ہے اللہ کی قربت میں جگہ پانے کا۔</w:t>
      </w:r>
    </w:p>
    <w:p>
      <w:r>
        <w:rPr>
          <w:b/>
        </w:rPr>
        <w:t xml:space="preserve">[05:26] </w:t>
      </w:r>
      <w:r>
        <w:t>yeh duniya mein hum hain toh yahan hamari qurbat aik aur hai, hamare parosi kuch aur hain.</w:t>
      </w:r>
    </w:p>
    <w:p>
      <w:pPr>
        <w:jc w:val="right"/>
      </w:pPr>
      <w:r>
        <w:t>یہ دنیا میں ہم ہیں تو یہاں ہماری قربت ایک اور ہے، ہمارے پڑوسی کچھ اور ہیں۔</w:t>
      </w:r>
    </w:p>
    <w:p>
      <w:r>
        <w:rPr>
          <w:b/>
        </w:rPr>
        <w:t xml:space="preserve">[05:37] </w:t>
      </w:r>
      <w:r>
        <w:t>toh woh duniya jo next</w:t>
      </w:r>
    </w:p>
    <w:p>
      <w:pPr>
        <w:jc w:val="right"/>
      </w:pPr>
      <w:r>
        <w:t>تو وہ دنیا جو نیکسٹ</w:t>
      </w:r>
    </w:p>
    <w:p>
      <w:r>
        <w:rPr>
          <w:b/>
        </w:rPr>
        <w:t xml:space="preserve">[05:46] </w:t>
      </w:r>
      <w:r>
        <w:t>mein aati hai, aane wali hai hamare paas,</w:t>
      </w:r>
    </w:p>
    <w:p>
      <w:pPr>
        <w:jc w:val="right"/>
      </w:pPr>
      <w:r>
        <w:t>میں آتی ہے، آنے والی ہے ہمارے پاس،</w:t>
      </w:r>
    </w:p>
    <w:p>
      <w:r>
        <w:rPr>
          <w:b/>
        </w:rPr>
        <w:t xml:space="preserve">[05:51] </w:t>
      </w:r>
      <w:r>
        <w:t>wahan par jo jannat banegi,</w:t>
      </w:r>
    </w:p>
    <w:p>
      <w:pPr>
        <w:jc w:val="right"/>
      </w:pPr>
      <w:r>
        <w:t>وہاں پر جو جنت بنے گی،</w:t>
      </w:r>
    </w:p>
    <w:p>
      <w:r>
        <w:rPr>
          <w:b/>
        </w:rPr>
        <w:t xml:space="preserve">[05:59] </w:t>
      </w:r>
      <w:r>
        <w:t>jo ideal world, ideal world, woh khaliq ke paros mein hogi.</w:t>
      </w:r>
    </w:p>
    <w:p>
      <w:pPr>
        <w:jc w:val="right"/>
      </w:pPr>
      <w:r>
        <w:t>جو آئیڈیل ورلڈ، آئیڈیل ورلڈ، وہ خالق کے پڑوس میں ہوگی۔</w:t>
      </w:r>
    </w:p>
    <w:p>
      <w:r>
        <w:rPr>
          <w:b/>
        </w:rPr>
        <w:t xml:space="preserve">[06:11] </w:t>
      </w:r>
      <w:r>
        <w:t>toh woh ideal world jo hai, jis ko hum kehte hain parah raaz, woh darasal naam hai creator ke paros ka.</w:t>
      </w:r>
    </w:p>
    <w:p>
      <w:pPr>
        <w:jc w:val="right"/>
      </w:pPr>
      <w:r>
        <w:t>تو وہ آئیڈیل ورلڈ جو ہے، جس کو ہم کہتے ہیں پارہ راز، وہ دراصل نام ہے کریٹر کے پڑوس کا۔</w:t>
      </w:r>
    </w:p>
    <w:p>
      <w:r>
        <w:rPr>
          <w:b/>
        </w:rPr>
        <w:t xml:space="preserve">[06:21] </w:t>
      </w:r>
      <w:r>
        <w:t>jahan creator ka paros ho, aap sochiye ke woh kitni zyada aala jagah hogi. Toh jannat naam hai khaliq ke paros ki jo duniya hai, uska.</w:t>
      </w:r>
    </w:p>
    <w:p>
      <w:pPr>
        <w:jc w:val="right"/>
      </w:pPr>
      <w:r>
        <w:t>جہاں کریٹر کا پڑوس ہو، آپ سوچیے کہ وہ کتنی زیادہ اعلیٰ جگہ ہوگی۔ تو جنت نام ہے خالق کے پڑوس کی جو دنیا ہے، اس کا۔</w:t>
      </w:r>
    </w:p>
    <w:p>
      <w:r>
        <w:rPr>
          <w:b/>
        </w:rPr>
        <w:t xml:space="preserve">[06:37] </w:t>
      </w:r>
      <w:r>
        <w:t>toh yeh dono aayatein aik doosre ki sharah karti hain. Wasjud waqtarib. Sajda kar aur qareeb ho ja.</w:t>
      </w:r>
    </w:p>
    <w:p>
      <w:pPr>
        <w:jc w:val="right"/>
      </w:pPr>
      <w:r>
        <w:t>تو یہ دونوں آیتیں ایک دوسرے کی شرح کرتی ہیں۔ وَاسْجُدْ وَاقْتَرِبْ۔ سجدہ کر اور قریب ہو جا۔</w:t>
      </w:r>
    </w:p>
    <w:p>
      <w:r>
        <w:rPr>
          <w:b/>
        </w:rPr>
        <w:t xml:space="preserve">[06:46] </w:t>
      </w:r>
      <w:r>
        <w:t>is ka matlab kya hai? apne amal se to jo hai, takhalluq ba khalaq Allah.</w:t>
      </w:r>
    </w:p>
    <w:p>
      <w:pPr>
        <w:jc w:val="right"/>
      </w:pPr>
      <w:r>
        <w:t>اس کا مطلب کیا ہے؟ اپنے عمل سے تو جو ہے، تخلق باخلاق اللہ۔</w:t>
      </w:r>
    </w:p>
    <w:p>
      <w:r>
        <w:rPr>
          <w:b/>
        </w:rPr>
        <w:t xml:space="preserve">[06:58] </w:t>
      </w:r>
      <w:r>
        <w:t>Allah ki qurbat ya Allah ki sohbat ke qabil, qabil banao apna pokh. Yani Khuda wali sifat tumhare andar paida honi chahiye, tab tum ko jagah jagah milegi Khuda ke pak qareeb.</w:t>
      </w:r>
    </w:p>
    <w:p>
      <w:pPr>
        <w:jc w:val="right"/>
      </w:pPr>
      <w:r>
        <w:t>اللہ کی قربت یا اللہ کی صحبت کے قابل، قابل بناؤ اپنا پوکھ۔ یعنی خدا والی صفت تمہارے اندر پیدا ہونی چاہیے، تب تم کو جگہ جگہ ملے گی خدا کے پک قریب۔</w:t>
      </w:r>
    </w:p>
    <w:p>
      <w:r>
        <w:rPr>
          <w:b/>
        </w:rPr>
        <w:t xml:space="preserve">[07:14] </w:t>
      </w:r>
      <w:r>
        <w:t>aur mislan to ek lafz mein, ek lafz mein</w:t>
      </w:r>
    </w:p>
    <w:p>
      <w:pPr>
        <w:jc w:val="right"/>
      </w:pPr>
      <w:r>
        <w:t>اور مثلاً تو ایک لفظ میں، ایک لفظ میں</w:t>
      </w:r>
    </w:p>
    <w:p>
      <w:r>
        <w:rPr>
          <w:b/>
        </w:rPr>
        <w:t xml:space="preserve">[07:22] </w:t>
      </w:r>
      <w:r>
        <w:t>yeh kya hai? Yani qurbat Khuda wandi mein jagah pana, is ko ek lafz mein agar mein kahoon to woh hoga</w:t>
      </w:r>
    </w:p>
    <w:p>
      <w:pPr>
        <w:jc w:val="right"/>
      </w:pPr>
      <w:r>
        <w:t>یہ کیا ہے؟ یعنی قربت خداوندی میں جگہ پانا، اس کو ایک لفظ میں اگر میں کہوں تو وہ ہوگا</w:t>
      </w:r>
    </w:p>
    <w:p>
      <w:r>
        <w:rPr>
          <w:b/>
        </w:rPr>
        <w:t xml:space="preserve">[07:35] </w:t>
      </w:r>
      <w:r>
        <w:t>total sense mein positive thinking.</w:t>
      </w:r>
    </w:p>
    <w:p>
      <w:pPr>
        <w:jc w:val="right"/>
      </w:pPr>
      <w:r>
        <w:t>ٹوٹل سینس میں پازیٹیو تھنکنگ۔</w:t>
      </w:r>
    </w:p>
    <w:p>
      <w:r>
        <w:rPr>
          <w:b/>
        </w:rPr>
        <w:t xml:space="preserve">[07:41] </w:t>
      </w:r>
      <w:r>
        <w:t>total sense mein koi negativity nahi, koi complain nahi, koi violence nahi, kuch bhi nahi, kuch bhi nahi, kuch bhi nahi.</w:t>
      </w:r>
    </w:p>
    <w:p>
      <w:pPr>
        <w:jc w:val="right"/>
      </w:pPr>
      <w:r>
        <w:t>ٹوٹل سینس میں کوئی نیگیٹیوٹی نہیں، کوئی کمپلین نہیں، کوئی وائیلنس نہیں، کچھ بھی نہیں، کچھ بھی نہیں، کچھ بھی نہیں۔</w:t>
      </w:r>
    </w:p>
    <w:p>
      <w:r>
        <w:rPr>
          <w:b/>
        </w:rPr>
        <w:t xml:space="preserve">[07:55] </w:t>
      </w:r>
      <w:r>
        <w:t>kyun ke Allah Rabbul Alameen jo hai, jo khaliq hai, us ko kisi se koi rivalry nahi. Kabhi woh kisi ka ghussa nahi hota, kabhi woh kisi ke</w:t>
      </w:r>
    </w:p>
    <w:p>
      <w:pPr>
        <w:jc w:val="right"/>
      </w:pPr>
      <w:r>
        <w:t>کیونکہ اللہ رب العالمین جو ہے، جو خالق ہے، اس کو کسی سے کوئی رائیولٹی نہیں۔ کبھی وہ کسی کا غصہ نہیں ہوتا، کبھی وہ کسی کے</w:t>
      </w:r>
    </w:p>
    <w:p>
      <w:r>
        <w:rPr>
          <w:b/>
        </w:rPr>
        <w:t xml:space="preserve">[08:13] </w:t>
      </w:r>
      <w:r>
        <w:t>khilaf negative baat nahi sochta. To is ka maani kya hui hai? Ke jannat is ke liye hai jo Khuda ke paros mein paros wali sifat apne andar paida kare.</w:t>
      </w:r>
    </w:p>
    <w:p>
      <w:pPr>
        <w:jc w:val="right"/>
      </w:pPr>
      <w:r>
        <w:t>خلاف نیگیٹیو بات نہیں سوچتا۔ تو اس کا معنی کیا ہوئی ہے؟ کہ جنت اس کے لیے ہے جو خدا کے پڑوس میں پڑوس والی صفت اپنے اندر پیدا کرے۔</w:t>
      </w:r>
    </w:p>
    <w:p>
      <w:r>
        <w:rPr>
          <w:b/>
        </w:rPr>
        <w:t xml:space="preserve">[08:34] </w:t>
      </w:r>
      <w:r>
        <w:t>aur Khuda ke paros wali sifat kya hai? Total sense mein positive thinking. Koi bhi excuse le kar, koi bhi excuse le kar.</w:t>
      </w:r>
    </w:p>
    <w:p>
      <w:pPr>
        <w:jc w:val="right"/>
      </w:pPr>
      <w:r>
        <w:t>اور خدا کے پڑوس والی صفت کیا ہے؟ ٹوٹل سینس میں پازیٹیو تھنکنگ۔ کوئی بھی ایکسکیوز لے کر، کوئی بھی ایکسکیوز لے کر۔</w:t>
      </w:r>
    </w:p>
    <w:p>
      <w:r>
        <w:rPr>
          <w:b/>
        </w:rPr>
        <w:t xml:space="preserve">[08:48] </w:t>
      </w:r>
      <w:r>
        <w:t>mislan aap dekhiye, jab Firon ne Asiya bint Muzahim ko qatl kar diya to Khuda isi isi lamha, isi moment, para raz, isi moment Firon ko</w:t>
      </w:r>
    </w:p>
    <w:p>
      <w:pPr>
        <w:jc w:val="right"/>
      </w:pPr>
      <w:r>
        <w:t>مثلاً آپ دیکھیے، جب فرعون نے آسیہ بنت مزاحم کو قتل کر دیا تو خدا اسی اسی لمحہ، اسی مومنٹ، پارہ راز، اسی مومنٹ فرعون کو</w:t>
      </w:r>
    </w:p>
    <w:p>
      <w:r>
        <w:rPr>
          <w:b/>
        </w:rPr>
        <w:t xml:space="preserve">[09:09] </w:t>
      </w:r>
      <w:r>
        <w:t>khatam kar sakta tha, us ko bilkul nich daud kar sakta tha. Magar Khuda ne aisa nahi kiya.</w:t>
      </w:r>
    </w:p>
    <w:p>
      <w:pPr>
        <w:jc w:val="right"/>
      </w:pPr>
      <w:r>
        <w:t>ختم کر سکتا تھا، اس کو بالکل نیچ داؤد کر سکتا تھا۔ مگر خدا نے ایسا نہیں کیا۔</w:t>
      </w:r>
    </w:p>
    <w:p>
      <w:r>
        <w:rPr>
          <w:b/>
        </w:rPr>
        <w:t xml:space="preserve">[09:19] </w:t>
      </w:r>
      <w:r>
        <w:t>hata ke Shaitan jo direct taur par Allah ko challenge kiya tha, direct challenge, la tak la tank zuriyat illa qalila, tab bhi Khuda ne Shaitan ko nich daud nahi kiya, azaad kar diya us ko.</w:t>
      </w:r>
    </w:p>
    <w:p>
      <w:pPr>
        <w:jc w:val="right"/>
      </w:pPr>
      <w:r>
        <w:t>حتیٰ کہ شیطان جو ڈائریکٹ طور پر اللہ کو چیلنج کیا تھا، ڈائریکٹ چیلنج، لا تک لا تنک ذریت الا قلیلہ، تب بھی خدا نے شیطان کو نیچ داؤد نہیں کیا، آزاد کر دیا اس کو۔</w:t>
      </w:r>
    </w:p>
    <w:p>
      <w:r>
        <w:rPr>
          <w:b/>
        </w:rPr>
        <w:t xml:space="preserve">[09:37] </w:t>
      </w:r>
      <w:r>
        <w:t>to mein samajhta hoon ke sab se bari sifat jo jannat mein dakhle ke liye chahiye, woh hai total sense mein positive thinking.</w:t>
      </w:r>
    </w:p>
    <w:p>
      <w:pPr>
        <w:jc w:val="right"/>
      </w:pPr>
      <w:r>
        <w:t>تو میں سمجھتا ہوں کہ سب سے بڑی صفت جو جنت میں داخلے کے لیے چاہیے، وہ ہے ٹوٹل سینس میں پازیٹیو تھنکنگ۔</w:t>
      </w:r>
    </w:p>
    <w:p>
      <w:r>
        <w:rPr>
          <w:b/>
        </w:rPr>
        <w:t xml:space="preserve">[09:54] </w:t>
      </w:r>
      <w:r>
        <w:t>total sense mein zara bhi negativity nahi.</w:t>
      </w:r>
    </w:p>
    <w:p>
      <w:pPr>
        <w:jc w:val="right"/>
      </w:pPr>
      <w:r>
        <w:t>ٹوٹل سینس میں ذرا بھی نیگیٹیوٹی نہیں۔</w:t>
      </w:r>
    </w:p>
    <w:p>
      <w:r>
        <w:rPr>
          <w:b/>
        </w:rPr>
        <w:t xml:space="preserve">[10:01] </w:t>
      </w:r>
      <w:r>
        <w:t>to mein do baatein kahunga. Pehli baat un ki yeh hai</w:t>
      </w:r>
    </w:p>
    <w:p>
      <w:pPr>
        <w:jc w:val="right"/>
      </w:pPr>
      <w:r>
        <w:t>تو میں دو باتیں کہوں گا۔ پہلی بات ان کی یہ ہے</w:t>
      </w:r>
    </w:p>
    <w:p>
      <w:r>
        <w:rPr>
          <w:b/>
        </w:rPr>
        <w:t xml:space="preserve">[10:08] </w:t>
      </w:r>
      <w:r>
        <w:t>ke insaan ki study kijiye, aap insaan,</w:t>
      </w:r>
    </w:p>
    <w:p>
      <w:pPr>
        <w:jc w:val="right"/>
      </w:pPr>
      <w:r>
        <w:t>کہ انسان کی اسٹڈی کیجئے، آپ انسان،</w:t>
      </w:r>
    </w:p>
    <w:p>
      <w:r>
        <w:rPr>
          <w:b/>
        </w:rPr>
        <w:t xml:space="preserve">[10:15] </w:t>
      </w:r>
      <w:r>
        <w:t>aap case study kijiye to aap ko ek ajeeb cheez ki daryaft hogi ke insaan</w:t>
      </w:r>
    </w:p>
    <w:p>
      <w:pPr>
        <w:jc w:val="right"/>
      </w:pPr>
      <w:r>
        <w:t>آپ کیس اسٹڈی کیجئے تو آپ کو ایک عجیب چیز کی دریافت ہوگی کہ انسان</w:t>
      </w:r>
    </w:p>
    <w:p>
      <w:r>
        <w:rPr>
          <w:b/>
        </w:rPr>
        <w:t xml:space="preserve">[10:27] </w:t>
      </w:r>
      <w:r>
        <w:t>paidaishi taur par</w:t>
      </w:r>
    </w:p>
    <w:p>
      <w:pPr>
        <w:jc w:val="right"/>
      </w:pPr>
      <w:r>
        <w:t>پیدائشی طور پر</w:t>
      </w:r>
    </w:p>
    <w:p>
      <w:r>
        <w:rPr>
          <w:b/>
        </w:rPr>
        <w:t xml:space="preserve">[10:33] </w:t>
      </w:r>
      <w:r>
        <w:t>pleasure seeking animal hai.</w:t>
      </w:r>
    </w:p>
    <w:p>
      <w:pPr>
        <w:jc w:val="right"/>
      </w:pPr>
      <w:r>
        <w:t>پلیزر سیکنگ اینیمل ہے۔</w:t>
      </w:r>
    </w:p>
    <w:p>
      <w:r>
        <w:rPr>
          <w:b/>
        </w:rPr>
        <w:t xml:space="preserve">[10:38] </w:t>
      </w:r>
      <w:r>
        <w:t>insaan paidaishi taur par pleasure seeking animal hai. Total pleasure, total pleasure, har aitbar se yeh insaan chahta hai.</w:t>
      </w:r>
    </w:p>
    <w:p>
      <w:pPr>
        <w:jc w:val="right"/>
      </w:pPr>
      <w:r>
        <w:t>انسان پیدائشی طور پر پلیزر سیکنگ اینیمل ہے۔ ٹوٹل پلیزر، ٹوٹل پلیزر، ہر اعتبار سے یہ انسان چاہتا ہے۔</w:t>
      </w:r>
    </w:p>
    <w:p>
      <w:r>
        <w:rPr>
          <w:b/>
        </w:rPr>
        <w:t xml:space="preserve">[10:53] </w:t>
      </w:r>
      <w:r>
        <w:t>lekin aap jante hain ke kisi ko bhi, koi koi chahe</w:t>
      </w:r>
    </w:p>
    <w:p>
      <w:pPr>
        <w:jc w:val="right"/>
      </w:pPr>
      <w:r>
        <w:t>لیکن آپ جانتے ہیں کہ کسی کو بھی، کوئی کوئی چاہے</w:t>
      </w:r>
    </w:p>
    <w:p>
      <w:r>
        <w:rPr>
          <w:b/>
        </w:rPr>
        <w:t xml:space="preserve">[11:00] </w:t>
      </w:r>
      <w:r>
        <w:t>richest man ho, koi aadmi political power us ke paas ho, kuch bhi ho, kuch bhi ho, us ke paas palace ho.</w:t>
      </w:r>
    </w:p>
    <w:p>
      <w:pPr>
        <w:jc w:val="right"/>
      </w:pPr>
      <w:r>
        <w:t>رچ رچسٹ مین ہو، کوئی آدمی پولیٹیکل پاور اس کے پاس ہو، کچھ بھی ہو، کچھ بھی ہو، اس کے پاس پیلس ہوں۔</w:t>
      </w:r>
    </w:p>
    <w:p>
      <w:r>
        <w:rPr>
          <w:b/>
        </w:rPr>
        <w:t xml:space="preserve">[11:17] </w:t>
      </w:r>
      <w:r>
        <w:t>Saddam Hussein ke paas Iraq mein aath palace thay, full fledge palace, aath. Lekin us ko ek lamhe ke liye bhi chain nahi hoti, chain nahi tha.</w:t>
      </w:r>
    </w:p>
    <w:p>
      <w:pPr>
        <w:jc w:val="right"/>
      </w:pPr>
      <w:r>
        <w:t>صدام حسین کے پاس عراق میں آٹھ پیلس تھے، فل فلیج پیلس، آٹھ۔ لیکن اس کو ایک لمحے کے لیے بھی چین نہیں ہوتی، چین نہیں تھا۔</w:t>
      </w:r>
    </w:p>
    <w:p>
      <w:r>
        <w:rPr>
          <w:b/>
        </w:rPr>
        <w:t xml:space="preserve">[11:32] </w:t>
      </w:r>
      <w:r>
        <w:t>to insaan chahta hai total pleasure, har sach, har aitbar se, lekin milti nahi.</w:t>
      </w:r>
    </w:p>
    <w:p>
      <w:pPr>
        <w:jc w:val="right"/>
      </w:pPr>
      <w:r>
        <w:t>تو انسان چاہتا ہے ٹوٹل پلیزر، ہر سچ، ہر اعتبار سے، لیکن ملتی نہیں۔</w:t>
      </w:r>
    </w:p>
    <w:p>
      <w:r>
        <w:rPr>
          <w:b/>
        </w:rPr>
        <w:t xml:space="preserve">[11:41] </w:t>
      </w:r>
      <w:r>
        <w:t>insaan ko pleasure milta nahi. Yeh qulo hai, yeh qulo hai ke insaan ne, yani Rab ne, Allah Rabbul Alameen ne insaan ko paida kiya aur us ke andar bhook aur pyaas rakh di.</w:t>
      </w:r>
    </w:p>
    <w:p>
      <w:pPr>
        <w:jc w:val="right"/>
      </w:pPr>
      <w:r>
        <w:t>انسان کو پلیزر ملتا نہیں۔ یہ قلو ہے، یہ قلو ہے کہ انسان نے، یعنی رب نے، اللہ رب العالمین نے انسان کو پیدا کیا اور اس کے اندر بھوک اور پیاس رکھ دی۔</w:t>
      </w:r>
    </w:p>
    <w:p>
      <w:r>
        <w:rPr>
          <w:b/>
        </w:rPr>
        <w:t xml:space="preserve">[12:04] </w:t>
      </w:r>
      <w:r>
        <w:t>bhook aur pyas baghair pani ke aap reh nahi sakte, baghair khane ke reh nahi sakte, aap baghair oxygen ke reh nahi sakte.</w:t>
      </w:r>
    </w:p>
    <w:p>
      <w:pPr>
        <w:jc w:val="right"/>
      </w:pPr>
      <w:r>
        <w:t>بھوک اور پیاس بغیر پانی کے آپ رہ نہیں سکتے، بغیر کھانے کے رہ نہیں سکتے، آپ بغیر اکسیجن کے رہ نہیں سکتے۔</w:t>
      </w:r>
    </w:p>
    <w:p>
      <w:r>
        <w:rPr>
          <w:b/>
        </w:rPr>
        <w:t xml:space="preserve">[12:13] </w:t>
      </w:r>
      <w:r>
        <w:t>aap to kya hua? aadmi ke liye rab ne, Allah rab ul alameen ne,</w:t>
      </w:r>
    </w:p>
    <w:p>
      <w:pPr>
        <w:jc w:val="right"/>
      </w:pPr>
      <w:r>
        <w:t>آپ تو کیا ہوا؟ آدمی کے لیے رب نے، اللہ رب العالمین نے،</w:t>
      </w:r>
    </w:p>
    <w:p>
      <w:r>
        <w:rPr>
          <w:b/>
        </w:rPr>
        <w:t xml:space="preserve">[12:25] </w:t>
      </w:r>
      <w:r>
        <w:t>abundant miqdar mein bohat hi zyada pani rakh diya, oxygen rakh diya, food rakh diya. to jo creator</w:t>
      </w:r>
    </w:p>
    <w:p>
      <w:pPr>
        <w:jc w:val="right"/>
      </w:pPr>
      <w:r>
        <w:t>ابینڈنٹ مقدار میں بہت ہی زیادہ پانی رکھ دیا، اکسیجن رکھ دیا، فوڈ رکھ دیا۔ تو جو کریٹر</w:t>
      </w:r>
    </w:p>
    <w:p>
      <w:r>
        <w:rPr>
          <w:b/>
        </w:rPr>
        <w:t xml:space="preserve">[12:40] </w:t>
      </w:r>
      <w:r>
        <w:t>insan ko food deta hai, pani deta hai, kya wo parah raaz nahi dega? zyada bari cheez nahi dega? choti cheez to de diya aur zyada bari cheez nahi dega.</w:t>
      </w:r>
    </w:p>
    <w:p>
      <w:pPr>
        <w:jc w:val="right"/>
      </w:pPr>
      <w:r>
        <w:t>انسان کو فوڈ دیتا ہے، پانی دیتا ہے، کیا وہ پارہ راز نہیں دے گا؟ زیادہ بڑی چیز نہیں دے گا؟ چھوٹی چیز تو دے دیا اور زیادہ بڑی چیز نہیں دے گا۔</w:t>
      </w:r>
    </w:p>
    <w:p>
      <w:r>
        <w:rPr>
          <w:b/>
        </w:rPr>
        <w:t xml:space="preserve">[12:51] </w:t>
      </w:r>
      <w:r>
        <w:t>yeh rab ul alameen ki shan ke khilaf hai. yeh baat rab ul alameen ki shan ke khilaf hai.</w:t>
      </w:r>
    </w:p>
    <w:p>
      <w:pPr>
        <w:jc w:val="right"/>
      </w:pPr>
      <w:r>
        <w:t>یہ رب العالمین کی شان کے خلاف ہے۔ یہ بات رب العالمین کی شان کے خلاف ہے۔</w:t>
      </w:r>
    </w:p>
    <w:p>
      <w:r>
        <w:rPr>
          <w:b/>
        </w:rPr>
        <w:t xml:space="preserve">[13:04] </w:t>
      </w:r>
      <w:r>
        <w:t>yeh rab ul alameen ki shan ke khilaf hai.</w:t>
      </w:r>
    </w:p>
    <w:p>
      <w:pPr>
        <w:jc w:val="right"/>
      </w:pPr>
      <w:r>
        <w:t>یہ رب العالمین کی شان کے خلاف ہے۔</w:t>
      </w:r>
    </w:p>
    <w:p>
      <w:r>
        <w:rPr>
          <w:b/>
        </w:rPr>
        <w:t xml:space="preserve">[13:10] </w:t>
      </w:r>
      <w:r>
        <w:t>phir aap mazeed aap study kijiye.</w:t>
      </w:r>
    </w:p>
    <w:p>
      <w:pPr>
        <w:jc w:val="right"/>
      </w:pPr>
      <w:r>
        <w:t>پھر آپ مزید آپ اسٹڈی کیجئے۔</w:t>
      </w:r>
    </w:p>
    <w:p>
      <w:r>
        <w:rPr>
          <w:b/>
        </w:rPr>
        <w:t xml:space="preserve">[13:20] </w:t>
      </w:r>
      <w:r>
        <w:t>dekhiye, insan paida hota hai kaise? maa ke pait mein is ko rehna parta hai nau mahine.</w:t>
      </w:r>
    </w:p>
    <w:p>
      <w:pPr>
        <w:jc w:val="right"/>
      </w:pPr>
      <w:r>
        <w:t>دیکھیے، انسان پیدا ہوتا ہے کیسے؟ ماں کے پیٹ میں اس کو رہنا پڑتا ہے نو مہینے۔</w:t>
      </w:r>
    </w:p>
    <w:p>
      <w:r>
        <w:rPr>
          <w:b/>
        </w:rPr>
        <w:t xml:space="preserve">[13:30] </w:t>
      </w:r>
      <w:r>
        <w:t>nau!</w:t>
      </w:r>
    </w:p>
    <w:p>
      <w:pPr>
        <w:jc w:val="right"/>
      </w:pPr>
      <w:r>
        <w:t>نو!</w:t>
      </w:r>
    </w:p>
    <w:p>
      <w:r>
        <w:rPr>
          <w:b/>
        </w:rPr>
        <w:t xml:space="preserve">[13:31] </w:t>
      </w:r>
      <w:r>
        <w:t>yahi insan hota hai chote size par. is ko sab kuch chahiye: pani chahiye, food chahiye, oxygen chahiye, sab kuch chahiye.</w:t>
      </w:r>
    </w:p>
    <w:p>
      <w:pPr>
        <w:jc w:val="right"/>
      </w:pPr>
      <w:r>
        <w:t>یہی انسان ہوتا ہے چھوٹے سائز پر۔ اس کو سب کچھ چاہیے: پانی چاہیے، فوڈ چاہیے، اکسیجن چاہیے، سب کچھ چاہیے۔</w:t>
      </w:r>
    </w:p>
    <w:p>
      <w:r>
        <w:rPr>
          <w:b/>
        </w:rPr>
        <w:t xml:space="preserve">[13:44] </w:t>
      </w:r>
      <w:r>
        <w:t>agarchay chota hota hai wo, to poora system Allah ne, khaliq ne, maa ke pait mein rakh diya.</w:t>
      </w:r>
    </w:p>
    <w:p>
      <w:pPr>
        <w:jc w:val="right"/>
      </w:pPr>
      <w:r>
        <w:t>اگرچہ چھوٹا ہوتا ہے وہ، تو پورا سسٹم اللہ نے، خالق نے، ماں کے پیٹ میں رکھ دیا۔</w:t>
      </w:r>
    </w:p>
    <w:p>
      <w:r>
        <w:rPr>
          <w:b/>
        </w:rPr>
        <w:t xml:space="preserve">[13:55] </w:t>
      </w:r>
      <w:r>
        <w:t>kehti hai ajeeb baat hai, maa ka pait aik factory hoti hai insani bachay ko palne ke liye.</w:t>
      </w:r>
    </w:p>
    <w:p>
      <w:pPr>
        <w:jc w:val="right"/>
      </w:pPr>
      <w:r>
        <w:t>کہتی ہے عجیب بات ہے، ماں کا پیٹ ایک فیکٹری ہوتی ہے انسانی بچے کو پالنے کے لیے۔</w:t>
      </w:r>
    </w:p>
    <w:p>
      <w:r>
        <w:rPr>
          <w:b/>
        </w:rPr>
        <w:t xml:space="preserve">[14:06] </w:t>
      </w:r>
      <w:r>
        <w:t>total sense mein, yani maa ke pait mein jab insan hota hai aur bilkul hi bekhabar hota hai, bahar ki duniya se is ko koi ta'alluq nahi hota,</w:t>
      </w:r>
    </w:p>
    <w:p>
      <w:pPr>
        <w:jc w:val="right"/>
      </w:pPr>
      <w:r>
        <w:t>ٹوٹل سینس میں، یعنی ماں کے پیٹ میں جب انسان ہوتا ہے اور بالکل ہی بے خبر ہوتا ہے، باہر کی دنیا سے اس کو کوئی تعلق نہیں ہوتا،</w:t>
      </w:r>
    </w:p>
    <w:p>
      <w:r>
        <w:rPr>
          <w:b/>
        </w:rPr>
        <w:t xml:space="preserve">[14:20] </w:t>
      </w:r>
      <w:r>
        <w:t>wahin par is ko oxygen shuru ho jati hai. oxygen shuru ho jati hai, pani shuru, oxygen ki supply, pani ki supply, food ki supply.</w:t>
      </w:r>
    </w:p>
    <w:p>
      <w:pPr>
        <w:jc w:val="right"/>
      </w:pPr>
      <w:r>
        <w:t>وہیں پر اس کو اکسیجن شروع ہو جاتی ہے۔ اکسیجن شروع ہو جاتی ہے، پانی شروع، اکسیجن کی سپلائی، پانی کی سپلائی، فوڈ کی سپلائی۔</w:t>
      </w:r>
    </w:p>
    <w:p>
      <w:r>
        <w:rPr>
          <w:b/>
        </w:rPr>
        <w:t xml:space="preserve">[14:33] </w:t>
      </w:r>
      <w:r>
        <w:t>insan ki jo bhi need hai, wo sab pethi hui shuru ho jati hai. tabhi to insan zinda rehta hai.</w:t>
      </w:r>
    </w:p>
    <w:p>
      <w:pPr>
        <w:jc w:val="right"/>
      </w:pPr>
      <w:r>
        <w:t>انسان کی جو بھی نیڈ ہے، وہ سب پیٹھی ہوئی شروع ہو جاتی ہے۔ تبھی تو انسان زندہ رہتا ہے۔</w:t>
      </w:r>
    </w:p>
    <w:p>
      <w:r>
        <w:rPr>
          <w:b/>
        </w:rPr>
        <w:t xml:space="preserve">[14:48] </w:t>
      </w:r>
      <w:r>
        <w:t>phir dekhiye, jab insan maa ke pait se bahar aata hai, tab kya hota hai?</w:t>
      </w:r>
    </w:p>
    <w:p>
      <w:pPr>
        <w:jc w:val="right"/>
      </w:pPr>
      <w:r>
        <w:t>پھر دیکھیے، جب انسان ماں کے پیٹ سے باہر آتا ہے، تب کیا ہوتا ہے؟</w:t>
      </w:r>
    </w:p>
    <w:p>
      <w:r>
        <w:rPr>
          <w:b/>
        </w:rPr>
        <w:t xml:space="preserve">[14:58] </w:t>
      </w:r>
      <w:r>
        <w:t>to wo pata hai ke</w:t>
      </w:r>
    </w:p>
    <w:p>
      <w:pPr>
        <w:jc w:val="right"/>
      </w:pPr>
      <w:r>
        <w:t>تو وہ پاتا ہے کہ</w:t>
      </w:r>
    </w:p>
    <w:p>
      <w:r>
        <w:rPr>
          <w:b/>
        </w:rPr>
        <w:t xml:space="preserve">[15:04] </w:t>
      </w:r>
      <w:r>
        <w:t>wo aik hi duniya mein paida karne wale ne is ko aik hi duniya mein paida kiya hai, jahan peshgi tor par, in advance, is ke liye sab kuch maujood hai.</w:t>
      </w:r>
    </w:p>
    <w:p>
      <w:pPr>
        <w:jc w:val="right"/>
      </w:pPr>
      <w:r>
        <w:t>وہ ایک ہی دنیا میں پیدا کرنے والے نے اس کو ایک ہی دنیا میں پیدا کیا ہے، جہاں پیشگی طور پر، ان ایڈوانس، اس کے لیے سب کچھ موجود ہے۔</w:t>
      </w:r>
    </w:p>
    <w:p>
      <w:r>
        <w:rPr>
          <w:b/>
        </w:rPr>
        <w:t xml:space="preserve">[15:20] </w:t>
      </w:r>
      <w:r>
        <w:t>in advance, yahan abundant miqdar mein pani hai, yahan oxygen ka nizam hai, yahan zameen se food nikal raha hai,</w:t>
      </w:r>
    </w:p>
    <w:p>
      <w:pPr>
        <w:jc w:val="right"/>
      </w:pPr>
      <w:r>
        <w:t>ان ایڈوانس، یہاں ابینڈنٹ مقدار میں پانی ہے، یہاں اکسیجن کا نظام ہے، یہاں زمین سے فوڈ نکل رہا ہے،</w:t>
      </w:r>
    </w:p>
    <w:p>
      <w:r>
        <w:rPr>
          <w:b/>
        </w:rPr>
        <w:t xml:space="preserve">[15:37] </w:t>
      </w:r>
      <w:r>
        <w:t>to sab kuch yahan par maujood hai insan ke liye.</w:t>
      </w:r>
    </w:p>
    <w:p>
      <w:pPr>
        <w:jc w:val="right"/>
      </w:pPr>
      <w:r>
        <w:t>تو سب کچھ یہاں پر موجود ہے انسان کے لیے۔</w:t>
      </w:r>
    </w:p>
    <w:p>
      <w:r>
        <w:rPr>
          <w:b/>
        </w:rPr>
        <w:t xml:space="preserve">[15:45] </w:t>
      </w:r>
      <w:r>
        <w:t>paida hote hi sab kuch is ko milna shuru ho jata hai.</w:t>
      </w:r>
    </w:p>
    <w:p>
      <w:pPr>
        <w:jc w:val="right"/>
      </w:pPr>
      <w:r>
        <w:t>پیدا ہوتے ہی سب کچھ اس کو ملنا شروع ہو جاتا ہے۔</w:t>
      </w:r>
    </w:p>
    <w:p>
      <w:r>
        <w:rPr>
          <w:b/>
        </w:rPr>
        <w:t xml:space="preserve">[15:53] </w:t>
      </w:r>
      <w:r>
        <w:t>is ko kehte hain life support system.</w:t>
      </w:r>
    </w:p>
    <w:p>
      <w:pPr>
        <w:jc w:val="right"/>
      </w:pPr>
      <w:r>
        <w:t>اس کو کہتے ہیں لائف سپورٹ سسٹم۔</w:t>
      </w:r>
    </w:p>
    <w:p>
      <w:r>
        <w:rPr>
          <w:b/>
        </w:rPr>
        <w:t xml:space="preserve">[15:59] </w:t>
      </w:r>
      <w:r>
        <w:t>yeh life support system is ka is ko mil jata hai maa ke pait mein. phir jab bahar aata hai to greater sense mein life support system is ko hasil ho jata hai.</w:t>
      </w:r>
    </w:p>
    <w:p>
      <w:pPr>
        <w:jc w:val="right"/>
      </w:pPr>
      <w:r>
        <w:t>یہ لائف سپورٹ سسٹم اس کا اس کو مل جاتا ہے ماں کے پیٹ میں۔ پھر جب باہر آتا ہے تو گریٹر سینس میں لائف سپورٹ سسٹم اس کو حاصل ہو جاتا ہے۔</w:t>
      </w:r>
    </w:p>
    <w:p>
      <w:r>
        <w:rPr>
          <w:b/>
        </w:rPr>
        <w:t xml:space="preserve">[16:14] </w:t>
      </w:r>
      <w:r>
        <w:t>to paida hote hi is ko aisi duniya milti hai jo life support system jahan hai. phir aap dekhiye,</w:t>
      </w:r>
    </w:p>
    <w:p>
      <w:pPr>
        <w:jc w:val="right"/>
      </w:pPr>
      <w:r>
        <w:t>تو پیدا ہوتے ہی اس کو ایسی دنیا ملتی ہے جو لائف سپورٹ سسٹم جہاں ہے۔ پھر آپ دیکھیے،</w:t>
      </w:r>
    </w:p>
    <w:p>
      <w:r>
        <w:rPr>
          <w:b/>
        </w:rPr>
        <w:t xml:space="preserve">[16:27] </w:t>
      </w:r>
      <w:r>
        <w:t>yeh jo universe hai, jis universe mein wo</w:t>
      </w:r>
    </w:p>
    <w:p>
      <w:pPr>
        <w:jc w:val="right"/>
      </w:pPr>
      <w:r>
        <w:t>یہ جو یونیورس ہے، جس یونیورس میں وہ</w:t>
      </w:r>
    </w:p>
    <w:p>
      <w:r>
        <w:rPr>
          <w:b/>
        </w:rPr>
        <w:t xml:space="preserve">[16:35] </w:t>
      </w:r>
      <w:r>
        <w:t>is ko rehna parta hai, woh poori ki poori universe jo hai, custom made universe hai. yani insan ko jaisi universe chahiye, woh aisi hi universe chahiye.</w:t>
      </w:r>
    </w:p>
    <w:p>
      <w:pPr>
        <w:jc w:val="right"/>
      </w:pPr>
      <w:r>
        <w:t>اس کو رہنا پڑتا ہے، وہ پوری کی پوری یونیورس جو ہے، کسٹم میڈ یونیورس ہے۔ یعنی انسان کو جیسی یونیورس چاہیے، وہ ایسی ہی یونیورس چاہیے۔</w:t>
      </w:r>
    </w:p>
    <w:p>
      <w:r>
        <w:rPr>
          <w:b/>
        </w:rPr>
        <w:t xml:space="preserve">[16:49] </w:t>
      </w:r>
      <w:r>
        <w:t>mislan dekhiye, insan chahta hai ke main hawa mein urrun. hum bachpan mein jab kabhi hum ne dekha nahi tha hawa jahaz, to hum urran khatoli ki kahaniyan parhte thay.</w:t>
      </w:r>
    </w:p>
    <w:p>
      <w:pPr>
        <w:jc w:val="right"/>
      </w:pPr>
      <w:r>
        <w:t>مثلاً دیکھیے، انسان چاہتا ہے کہ میں ہوا میں اڑوں۔ ہم بچپن میں جب کبھی ہم نے دیکھا نہیں تھا ہوا جہاز، تو ہم اڑن کھٹولی کی کہانیاں پڑھتے تھے۔</w:t>
      </w:r>
    </w:p>
    <w:p>
      <w:r>
        <w:rPr>
          <w:b/>
        </w:rPr>
        <w:t xml:space="preserve">[17:04] </w:t>
      </w:r>
      <w:r>
        <w:t>insan ke andar aik aik arz hai, aik khwahish hai ke woh hawa mein urre. to us ne urran khatoli ki kahani banai.</w:t>
      </w:r>
    </w:p>
    <w:p>
      <w:pPr>
        <w:jc w:val="right"/>
      </w:pPr>
      <w:r>
        <w:t>انسان کے اندر ایک ایک عرض ہے، ایک خواہش ہے کہ وہ ہوا میں اڑے۔ تو اس نے اڑن کھٹولی کی کہانی بنائی۔</w:t>
      </w:r>
    </w:p>
    <w:p>
      <w:r>
        <w:rPr>
          <w:b/>
        </w:rPr>
        <w:t xml:space="preserve">[17:17] </w:t>
      </w:r>
      <w:r>
        <w:t>to in to hamare paida karne wale ne peshgi tor par yahan woh technology rakh di, woh technology jis ko develop kar ke insan hawa jahaz banaye.</w:t>
      </w:r>
    </w:p>
    <w:p>
      <w:pPr>
        <w:jc w:val="right"/>
      </w:pPr>
      <w:r>
        <w:t>تو ان تو ہمارے پیدا کرنے والے نے پیشگی طور پر یہاں وہ ٹیکنالوجی رکھ دی، وہ ٹیکنالوجی جس کو ڈیولپ کر کے انسان ہوا جہاز بنائے۔</w:t>
      </w:r>
    </w:p>
    <w:p>
      <w:r>
        <w:rPr>
          <w:b/>
        </w:rPr>
        <w:t xml:space="preserve">[17:30] </w:t>
      </w:r>
      <w:r>
        <w:t>in advance yahan par woh technology maujood thi insan ke paida hone se pehle, jis ko develop kar ke insan airplane banaye.</w:t>
      </w:r>
    </w:p>
    <w:p>
      <w:pPr>
        <w:jc w:val="right"/>
      </w:pPr>
      <w:r>
        <w:t>ان ایڈوانس یہاں پر وہ ٹیکنالوجی موجود تھی انسان کے پیدا ہونے سے پہلے، جس کو ڈیولپ کر کے انسان ایروپلین بنائے۔</w:t>
      </w:r>
    </w:p>
    <w:p>
      <w:r>
        <w:rPr>
          <w:b/>
        </w:rPr>
        <w:t xml:space="preserve">[17:42] </w:t>
      </w:r>
      <w:r>
        <w:t>kaisi ajeeb baat hai!</w:t>
      </w:r>
    </w:p>
    <w:p>
      <w:pPr>
        <w:jc w:val="right"/>
      </w:pPr>
      <w:r>
        <w:t>کیسی عجیب بات ہے!</w:t>
      </w:r>
    </w:p>
    <w:p>
      <w:r>
        <w:rPr>
          <w:b/>
        </w:rPr>
        <w:t xml:space="preserve">[17:44] </w:t>
      </w:r>
      <w:r>
        <w:t>to poori universe custom made universe hai.</w:t>
      </w:r>
    </w:p>
    <w:p>
      <w:pPr>
        <w:jc w:val="right"/>
      </w:pPr>
      <w:r>
        <w:t>تو پوری یونیورس کسٹم میڈ یونیورس ہے۔</w:t>
      </w:r>
    </w:p>
    <w:p>
      <w:r>
        <w:rPr>
          <w:b/>
        </w:rPr>
        <w:t xml:space="preserve">[17:49] </w:t>
      </w:r>
      <w:r>
        <w:t>is se kya infer hota hai? is se kya infer hota hai</w:t>
      </w:r>
    </w:p>
    <w:p>
      <w:pPr>
        <w:jc w:val="right"/>
      </w:pPr>
      <w:r>
        <w:t>اس سے کیا انفر ہوتا ہے؟ اس سے کیا انفر ہوتا ہے</w:t>
      </w:r>
    </w:p>
    <w:p>
      <w:r>
        <w:rPr>
          <w:b/>
        </w:rPr>
        <w:t xml:space="preserve">[17:57] </w:t>
      </w:r>
      <w:r>
        <w:t>ke woh Khuda, woh Khaliq, woh Rabbul Alameen, jis ne itne zyada insan ke liye yeh duniya mein arrangement kiya,</w:t>
      </w:r>
    </w:p>
    <w:p>
      <w:pPr>
        <w:jc w:val="right"/>
      </w:pPr>
      <w:r>
        <w:t>کہ وہ خدا، وہ خالق، وہ رب العالمین، جس نے اتنے زیادہ انسان کے لیے یہ دنیا میں ارینجمنٹ کیا،</w:t>
      </w:r>
    </w:p>
    <w:p>
      <w:r>
        <w:rPr>
          <w:b/>
        </w:rPr>
        <w:t xml:space="preserve">[18:11] </w:t>
      </w:r>
      <w:r>
        <w:t>a se zed tak sara arrangement kiya is ke liye, to kya us ko sab se bari cheez nahi dega? para raaz!</w:t>
      </w:r>
    </w:p>
    <w:p>
      <w:pPr>
        <w:jc w:val="right"/>
      </w:pPr>
      <w:r>
        <w:t>اے سے زیڈ تک سارا ارینجمنٹ کیا اس کے لیے، تو کیا اس کو سب سے بڑی چیز نہیں دے گا؟ پارہ راز!</w:t>
      </w:r>
    </w:p>
    <w:p>
      <w:r>
        <w:rPr>
          <w:b/>
        </w:rPr>
        <w:t xml:space="preserve">[18:26] </w:t>
      </w:r>
      <w:r>
        <w:t>insan, aap dekhiye, jitni bhi novelain likhi gayi hain, novel hain, un sab ka khulasa yeh hai ke insan aik para raaz chahta hai,</w:t>
      </w:r>
    </w:p>
    <w:p>
      <w:pPr>
        <w:jc w:val="right"/>
      </w:pPr>
      <w:r>
        <w:t>انسان، آپ دیکھیے، جتنی بھی ناولیں لکھی گئی ہیں، ناول ہیں، ان سب کا خلاصہ یہ ہے کہ انسان ایک پارہ راز چاہتا ہے،</w:t>
      </w:r>
    </w:p>
    <w:p>
      <w:r>
        <w:rPr>
          <w:b/>
        </w:rPr>
        <w:t xml:space="preserve">[18:40] </w:t>
      </w:r>
      <w:r>
        <w:t>isi ko visualize karta hai, isi kahaniyan banata hai.</w:t>
      </w:r>
    </w:p>
    <w:p>
      <w:pPr>
        <w:jc w:val="right"/>
      </w:pPr>
      <w:r>
        <w:t>اسی کو ویژولائز کرتا ہے، اسی کہانیاں بناتا ہے۔</w:t>
      </w:r>
    </w:p>
    <w:p>
      <w:r>
        <w:rPr>
          <w:b/>
        </w:rPr>
        <w:t xml:space="preserve">[18:47] </w:t>
      </w:r>
      <w:r>
        <w:t>to in kaisi ajeeb hogi yeh. qat'an understand hoga rab ka ya khaliq ka ke woh hum ko sab cheez de lekin para raaz na de.</w:t>
      </w:r>
    </w:p>
    <w:p>
      <w:pPr>
        <w:jc w:val="right"/>
      </w:pPr>
      <w:r>
        <w:t>تو ان کیسی عجیب ہوگی یہ۔ قطعاً انڈرسٹینڈ ہوگا رب کا یا خالق کا کہ وہ ہم کو سب چیز دے لیکن پارہ راز نہ دے۔</w:t>
      </w:r>
    </w:p>
    <w:p>
      <w:r>
        <w:rPr>
          <w:b/>
        </w:rPr>
        <w:t xml:space="preserve">[19:04] </w:t>
      </w:r>
      <w:r>
        <w:t>para raaz ka matlab yeh hai ke</w:t>
      </w:r>
    </w:p>
    <w:p>
      <w:pPr>
        <w:jc w:val="right"/>
      </w:pPr>
      <w:r>
        <w:t>پارہ راز کا مطلب یہ ہے کہ</w:t>
      </w:r>
    </w:p>
    <w:p>
      <w:r>
        <w:rPr>
          <w:b/>
        </w:rPr>
        <w:t xml:space="preserve">[19:12] </w:t>
      </w:r>
      <w:r>
        <w:t>woh duniya jahan insan, jahan insan ke liye sab sare pleasure mile hue hon, world of pleasure. para raaz ka matlab hota hai world of pleasure, pleasure,</w:t>
      </w:r>
    </w:p>
    <w:p>
      <w:pPr>
        <w:jc w:val="right"/>
      </w:pPr>
      <w:r>
        <w:t>وہ دنیا جہاں انسان، جہاں انسان کے لیے سب سارے پلیزر ملے ہوئے ہوں، ورلڈ آف پلیزر۔ پارہ راز کا مطلب ہوتا ہے ورلڈ آف پلیزر، پلیزر،</w:t>
      </w:r>
    </w:p>
    <w:p>
      <w:r>
        <w:rPr>
          <w:b/>
        </w:rPr>
        <w:t xml:space="preserve">[19:28] </w:t>
      </w:r>
      <w:r>
        <w:t>world of pleasure. to yeh understand karna hoga khaliq ko ke woh sab kuch de aur world of pleasure na de.</w:t>
      </w:r>
    </w:p>
    <w:p>
      <w:pPr>
        <w:jc w:val="right"/>
      </w:pPr>
      <w:r>
        <w:t>ورلڈ آف پلیزر۔ تو یہ انڈرسٹینڈ کرنا ہوگا خالق کو کہ وہ سب کچھ دے اور ورلڈ آف پلیزر نہ دے۔</w:t>
      </w:r>
    </w:p>
    <w:p>
      <w:r>
        <w:rPr>
          <w:b/>
        </w:rPr>
        <w:t xml:space="preserve">[19:43] </w:t>
      </w:r>
      <w:r>
        <w:t>to insan tarapta rahega.</w:t>
      </w:r>
    </w:p>
    <w:p>
      <w:pPr>
        <w:jc w:val="right"/>
      </w:pPr>
      <w:r>
        <w:t>تو انسان تڑپتا رہے گا۔</w:t>
      </w:r>
    </w:p>
    <w:p>
      <w:r>
        <w:rPr>
          <w:b/>
        </w:rPr>
        <w:t xml:space="preserve">[19:51] </w:t>
      </w:r>
      <w:r>
        <w:t>to ab sawal yeh hai ke hamari study jo hai insan ki universe ki, woh batati hai ke world of pleasure hona chahiye, hona chahiye.</w:t>
      </w:r>
    </w:p>
    <w:p>
      <w:pPr>
        <w:jc w:val="right"/>
      </w:pPr>
      <w:r>
        <w:t>تو اب سوال یہ ہے کہ ہماری اسٹڈی جو ہے انسان کی یونیورس کی، وہ بتاتی ہے کہ ورلڈ آف پلیزر ہونا چاہیے، ہونا چاہیے۔</w:t>
      </w:r>
    </w:p>
    <w:p>
      <w:r>
        <w:rPr>
          <w:b/>
        </w:rPr>
        <w:t xml:space="preserve">[20:05] </w:t>
      </w:r>
      <w:r>
        <w:t>ab sawal yeh hai ke woh, woh world of pleasure hamein kaise milega? aik individual ko kaise milega? to woh bas duaon ke Asiya bint Muzahim ki dawat, dua,</w:t>
      </w:r>
    </w:p>
    <w:p>
      <w:pPr>
        <w:jc w:val="right"/>
      </w:pPr>
      <w:r>
        <w:t>اب سوال یہ ہے کہ وہ، وہ ورلڈ آف پلیزر ہمیں کیسے ملے گا؟ ایک انڈیویجول کو کیسے ملے گا؟ تو وہ بس دعاؤں کے آسیہ بنت مزاحم کی دعوت، دعا،</w:t>
      </w:r>
    </w:p>
    <w:p>
      <w:r>
        <w:rPr>
          <w:b/>
        </w:rPr>
        <w:t xml:space="preserve">[20:20] </w:t>
      </w:r>
      <w:r>
        <w:t>dua mein mujhe milta hai: "Rabbi la ta'zarni fardan wa anta khairul waritheen".</w:t>
      </w:r>
    </w:p>
    <w:p>
      <w:pPr>
        <w:jc w:val="right"/>
      </w:pPr>
      <w:r>
        <w:t>دعا میں مجھے ملتا ہے: "ربلی بہتر انتقف الجنہ"۔ اے</w:t>
      </w:r>
    </w:p>
    <w:p>
      <w:r>
        <w:rPr>
          <w:b/>
        </w:rPr>
        <w:t xml:space="preserve">[20:28] </w:t>
      </w:r>
      <w:r>
        <w:t>mere rab! mujhe apne paas aik ghar bana de jannat mein. is ke maani kya hue? is ke maani kya hue</w:t>
      </w:r>
    </w:p>
    <w:p>
      <w:pPr>
        <w:jc w:val="right"/>
      </w:pPr>
      <w:r>
        <w:t>میرے رب! مجھے اپنے پاس ایک گھر بنا دے جنت میں۔ اس کے معنی کیا ہوئے؟ اس کے معنی کیا ہوئے</w:t>
      </w:r>
    </w:p>
    <w:p>
      <w:r>
        <w:rPr>
          <w:b/>
        </w:rPr>
        <w:t xml:space="preserve">[20:42] </w:t>
      </w:r>
      <w:r>
        <w:t>ke aap apne andar Rabbul Alameen ke paros wali, ke parosi wali sifat paida karein.</w:t>
      </w:r>
    </w:p>
    <w:p>
      <w:pPr>
        <w:jc w:val="right"/>
      </w:pPr>
      <w:r>
        <w:t>کہ آپ اپنے اندر رب العالمین کے پڑوس والی، کی پڑوسی والی صفت پیدا کریں۔</w:t>
      </w:r>
    </w:p>
    <w:p>
      <w:r>
        <w:rPr>
          <w:b/>
        </w:rPr>
        <w:t xml:space="preserve">[20:53] </w:t>
      </w:r>
      <w:r>
        <w:t>woh sifat ke aap ko paros mein jagah mil sake, paros mein jagah mil sake.</w:t>
      </w:r>
    </w:p>
    <w:p>
      <w:pPr>
        <w:jc w:val="right"/>
      </w:pPr>
      <w:r>
        <w:t>وہ صفت کہ آپ کو پڑوس میں جگہ مل سکے، پڑوس میں جگہ مل سکے۔</w:t>
      </w:r>
    </w:p>
    <w:p>
      <w:r>
        <w:rPr>
          <w:b/>
        </w:rPr>
        <w:t xml:space="preserve">[21:06] </w:t>
      </w:r>
      <w:r>
        <w:t>jaise aap pehle zamanay mein sunte thay, aap ko pata nahi ke boking para jo thi london mein, to uska aik khaas culture tha, khaas tarah se uthna, khaas tarah se baithna, khaas tarah ka kapra pehanna, khaas tarah se bolna.</w:t>
      </w:r>
    </w:p>
    <w:p>
      <w:pPr>
        <w:jc w:val="right"/>
      </w:pPr>
      <w:r>
        <w:t>جیسے آپ پہلے زمانے میں سنتے تھے، آپ کو پتہ نہیں کہ بکنگ پارہ جو تھی لندن میں، تو اس کا ایک خاص کلچر تھا، خاص طرح سے اٹھنا، خاص طرح سے بیٹھنا، خاص طرح کا کپڑا پہننا، خاص طرح سے بولنا۔</w:t>
      </w:r>
    </w:p>
    <w:p>
      <w:r>
        <w:rPr>
          <w:b/>
        </w:rPr>
        <w:t xml:space="preserve">[21:24] </w:t>
      </w:r>
      <w:r>
        <w:t>yeh sab cheezein. to koi aadmi India se agar jaye, jis ko boking para mein ja kar ke badshah se milna ho, to us ko yahan training di jati thi pehle ke jab tum jaoge ya boking para mein jab dakhil hoge, to tum ko kaise wahan par behave karna hai.</w:t>
      </w:r>
    </w:p>
    <w:p>
      <w:pPr>
        <w:jc w:val="right"/>
      </w:pPr>
      <w:r>
        <w:t>یہ سب چیزیں۔ تو کوئی آدمی انڈیا سے اگر جائے، جس کو بکنگ پارہ میں جا کر کے بادشاہ سے ملنا ہو، تو اس کو یہاں ٹریننگ دی جاتی تھی پہلے کہ جب تم جاؤ گے یا بکنگ پارہ میں جب داخل ہو گے، تو تم کو کیسے وہاں پر بیہیو کرنا ہے۔</w:t>
      </w:r>
    </w:p>
    <w:p>
      <w:r>
        <w:rPr>
          <w:b/>
        </w:rPr>
        <w:t xml:space="preserve">[21:49] </w:t>
      </w:r>
      <w:r>
        <w:t>to is dunya mein hum apne aap ko trend kar rahe hain ke rab ke paros mein rehne ke qabil banana.</w:t>
      </w:r>
    </w:p>
    <w:p>
      <w:pPr>
        <w:jc w:val="right"/>
      </w:pPr>
      <w:r>
        <w:t>تو اس دنیا میں ہم اپنے آپ کو ٹرینڈ کر رہے ہیں کہ رب کے پڑوس میں رہنے کے قابل بنانا۔</w:t>
      </w:r>
    </w:p>
    <w:p>
      <w:r>
        <w:rPr>
          <w:b/>
        </w:rPr>
        <w:t xml:space="preserve">[22:00] </w:t>
      </w:r>
      <w:r>
        <w:t>rab ke paros mein</w:t>
      </w:r>
    </w:p>
    <w:p>
      <w:pPr>
        <w:jc w:val="right"/>
      </w:pPr>
      <w:r>
        <w:t>رب کے پڑوس میں</w:t>
      </w:r>
    </w:p>
    <w:p>
      <w:r>
        <w:rPr>
          <w:b/>
        </w:rPr>
        <w:t xml:space="preserve">[22:07] </w:t>
      </w:r>
      <w:r>
        <w:t>yeh koi jadu mantar ki baat nahi hai ke jadu mantar karo aur aur para raaz mil jaye. isi liye quran mein likhi hai: "olayka al nabiyina wal siddiqina wal shuhada wal salihina wa hasuna olayka rafiqa".</w:t>
      </w:r>
    </w:p>
    <w:p>
      <w:pPr>
        <w:jc w:val="right"/>
      </w:pPr>
      <w:r>
        <w:t>یہ کوئی جادو منتر کی بات نہیں ہے کہ جادو منتر کرو اور اور پارہ راز مل جائے۔ اسی لیے قرآن میں لکھی ہے: "اولائکما النبیین وصدیقین وشہداء وصالحین وھسون اولائک رفیقہ"۔</w:t>
      </w:r>
    </w:p>
    <w:p>
      <w:r>
        <w:rPr>
          <w:b/>
        </w:rPr>
        <w:t xml:space="preserve">[22:27] </w:t>
      </w:r>
      <w:r>
        <w:t>yani para raaz hi milegi un ko jin ke andar husn-e-rifaqat ka</w:t>
      </w:r>
    </w:p>
    <w:p>
      <w:pPr>
        <w:jc w:val="right"/>
      </w:pPr>
      <w:r>
        <w:t>یعنی پارہ راز ہی ملے گی ان کو جن کے اندر حسن رفاقت کا</w:t>
      </w:r>
    </w:p>
    <w:p>
      <w:r>
        <w:rPr>
          <w:b/>
        </w:rPr>
        <w:t xml:space="preserve">[22:37] </w:t>
      </w:r>
      <w:r>
        <w:t>malka paida paya jaye. to husn-e-rifaqat kya hai?</w:t>
      </w:r>
    </w:p>
    <w:p>
      <w:pPr>
        <w:jc w:val="right"/>
      </w:pPr>
      <w:r>
        <w:t>ملکہ پیدا پایا جائے۔ تو حسن رفاقت کیا ہے؟</w:t>
      </w:r>
    </w:p>
    <w:p>
      <w:r>
        <w:rPr>
          <w:b/>
        </w:rPr>
        <w:t xml:space="preserve">[22:46] </w:t>
      </w:r>
      <w:r>
        <w:t>rasool Allah ne jab aap ka aakhri waqt aaya to aap ne kaha ke "Allahumma al rafiq ala".</w:t>
      </w:r>
    </w:p>
    <w:p>
      <w:pPr>
        <w:jc w:val="right"/>
      </w:pPr>
      <w:r>
        <w:t>رسول اللہ نے جب آپ کا آخری وقت آیا تو آپ نے کہا کہ "اللہم الرفیق لالا"۔</w:t>
      </w:r>
    </w:p>
    <w:p>
      <w:r>
        <w:rPr>
          <w:b/>
        </w:rPr>
        <w:t xml:space="preserve">[22:59] </w:t>
      </w:r>
      <w:r>
        <w:t>yani Allah ki rifaqat mein aap rahen to wahan jis tareeqe se aap ko behave karna hai, aap us ko anticipate karen, peshgi tor par janen, is tarah apne aap ko banaen.</w:t>
      </w:r>
    </w:p>
    <w:p>
      <w:pPr>
        <w:jc w:val="right"/>
      </w:pPr>
      <w:r>
        <w:t>یعنی اللہ کی رفاقت میں آپ رہیں تو وہاں جس طریقے سے آپ کو بیہیو کرنا ہے، آپ اس کو انٹیسپیٹ کریں، پیشگی طور پر جانیں، اس طرح اپنے آپ کو بنائیں۔</w:t>
      </w:r>
    </w:p>
    <w:p>
      <w:r>
        <w:rPr>
          <w:b/>
        </w:rPr>
        <w:t xml:space="preserve">[23:17] </w:t>
      </w:r>
      <w:r>
        <w:t>to aap ka kamal yeh hai ke aap discover karen. yahi discovery jo hai, mein samajhta hoon ke jannat ki qeemat hai. aap yeh discover karen ke rab al alameen ke paros mein rehna ya rab al alameen ke paros ka jo culture hai, woh kya hai aur apne ko us ke mutabiq banana hai.</w:t>
      </w:r>
    </w:p>
    <w:p>
      <w:pPr>
        <w:jc w:val="right"/>
      </w:pPr>
      <w:r>
        <w:t>تو آپ کا کمال یہ ہے کہ آپ ڈسکور کریں۔ یہی ڈسکوری جو ہے، میں سمجھتا ہوں کہ جنت کی قیمت ہے۔ آپ یہ ڈسکور کریں کہ رب العالمین کے پڑوس میں رہنا یا رب العالمین کے پڑوس کا جو کلچر ہے، وہ کیا ہے اور اپنے کو اس کے مطابق بنانا ہے۔</w:t>
      </w:r>
    </w:p>
    <w:p>
      <w:r>
        <w:rPr>
          <w:b/>
        </w:rPr>
        <w:t xml:space="preserve">[23:45] </w:t>
      </w:r>
      <w:r>
        <w:t>yahi qeemat hai jannat, jannat ki</w:t>
      </w:r>
    </w:p>
    <w:p>
      <w:pPr>
        <w:jc w:val="right"/>
      </w:pPr>
      <w:r>
        <w:t>یہی قیمت ہے جنت، جنت کی</w:t>
      </w:r>
    </w:p>
    <w:p>
      <w:r>
        <w:rPr>
          <w:b/>
        </w:rPr>
        <w:t xml:space="preserve">[23:51] </w:t>
      </w:r>
      <w:r>
        <w:t>ke apne aap bohat hi zyada study karen, bohat hi deep sense mein baton ko len, bohat zyada apne aql ko develop karen aur phir aap self discovery ke tor par yeh janen,</w:t>
      </w:r>
    </w:p>
    <w:p>
      <w:pPr>
        <w:jc w:val="right"/>
      </w:pPr>
      <w:r>
        <w:t>کہ اپنے آپ بہت ہی زیادہ اسٹڈی کریں، بہت ہی ڈیپ سینس میں باتوں کو لیں، بہت زیادہ اپنے عقل کو ڈیولپ کریں اور پھر آپ سیلف ڈسکوری کے طور پر یہ جانیں،</w:t>
      </w:r>
    </w:p>
    <w:p>
      <w:r>
        <w:rPr>
          <w:b/>
        </w:rPr>
        <w:t xml:space="preserve">[24:14] </w:t>
      </w:r>
      <w:r>
        <w:t>baghair bataye hue, baghair bataye hue self discovery ke tor par yeh janen ke rab al alameen ka paros ka culture kya hoga.</w:t>
      </w:r>
    </w:p>
    <w:p>
      <w:pPr>
        <w:jc w:val="right"/>
      </w:pPr>
      <w:r>
        <w:t>بغیر بتائے ہوئے، بغیر بتائے ہوئے سیلف ڈسکوری کے طور پر یہ جانیں کہ رب العالمین کا پڑوس کا کلچر کیا ہوگا۔</w:t>
      </w:r>
    </w:p>
    <w:p>
      <w:r>
        <w:rPr>
          <w:b/>
        </w:rPr>
        <w:t xml:space="preserve">[24:32] </w:t>
      </w:r>
      <w:r>
        <w:t>misal ke tor par is ki ek misal deta hoon:</w:t>
      </w:r>
    </w:p>
    <w:p>
      <w:pPr>
        <w:jc w:val="right"/>
      </w:pPr>
      <w:r>
        <w:t>مثلاً اس کی ایک مثال دیتا ہوں:</w:t>
      </w:r>
    </w:p>
    <w:p>
      <w:r>
        <w:rPr>
          <w:b/>
        </w:rPr>
        <w:t xml:space="preserve">[24:42] </w:t>
      </w:r>
      <w:r>
        <w:t>quran mein hai ke jannat ke baray mein</w:t>
      </w:r>
    </w:p>
    <w:p>
      <w:pPr>
        <w:jc w:val="right"/>
      </w:pPr>
      <w:r>
        <w:t>قرآن میں ہے کہ جنت کے بارے میں</w:t>
      </w:r>
    </w:p>
    <w:p>
      <w:r>
        <w:rPr>
          <w:b/>
        </w:rPr>
        <w:t xml:space="preserve">[24:48] </w:t>
      </w:r>
      <w:r>
        <w:t>ke is mein</w:t>
      </w:r>
    </w:p>
    <w:p>
      <w:pPr>
        <w:jc w:val="right"/>
      </w:pPr>
      <w:r>
        <w:t>کہ اس میں</w:t>
      </w:r>
    </w:p>
    <w:p>
      <w:r>
        <w:rPr>
          <w:b/>
        </w:rPr>
        <w:t xml:space="preserve">[24:52] </w:t>
      </w:r>
      <w:r>
        <w:t>koi laghu baat nahi sunai degi.</w:t>
      </w:r>
    </w:p>
    <w:p>
      <w:pPr>
        <w:jc w:val="right"/>
      </w:pPr>
      <w:r>
        <w:t>کوئی لغو بات نہیں سنائی دے گی۔</w:t>
      </w:r>
    </w:p>
    <w:p>
      <w:r>
        <w:rPr>
          <w:b/>
        </w:rPr>
        <w:t xml:space="preserve">[24:59] </w:t>
      </w:r>
      <w:r>
        <w:t>laghu maani hote hain: absurd, meaningless. to bohat hi fine qism ke log jannat mein honge jin ke munh se kabhi koi nonsense, koi new sense nahi niklega.</w:t>
      </w:r>
    </w:p>
    <w:p>
      <w:pPr>
        <w:jc w:val="right"/>
      </w:pPr>
      <w:r>
        <w:t>لغو معنی ہوتے ہیں: ایبسرڈ، میننگ لیس۔ تو بہت ہی فائن قسم کے لوگ جنت میں ہوں گے جن کے منہ سے کبھی کوئی نان سینس، کوئی نیو سینس نہیں نکلے گا۔</w:t>
      </w:r>
    </w:p>
    <w:p>
      <w:r>
        <w:rPr>
          <w:b/>
        </w:rPr>
        <w:t xml:space="preserve">[25:22] </w:t>
      </w:r>
      <w:r>
        <w:t>bohat hi zyada refined log honge, bohat hi refined. to apne aap ko dunya mein is culture par dhalna, is culture par dhalna, is refined culture par,</w:t>
      </w:r>
    </w:p>
    <w:p>
      <w:pPr>
        <w:jc w:val="right"/>
      </w:pPr>
      <w:r>
        <w:t>بہت ہی زیادہ ریفائنڈ لوگ ہوں گے، بہت ہی ریفائنڈ۔ تو اپنے آپ کو دنیا میں اس کلچر پر ڈھالنا، اس کلچر پر ڈھالنا، اس اس ریفائنڈ کلچر پر،</w:t>
      </w:r>
    </w:p>
    <w:p>
      <w:r>
        <w:rPr>
          <w:b/>
        </w:rPr>
        <w:t xml:space="preserve">[25:43] </w:t>
      </w:r>
      <w:r>
        <w:t>اس کلچر پر جس میں کوئی nonsense نہیں، کوئی nuisance نہیں۔</w:t>
      </w:r>
    </w:p>
    <w:p>
      <w:pPr>
        <w:jc w:val="right"/>
      </w:pPr>
      <w:r>
        <w:t>اس کلچر پر جس میں کوئی نان سینس نہیں، کوئی نیو سینس نہیں۔</w:t>
      </w:r>
    </w:p>
    <w:p>
      <w:r>
        <w:rPr>
          <w:b/>
        </w:rPr>
        <w:t xml:space="preserve">[25:49] </w:t>
      </w:r>
      <w:r>
        <w:t>to farishte aap ki nigrani kar rahe hain,</w:t>
      </w:r>
    </w:p>
    <w:p>
      <w:pPr>
        <w:jc w:val="right"/>
      </w:pPr>
      <w:r>
        <w:t>تو فرشتے آپ کی نگرانی کر رہے ہیں،</w:t>
      </w:r>
    </w:p>
    <w:p>
      <w:r>
        <w:rPr>
          <w:b/>
        </w:rPr>
        <w:t xml:space="preserve">[25:55] </w:t>
      </w:r>
      <w:r>
        <w:t>farishte aap ki nigrani kar rahe hain</w:t>
      </w:r>
    </w:p>
    <w:p>
      <w:pPr>
        <w:jc w:val="right"/>
      </w:pPr>
      <w:r>
        <w:t>فرشتے آپ کی نگرانی کر رہے ہیں</w:t>
      </w:r>
    </w:p>
    <w:p>
      <w:r>
        <w:rPr>
          <w:b/>
        </w:rPr>
        <w:t xml:space="preserve">[25:59] </w:t>
      </w:r>
      <w:r>
        <w:t>aur jin logon ko aap to the mark payenge, farishte</w:t>
      </w:r>
    </w:p>
    <w:p>
      <w:pPr>
        <w:jc w:val="right"/>
      </w:pPr>
      <w:r>
        <w:t>اور جن لوگوں کو آپ ٹو دا مارک پائیں گے، فرشتے</w:t>
      </w:r>
    </w:p>
    <w:p>
      <w:r>
        <w:rPr>
          <w:b/>
        </w:rPr>
        <w:t xml:space="preserve">[26:04] </w:t>
      </w:r>
      <w:r>
        <w:t>us standard ke mutabiq payenge</w:t>
      </w:r>
    </w:p>
    <w:p>
      <w:pPr>
        <w:jc w:val="right"/>
      </w:pPr>
      <w:r>
        <w:t>اس سٹینڈرڈ کے مطابق پائیں گے</w:t>
      </w:r>
    </w:p>
    <w:p>
      <w:r>
        <w:rPr>
          <w:b/>
        </w:rPr>
        <w:t xml:space="preserve">[26:07] </w:t>
      </w:r>
      <w:r>
        <w:t>to ko woh recommend karen ke khuda yeh hai, yeh hai woh insan</w:t>
      </w:r>
    </w:p>
    <w:p>
      <w:pPr>
        <w:jc w:val="right"/>
      </w:pPr>
      <w:r>
        <w:t>تو کو وہ ریکمنڈ کریں کہ خدا یہ ہے، یہ ہے وہ انسان</w:t>
      </w:r>
    </w:p>
    <w:p>
      <w:r>
        <w:rPr>
          <w:b/>
        </w:rPr>
        <w:t xml:space="preserve">[26:12] </w:t>
      </w:r>
      <w:r>
        <w:t>jo tere paros mein basane ke qabil hai.</w:t>
      </w:r>
    </w:p>
    <w:p>
      <w:pPr>
        <w:jc w:val="right"/>
      </w:pPr>
      <w:r>
        <w:t>جو تیرے پڑوس میں بسانے کے قابل ہے۔</w:t>
      </w:r>
    </w:p>
    <w:p>
      <w:r>
        <w:rPr>
          <w:b/>
        </w:rPr>
        <w:t xml:space="preserve">[26:21] </w:t>
      </w:r>
      <w:r>
        <w:t>to yeh hai jannat, yeh hai jannati insan aur yeh hai woh preparation jo humein is dunya mein karna hai, jo humein is dunya mein karna hai.</w:t>
      </w:r>
    </w:p>
    <w:p>
      <w:pPr>
        <w:jc w:val="right"/>
      </w:pPr>
      <w:r>
        <w:t>تو یہ ہے جنت، یہ ہے جنتی انسان اور یہ ہے وہ پریپریشن جو ہمیں اس دنیا میں کرنا ہے، جو ہمیں اس دنیا میں کرنا ہے۔</w:t>
      </w:r>
    </w:p>
    <w:p>
      <w:r>
        <w:rPr>
          <w:b/>
        </w:rPr>
        <w:t xml:space="preserve">[26:43] </w:t>
      </w:r>
      <w:r>
        <w:t>yaad rakhiye, koi</w:t>
      </w:r>
    </w:p>
    <w:p>
      <w:pPr>
        <w:jc w:val="right"/>
      </w:pPr>
      <w:r>
        <w:t>یاد رکھیے، کوئی</w:t>
      </w:r>
    </w:p>
    <w:p>
      <w:r>
        <w:rPr>
          <w:b/>
        </w:rPr>
        <w:t xml:space="preserve">[26:49] </w:t>
      </w:r>
      <w:r>
        <w:t>koi formable sense mein koi cheez aisi nahi hai jo aap ko jannat jannat mein dakhil kar de. koi race, koi community, koi form</w:t>
      </w:r>
    </w:p>
    <w:p>
      <w:pPr>
        <w:jc w:val="right"/>
      </w:pPr>
      <w:r>
        <w:t>کوئی فارمبل سینس میں کوئی چیز ایسی نہیں ہے جو آپ کو جنت جنت میں داخل کر دے۔ کوئی ریس، کوئی کمیونٹی، کوئی فارم</w:t>
      </w:r>
    </w:p>
    <w:p>
      <w:r>
        <w:rPr>
          <w:b/>
        </w:rPr>
        <w:t xml:space="preserve">[27:10] </w:t>
      </w:r>
      <w:r>
        <w:t>aap ko jannat mein nahi le jayega. jannat mein para raaz mein dakhil hone ki shart jo hai, woh</w:t>
      </w:r>
    </w:p>
    <w:p>
      <w:pPr>
        <w:jc w:val="right"/>
      </w:pPr>
      <w:r>
        <w:t>آپ کو جنت میں نہیں لے جائے گا۔ جنت میں پارہ راز میں داخل ہونے کی شرط جو ہے، وہ</w:t>
      </w:r>
    </w:p>
    <w:p>
      <w:r>
        <w:rPr>
          <w:b/>
        </w:rPr>
        <w:t xml:space="preserve">[27:22] </w:t>
      </w:r>
      <w:r>
        <w:t>divine culture hai. divine culture ko discover karna, divine culture ko adopt karna, apne aap ko divine culture mein dhalna.</w:t>
      </w:r>
    </w:p>
    <w:p>
      <w:pPr>
        <w:jc w:val="right"/>
      </w:pPr>
      <w:r>
        <w:t>ڈیوائن کلچر ہے۔ ڈیوائن کلچر کو ڈسکور کرنا، ڈیوائن کلچر کو اڈاپٹ کرنا، اپنے آپ کو ڈیوائن کلچر میں ڈھالنا۔</w:t>
      </w:r>
    </w:p>
    <w:p>
      <w:r>
        <w:rPr>
          <w:b/>
        </w:rPr>
        <w:t xml:space="preserve">[27:40] </w:t>
      </w:r>
      <w:r>
        <w:t>misal ke tor par</w:t>
      </w:r>
    </w:p>
    <w:p>
      <w:pPr>
        <w:jc w:val="right"/>
      </w:pPr>
      <w:r>
        <w:t>مثلاً</w:t>
      </w:r>
    </w:p>
    <w:p>
      <w:r>
        <w:rPr>
          <w:b/>
        </w:rPr>
        <w:t xml:space="preserve">[27:45] </w:t>
      </w:r>
      <w:r>
        <w:t>negativity zara bhi nahi hai aap ke andar, zara bhi nahi. poore maani mein aap ke andar positive thinking ho,</w:t>
      </w:r>
    </w:p>
    <w:p>
      <w:pPr>
        <w:jc w:val="right"/>
      </w:pPr>
      <w:r>
        <w:t>نیگیٹیوٹی ذرا بھی نہیں ہے آپ کے اندر، ذرا بھی نہیں۔ پورے معنی میں آپ کے اندر پازیٹیو تھنکنگ ہو،</w:t>
      </w:r>
    </w:p>
    <w:p>
      <w:r>
        <w:rPr>
          <w:b/>
        </w:rPr>
        <w:t xml:space="preserve">[28:01] </w:t>
      </w:r>
      <w:r>
        <w:t>doosron ke liye new sense create karna, yeh bilkul se pak hon aap.</w:t>
      </w:r>
    </w:p>
    <w:p>
      <w:pPr>
        <w:jc w:val="right"/>
      </w:pPr>
      <w:r>
        <w:t>دوسروں کے لیے نیو سینس کریٹ کرنا، یہ بالکل سے پاک ہوں آپ۔</w:t>
      </w:r>
    </w:p>
    <w:p>
      <w:r>
        <w:rPr>
          <w:b/>
        </w:rPr>
        <w:t xml:space="preserve">[28:10] </w:t>
      </w:r>
      <w:r>
        <w:t>to bohat hi zyada selfless, bohat hi zyada positive thinker hona chahiye aap ko.</w:t>
      </w:r>
    </w:p>
    <w:p>
      <w:pPr>
        <w:jc w:val="right"/>
      </w:pPr>
      <w:r>
        <w:t>تو بہت ہی زیادہ سیلف لیس، بہت ہی زیادہ پازیٹیو تھنکر ہونا چاہیے آپ کو۔</w:t>
      </w:r>
    </w:p>
    <w:p>
      <w:r>
        <w:rPr>
          <w:b/>
        </w:rPr>
        <w:t xml:space="preserve">[28:20] </w:t>
      </w:r>
      <w:r>
        <w:t>isi ki yeh duniya, isi ki training ke liye hai. yeh duniya sach poochien to jannati insan ki training ke liye hai.</w:t>
      </w:r>
    </w:p>
    <w:p>
      <w:pPr>
        <w:jc w:val="right"/>
      </w:pPr>
      <w:r>
        <w:t>اسی کی یہ دنیا، اسی کی ٹریننگ کے لیے ہے۔ یہ دنیا سچ پوچھیں تو جنتی انسان کی ٹریننگ کے لیے ہے۔</w:t>
      </w:r>
    </w:p>
    <w:p>
      <w:r>
        <w:rPr>
          <w:b/>
        </w:rPr>
        <w:t xml:space="preserve">[28:33] </w:t>
      </w:r>
      <w:r>
        <w:t>jo log, jin logon ke andar yeh sifat na pai jaye, farishton ke ki gawahi ke mutabiq, to woh discard kar diye jayenge,</w:t>
      </w:r>
    </w:p>
    <w:p>
      <w:pPr>
        <w:jc w:val="right"/>
      </w:pPr>
      <w:r>
        <w:t>جو لوگ، جن لوگوں کے اندر یہ صفت نہ پائی جائے، فرشتوں کے کی گواہی کے مطابق، تو وہ ڈسکارڈ کر دیے جائیں گے،</w:t>
      </w:r>
    </w:p>
    <w:p>
      <w:r>
        <w:rPr>
          <w:b/>
        </w:rPr>
        <w:t xml:space="preserve">[28:48] </w:t>
      </w:r>
      <w:r>
        <w:t>woh reject kar diye jayenge, reject, radd. aur jo log is mayar par poore utre hain, un ko wahan jagah jagah milegi.</w:t>
      </w:r>
    </w:p>
    <w:p>
      <w:pPr>
        <w:jc w:val="right"/>
      </w:pPr>
      <w:r>
        <w:t>وہ ریجیکٹ کر دیے جائیں گے، ریجیکٹ، رد۔ اور جو لوگ اس معیار پر پورے اترے ہیں، ان کو وہاں جگہ جگہ ملے گی۔</w:t>
      </w:r>
    </w:p>
    <w:p>
      <w:r>
        <w:rPr>
          <w:b/>
        </w:rPr>
        <w:t xml:space="preserve">[29:13] </w:t>
      </w:r>
      <w:r>
        <w:t>misalan maine ek ek riwayat padhi ke</w:t>
      </w:r>
    </w:p>
    <w:p>
      <w:pPr>
        <w:jc w:val="right"/>
      </w:pPr>
      <w:r>
        <w:t>مثلاً میں نے ایک ایک روایت پڑھی کہ</w:t>
      </w:r>
    </w:p>
    <w:p>
      <w:r>
        <w:rPr>
          <w:b/>
        </w:rPr>
        <w:t xml:space="preserve">[29:20] </w:t>
      </w:r>
      <w:r>
        <w:t>juma ki namaz ho rahi thi, juma ki namaz. to juma ki namaz mein khutba padhaya jata hai.</w:t>
      </w:r>
    </w:p>
    <w:p>
      <w:pPr>
        <w:jc w:val="right"/>
      </w:pPr>
      <w:r>
        <w:t>جمعہ کی نماز ہو رہی تھی، جمعہ کی نماز۔ تو جمعہ کی نماز میں خطبہ پڑھایا جاتا ہے۔</w:t>
      </w:r>
    </w:p>
    <w:p>
      <w:r>
        <w:rPr>
          <w:b/>
        </w:rPr>
        <w:t xml:space="preserve">[29:32] </w:t>
      </w:r>
      <w:r>
        <w:t>khutbe ka yeh hukum hai ke is waqt chup raho, chup reh kar suno khutba, chup reh kar imam ka khutba suno,</w:t>
      </w:r>
    </w:p>
    <w:p>
      <w:pPr>
        <w:jc w:val="right"/>
      </w:pPr>
      <w:r>
        <w:t>خطبے کا یہ حکم ہے کہ اس وقت چپ رہو، چپ رہ کر سنو خطبہ، چپ رہ کر امام کا خطبہ سنو،</w:t>
      </w:r>
    </w:p>
    <w:p>
      <w:r>
        <w:rPr>
          <w:b/>
        </w:rPr>
        <w:t xml:space="preserve">[29:46] </w:t>
      </w:r>
      <w:r>
        <w:t>khutbe ka matlab sermon, chup reh kar is ka sermon suno. to ek baar aisa hua ke imam khutba de raha tha aur ek aadmi bol pada.</w:t>
      </w:r>
    </w:p>
    <w:p>
      <w:pPr>
        <w:jc w:val="right"/>
      </w:pPr>
      <w:r>
        <w:t>خطبہ کا مطلب سرمن، چپ رہ کر اس کا سرمن سنو۔ تو ایک بار ایسا ہوا کہ امام خطبہ دے رہا تھا اور ایک آدمی بول پڑا۔</w:t>
      </w:r>
    </w:p>
    <w:p>
      <w:r>
        <w:rPr>
          <w:b/>
        </w:rPr>
        <w:t xml:space="preserve">[30:06] </w:t>
      </w:r>
      <w:r>
        <w:t>yani khutba de raha tha, ek aadmi bol pada.</w:t>
      </w:r>
    </w:p>
    <w:p>
      <w:pPr>
        <w:jc w:val="right"/>
      </w:pPr>
      <w:r>
        <w:t>یعنی خطبہ دے رہا تھا، ایک آدمی بول پڑا۔</w:t>
      </w:r>
    </w:p>
    <w:p>
      <w:r>
        <w:rPr>
          <w:b/>
        </w:rPr>
        <w:t xml:space="preserve">[30:12] </w:t>
      </w:r>
      <w:r>
        <w:t>to yeh bolna is ka laghu kalam tha kyun ke is waqt to aap aap ne koi chup rehna hai taake log sun saken.</w:t>
      </w:r>
    </w:p>
    <w:p>
      <w:pPr>
        <w:jc w:val="right"/>
      </w:pPr>
      <w:r>
        <w:t>تو یہ بولنا اس کا لغو کلام تھا کیونکہ اس وقت تو آپ آپ نے کوئی چپ رہنا ہے تاکہ لوگ سن سکیں۔</w:t>
      </w:r>
    </w:p>
    <w:p>
      <w:r>
        <w:rPr>
          <w:b/>
        </w:rPr>
        <w:t xml:space="preserve">[30:25] </w:t>
      </w:r>
      <w:r>
        <w:t>to ek aadmi doosra jo wahan baitha hua tha namaz mein, is mein bol kar kehna chaha ke chup, chup, chup.</w:t>
      </w:r>
    </w:p>
    <w:p>
      <w:pPr>
        <w:jc w:val="right"/>
      </w:pPr>
      <w:r>
        <w:t>تو ایک آدمی دوسرا جو وہاں بیٹھا ہوا تھا نماز میں، اس میں بول کر کہنا چاہا کہ چپ، چپ، چپ۔</w:t>
      </w:r>
    </w:p>
    <w:p>
      <w:r>
        <w:rPr>
          <w:b/>
        </w:rPr>
        <w:t xml:space="preserve">[30:38] </w:t>
      </w:r>
      <w:r>
        <w:t>to is ke liye hukum hai ke</w:t>
      </w:r>
    </w:p>
    <w:p>
      <w:pPr>
        <w:jc w:val="right"/>
      </w:pPr>
      <w:r>
        <w:t>تو اس کے لیے حکم ہے کہ</w:t>
      </w:r>
    </w:p>
    <w:p>
      <w:r>
        <w:rPr>
          <w:b/>
        </w:rPr>
        <w:t xml:space="preserve">[30:42] </w:t>
      </w:r>
      <w:r>
        <w:t>"idha qulta lisahibika askat wal imamu yakhtabu". faqat lagao tha.</w:t>
      </w:r>
    </w:p>
    <w:p>
      <w:pPr>
        <w:jc w:val="right"/>
      </w:pPr>
      <w:r>
        <w:t>"اذا قلت لصاحبک اسکت والامام یختبو"۔ فقط لگاؤ تھا۔</w:t>
      </w:r>
    </w:p>
    <w:p>
      <w:r>
        <w:rPr>
          <w:b/>
        </w:rPr>
        <w:t xml:space="preserve">[30:52] </w:t>
      </w:r>
      <w:r>
        <w:t>"idha qulta lisahibika askat wal imamu yakhtabu". faqat lagao tha. to yani yani imam khutba de raha hai, koi bol pada to aap ne kaha ke chup, chup.</w:t>
      </w:r>
    </w:p>
    <w:p>
      <w:pPr>
        <w:jc w:val="right"/>
      </w:pPr>
      <w:r>
        <w:t>"اذا قلت لصاحبک اسکت والامام یختبو"۔ فقط لگاؤ تھا۔ تو یعنی یعنی امام خطبہ دے رہا ہے، کوئی بول پڑا تو آپ نے کہا کہ چپ، چپ۔</w:t>
      </w:r>
    </w:p>
    <w:p>
      <w:r>
        <w:rPr>
          <w:b/>
        </w:rPr>
        <w:t xml:space="preserve">[31:07] </w:t>
      </w:r>
      <w:r>
        <w:t>to aap ne absurd kaam kiya, laghu kaam kiya. kyun ke abhi to ek aadmi bola tha, ab aap bhi bol pade to to double ho gaya,</w:t>
      </w:r>
    </w:p>
    <w:p>
      <w:pPr>
        <w:jc w:val="right"/>
      </w:pPr>
      <w:r>
        <w:t>تو آپ نے ایبسرڈ کام کیا، لغو کام کیا۔ کیوں کہ ابھی تو ایک آدمی بولا تھا، اب آپ بھی بول پڑے تو تو ڈبل ہو گیا،</w:t>
      </w:r>
    </w:p>
    <w:p>
      <w:r>
        <w:rPr>
          <w:b/>
        </w:rPr>
        <w:t xml:space="preserve">[31:22] </w:t>
      </w:r>
      <w:r>
        <w:t>shor barh gaya. to aap ko aql istemal karna chahiye, aql, aql istemal kar ke. theek hai, jaise is tarah hota hai, ishara, ishara kar ke chup karna,</w:t>
      </w:r>
    </w:p>
    <w:p>
      <w:pPr>
        <w:jc w:val="right"/>
      </w:pPr>
      <w:r>
        <w:t>شور بڑھ گیا۔ تو آپ کو عقل استعمال کرنا چاہیے، عقل، عقل استعمال کر کے۔ ٹھیک ہے، جیسے اس طرح ہوتا ہے، اشارہ، اشارہ کر کے چپ کرنا،</w:t>
      </w:r>
    </w:p>
    <w:p>
      <w:r>
        <w:rPr>
          <w:b/>
        </w:rPr>
        <w:t xml:space="preserve">[31:38] </w:t>
      </w:r>
      <w:r>
        <w:t>ishara kar ke chup karna, na ke bol kar chup karna. agar aap bol kar ke chup karen to woh absurd baat ho gayi.</w:t>
      </w:r>
    </w:p>
    <w:p>
      <w:pPr>
        <w:jc w:val="right"/>
      </w:pPr>
      <w:r>
        <w:t>اشارہ کر کے چپ کرنا، نہ کہ بول کر چپ کرنا۔ اگر آپ بول کر کے چپ کریں تو وہ ایبسرڈ بات ہو گئی۔</w:t>
      </w:r>
    </w:p>
    <w:p>
      <w:r>
        <w:rPr>
          <w:b/>
        </w:rPr>
        <w:t xml:space="preserve">[31:50] </w:t>
      </w:r>
      <w:r>
        <w:t>ishara kar ke chup karen to woh sahi hua. to yeh bohat hi zyada developed mind aisa karega.</w:t>
      </w:r>
    </w:p>
    <w:p>
      <w:pPr>
        <w:jc w:val="right"/>
      </w:pPr>
      <w:r>
        <w:t>اشارہ کر کے چپ کریں تو وہ صحیح ہوا۔ تو یہ بہت ہی زیادہ ڈیولپڈ مائنڈ ایسا کرے گا۔</w:t>
      </w:r>
    </w:p>
    <w:p>
      <w:r>
        <w:rPr>
          <w:b/>
        </w:rPr>
        <w:t xml:space="preserve">[32:02] </w:t>
      </w:r>
      <w:r>
        <w:t>jo bol kar chup karaye, woh developed mind nahi hai. aur jo ishara kar ke chup kare, woh developed mind hai.</w:t>
      </w:r>
    </w:p>
    <w:p>
      <w:pPr>
        <w:jc w:val="right"/>
      </w:pPr>
      <w:r>
        <w:t>جو بول کر چپ کرائے، وہ ڈیولپڈ مائنڈ نہیں ہے۔ اور جو اشارہ کر کے چپ کرے، وہ ڈیولپڈ مائنڈ ہے۔</w:t>
      </w:r>
    </w:p>
    <w:p>
      <w:r>
        <w:rPr>
          <w:b/>
        </w:rPr>
        <w:t xml:space="preserve">[32:13] </w:t>
      </w:r>
      <w:r>
        <w:t>ek choti si misal yeh hai</w:t>
      </w:r>
    </w:p>
    <w:p>
      <w:pPr>
        <w:jc w:val="right"/>
      </w:pPr>
      <w:r>
        <w:t>ایک چھوٹی سی مثال یہ ہے</w:t>
      </w:r>
    </w:p>
    <w:p>
      <w:r>
        <w:rPr>
          <w:b/>
        </w:rPr>
        <w:t xml:space="preserve">[32:18] </w:t>
      </w:r>
      <w:r>
        <w:t>to aise refined etiquette wale log chune jayenge aur woh jannat mein jagah payenge,</w:t>
      </w:r>
    </w:p>
    <w:p>
      <w:pPr>
        <w:jc w:val="right"/>
      </w:pPr>
      <w:r>
        <w:t>تو ایسے ریفائنڈ ایٹیکیٹ والے لوگ چنے جائیں گے اور وہ جنت میں جگہ پائیں گے،</w:t>
      </w:r>
    </w:p>
    <w:p>
      <w:r>
        <w:rPr>
          <w:b/>
        </w:rPr>
        <w:t xml:space="preserve">[32:29] </w:t>
      </w:r>
      <w:r>
        <w:t>jannat mein jagah payenge.</w:t>
      </w:r>
    </w:p>
    <w:p>
      <w:pPr>
        <w:jc w:val="right"/>
      </w:pPr>
      <w:r>
        <w:t>جنت میں جگہ پائیں گے۔</w:t>
      </w:r>
    </w:p>
    <w:p>
      <w:r>
        <w:rPr>
          <w:b/>
        </w:rPr>
        <w:t xml:space="preserve">[32:36] </w:t>
      </w:r>
      <w:r>
        <w:t>aur main samajhta hoon ke Allah ne insanon ke andar yeh sense rakha hai ke woh is ko jannay, is ko pehchanen.</w:t>
      </w:r>
    </w:p>
    <w:p>
      <w:pPr>
        <w:jc w:val="right"/>
      </w:pPr>
      <w:r>
        <w:t>اور میں سمجھتا ہوں کہ اللہ نے انسانوں کے اندر یہ سینس رکھا ہے کہ وہ اس کو جانیں، اس کو پہچانیں۔</w:t>
      </w:r>
    </w:p>
    <w:p>
      <w:r>
        <w:rPr>
          <w:b/>
        </w:rPr>
        <w:t xml:space="preserve">[32:48] </w:t>
      </w:r>
      <w:r>
        <w:t>aur modern civilization ne is sense ko develop kiya hai, modern civilization.</w:t>
      </w:r>
    </w:p>
    <w:p>
      <w:pPr>
        <w:jc w:val="right"/>
      </w:pPr>
      <w:r>
        <w:t>اور ماڈرن سولائزیشن نے اس سینس کو ڈیولپ کیا ہے، ماڈرن سولائزیشن۔</w:t>
      </w:r>
    </w:p>
    <w:p>
      <w:r>
        <w:rPr>
          <w:b/>
        </w:rPr>
        <w:t xml:space="preserve">[32:57] </w:t>
      </w:r>
      <w:r>
        <w:t>jaise mein amreeka gaya to amreeka mein mein aik library mein gaya, aik new york ki library mein, bohat hi achhi, bohat hi well developed,</w:t>
      </w:r>
    </w:p>
    <w:p>
      <w:pPr>
        <w:jc w:val="right"/>
      </w:pPr>
      <w:r>
        <w:t>جیسے میں امریکہ گیا تو امریکہ میں میں ایک لائبریری میں گیا، ایک نیویارک کی لائبریری میں، بہت ہی اچھی، بہت ہی ویل ڈیولپڈ،</w:t>
      </w:r>
    </w:p>
    <w:p>
      <w:r>
        <w:rPr>
          <w:b/>
        </w:rPr>
        <w:t xml:space="preserve">[33:12] </w:t>
      </w:r>
      <w:r>
        <w:t>well planned thi woh diary. to mein kisi mail par baith gaya to mein ne dekha ke mere paas doosri mail jo khaali thi, wahan aik larka aur larki aaye.</w:t>
      </w:r>
    </w:p>
    <w:p>
      <w:pPr>
        <w:jc w:val="right"/>
      </w:pPr>
      <w:r>
        <w:t>ویل پلانڈ تھی وہ ڈائری۔ تو میں کسی میل پر بیٹھ گیا تو میں نے دیکھا کہ میرے پاس دوسری میل جو خالی تھی، وہاں ایک لڑکا اور لڑکی آئے۔</w:t>
      </w:r>
    </w:p>
    <w:p>
      <w:r>
        <w:rPr>
          <w:b/>
        </w:rPr>
        <w:t xml:space="preserve">[33:30] </w:t>
      </w:r>
      <w:r>
        <w:t>to woh wahan aaye to aisa nahi kiya ke unhon ne kursi kheenchein, is ki aawaz paida ho, aapas mein bolein, kuch nahi, bilkul fusfusahat ke andaaz mein bolte thay.</w:t>
      </w:r>
    </w:p>
    <w:p>
      <w:pPr>
        <w:jc w:val="right"/>
      </w:pPr>
      <w:r>
        <w:t>تو وہ وہاں آئے تو ایسا نہیں کیا کہ انہوں نے کرسی کھینچیں، اس کی آواز پیدا ہو، آپس میں بولیں، کچھ نہیں، بالکل فسفساہت کے انداز میں بولتے تھے۔</w:t>
      </w:r>
    </w:p>
    <w:p>
      <w:r>
        <w:rPr>
          <w:b/>
        </w:rPr>
        <w:t xml:space="preserve">[33:44] </w:t>
      </w:r>
      <w:r>
        <w:t>woh bol kar keh nahi, kursi bohat dheere se kheenchate thay, yahan tak ke mein ne dekha ke woh koi magazine ya kitaab mein nikaalte thay parhne ke liye to us ko jaldi se aise nahi karte thay ke sarsarahat ki aawaz aati hai,</w:t>
      </w:r>
    </w:p>
    <w:p>
      <w:pPr>
        <w:jc w:val="right"/>
      </w:pPr>
      <w:r>
        <w:t>وہ بول کر کہ نہیں، کرسی بہت دھیرے سے کھینچتے تھے، یہاں تک کہ میں نے دیکھا کہ وہ کوئی میگزین یا کتاب میں نکالتے تھے پڑھنے کے لیے تو اس کو جلدی سے ایسے نہیں کرتے تھے کہ سرسراہٹ کی آواز آتی ہے،</w:t>
      </w:r>
    </w:p>
    <w:p>
      <w:r>
        <w:rPr>
          <w:b/>
        </w:rPr>
        <w:t xml:space="preserve">[34:05] </w:t>
      </w:r>
      <w:r>
        <w:t>bal ke dheere se, bohat dheere se us ko ulatte thay, bohat dheere se. to Allah taala ne yeh model paida kar diya hai insaan ke andar, yeh yeh sense paida kiya ke woh matlab model duniya ko bataye ke jannat mein kaise rehna chahiye,</w:t>
      </w:r>
    </w:p>
    <w:p>
      <w:pPr>
        <w:jc w:val="right"/>
      </w:pPr>
      <w:r>
        <w:t>بلکہ دھیرے سے، بہت دھیرے سے اس کو الٹتے تھے، بہت دھیرے سے۔ تو اللہ تعالی نے یہ ماڈل پیدا کر دیا ہے انسان کے اندر، یہ یہ سینس پیدا کیا کہ وہ مطلب ماڈل دنیا کو بتائے کہ جنت میں کیسے رہنا چاہیے،</w:t>
      </w:r>
    </w:p>
    <w:p>
      <w:r>
        <w:rPr>
          <w:b/>
        </w:rPr>
        <w:t xml:space="preserve">[34:28] </w:t>
      </w:r>
      <w:r>
        <w:t>jannat ka etiquette, jannat ke aadab kya hone chahiye.</w:t>
      </w:r>
    </w:p>
    <w:p>
      <w:pPr>
        <w:jc w:val="right"/>
      </w:pPr>
      <w:r>
        <w:t>جنت کا ایٹیکیٹ، جنت کے آداب کیا ہونے چاہیے۔</w:t>
      </w:r>
    </w:p>
    <w:p>
      <w:r>
        <w:rPr>
          <w:b/>
        </w:rPr>
        <w:t xml:space="preserve">[34:37] </w:t>
      </w:r>
      <w:r>
        <w:t>to hum logon ko duniya mein yeh soch kar rehna hai ke hum yahan training ke liye hain, training ke liye hain ke parah raaz mein hamein kaise rehna hai,</w:t>
      </w:r>
    </w:p>
    <w:p>
      <w:pPr>
        <w:jc w:val="right"/>
      </w:pPr>
      <w:r>
        <w:t>تو ہم لوگوں کو دنیا میں یہ سوچ کر رہنا ہے کہ ہم یہاں ٹریننگ کے لیے ہیں، ٹریننگ کے لیے ہیں کہ پارہ راز میں ہمیں کیسے رہنا ہے،</w:t>
      </w:r>
    </w:p>
    <w:p>
      <w:r>
        <w:rPr>
          <w:b/>
        </w:rPr>
        <w:t xml:space="preserve">[34:52] </w:t>
      </w:r>
      <w:r>
        <w:t>Khuda ki qurbat mein kaise rehna hai, Khuda ke paros mein kaise rehna hai. is ke liye apne aap ko train karein, is ke liye apne aap ko tayyar karein, is ke liye apne aap ko prepare karein,</w:t>
      </w:r>
    </w:p>
    <w:p>
      <w:pPr>
        <w:jc w:val="right"/>
      </w:pPr>
      <w:r>
        <w:t>خدا کی قربت میں کیسے رہنا ہے، خدا کے پڑوس میں کیسے رہنا ہے۔ اس کے لیے اپنے آپ کو ٹرین کریں، اس کے لیے اپنے آپ کو تیار کریں، اس کے لیے اپنے آپ کو پریپیئر کریں،</w:t>
      </w:r>
    </w:p>
    <w:p>
      <w:r>
        <w:rPr>
          <w:b/>
        </w:rPr>
        <w:t xml:space="preserve">[35:11] </w:t>
      </w:r>
      <w:r>
        <w:t>tab ja kar jannat mile gi. yeh nahi ke kisi ka naam.</w:t>
      </w:r>
    </w:p>
    <w:p>
      <w:pPr>
        <w:jc w:val="right"/>
      </w:pPr>
      <w:r>
        <w:t>تب جا کر جنت ملے گی۔ یہ نہیں کہ کسی کا نام۔</w:t>
      </w:r>
    </w:p>
    <w:p>
      <w:r>
        <w:rPr>
          <w:b/>
        </w:rPr>
        <w:t xml:space="preserve">[35:22] </w:t>
      </w:r>
      <w:r>
        <w:t>jaise mein wahan gaya,</w:t>
      </w:r>
    </w:p>
    <w:p>
      <w:pPr>
        <w:jc w:val="right"/>
      </w:pPr>
      <w:r>
        <w:t>جیسے میں وہاں گیا،</w:t>
      </w:r>
    </w:p>
    <w:p>
      <w:r>
        <w:rPr>
          <w:b/>
        </w:rPr>
        <w:t xml:space="preserve">[35:26] </w:t>
      </w:r>
      <w:r>
        <w:t>jerusalem gaya to jerusalem mein</w:t>
      </w:r>
    </w:p>
    <w:p>
      <w:pPr>
        <w:jc w:val="right"/>
      </w:pPr>
      <w:r>
        <w:t>یروشلم گیا تو یروشلم میں</w:t>
      </w:r>
    </w:p>
    <w:p>
      <w:r>
        <w:rPr>
          <w:b/>
        </w:rPr>
        <w:t xml:space="preserve">[35:33] </w:t>
      </w:r>
      <w:r>
        <w:t>mein masjid aqsa ko dekhne ke liye gaya to wahan do israel ke do aadmi khade hue thay, ghaliban woh fauji thay.</w:t>
      </w:r>
    </w:p>
    <w:p>
      <w:pPr>
        <w:jc w:val="right"/>
      </w:pPr>
      <w:r>
        <w:t>میں مسجد اقصیٰ کو دیکھنے کے لیے گیا تو وہاں دو اسرائیل کے دو آدمی کھڑے ہوئے تھے، غالباً وہ فوجی تھے۔</w:t>
      </w:r>
    </w:p>
    <w:p>
      <w:r>
        <w:rPr>
          <w:b/>
        </w:rPr>
        <w:t xml:space="preserve">[35:49] </w:t>
      </w:r>
      <w:r>
        <w:t>to jab mein gate par pahuncha, masjid aqsa ke gate par to idhar do aadmi gun li hui khade thay. to jab mein pahuncha gate par to woh kehta hai,</w:t>
      </w:r>
    </w:p>
    <w:p>
      <w:pPr>
        <w:jc w:val="right"/>
      </w:pPr>
      <w:r>
        <w:t>تو جب میں گیٹ پر پہنچا، مسجد اقصیٰ کے گیٹ پر تو ادھر دو آدمی گن لی ہوئی کھڑے تھے۔ تو جب میں پہنچا گیٹ پر تو وہ کہتا ہے،</w:t>
      </w:r>
    </w:p>
    <w:p>
      <w:r>
        <w:rPr>
          <w:b/>
        </w:rPr>
        <w:t xml:space="preserve">[36:04] </w:t>
      </w:r>
      <w:r>
        <w:t>"tum muslim? tum muslim? are you a muslim?" to mein ne kaha ke "naam haan." to us ne kaha ke "jao, jao." to jannat mein aisa nahi hoga,</w:t>
      </w:r>
    </w:p>
    <w:p>
      <w:pPr>
        <w:jc w:val="right"/>
      </w:pPr>
      <w:r>
        <w:t>"انت مسلم؟ انت مسلم؟ ار یو ا مسلم؟" تو میں نے کہا کہ "نام ہاں۔" تو اس نے کہا کہ "جاؤ، جاؤ۔" تو جنت میں ایسا نہیں ہوگا،</w:t>
      </w:r>
    </w:p>
    <w:p>
      <w:r>
        <w:rPr>
          <w:b/>
        </w:rPr>
        <w:t xml:space="preserve">[36:24] </w:t>
      </w:r>
      <w:r>
        <w:t>parah raaz mein aisa nahi hoga ke farishtay poochein ke "tum musalman ho?" kaha "haan." to "jao, jao, jao." aisa nahi hone wala hai.</w:t>
      </w:r>
    </w:p>
    <w:p>
      <w:pPr>
        <w:jc w:val="right"/>
      </w:pPr>
      <w:r>
        <w:t>پارہ راز میں ایسا نہیں ہوگا کہ فرشتے پوچھیں کہ "تم مسلمان ہو؟" کہا "ہاں۔" تو "جاؤ، جاؤ، جاؤ۔" ایسا نہیں ہونے والا ہے۔</w:t>
      </w:r>
    </w:p>
    <w:p>
      <w:r>
        <w:rPr>
          <w:b/>
        </w:rPr>
        <w:t xml:space="preserve">[36:36] </w:t>
      </w:r>
      <w:r>
        <w:t>wahan gate par faisla nahi hoga, isi duniya ki zindagi mein faisla hoga.</w:t>
      </w:r>
    </w:p>
    <w:p>
      <w:pPr>
        <w:jc w:val="right"/>
      </w:pPr>
      <w:r>
        <w:t>وہاں گیٹ پر فیصلہ نہیں ہوگا، اسی دنیا کی زندگی میں فیصلہ ہوگا۔</w:t>
      </w:r>
    </w:p>
    <w:p>
      <w:r>
        <w:rPr>
          <w:b/>
        </w:rPr>
        <w:t xml:space="preserve">[36:44] </w:t>
      </w:r>
      <w:r>
        <w:t>masjid aqsa mein to gate par do aadmi khade hue thay aur wahin par unhon ne kaha, "tum muslim?" aur jab mein ne kaha ke "haan, haan, naam" to unhon ne kaha ke "jao." to parah raaz mein aisa nahi hone wala hai ke gate par aap ko poocha jaye ke "kya tum muslim ho?" aur mein kahoon ke "haan." to kaha ke "jao." nahi,</w:t>
      </w:r>
    </w:p>
    <w:p>
      <w:pPr>
        <w:jc w:val="right"/>
      </w:pPr>
      <w:r>
        <w:t>مسجد اقصیٰ میں تو گیٹ پر دو آدمی کھڑے ہوئے تھے اور وہیں پر انہوں نے کہا، "انت مسلم؟" اور جب میں نے کہا کہ "ہاں، ہاں، نام" تو انہوں نے کہا کہ "جاؤ۔" تو پارہ راز میں ایسا نہیں ہونے والا ہے کہ گیٹ پر آپ کو پوچھا جائے کہ "کیا تم مسلم ہو؟" اور میں کہوں کہ "ہاں۔" تو کہا کہ "جاؤ۔" نہیں،</w:t>
      </w:r>
    </w:p>
    <w:p>
      <w:r>
        <w:rPr>
          <w:b/>
        </w:rPr>
        <w:t xml:space="preserve">[37:14] </w:t>
      </w:r>
      <w:r>
        <w:t>duniya mein jo record banayenge farishte,</w:t>
      </w:r>
    </w:p>
    <w:p>
      <w:pPr>
        <w:jc w:val="right"/>
      </w:pPr>
      <w:r>
        <w:t>دنیا میں جو ریکارڈ بنائیں گے فرشتے،</w:t>
      </w:r>
    </w:p>
    <w:p>
      <w:r>
        <w:rPr>
          <w:b/>
        </w:rPr>
        <w:t xml:space="preserve">[37:18] </w:t>
      </w:r>
      <w:r>
        <w:t>jo quran mein hai ke har insan ke sath do farishte record tayar kar rahe hain,</w:t>
      </w:r>
    </w:p>
    <w:p>
      <w:pPr>
        <w:jc w:val="right"/>
      </w:pPr>
      <w:r>
        <w:t>جو قرآن میں ہے کہ ہر انسان کے ساتھ دو فرشتے ریکارڈ تیار کر رہے ہیں،</w:t>
      </w:r>
    </w:p>
    <w:p>
      <w:r>
        <w:rPr>
          <w:b/>
        </w:rPr>
        <w:t xml:space="preserve">[37:26] </w:t>
      </w:r>
      <w:r>
        <w:t>ma'il fazlun min qawlin illa raqibun 'ateed.</w:t>
      </w:r>
    </w:p>
    <w:p>
      <w:pPr>
        <w:jc w:val="right"/>
      </w:pPr>
      <w:r>
        <w:t>مائل فضل من قول الا رقیب عتیب۔</w:t>
      </w:r>
    </w:p>
    <w:p>
      <w:r>
        <w:rPr>
          <w:b/>
        </w:rPr>
        <w:t xml:space="preserve">[37:46] </w:t>
      </w:r>
      <w:r>
        <w:t>to duniya mein entry milti hai gate par poochne se, akhirat mein entry mile gi duniya ki zindagi ke record par.</w:t>
      </w:r>
    </w:p>
    <w:p>
      <w:pPr>
        <w:jc w:val="right"/>
      </w:pPr>
      <w:r>
        <w:t>تو دنیا میں انٹری ملتی ہے گیٹ پر پوچھنے سے، آخرت میں انٹری ملے گی دنیا کی زندگی کے ریکارڈ پر۔</w:t>
      </w:r>
    </w:p>
    <w:p>
      <w:r>
        <w:rPr>
          <w:b/>
        </w:rPr>
        <w:t xml:space="preserve">[38:02] </w:t>
      </w:r>
      <w:r>
        <w:t>yeh bohat zyada sochne ki baat hai ke duniya mein entry milti hai ke jab aap gate par pahunchein to aap ke paas shanakhti card ho,</w:t>
      </w:r>
    </w:p>
    <w:p>
      <w:pPr>
        <w:jc w:val="right"/>
      </w:pPr>
      <w:r>
        <w:t>یہ بہت زیادہ سوچنے کی بات ہے کہ دنیا میں انٹری ملتی ہے کہ جب آپ گیٹ پر پہنچیں تو آپ کے پاس شناختی کارڈ ہو،</w:t>
      </w:r>
    </w:p>
    <w:p>
      <w:r>
        <w:rPr>
          <w:b/>
        </w:rPr>
        <w:t xml:space="preserve">[38:16] </w:t>
      </w:r>
      <w:r>
        <w:t>identity card ho.</w:t>
      </w:r>
    </w:p>
    <w:p>
      <w:pPr>
        <w:jc w:val="right"/>
      </w:pPr>
      <w:r>
        <w:t>آئیڈینٹیٹی کارڈ ہو۔</w:t>
      </w:r>
    </w:p>
    <w:p>
      <w:r>
        <w:rPr>
          <w:b/>
        </w:rPr>
        <w:t xml:space="preserve">[38:21] </w:t>
      </w:r>
      <w:r>
        <w:t>aisa nahi hoga, yeh duniya ka qaaida hai. wahan hoga aap ka jo record banaya hai farishtoon ne, aap ke behaviour ka, aap ke akhlaq ka, aap ke uthne baithne ka,</w:t>
      </w:r>
    </w:p>
    <w:p>
      <w:pPr>
        <w:jc w:val="right"/>
      </w:pPr>
      <w:r>
        <w:t>ایسا نہیں ہوگا، یہ دنیا کا قاعدہ ہے۔ وہاں ہوگا آپ کا جو ریکارڈ بنایا ہے فرشتوں نے، آپ کے بیہیویئر کا، آپ کے اخلاق کا، آپ کے اٹھنے بیٹھنے کا،</w:t>
      </w:r>
    </w:p>
    <w:p>
      <w:r>
        <w:rPr>
          <w:b/>
        </w:rPr>
        <w:t xml:space="preserve">[38:42] </w:t>
      </w:r>
      <w:r>
        <w:t>woh sab cheezein count hongi. to poori zindagi ka jo record farishtay tayyar karein ge, us ki buniyad par wahan entry mile gi.</w:t>
      </w:r>
    </w:p>
    <w:p>
      <w:pPr>
        <w:jc w:val="right"/>
      </w:pPr>
      <w:r>
        <w:t>وہ سب چیزیں کاؤنٹ ہوں گی۔ تو پوری زندگی کا جو ریکارڈ فرشتے تیار کریں گے، اس کی بنیاد پر وہاں انٹری ملے گی۔</w:t>
      </w:r>
    </w:p>
    <w:p>
      <w:r>
        <w:rPr>
          <w:b/>
        </w:rPr>
        <w:t xml:space="preserve">[38:57] </w:t>
      </w:r>
      <w:r>
        <w:t>to faisla gate par nahi hoga, faisla zindagi ko dekh kar hoga.</w:t>
      </w:r>
    </w:p>
    <w:p>
      <w:pPr>
        <w:jc w:val="right"/>
      </w:pPr>
      <w:r>
        <w:t>تو فیصلہ گیٹ پر نہیں ہوگا، فیصلہ زندگی کو دیکھ کر ہوگا۔</w:t>
      </w:r>
    </w:p>
    <w:p>
      <w:r>
        <w:rPr>
          <w:b/>
        </w:rPr>
        <w:t xml:space="preserve">[39:05] </w:t>
      </w:r>
      <w:r>
        <w:t>to kitna farq hai, kitna farq hai.</w:t>
      </w:r>
    </w:p>
    <w:p>
      <w:pPr>
        <w:jc w:val="right"/>
      </w:pPr>
      <w:r>
        <w:t>تو کتنا فرق ہے، کتنا فرق ہے۔</w:t>
      </w:r>
    </w:p>
    <w:p>
      <w:r>
        <w:rPr>
          <w:b/>
        </w:rPr>
        <w:t xml:space="preserve">[39:08] </w:t>
      </w:r>
      <w:r>
        <w:t>yeh aur har lamha hamein sochna hai.</w:t>
      </w:r>
    </w:p>
    <w:p>
      <w:pPr>
        <w:jc w:val="right"/>
      </w:pPr>
      <w:r>
        <w:t>یہ اور ہر لمحہ ہمیں سوچنا ہے۔</w:t>
      </w:r>
    </w:p>
    <w:p>
      <w:r>
        <w:rPr>
          <w:b/>
        </w:rPr>
        <w:t xml:space="preserve">[39:16] </w:t>
      </w:r>
      <w:r>
        <w:t>duniya mein to jaane ke liye aap apni jeb ko dekhte hain ke kya maine entry card rakha hai jeb mein.</w:t>
      </w:r>
    </w:p>
    <w:p>
      <w:pPr>
        <w:jc w:val="right"/>
      </w:pPr>
      <w:r>
        <w:t>دنیا میں تو جانے کے لیے آپ اپنی جیب کو دیکھتے ہیں کہ کیا میں نے انٹری کارڈ رکھا ہے جیب میں۔</w:t>
      </w:r>
    </w:p>
    <w:p>
      <w:r>
        <w:rPr>
          <w:b/>
        </w:rPr>
        <w:t xml:space="preserve">[39:24] </w:t>
      </w:r>
      <w:r>
        <w:t>wahan aisa nahi hoga.</w:t>
      </w:r>
    </w:p>
    <w:p>
      <w:pPr>
        <w:jc w:val="right"/>
      </w:pPr>
      <w:r>
        <w:t>وہاں ایسا نہیں ہوگا۔</w:t>
      </w:r>
    </w:p>
    <w:p>
      <w:r>
        <w:rPr>
          <w:b/>
        </w:rPr>
        <w:t xml:space="preserve">[39:28] </w:t>
      </w:r>
      <w:r>
        <w:t>wahan aap ka</w:t>
      </w:r>
    </w:p>
    <w:p>
      <w:pPr>
        <w:jc w:val="right"/>
      </w:pPr>
      <w:r>
        <w:t>وہاں آپ کا</w:t>
      </w:r>
    </w:p>
    <w:p>
      <w:r>
        <w:rPr>
          <w:b/>
        </w:rPr>
        <w:t xml:space="preserve">[39:32] </w:t>
      </w:r>
      <w:r>
        <w:t>lifetime ka jo record hai, usko jo jo farishte tayyar karenge, uski buniyad par entry milegi.</w:t>
      </w:r>
    </w:p>
    <w:p>
      <w:pPr>
        <w:jc w:val="right"/>
      </w:pPr>
      <w:r>
        <w:t>لائف ٹائم کا جو ریکارڈ ہے، اس کو جو جو فرشتے تیار کریں گے، اس کی بنیاد پر انٹری ملے گی۔</w:t>
      </w:r>
    </w:p>
    <w:p>
      <w:r>
        <w:rPr>
          <w:b/>
        </w:rPr>
        <w:t xml:space="preserve">[39:49] </w:t>
      </w:r>
      <w:r>
        <w:t>is record mein na to ta'assub ko koi dakhal hoga, na negative thinking ko koi dakhal hoga, na self interest ko koi dakhal hoga.</w:t>
      </w:r>
    </w:p>
    <w:p>
      <w:pPr>
        <w:jc w:val="right"/>
      </w:pPr>
      <w:r>
        <w:t>اس ریکارڈ میں نہ تو تعصب کو کوئی دخل ہوگا، نہ نیگیٹیو تھنکنگ کو کوئی دخل ہوگا، نہ سیلف انٹرسٹ کو کوئی دخل ہوگا۔</w:t>
      </w:r>
    </w:p>
    <w:p>
      <w:r>
        <w:rPr>
          <w:b/>
        </w:rPr>
        <w:t xml:space="preserve">[40:08] </w:t>
      </w:r>
      <w:r>
        <w:t>poore ma'anon mein ek purified personality chahiye, poore ma'anon mein ek purified personality.</w:t>
      </w:r>
    </w:p>
    <w:p>
      <w:pPr>
        <w:jc w:val="right"/>
      </w:pPr>
      <w:r>
        <w:t>پورے معنوں میں ایک پیوریفائیڈ پرسنیلٹی چاہیے، پورے معنوں میں ایک پیوریفائیڈ پرسنیلٹی۔</w:t>
      </w:r>
    </w:p>
    <w:p>
      <w:r>
        <w:rPr>
          <w:b/>
        </w:rPr>
        <w:t xml:space="preserve">[40:21] </w:t>
      </w:r>
      <w:r>
        <w:t>yeh matlab hai zalik jaza mantazka,</w:t>
      </w:r>
    </w:p>
    <w:p>
      <w:pPr>
        <w:jc w:val="right"/>
      </w:pPr>
      <w:r>
        <w:t>یہ مطلب ہے ذالک جزا منتذکا،</w:t>
      </w:r>
    </w:p>
    <w:p>
      <w:r>
        <w:rPr>
          <w:b/>
        </w:rPr>
        <w:t xml:space="preserve">[40:29] </w:t>
      </w:r>
      <w:r>
        <w:t>zalik jaza mantazka. yani jo muzakkar shakhsiyat le kar wahan aaye, usko entry milegi.</w:t>
      </w:r>
    </w:p>
    <w:p>
      <w:pPr>
        <w:jc w:val="right"/>
      </w:pPr>
      <w:r>
        <w:t>ذالک جزا منتذکا۔ یعنی جو مذکر شخصیت لے کر وہاں آئے، اس کو انٹری ملے گی۔</w:t>
      </w:r>
    </w:p>
    <w:p>
      <w:r>
        <w:rPr>
          <w:b/>
        </w:rPr>
        <w:t xml:space="preserve">[40:40] </w:t>
      </w:r>
      <w:r>
        <w:t>yeh nahi ke jiske paas dakhle ka ticket ho. dakhle ka ticket hone se wahan entry nahi milegi.</w:t>
      </w:r>
    </w:p>
    <w:p>
      <w:pPr>
        <w:jc w:val="right"/>
      </w:pPr>
      <w:r>
        <w:t>یہ نہیں کہ جس کے پاس داخلے کا ٹکٹ ہو۔ داخلے کا ٹکٹ ہونے سے وہاں انٹری نہیں ملے گی۔</w:t>
      </w:r>
    </w:p>
    <w:p>
      <w:r>
        <w:rPr>
          <w:b/>
        </w:rPr>
        <w:t xml:space="preserve">[40:52] </w:t>
      </w:r>
      <w:r>
        <w:t>wahan muzakkar personality se buniyad par dakhla milega.</w:t>
      </w:r>
    </w:p>
    <w:p>
      <w:pPr>
        <w:jc w:val="right"/>
      </w:pPr>
      <w:r>
        <w:t>وہاں مذکر پرسنیلٹی سے بنیاد پر داخلہ ملے گا۔</w:t>
      </w:r>
    </w:p>
    <w:p>
      <w:r>
        <w:rPr>
          <w:b/>
        </w:rPr>
        <w:t xml:space="preserve">[41:04] </w:t>
      </w:r>
      <w:r>
        <w:t>to har insaan ko yeh sochna chahiye, har insaan ko</w:t>
      </w:r>
    </w:p>
    <w:p>
      <w:pPr>
        <w:jc w:val="right"/>
      </w:pPr>
      <w:r>
        <w:t>تو ہر انسان کو یہ سوچنا چاہیے، ہر انسان کو</w:t>
      </w:r>
    </w:p>
    <w:p>
      <w:r>
        <w:rPr>
          <w:b/>
        </w:rPr>
        <w:t xml:space="preserve">[41:12] </w:t>
      </w:r>
      <w:r>
        <w:t>ke kya</w:t>
      </w:r>
    </w:p>
    <w:p>
      <w:pPr>
        <w:jc w:val="right"/>
      </w:pPr>
      <w:r>
        <w:t>کہ کیا</w:t>
      </w:r>
    </w:p>
    <w:p>
      <w:r>
        <w:rPr>
          <w:b/>
        </w:rPr>
        <w:t xml:space="preserve">[41:15] </w:t>
      </w:r>
      <w:r>
        <w:t>mein woh muzakkar shakhsiyat le kar ja raha hoon, woh purified personality le kar ja raha hoon jo wahan ki refined society mein</w:t>
      </w:r>
    </w:p>
    <w:p>
      <w:pPr>
        <w:jc w:val="right"/>
      </w:pPr>
      <w:r>
        <w:t>میں وہ مذکر شخصیت لے کر جا رہا ہوں، وہ پیوریفائیڈ پرسنیلٹی لے کر جا رہا ہوں جو وہاں کی ریفائنڈ سوسائٹی میں</w:t>
      </w:r>
    </w:p>
    <w:p>
      <w:r>
        <w:rPr>
          <w:b/>
        </w:rPr>
        <w:t xml:space="preserve">[41:32] </w:t>
      </w:r>
      <w:r>
        <w:t>ke liye mujhe deserving entry banaye,</w:t>
      </w:r>
    </w:p>
    <w:p>
      <w:pPr>
        <w:jc w:val="right"/>
      </w:pPr>
      <w:r>
        <w:t>کے لیے مجھے ڈیزرونگ کنٹری بنائے،</w:t>
      </w:r>
    </w:p>
    <w:p>
      <w:r>
        <w:rPr>
          <w:b/>
        </w:rPr>
        <w:t xml:space="preserve">[41:43] </w:t>
      </w:r>
      <w:r>
        <w:t>jo mujhe is refined society ke liye deserving entry banaye.</w:t>
      </w:r>
    </w:p>
    <w:p>
      <w:pPr>
        <w:jc w:val="right"/>
      </w:pPr>
      <w:r>
        <w:t>جو مجھے اس ریفائنڈ سوسائٹی کے لیے ڈیزرونگ کنٹری بنائے۔</w:t>
      </w:r>
    </w:p>
    <w:p>
      <w:r>
        <w:rPr>
          <w:b/>
        </w:rPr>
        <w:t xml:space="preserve">[41:53] </w:t>
      </w:r>
      <w:r>
        <w:t>to yeh matlab hai zalik jaza mantazka.</w:t>
      </w:r>
    </w:p>
    <w:p>
      <w:pPr>
        <w:jc w:val="right"/>
      </w:pPr>
      <w:r>
        <w:t>تو یہ مطلب ہے ذالک جزا منتذکا۔</w:t>
      </w:r>
    </w:p>
    <w:p>
      <w:r>
        <w:rPr>
          <w:b/>
        </w:rPr>
        <w:t xml:space="preserve">[42:01] </w:t>
      </w:r>
      <w:r>
        <w:t>meri dua hai ke Allah taala hum sab ko aqal de, hamare andar sahi soch de, hum waqai ma'anon mein apne aap ko</w:t>
      </w:r>
    </w:p>
    <w:p>
      <w:pPr>
        <w:jc w:val="right"/>
      </w:pPr>
      <w:r>
        <w:t>میری دعا ہے کہ اللہ تعالی ہم سب کو عقل دے، ہمارے اندر صحیح سوچ دے، ہم واقعی معنوں میں اپنے آپ کو</w:t>
      </w:r>
    </w:p>
    <w:p>
      <w:r>
        <w:rPr>
          <w:b/>
        </w:rPr>
        <w:t xml:space="preserve">[42:19] </w:t>
      </w:r>
      <w:r>
        <w:t>jannat ke liye deserving candidate banayein.</w:t>
      </w:r>
    </w:p>
    <w:p>
      <w:pPr>
        <w:jc w:val="right"/>
      </w:pPr>
      <w:r>
        <w:t>جنت کے لیے ڈیزرونگ کینڈیڈیٹ بنائیں۔</w:t>
      </w:r>
    </w:p>
    <w:p>
      <w:r>
        <w:rPr>
          <w:b/>
        </w:rPr>
        <w:t xml:space="preserve">[42:25] </w:t>
      </w:r>
      <w:r>
        <w:t>hum apne aap ko jannat parah raaz ke liye deserving candidate banayein.</w:t>
      </w:r>
    </w:p>
    <w:p>
      <w:pPr>
        <w:jc w:val="right"/>
      </w:pPr>
      <w:r>
        <w:t>ہم اپنے آپ کو جنت پارہ راز کے لیے ڈیزرونگ کینڈیڈیٹ بنائیں۔</w:t>
      </w:r>
    </w:p>
    <w:p>
      <w:r>
        <w:rPr>
          <w:b/>
        </w:rPr>
        <w:t xml:space="preserve">[42:34] </w:t>
      </w:r>
      <w:r>
        <w:t>assalam o alaikum wa rehmatullah.</w:t>
      </w:r>
    </w:p>
    <w:p>
      <w:pPr>
        <w:jc w:val="right"/>
      </w:pPr>
      <w:r>
        <w:t>السلام علیکم ورحمۃ اللہ۔</w:t>
      </w:r>
    </w:p>
    <w:p>
      <w:r>
        <w:rPr>
          <w:b/>
        </w:rPr>
        <w:t xml:space="preserve">[42:47] </w:t>
      </w:r>
      <w:r>
        <w:t>okay, we will start with the question answer and comment session now. all the viewers are watching this</w:t>
      </w:r>
    </w:p>
    <w:p>
      <w:pPr>
        <w:jc w:val="right"/>
      </w:pPr>
      <w:r>
        <w:t>اوکے، وی ویل سٹارٹ ود دی کوئسچن انسر اینڈ کمنٹ سیشن ناو۔ آل دی ویورز آر واچنگ دس</w:t>
      </w:r>
    </w:p>
    <w:p>
      <w:r>
        <w:rPr>
          <w:b/>
        </w:rPr>
        <w:t xml:space="preserve">[42:54] </w:t>
      </w:r>
      <w:r>
        <w:t>live. if you want to put your questions to Maulana or send your comments, then you can write to us on info at cpsglobal.org, or you can post it in the comment section on the Facebook.</w:t>
      </w:r>
    </w:p>
    <w:p>
      <w:pPr>
        <w:jc w:val="right"/>
      </w:pPr>
      <w:r>
        <w:t>لائیو۔ اف یو وانٹ ٹو پٹ یور کوئسچنز ٹو مولانا اور سینڈ یور کمنٹس، دین یو کین رائٹ ٹو اس ان انفو ایٹ سی پی ایس گلوبل ڈاٹ او آر جی، اور یو کین پوسٹ اٹ ان دی کمنٹ سیکشن ان دا فیس بک۔</w:t>
      </w:r>
    </w:p>
    <w:p>
      <w:r>
        <w:rPr>
          <w:b/>
        </w:rPr>
        <w:t xml:space="preserve">[43:08] </w:t>
      </w:r>
      <w:r>
        <w:t>please do mention your location when you post your questions or comments. Maulana sabse pehle comments lena chahenge sawal lene se pehle.</w:t>
      </w:r>
    </w:p>
    <w:p>
      <w:pPr>
        <w:jc w:val="right"/>
      </w:pPr>
      <w:r>
        <w:t>پلیز ڈو مینشن یور لوکیشن وین یو پوسٹ یور کوئسچنز اور کمنٹس۔ مولانا سب سے پہلے کمنٹس لینا چاہیں گے سوال لینے سے پہلے۔</w:t>
      </w:r>
    </w:p>
    <w:p>
      <w:r>
        <w:rPr>
          <w:b/>
        </w:rPr>
        <w:t xml:space="preserve">[43:18] </w:t>
      </w:r>
      <w:r>
        <w:t>yeh comment aaya hai anantnag kashmir se sabzar ahmed bhat sahib ka, aur unhone likha hai: "yesterday i received a speed post parcel from you containing two precious magazines worth reading, for which i am highly thankful to you.</w:t>
      </w:r>
    </w:p>
    <w:p>
      <w:pPr>
        <w:jc w:val="right"/>
      </w:pPr>
      <w:r>
        <w:t>یہ کمنٹ آیا ہے اننت ناگ کشمیر سے سبزار احمد بھٹ صاحب کا، اور انہوں نے لکھا ہے: "یسٹرڈے آئی ریسیوڈ ا سپیڈ پوسٹ پارسل فرام یو کنٹیننگ ٹو پریشیس میگزینز ورتھ ریڈنگ، فار وچ آئی ایم ہائیلی تھینک فل ٹو یو۔</w:t>
      </w:r>
    </w:p>
    <w:p>
      <w:r>
        <w:rPr>
          <w:b/>
        </w:rPr>
        <w:t xml:space="preserve">[43:40] </w:t>
      </w:r>
      <w:r>
        <w:t>das type of material is indeed instrumental in promoting global peace. it will be your most kindness if you please send to me some back issues of spirit of islam as well.</w:t>
      </w:r>
    </w:p>
    <w:p>
      <w:pPr>
        <w:jc w:val="right"/>
      </w:pPr>
      <w:r>
        <w:t>دس ٹائپ اف مٹیریل از انڈیڈ انسٹرومنٹل ان پروموٹنگ گلوبل پیس۔ اٹ ول بی یور موسٹ کائنڈنس اف یو پلیز سینڈ ٹو می سم بیک ایشوز اف سپرٹ اف اسلام ایز ویل۔</w:t>
      </w:r>
    </w:p>
    <w:p>
      <w:r>
        <w:rPr>
          <w:b/>
        </w:rPr>
        <w:t xml:space="preserve">[43:55] </w:t>
      </w:r>
      <w:r>
        <w:t>i want to be its regular subscriber so that i can learn more about islam and spirituality and promotes its motivational lessons to my fellow brothers.</w:t>
      </w:r>
    </w:p>
    <w:p>
      <w:pPr>
        <w:jc w:val="right"/>
      </w:pPr>
      <w:r>
        <w:t>آئی وانٹ ٹو بی اٹس ریگولر سبسکرائبر سو دیٹ آئی کین لرن مور اباؤٹ اسلام اینڈ سپرچویلٹی اینڈ پروموٹس اٹس موٹیویشنل لیسنز ٹو مائی فیلو برادرز۔</w:t>
      </w:r>
    </w:p>
    <w:p>
      <w:r>
        <w:rPr>
          <w:b/>
        </w:rPr>
        <w:t xml:space="preserve">[44:07] </w:t>
      </w:r>
      <w:r>
        <w:t>may almighty allah shower his mercy and blessings upon you and your progeny. amin.</w:t>
      </w:r>
    </w:p>
    <w:p>
      <w:pPr>
        <w:jc w:val="right"/>
      </w:pPr>
      <w:r>
        <w:t>می المائٹی اللہ شاور ہز مرسی اینڈ بلیسنگز اپون یو اینڈ یور پروجینی۔ آمین۔"</w:t>
      </w:r>
    </w:p>
    <w:p>
      <w:r>
        <w:rPr>
          <w:b/>
        </w:rPr>
        <w:t xml:space="preserve">[44:20] </w:t>
      </w:r>
      <w:r>
        <w:t>doctor naghma siddiqui ne likha hai dilli se: "molana, you have made clear what we need to do to enter parah raaz.</w:t>
      </w:r>
    </w:p>
    <w:p>
      <w:pPr>
        <w:jc w:val="right"/>
      </w:pPr>
      <w:r>
        <w:t>ڈاکٹر نغمہ صدیقی نے لکھا ہے دلی سے: "مولانا، یو ہیو میڈ کلیئر واٹ وی نیڈ ٹو ڈو ٹو انٹر پارہ راز۔</w:t>
      </w:r>
    </w:p>
    <w:p>
      <w:r>
        <w:rPr>
          <w:b/>
        </w:rPr>
        <w:t xml:space="preserve">[44:29] </w:t>
      </w:r>
      <w:r>
        <w:t>that is we have to have a hundred percent positive personality. may god give us the strength to develop such a personality.</w:t>
      </w:r>
    </w:p>
    <w:p>
      <w:pPr>
        <w:jc w:val="right"/>
      </w:pPr>
      <w:r>
        <w:t>دیٹ از وی ہیو ٹو ہیو ا ہنڈرڈ پرسنٹ پوزیٹیو پرسنیلٹی۔ می گاڈ گیو اس دا سٹرینتھ ٹو ڈویلپ سچ ا پرسنیلٹی۔</w:t>
      </w:r>
    </w:p>
    <w:p>
      <w:r>
        <w:rPr>
          <w:b/>
        </w:rPr>
        <w:t xml:space="preserve">[44:39] </w:t>
      </w:r>
      <w:r>
        <w:t>ameen." ayaz ahmed sahib ne jamshedpur se likha hai: "alhamdulillah Maulana, aap ne hamare samne Allah ki</w:t>
      </w:r>
    </w:p>
    <w:p>
      <w:pPr>
        <w:jc w:val="right"/>
      </w:pPr>
      <w:r>
        <w:t>آمین۔" ایاز احمد صاحب نے جمشید پور سے لکھا ہے: "الحمدللہ مولانا، آپ نے ہمارے سامنے اللہ کی</w:t>
      </w:r>
    </w:p>
    <w:p>
      <w:r>
        <w:rPr>
          <w:b/>
        </w:rPr>
        <w:t xml:space="preserve">[44:48] </w:t>
      </w:r>
      <w:r>
        <w:t>nematon ka itna tafseel bayan pesh kiya hai ke hum sab ke dil is ke shukr se bhar</w:t>
      </w:r>
    </w:p>
    <w:p>
      <w:pPr>
        <w:jc w:val="right"/>
      </w:pPr>
      <w:r>
        <w:t>نعمتوں کا اتنا تفصیل بیان پیش کیا ہے کہ ہم سب کے دل اس کے شکر سے بھر</w:t>
      </w:r>
    </w:p>
    <w:p>
      <w:r>
        <w:rPr>
          <w:b/>
        </w:rPr>
        <w:t xml:space="preserve">[44:54] </w:t>
      </w:r>
      <w:r>
        <w:t>gaye hain, aur yeh bhi wazeh hua ke agar hum Allah ka shukr aur dua mein jeene wale</w:t>
      </w:r>
    </w:p>
    <w:p>
      <w:pPr>
        <w:jc w:val="right"/>
      </w:pPr>
      <w:r>
        <w:t>گئے ہیں، اور یہ بھی واضح ہوا کہ اگر ہم اللہ کا شکر اور دعا میں جینے والے</w:t>
      </w:r>
    </w:p>
    <w:p>
      <w:r>
        <w:rPr>
          <w:b/>
        </w:rPr>
        <w:t xml:space="preserve">[45:00] </w:t>
      </w:r>
      <w:r>
        <w:t>ban jayen to woh hum ko jannat se nawaz sakta hai.\</w:t>
      </w:r>
    </w:p>
    <w:p>
      <w:pPr>
        <w:jc w:val="right"/>
      </w:pPr>
      <w:r>
        <w:t>بن جائیں تو وہ ہم کو جنت سے نواز سکتا ہے۔"</w:t>
      </w:r>
    </w:p>
    <w:p>
      <w:r>
        <w:rPr>
          <w:b/>
        </w:rPr>
        <w:t xml:space="preserve">[45:06] </w:t>
      </w:r>
      <w:r>
        <w:t>Miss Shabana Ansari ne Pakistan se likha hai: "We have to make our selves extremely refined and develop</w:t>
      </w:r>
    </w:p>
    <w:p>
      <w:pPr>
        <w:jc w:val="right"/>
      </w:pPr>
      <w:r>
        <w:t>مس شبانہ انصاری نے پاکستان سے لکھا ہے: "وی ہیو ٹو میک اور سیلز ایکسٹریملی ریفائنڈ اینڈ ڈویلپ</w:t>
      </w:r>
    </w:p>
    <w:p>
      <w:r>
        <w:rPr>
          <w:b/>
        </w:rPr>
        <w:t xml:space="preserve">[45:14] </w:t>
      </w:r>
      <w:r>
        <w:t>gods qualities like compassion, positivity,</w:t>
      </w:r>
    </w:p>
    <w:p>
      <w:pPr>
        <w:jc w:val="right"/>
      </w:pPr>
      <w:r>
        <w:t>گاڈز کوالٹیز لائک کمپیشن، پوزیٹیوٹی،</w:t>
      </w:r>
    </w:p>
    <w:p>
      <w:r>
        <w:rPr>
          <w:b/>
        </w:rPr>
        <w:t xml:space="preserve">[45:18] </w:t>
      </w:r>
      <w:r>
        <w:t>selflessness and adopt divine culture.</w:t>
      </w:r>
    </w:p>
    <w:p>
      <w:pPr>
        <w:jc w:val="right"/>
      </w:pPr>
      <w:r>
        <w:t>سیلف لیسنس اینڈ اڈاپٹ ڈیوائن کلچر۔</w:t>
      </w:r>
    </w:p>
    <w:p>
      <w:r>
        <w:rPr>
          <w:b/>
        </w:rPr>
        <w:t xml:space="preserve">[45:22] </w:t>
      </w:r>
      <w:r>
        <w:t>no doubt, its a difficult task, but it is not impossible. jazak allah khair." miss ruksana ahmed ne hyderabad se likha hai: "i have learned today that to be worthy of parah raaz.</w:t>
      </w:r>
    </w:p>
    <w:p>
      <w:pPr>
        <w:jc w:val="right"/>
      </w:pPr>
      <w:r>
        <w:t>نو ڈاؤٹ، اٹس ا ڈیفیکلٹ ٹاسک، بٹ اٹ از ناٹ امپوسیبل۔ جزاک اللہ خیر۔" مس رخسار احمد نے حیدرآباد سے لکھا ہے: "آئی ہیو لرن ٹوڈے دیٹ ٹو بی وردی اف پارہ راز۔</w:t>
      </w:r>
    </w:p>
    <w:p>
      <w:r>
        <w:rPr>
          <w:b/>
        </w:rPr>
        <w:t xml:space="preserve">[45:37] </w:t>
      </w:r>
      <w:r>
        <w:t>we have to prepare a personality which is suitable for parah raaz. jazak allah." doctor najma siddiqui ne dubai se likha hai: "molana, today you have explained so meaningfully what kind of a personality we need to develop to be eligible to find a place in the neighbourhood of almighty,</w:t>
      </w:r>
    </w:p>
    <w:p>
      <w:pPr>
        <w:jc w:val="right"/>
      </w:pPr>
      <w:r>
        <w:t>وی ہیو ٹو پریپیئر ا پرسنیلٹی وچ از سوٹیبل فار پارہ راز۔ جزاک اللہ۔" ڈاکٹر نجمہ صدیقی نے دبئی سے لکھا ہے: "مولانا، ٹوڈے یو ہیو ایکسپلین سو میننگ فلی واٹ کائنڈ اف ا پرسنیلٹی وی نیڈ ٹو ڈویلپ ٹو بی ایلیجیبل ٹو فائنڈ ا پلیس ان دی نیبرہڈ اف المائٹی،</w:t>
      </w:r>
    </w:p>
    <w:p>
      <w:r>
        <w:rPr>
          <w:b/>
        </w:rPr>
        <w:t xml:space="preserve">[46:03] </w:t>
      </w:r>
      <w:r>
        <w:t>the para raaz.</w:t>
      </w:r>
    </w:p>
    <w:p>
      <w:pPr>
        <w:jc w:val="right"/>
      </w:pPr>
      <w:r>
        <w:t>دی پارہ راز۔</w:t>
      </w:r>
    </w:p>
    <w:p>
      <w:r>
        <w:rPr>
          <w:b/>
        </w:rPr>
        <w:t xml:space="preserve">[46:04] </w:t>
      </w:r>
      <w:r>
        <w:t>in this light, we need to continuously work in to develop our personality."</w:t>
      </w:r>
    </w:p>
    <w:p>
      <w:pPr>
        <w:jc w:val="right"/>
      </w:pPr>
      <w:r>
        <w:t>ان دس لائٹ، وی نیڈ ٹو کنٹینیوسلی ورک ان ٹو ڈویلپ اور پرسنیلٹی۔"</w:t>
      </w:r>
    </w:p>
    <w:p>
      <w:r>
        <w:rPr>
          <w:b/>
        </w:rPr>
        <w:t xml:space="preserve">[46:12] </w:t>
      </w:r>
      <w:r>
        <w:t>مس ستوتی ملہوترا نے دلی سے لکھا ہے: "مولانا، you explain very well with the example of masjid</w:t>
      </w:r>
    </w:p>
    <w:p>
      <w:pPr>
        <w:jc w:val="right"/>
      </w:pPr>
      <w:r>
        <w:t>مس ستوتی ملہوترا نے دلی سے لکھا ہے: "مولانا، یو ایکسپلین ویری ویل ود دی ایگزیمپل اف مسجد</w:t>
      </w:r>
    </w:p>
    <w:p>
      <w:r>
        <w:rPr>
          <w:b/>
        </w:rPr>
        <w:t xml:space="preserve">[46:20] </w:t>
      </w:r>
      <w:r>
        <w:t>Al-Aqsa that the entry in paradise will not be on basis of religion, but on the basis</w:t>
      </w:r>
    </w:p>
    <w:p>
      <w:pPr>
        <w:jc w:val="right"/>
      </w:pPr>
      <w:r>
        <w:t>الاقصیٰ دیٹ دی انٹری ان پارہ راز ول ناٹ بی ان بیسز اف ریلیجن، بٹ ان دی بیسز</w:t>
      </w:r>
    </w:p>
    <w:p>
      <w:r>
        <w:rPr>
          <w:b/>
        </w:rPr>
        <w:t xml:space="preserve">[46:28] </w:t>
      </w:r>
      <w:r>
        <w:t>of records of his life."</w:t>
      </w:r>
    </w:p>
    <w:p>
      <w:pPr>
        <w:jc w:val="right"/>
      </w:pPr>
      <w:r>
        <w:t>اف ریکارڈز اف ہز لائف۔"</w:t>
      </w:r>
    </w:p>
    <w:p>
      <w:r>
        <w:rPr>
          <w:b/>
        </w:rPr>
        <w:t xml:space="preserve">[46:32] </w:t>
      </w:r>
      <w:r>
        <w:t>maulana sawal lena chaheinge.</w:t>
      </w:r>
    </w:p>
    <w:p>
      <w:pPr>
        <w:jc w:val="right"/>
      </w:pPr>
      <w:r>
        <w:t>مولانا سوال لینا چاہیں گے۔</w:t>
      </w:r>
    </w:p>
    <w:p>
      <w:r>
        <w:rPr>
          <w:b/>
        </w:rPr>
        <w:t xml:space="preserve">[46:38] </w:t>
      </w:r>
      <w:r>
        <w:t>molana, yeh sawal bheja hai farhad sahib ne: "molana, kya yeh mumkin hai ke insan islam par chale magar is ke mind mein khuda ki qurbat ka khayal na aaye aur khuda is ko jannat mein dakhil kar de?</w:t>
      </w:r>
    </w:p>
    <w:p>
      <w:pPr>
        <w:jc w:val="right"/>
      </w:pPr>
      <w:r>
        <w:t>مولانا، یہ سوال بھیجا ہے فرحاد صاحب نے: "مولانا، کیا یہ ممکن ہے کہ انسان اسلام پر چلے مگر اس کے مائنڈ میں خدا کی قربت کا خیال نہ آئے اور خدا اس کو جنت میں داخل کر دے؟</w:t>
      </w:r>
    </w:p>
    <w:p>
      <w:r>
        <w:rPr>
          <w:b/>
        </w:rPr>
        <w:t xml:space="preserve">[46:56] </w:t>
      </w:r>
      <w:r>
        <w:t>is ke bare mein batayein." main to is ko impossible sochta hoon</w:t>
      </w:r>
    </w:p>
    <w:p>
      <w:pPr>
        <w:jc w:val="right"/>
      </w:pPr>
      <w:r>
        <w:t>اس کے بارے میں بتائیں۔" میں تو اس کو امپاسیبل سوچتا ہوں</w:t>
      </w:r>
    </w:p>
    <w:p>
      <w:r>
        <w:rPr>
          <w:b/>
        </w:rPr>
        <w:t xml:space="preserve">[47:06] </w:t>
      </w:r>
      <w:r>
        <w:t>kyun ke jannat khuda ki qurbati ka to naam hai, khuda ke paros mein jeene ka naam hai. to agar koi khuda ke paros ka shaiq na ho to jannat kyun milegi us ko?</w:t>
      </w:r>
    </w:p>
    <w:p>
      <w:pPr>
        <w:jc w:val="right"/>
      </w:pPr>
      <w:r>
        <w:t>کیونکہ جنت خدا کی قربتی کا تو نام ہے، خدا کے پڑوس میں جینے کا نام ہے۔ تو اگر کوئی خدا کے پڑوس کا شائق نہ ہو تو جنت کیوں ملے گی اس کو؟</w:t>
      </w:r>
    </w:p>
    <w:p>
      <w:r>
        <w:rPr>
          <w:b/>
        </w:rPr>
        <w:t xml:space="preserve">[47:25] </w:t>
      </w:r>
      <w:r>
        <w:t>main to samajhta hoon ke woh qurbat, khuda ki qurbat, woh wali jannat ka ko deserve nahi karta. woh</w:t>
      </w:r>
    </w:p>
    <w:p>
      <w:pPr>
        <w:jc w:val="right"/>
      </w:pPr>
      <w:r>
        <w:t>میں تو سمجھتا ہوں کہ وہ قربت، خدا کی قربت، وہ والی جنت کا کو ڈیزرو نہیں کرتا۔ وہ</w:t>
      </w:r>
    </w:p>
    <w:p>
      <w:r>
        <w:rPr>
          <w:b/>
        </w:rPr>
        <w:t xml:space="preserve">[47:40] </w:t>
      </w:r>
      <w:r>
        <w:t>molana, agla sawal bheja hai afaq hussain sahib ne ahmedabad se. unhon ne likha hai: "molana, every Muslim feels that following all the five pillars of Islam are enough to qualify for paradise.</w:t>
      </w:r>
    </w:p>
    <w:p>
      <w:pPr>
        <w:jc w:val="right"/>
      </w:pPr>
      <w:r>
        <w:t>مولانا، اگلا سوال بھیجا ہے افاق حسین صاحب نے احمد آباد سے۔ انہوں نے لکھا ہے: "مولانا، ایوری مسلم فیلز دیٹ فالونگ ال دی فائیو پلرز اف اسلام ار انف ٹو کوالیفائی فار پارہ راز۔</w:t>
      </w:r>
    </w:p>
    <w:p>
      <w:r>
        <w:rPr>
          <w:b/>
        </w:rPr>
        <w:t xml:space="preserve">[47:57] </w:t>
      </w:r>
      <w:r>
        <w:t>he is not really into thinking that he should feel nearness to God like Pharaoh's wife Asiya thought. So I want to, so I want to know that will such Muslims who technically follow all the pillars, will still get paradise or they are at risk." Dekhiye,</w:t>
      </w:r>
    </w:p>
    <w:p>
      <w:pPr>
        <w:jc w:val="right"/>
      </w:pPr>
      <w:r>
        <w:t>ہی از ناٹ ریلی انٹو تھنکنگ دیٹ ہی شوڈ فیل نیئرنس ٹو گاڈ لائک فرعون وائف اسیہ تھاٹ۔ سو آئی وانٹ ٹو، سو آئی وانٹ ٹو نو دیٹ ویل سچ مسلمز ہو ٹیکنیکلی فالو ال دا پلرز، ویل سٹل گیٹ پارہ راز اور دے آر ایٹ رسک۔" دیکھیے،</w:t>
      </w:r>
    </w:p>
    <w:p>
      <w:r>
        <w:rPr>
          <w:b/>
        </w:rPr>
        <w:t xml:space="preserve">[48:21] </w:t>
      </w:r>
      <w:r>
        <w:t>technically follow karna asal nahi hai, spiritually follow karna asal hai. yeh jisko aap pillar keh rahe hain, un ko koi technically follow kare, yani matlab form ke aitbar se to woh kafi nahi hai jannat ke liye.</w:t>
      </w:r>
    </w:p>
    <w:p>
      <w:pPr>
        <w:jc w:val="right"/>
      </w:pPr>
      <w:r>
        <w:t>ٹیکنیکلی فالو کرنا اصل نہیں ہے، سپرچولی فالو کرنا اصل ہے۔ یہ جس کو آپ پلر کہہ رہے ہیں، ان کو کوئی ٹیکنیکلی فالو کرے، یعنی مطلب فارم کے اعتبار سے تو وہ کافی نہیں ہے جنت کے لیے۔</w:t>
      </w:r>
    </w:p>
    <w:p>
      <w:r>
        <w:rPr>
          <w:b/>
        </w:rPr>
        <w:t xml:space="preserve">[48:42] </w:t>
      </w:r>
      <w:r>
        <w:t>spiritually follow karna parega.</w:t>
      </w:r>
    </w:p>
    <w:p>
      <w:pPr>
        <w:jc w:val="right"/>
      </w:pPr>
      <w:r>
        <w:t>سپرچولی فالو کرنا پڑے گا۔</w:t>
      </w:r>
    </w:p>
    <w:p>
      <w:r>
        <w:rPr>
          <w:b/>
        </w:rPr>
        <w:t xml:space="preserve">[48:50] </w:t>
      </w:r>
      <w:r>
        <w:t>yeh to aap guide ka mutala karein quran o hadith ka to is mein aap clear taur par yeh baat payenge.</w:t>
      </w:r>
    </w:p>
    <w:p>
      <w:pPr>
        <w:jc w:val="right"/>
      </w:pPr>
      <w:r>
        <w:t>یہ تو آپ گائیڈ کا مطالعہ کریں قرآن و حدیث کا تو اس میں آپ کلیئر طور پر یہ بات پائیں گے۔</w:t>
      </w:r>
    </w:p>
    <w:p>
      <w:r>
        <w:rPr>
          <w:b/>
        </w:rPr>
        <w:t xml:space="preserve">[49:02] </w:t>
      </w:r>
      <w:r>
        <w:t>is par bohat likha chuka hai, aap kitabein padhein, aap is par bohat kitabein maujood hain ke namaz jo hai aap ki spirit ke aitbar se matloob hai na ke form ke aitbar se.</w:t>
      </w:r>
    </w:p>
    <w:p>
      <w:pPr>
        <w:jc w:val="right"/>
      </w:pPr>
      <w:r>
        <w:t>اس پر بہت لکھا چکا ہے، آپ کتابیں پڑھیں، آپ اس پر بہت کتابیں موجود ہیں کہ نماز جو ہے آپ کی سپرٹ کے اعتبار سے مطلوب ہے نہ کہ فارم کے اعتبار سے۔</w:t>
      </w:r>
    </w:p>
    <w:p>
      <w:r>
        <w:rPr>
          <w:b/>
        </w:rPr>
        <w:t xml:space="preserve">[49:24] </w:t>
      </w:r>
      <w:r>
        <w:t>molana, agla sawal molana iqbal umri ne kiya hai chennai se. unhon ne likha hai: "molana, ek sahib ne kaha ke burai se nafrat karna aur dil ko positive rakhna yeh kaise mumkin hai?</w:t>
      </w:r>
    </w:p>
    <w:p>
      <w:pPr>
        <w:jc w:val="right"/>
      </w:pPr>
      <w:r>
        <w:t>مولانا، اگلا سوال مولانا اقبال عمری نے کیا ہے چنئی سے۔ انہوں نے لکھا ہے: "مولانا، ایک صاحب نے کہا کہ برائی سے نفرت کرنا اور دل کو پوزیٹیو رکھنا یہ کیسے ممکن ہے؟</w:t>
      </w:r>
    </w:p>
    <w:p>
      <w:r>
        <w:rPr>
          <w:b/>
        </w:rPr>
        <w:t xml:space="preserve">[49:38] </w:t>
      </w:r>
      <w:r>
        <w:t>molana, is ka kya jawab hoga?" nafrat karne ki taleem hi nahi hai. kaun kehta hai ke aap nafrat karein? bachna hai, parhez karna hai.</w:t>
      </w:r>
    </w:p>
    <w:p>
      <w:pPr>
        <w:jc w:val="right"/>
      </w:pPr>
      <w:r>
        <w:t>مولانا، اس کا کیا جواب ہوگا؟" نفرت کرنے کی تعلیم ہی نہیں ہے۔ کون کہتا ہے کہ آپ نفرت کریں؟ بچنا ہے، پرہیز کرنا ہے۔</w:t>
      </w:r>
    </w:p>
    <w:p>
      <w:r>
        <w:rPr>
          <w:b/>
        </w:rPr>
        <w:t xml:space="preserve">[49:50] </w:t>
      </w:r>
      <w:r>
        <w:t>nafrat to islam mein hai hi nahi.</w:t>
      </w:r>
    </w:p>
    <w:p>
      <w:pPr>
        <w:jc w:val="right"/>
      </w:pPr>
      <w:r>
        <w:t>نفرت تو اسلام میں ہے ہی نہیں۔</w:t>
      </w:r>
    </w:p>
    <w:p>
      <w:r>
        <w:rPr>
          <w:b/>
        </w:rPr>
        <w:t xml:space="preserve">[49:56] </w:t>
      </w:r>
      <w:r>
        <w:t>nafrat islam mein hai hi nahi. bachna hai islam mein, parhez karna hai islam mein.</w:t>
      </w:r>
    </w:p>
    <w:p>
      <w:pPr>
        <w:jc w:val="right"/>
      </w:pPr>
      <w:r>
        <w:t>نفرت اسلام میں ہے ہی نہیں۔ بچنا ہے اسلام میں، پرہیز کرنا ہے اسلام میں۔</w:t>
      </w:r>
    </w:p>
    <w:p>
      <w:r>
        <w:rPr>
          <w:b/>
        </w:rPr>
        <w:t xml:space="preserve">[50:06] </w:t>
      </w:r>
      <w:r>
        <w:t>yani lagho se araz karna, lagho se nafrat karna hi sab islam mein hai. harghiz nahi aisa hai.</w:t>
      </w:r>
    </w:p>
    <w:p>
      <w:pPr>
        <w:jc w:val="right"/>
      </w:pPr>
      <w:r>
        <w:t>یعنی لغو سے اعراض کرنا، لغو سے نفرت کرنا ہی سب اسلام میں ہے۔ ہرگز نہیں ایسا ہے۔</w:t>
      </w:r>
    </w:p>
    <w:p>
      <w:r>
        <w:rPr>
          <w:b/>
        </w:rPr>
        <w:t xml:space="preserve">[50:17] </w:t>
      </w:r>
      <w:r>
        <w:t>lagho se araz karna, yani burai se parhez karna hai islam mein. burai se nafrat karna hi hai.</w:t>
      </w:r>
    </w:p>
    <w:p>
      <w:pPr>
        <w:jc w:val="right"/>
      </w:pPr>
      <w:r>
        <w:t>لغو سے اعراض کرنا، یعنی برائی سے پرہیز کرنا ہے اسلام میں۔ برائی سے نفرت کرنا ہی ہے۔</w:t>
      </w:r>
    </w:p>
    <w:p>
      <w:r>
        <w:rPr>
          <w:b/>
        </w:rPr>
        <w:t xml:space="preserve">[50:28] </w:t>
      </w:r>
      <w:r>
        <w:t>yeh aap ne sahi nahi kaha.</w:t>
      </w:r>
    </w:p>
    <w:p>
      <w:pPr>
        <w:jc w:val="right"/>
      </w:pPr>
      <w:r>
        <w:t>یہ آپ نے صحیح نہیں کہا۔</w:t>
      </w:r>
    </w:p>
    <w:p>
      <w:r>
        <w:rPr>
          <w:b/>
        </w:rPr>
        <w:t xml:space="preserve">[50:39] </w:t>
      </w:r>
      <w:r>
        <w:t>maulana, agla comment bheja hai dhampur se mehtab sahib ne. unhon ne likha hai: "maulana sahib, jis tarah rasool allah ke paas sab jagah se wufood aate the, usi tarah cps ke center par aap ke paas door door se wufood aa rahe hain.</w:t>
      </w:r>
    </w:p>
    <w:p>
      <w:pPr>
        <w:jc w:val="right"/>
      </w:pPr>
      <w:r>
        <w:t>مولانا، اگلا کمنٹ بھیجا ہے دھامپور سے مہتاب صاحب نے۔ انہوں نے لکھا ہے: "مولانا صاحب، جس طرح رسول اللہ کے پاس سب جگہ سے وفود آتے تھے، اسی طرح سی پی ایس کے سینٹر پر آپ کے پاس دور دور سے وفود آ رہے ہیں۔</w:t>
      </w:r>
    </w:p>
    <w:p>
      <w:r>
        <w:rPr>
          <w:b/>
        </w:rPr>
        <w:t xml:space="preserve">[50:57] </w:t>
      </w:r>
      <w:r>
        <w:t>yeh baat is mission ki sachai hone ka saboot hai. alhamdulillah." maulana, agla sawal doctor farida khanam ne dilli se bheja hai.</w:t>
      </w:r>
    </w:p>
    <w:p>
      <w:pPr>
        <w:jc w:val="right"/>
      </w:pPr>
      <w:r>
        <w:t>یہ بات اس مشن کی سچائی ہونے کا ثبوت ہے۔ الحمدللہ۔" مولانا، اگلا سوال ڈاکٹر فریدہ خانم نے دلی سے بھیجا ہے۔</w:t>
      </w:r>
    </w:p>
    <w:p>
      <w:r>
        <w:rPr>
          <w:b/>
        </w:rPr>
        <w:t xml:space="preserve">[51:07] </w:t>
      </w:r>
      <w:r>
        <w:t>unhon ne likha hai: "when you apply for a visa for another country, they check your record in full. they ask questions such as: what is your position?</w:t>
      </w:r>
    </w:p>
    <w:p>
      <w:pPr>
        <w:jc w:val="right"/>
      </w:pPr>
      <w:r>
        <w:t>انہوں نے لکھا ہے: "وین یو اپلائی فار ا ویزا فار انادر کنٹری، دے چیک یور ریکارڈ ان فل۔ دے اسک کوئسچنز سچ ایز: واٹ از یور پوزیشن؟</w:t>
      </w:r>
    </w:p>
    <w:p>
      <w:r>
        <w:rPr>
          <w:b/>
        </w:rPr>
        <w:t xml:space="preserve">[51:20] </w:t>
      </w:r>
      <w:r>
        <w:t>what are your activities? have you ever been arrested for any criminal act? are you engaged in any anti-social, anti-government activities?</w:t>
      </w:r>
    </w:p>
    <w:p>
      <w:pPr>
        <w:jc w:val="right"/>
      </w:pPr>
      <w:r>
        <w:t>واٹ ار یور ایکٹیویٹیز؟ ہیو یو ایور بین اریسٹڈ فار اینی کریمینل ایکٹ؟ ار یو انگیجڈ ان اینی اینٹی سوشل، اینٹی گورنمنٹ ایکٹیویٹیز؟</w:t>
      </w:r>
    </w:p>
    <w:p>
      <w:r>
        <w:rPr>
          <w:b/>
        </w:rPr>
        <w:t xml:space="preserve">[51:33] </w:t>
      </w:r>
      <w:r>
        <w:t>only when they are fully satisfied, they issue a visa to enter their country. so for parah raz, will the record of worldly life be judged in a similar way?" sahi baat hai,</w:t>
      </w:r>
    </w:p>
    <w:p>
      <w:pPr>
        <w:jc w:val="right"/>
      </w:pPr>
      <w:r>
        <w:t>اونلی وین دے ار فلی سیٹسفائیڈ، دے ایشو ا ویزا ٹو انٹر دیر کنٹری۔ سو فار پارہ راز، ول دا ریکارڈ اف ورلڈلی لائف بی ججڈ ان ا سمیلر وے؟" صحیح بات ہے،</w:t>
      </w:r>
    </w:p>
    <w:p>
      <w:r>
        <w:rPr>
          <w:b/>
        </w:rPr>
        <w:t xml:space="preserve">[51:51] </w:t>
      </w:r>
      <w:r>
        <w:t>sahi baat hai.</w:t>
      </w:r>
    </w:p>
    <w:p>
      <w:pPr>
        <w:jc w:val="right"/>
      </w:pPr>
      <w:r>
        <w:t>صحیح بات ہے۔</w:t>
      </w:r>
    </w:p>
    <w:p>
      <w:r>
        <w:rPr>
          <w:b/>
        </w:rPr>
        <w:t xml:space="preserve">[52:03] </w:t>
      </w:r>
      <w:r>
        <w:t>maulana, agla sawal dilli se kiya hai mr vikrant dagar ne. unhon ne likha hai: "maulana, we get so many, maulana, we get so many thoughts every second, including positive and negative thoughts.</w:t>
      </w:r>
    </w:p>
    <w:p>
      <w:pPr>
        <w:jc w:val="right"/>
      </w:pPr>
      <w:r>
        <w:t>مولانا، اگلا سوال دلی سے کیا ہے مسٹر وکرانت ڈاگر نے۔ انہوں نے لکھا ہے: "مولانا، وی گیٹ سو مینی، مولانا، وی گیٹ سو مینی تھاٹس ایوری سیکنڈ، انکلوڈنگ پوزیٹیو اینڈ نیگیٹیو تھاٹس۔</w:t>
      </w:r>
    </w:p>
    <w:p>
      <w:r>
        <w:rPr>
          <w:b/>
        </w:rPr>
        <w:t xml:space="preserve">[52:21] </w:t>
      </w:r>
      <w:r>
        <w:t>how to differentiate and control thoughts and stay positive? what is your guidance on this?" dekhiye, positivity to chahiye, positive thinking to chahiye.</w:t>
      </w:r>
    </w:p>
    <w:p>
      <w:pPr>
        <w:jc w:val="right"/>
      </w:pPr>
      <w:r>
        <w:t>ہاؤ ٹو ڈیفرنشیٹ اینڈ کنٹرول تھاٹس اینڈ سٹے پوزیٹیو؟ واٹ از یور گائیڈنس ان دس؟" دیکھیے، پوزیٹیوٹی تو چاہیے، پازیٹیو تھنکنگ تو چاہیے۔</w:t>
      </w:r>
    </w:p>
    <w:p>
      <w:r>
        <w:rPr>
          <w:b/>
        </w:rPr>
        <w:t xml:space="preserve">[52:37] </w:t>
      </w:r>
      <w:r>
        <w:t>lekin is ka matlab yeh nahi ke negative thought bilkul khatam ho jaye, sirf positive thought baqi rahe. aisa matlab nahi hai, balkeh dono mein struggle hoti hai.</w:t>
      </w:r>
    </w:p>
    <w:p>
      <w:pPr>
        <w:jc w:val="right"/>
      </w:pPr>
      <w:r>
        <w:t>لیکن اس کا مطلب یہ نہیں کہ نیگیٹیو تھاٹ بالکل ختم ہو جائے، صرف پازیٹیو تھاٹ باقی رہے۔ ایسا مطلب نہیں ہے، بلکہ دونوں میں اسٹرگل ہوتی ہے۔</w:t>
      </w:r>
    </w:p>
    <w:p>
      <w:r>
        <w:rPr>
          <w:b/>
        </w:rPr>
        <w:t xml:space="preserve">[52:47] </w:t>
      </w:r>
      <w:r>
        <w:t>har lamha struggle, positive thinking aur negative thinking mein struggle hoti hai. ab woh struggle hi to jo personality development ka zariya hai, yeh struggle jo hai,</w:t>
      </w:r>
    </w:p>
    <w:p>
      <w:pPr>
        <w:jc w:val="right"/>
      </w:pPr>
      <w:r>
        <w:t>ہر لمحہ اسٹرگل، پازیٹیو تھنکنگ اور نیگیٹیو تھنکنگ میں اسٹرگل ہوتی ہے۔ اب وہ اسٹرگل ہی تو جو پرسنیلٹی ڈیویلپمنٹ کا ذریعہ ہے، یہ اسٹرگل جو ہے،</w:t>
      </w:r>
    </w:p>
    <w:p>
      <w:r>
        <w:rPr>
          <w:b/>
        </w:rPr>
        <w:t xml:space="preserve">[53:01] </w:t>
      </w:r>
      <w:r>
        <w:t>yeh to bohat hi qeemti hai. maulana, agla sawal bheja hai anwar sahib ne lucknow se. unhon ne likha hai: "maulana, non-Muslims ridicule paradise, saying that Muslims' target to qualify for paradise is so they can get houris and fulfill all their pleasures.</w:t>
      </w:r>
    </w:p>
    <w:p>
      <w:pPr>
        <w:jc w:val="right"/>
      </w:pPr>
      <w:r>
        <w:t>یہ تو بہت ہی قیمتی ہے۔ مولانا، اگلا سوال بھیجا ہے انور صاحب نے لکھنو سے۔ انہوں نے لکھا ہے: "مولانا، نان مسلمز ریڈیکیول پارہ راز، سینگ دیٹ مسلمز ٹارگٹ ٹو کوالیفائی فار پارہ راز از سو دے کین گیٹ خور اینڈ فلفل ال دیر پلیژرز۔</w:t>
      </w:r>
    </w:p>
    <w:p>
      <w:r>
        <w:rPr>
          <w:b/>
        </w:rPr>
        <w:t xml:space="preserve">[53:25] </w:t>
      </w:r>
      <w:r>
        <w:t>they are not able to visualize parah raz beyond pleasure. how can we address such questions for both muslims and non muslims?</w:t>
      </w:r>
    </w:p>
    <w:p>
      <w:pPr>
        <w:jc w:val="right"/>
      </w:pPr>
      <w:r>
        <w:t>دے ار ناٹ ایبل ٹو ویژولائز پارہ راز بیونڈ پلیژر۔ ہاؤ کین وی ایڈریس سچ کوئسچنز فار بوتھ مسلمز اینڈ نان مسلمز؟</w:t>
      </w:r>
    </w:p>
    <w:p>
      <w:r>
        <w:rPr>
          <w:b/>
        </w:rPr>
        <w:t xml:space="preserve">[53:35] </w:t>
      </w:r>
      <w:r>
        <w:t>so they take parah raz in the greater sense rather than pleasure fulfillment?" dekhiye, yeh insan ki personality ko understand karna hai.</w:t>
      </w:r>
    </w:p>
    <w:p>
      <w:pPr>
        <w:jc w:val="right"/>
      </w:pPr>
      <w:r>
        <w:t>سو دے ٹیک پارہ راز ان دا گریٹر سینس رادر دین پلیژر فلفلمنٹ؟" دیکھیے، یہ انسان کی پرسنیلٹی کو انڈرسٹیبل کرنا ہے۔</w:t>
      </w:r>
    </w:p>
    <w:p>
      <w:r>
        <w:rPr>
          <w:b/>
        </w:rPr>
        <w:t xml:space="preserve">[53:49] </w:t>
      </w:r>
      <w:r>
        <w:t>man is a pleasure seeking animal. all the study is so, sara jo study ki gayi hai insan ke bare mein, us se yahi pata chalta hai ke man is a pleasure, pleasure seeking animal.</w:t>
      </w:r>
    </w:p>
    <w:p>
      <w:pPr>
        <w:jc w:val="right"/>
      </w:pPr>
      <w:r>
        <w:t>مین از ا پلیژر سیک اینیمل۔ ال دا اسٹڈی از سو، سارا جو اسٹڈی کی گئی ہے انسان کے بارے میں، اس سے یہی پتہ چلتا ہے کہ مین از ا پلیژر، پلیژر سیک اینیمل۔</w:t>
      </w:r>
    </w:p>
    <w:p>
      <w:r>
        <w:rPr>
          <w:b/>
        </w:rPr>
        <w:t xml:space="preserve">[54:07] </w:t>
      </w:r>
      <w:r>
        <w:t>yeh to deny karna hai insan ki personality ko. jo log aisi baatein karte hain, woh woh poetry karte hain, woh reality ko na jante hain, na reality ko express karte hain.</w:t>
      </w:r>
    </w:p>
    <w:p>
      <w:pPr>
        <w:jc w:val="right"/>
      </w:pPr>
      <w:r>
        <w:t>یہ تو ڈینائی کرنا ہے انسان کی پرسنیلٹی کو۔ جو لوگ ایسی باتیں کرتے ہیں، وہ وہ شاعری کرتے ہیں، وہ ریلیٹی کو نہ جانتے ہیں، نہ ریلیٹی کو ایکسپریس کرتے ہیں۔</w:t>
      </w:r>
    </w:p>
    <w:p>
      <w:r>
        <w:rPr>
          <w:b/>
        </w:rPr>
        <w:t xml:space="preserve">[54:24] </w:t>
      </w:r>
      <w:r>
        <w:t>maulana, agla sawal chennai se maulana iqbal umri ne likha hai aur un ka sawal hai: "insan ki takhleeq ka maqsad kya hai?" takleef, takhleeq, takhleeq, takhleeq, takhleeq</w:t>
      </w:r>
    </w:p>
    <w:p>
      <w:pPr>
        <w:jc w:val="right"/>
      </w:pPr>
      <w:r>
        <w:t>مولانا، اگلا سوال چنئی سے مولانا اقبال عمری نے لکھا ہے اور ان کا سوال ہے: "انسان کی تخلیق کا مقصد کیا ہے؟" تکلیف، تخلیق، تخلیق، تخلیق، تخلی</w:t>
      </w:r>
    </w:p>
    <w:p>
      <w:r>
        <w:rPr>
          <w:b/>
        </w:rPr>
        <w:t xml:space="preserve">[54:38] </w:t>
      </w:r>
      <w:r>
        <w:t>q! ji, creation! ji ji, acha, creation! insan ki takhleeq ka maqsad kya hai? is bare mein mukhtalif mazahib aur islam ke jawab mein kya bunyadi farq hai?</w:t>
      </w:r>
    </w:p>
    <w:p>
      <w:pPr>
        <w:jc w:val="right"/>
      </w:pPr>
      <w:r>
        <w:t>ق! جی، کریشن! جی جی، اچھا، کریشن! انسان کی تخلیق کا مقصد کیا ہے؟ اس بارے میں مختلف مذاہب اور اسلام کے جواب میں کیا بنیادی فرق ہے؟</w:t>
      </w:r>
    </w:p>
    <w:p>
      <w:r>
        <w:rPr>
          <w:b/>
        </w:rPr>
        <w:t xml:space="preserve">[54:52] </w:t>
      </w:r>
      <w:r>
        <w:t>acha, yani creation par</w:t>
      </w:r>
    </w:p>
    <w:p>
      <w:pPr>
        <w:jc w:val="right"/>
      </w:pPr>
      <w:r>
        <w:t>اچھا، یعنی کریشن پر</w:t>
      </w:r>
    </w:p>
    <w:p>
      <w:r>
        <w:rPr>
          <w:b/>
        </w:rPr>
        <w:t xml:space="preserve">[54:56] </w:t>
      </w:r>
      <w:r>
        <w:t>ana of god! ji,</w:t>
      </w:r>
    </w:p>
    <w:p>
      <w:pPr>
        <w:jc w:val="right"/>
      </w:pPr>
      <w:r>
        <w:t>انا اف گاڈ! جی،</w:t>
      </w:r>
    </w:p>
    <w:p>
      <w:r>
        <w:rPr>
          <w:b/>
        </w:rPr>
        <w:t xml:space="preserve">[55:02] </w:t>
      </w:r>
      <w:r>
        <w:t>main samajhta hoon ke is par ek ek poora booklet hai. creation of god par jo log yeh sawal karte hain, un ko yeh kitaab parhwaiye.</w:t>
      </w:r>
    </w:p>
    <w:p>
      <w:pPr>
        <w:jc w:val="right"/>
      </w:pPr>
      <w:r>
        <w:t>میں سمجھتا ہوں کہ اس پر ایک ایک پورا بکلیٹ ہے۔ کریشن پرانا اف گاڈ پر جو لوگ یہ سوال کرتے ہیں، ان کو یہ کتاب پڑھوائیے۔</w:t>
      </w:r>
    </w:p>
    <w:p>
      <w:r>
        <w:rPr>
          <w:b/>
        </w:rPr>
        <w:t xml:space="preserve">[55:15] </w:t>
      </w:r>
      <w:r>
        <w:t>yeh kitaab har zaban mein hai: urdu mein, hindi mein, angrezi mein. creation of god!</w:t>
      </w:r>
    </w:p>
    <w:p>
      <w:pPr>
        <w:jc w:val="right"/>
      </w:pPr>
      <w:r>
        <w:t>یہ کتاب ہر زبان میں ہے: اردو میں، ہندی میں، انگریزی میں۔ کریشن پرانا اف گاڈ!</w:t>
      </w:r>
    </w:p>
    <w:p>
      <w:r>
        <w:rPr>
          <w:b/>
        </w:rPr>
        <w:t xml:space="preserve">[55:24] </w:t>
      </w:r>
      <w:r>
        <w:t>ek sahib ne bataya ke woh ek doctor kaha jate hain, to unhon ne wahan par purpose of life isi isi subject pe kitaab se choti si purpose of life rakhwa di thi.</w:t>
      </w:r>
    </w:p>
    <w:p>
      <w:pPr>
        <w:jc w:val="right"/>
      </w:pPr>
      <w:r>
        <w:t>ایک صاحب نے بتایا کہ وہ ایک ڈاکٹر کہا جاتے ہیں، تو انہوں نے وہاں پر پرپس اف لائف اسی اسی سبجیکٹ پہ کتاب سے چھوٹی سی پرپس اف لائف رکھوا دی تھی۔</w:t>
      </w:r>
    </w:p>
    <w:p>
      <w:r>
        <w:rPr>
          <w:b/>
        </w:rPr>
        <w:t xml:space="preserve">[55:40] </w:t>
      </w:r>
      <w:r>
        <w:t>wahan to doosri baar jab woh gaye to unhon ne kaha ke bhai, aap ki woh kitaab khatam ho gayi hai aur jo hamare paas jo patient aate hain, woh bohat zyada is ko pasand karte hain, parhna chahte hain.</w:t>
      </w:r>
    </w:p>
    <w:p>
      <w:pPr>
        <w:jc w:val="right"/>
      </w:pPr>
      <w:r>
        <w:t>وہاں تو دوسری بار جب وہ گئے تو انہوں نے کہا کہ بھئی، آپ کی وہ کتاب ختم ہوگئی ہے اور جو ہمارے پاس جو پیشنٹ آتے ہیں، وہ بہت زیادہ اس کو پسند کرتے ہیں، پڑھنا چاہتے ہیں۔</w:t>
      </w:r>
    </w:p>
    <w:p>
      <w:r>
        <w:rPr>
          <w:b/>
        </w:rPr>
        <w:t xml:space="preserve">[55:56] </w:t>
      </w:r>
      <w:r>
        <w:t>to jahan jahan mauqa mile, wahan wahan yeh kitaabein phailaiye. purpose of life ya creation of god!</w:t>
      </w:r>
    </w:p>
    <w:p>
      <w:pPr>
        <w:jc w:val="right"/>
      </w:pPr>
      <w:r>
        <w:t>تو جہاں جہاں موقع ملے، وہاں وہاں یہ کتابیں پھیلائیے۔ پرپس اف لائف یا کریشن پرانا اف گاڈ!</w:t>
      </w:r>
    </w:p>
    <w:p>
      <w:r>
        <w:rPr>
          <w:b/>
        </w:rPr>
        <w:t xml:space="preserve">[56:10] </w:t>
      </w:r>
      <w:r>
        <w:t>serius study ke baghair aadmi kisi baat ko samajh nahin sakta. to yeh jo pamphlet banaye gaye hain, isi liye serius study ke liye.</w:t>
      </w:r>
    </w:p>
    <w:p>
      <w:pPr>
        <w:jc w:val="right"/>
      </w:pPr>
      <w:r>
        <w:t>سیریس اسٹڈی کے بغیر آدمی کسی بات کو سمجھ نہیں سکتا۔ تو یہ جو پمفلٹ بنائے گئے ہیں، اسی لیے سیریس اسٹڈی کے لیے۔</w:t>
      </w:r>
    </w:p>
    <w:p>
      <w:r>
        <w:rPr>
          <w:b/>
        </w:rPr>
        <w:t xml:space="preserve">[56:26] </w:t>
      </w:r>
      <w:r>
        <w:t>maulana, agla comment bheja hai kashmir se shahid hussain sahib ne. unhon ne likha hai: "highly motivational lecture to discover and adopt the culture prevailing in the vicinity of the almighty in parah raaz!"</w:t>
      </w:r>
    </w:p>
    <w:p>
      <w:pPr>
        <w:jc w:val="right"/>
      </w:pPr>
      <w:r>
        <w:t>مولانا، اگلا کمنٹ بھیجا ہے کشمیر سے شاہد حسین صاحب نے۔ انہوں نے لکھا ہے: "ہائیلی موٹیویشنل لیکچر ٹو ڈسکور اینڈ اڈاپٹ دی کلچر پریویلنگ ان دی ویسینیٹی اف المائٹی ان پارہ راز!</w:t>
      </w:r>
    </w:p>
    <w:p>
      <w:r>
        <w:rPr>
          <w:b/>
        </w:rPr>
        <w:t xml:space="preserve">[56:41] </w:t>
      </w:r>
      <w:r>
        <w:t>what a great sensitization</w:t>
      </w:r>
    </w:p>
    <w:p>
      <w:pPr>
        <w:jc w:val="right"/>
      </w:pPr>
      <w:r>
        <w:t>واٹ ا گریٹ سینسٹیزیشن</w:t>
      </w:r>
    </w:p>
    <w:p>
      <w:r>
        <w:rPr>
          <w:b/>
        </w:rPr>
        <w:t xml:space="preserve">[56:44] </w:t>
      </w:r>
      <w:r>
        <w:t>! only we need to be receptive! may god help us! thank you so much, maulana!" maulana, agla sawal lete hain.</w:t>
      </w:r>
    </w:p>
    <w:p>
      <w:pPr>
        <w:jc w:val="right"/>
      </w:pPr>
      <w:r>
        <w:t>! اونلی وی نیڈ ٹو بی ریسیپٹیو! می گاڈ ہیلپ اس! تھینک یو سو مچ، مولانا!" مولانا، اگلا سوال لیتے ہیں۔</w:t>
      </w:r>
    </w:p>
    <w:p>
      <w:r>
        <w:rPr>
          <w:b/>
        </w:rPr>
        <w:t xml:space="preserve">[56:54] </w:t>
      </w:r>
      <w:r>
        <w:t>yeh bheja hai assam se aamir hussain ahmed sahib ne. unhon ne likha hai: "what is the importance of spirituality in islam?</w:t>
      </w:r>
    </w:p>
    <w:p>
      <w:pPr>
        <w:jc w:val="right"/>
      </w:pPr>
      <w:r>
        <w:t>یہ بھیجا ہے اسام سے عامر حسین احمد صاحب نے۔ انہوں نے لکھا ہے: "واٹ از دی امپورٹنس اف سپرچویلٹی ان اسلام؟</w:t>
      </w:r>
    </w:p>
    <w:p>
      <w:r>
        <w:rPr>
          <w:b/>
        </w:rPr>
        <w:t xml:space="preserve">[57:06] </w:t>
      </w:r>
      <w:r>
        <w:t>please also decipher the word spiritual!"</w:t>
      </w:r>
    </w:p>
    <w:p>
      <w:pPr>
        <w:jc w:val="right"/>
      </w:pPr>
      <w:r>
        <w:t>پلیز السو ڈیسائفر دا ورڈ سپرچول!"</w:t>
      </w:r>
    </w:p>
    <w:p>
      <w:r>
        <w:rPr>
          <w:b/>
        </w:rPr>
        <w:t xml:space="preserve">[57:14] </w:t>
      </w:r>
      <w:r>
        <w:t>dekhen, spirituality ke liye jo quran mein lafz hai, woh hai "al-rabbaniyah". kono rabbaniyin? rabb wale bano!</w:t>
      </w:r>
    </w:p>
    <w:p>
      <w:pPr>
        <w:jc w:val="right"/>
      </w:pPr>
      <w:r>
        <w:t>دیکھیں، سپرچویلٹی کے لیے جو قرآن میں لفظ ہے، وہ ہے "الربانیہ"۔ کونو ربانیین؟ رب والے بنو!</w:t>
      </w:r>
    </w:p>
    <w:p>
      <w:r>
        <w:rPr>
          <w:b/>
        </w:rPr>
        <w:t xml:space="preserve">[57:27] </w:t>
      </w:r>
      <w:r>
        <w:t>to spiritual insan bano ka matlab hai rabb wala insan banna. main to yahi samjha hoon.</w:t>
      </w:r>
    </w:p>
    <w:p>
      <w:pPr>
        <w:jc w:val="right"/>
      </w:pPr>
      <w:r>
        <w:t>تو سپرچول انسان بنو کا مطلب ہے رب والا انسان بننا۔ میں تو یہی سمجھا ہوں۔</w:t>
      </w:r>
    </w:p>
    <w:p>
      <w:r>
        <w:rPr>
          <w:b/>
        </w:rPr>
        <w:t xml:space="preserve">[57:37] </w:t>
      </w:r>
      <w:r>
        <w:t>to spirituality ka ek weak sense hai, weak jahan khuda ko hadaf kar diya jata hai.</w:t>
      </w:r>
    </w:p>
    <w:p>
      <w:pPr>
        <w:jc w:val="right"/>
      </w:pPr>
      <w:r>
        <w:t>تو سپرچویلٹی کا ایک ویک سینس ہے، ویک جہاں خدا کو حذف کر دیا جاتا ہے۔</w:t>
      </w:r>
    </w:p>
    <w:p>
      <w:r>
        <w:rPr>
          <w:b/>
        </w:rPr>
        <w:t xml:space="preserve">[57:47] </w:t>
      </w:r>
      <w:r>
        <w:t>to khuda ko hadaf kar ke jo spirituality banti hai, woh weak spirituality hai. lekin god oriented spirituality jo hai, wahi mere nazdeek sahi spirituality hai.</w:t>
      </w:r>
    </w:p>
    <w:p>
      <w:pPr>
        <w:jc w:val="right"/>
      </w:pPr>
      <w:r>
        <w:t>تو خدا کو حذف کر کے جو سپرچویلٹی بنتی ہے، وہ ویک سپرچویلٹی ہے۔ لیکن گاڈ اووریٹڈ سپرچویلٹی جو ہے، وہی میرے نزدیک صحیح سپرچویلٹی ہے۔</w:t>
      </w:r>
    </w:p>
    <w:p>
      <w:r>
        <w:rPr>
          <w:b/>
        </w:rPr>
        <w:t xml:space="preserve">[58:06] </w:t>
      </w:r>
      <w:r>
        <w:t>woh weak nahin hai kyunke iska ek known target hai: khaliq ki qurbat. maulana, agla sawal sydney, australia se khalid idrees sahib ne kiya hai.</w:t>
      </w:r>
    </w:p>
    <w:p>
      <w:pPr>
        <w:jc w:val="right"/>
      </w:pPr>
      <w:r>
        <w:t>وہ ویک نہیں ہے کیونکہ اس کا ایک نون ٹارگٹ ہے: خالق کی قربت۔ مولانا، اگلا سوال سڈنی، اسٹریلیا سے خالد ادریس صاحب نے کیا ہے۔</w:t>
      </w:r>
    </w:p>
    <w:p>
      <w:r>
        <w:rPr>
          <w:b/>
        </w:rPr>
        <w:t xml:space="preserve">[58:23] </w:t>
      </w:r>
      <w:r>
        <w:t>unhon ne likha hai ke maulana sahib, hamein bachpan se khuda se darna sikhaya gaya hai. is cheez ko hum kaise overcome karen, is ke bare mein bataen.</w:t>
      </w:r>
    </w:p>
    <w:p>
      <w:pPr>
        <w:jc w:val="right"/>
      </w:pPr>
      <w:r>
        <w:t>انہوں نے لکھا ہے کہ مولانا صاحب، ہمیں بچپن سے خدا سے ڈرنا سکھایا گیا ہے۔ اس چیز کو ہم کیسے اوورکم کریں، اس کے بارے میں بتائیں۔</w:t>
      </w:r>
    </w:p>
    <w:p>
      <w:r>
        <w:rPr>
          <w:b/>
        </w:rPr>
        <w:t xml:space="preserve">[58:36] </w:t>
      </w:r>
      <w:r>
        <w:t>dekhen, darna ke maani woh nahin jaise ke aap saanp machhli darte hain. is ke maani hain khuda ko apna soul consent banana.</w:t>
      </w:r>
    </w:p>
    <w:p>
      <w:pPr>
        <w:jc w:val="right"/>
      </w:pPr>
      <w:r>
        <w:t>دیکھیں، ڈرنا کے معنی وہ نہیں جیسے کہ آپ سانپ مچھلی ڈرتے ہیں۔ اس کے معنی ہیں خدا کو اپنا سول کنسنٹ بنانا۔</w:t>
      </w:r>
    </w:p>
    <w:p>
      <w:r>
        <w:rPr>
          <w:b/>
        </w:rPr>
        <w:t xml:space="preserve">[58:50] </w:t>
      </w:r>
      <w:r>
        <w:t>taqwa ka matlab hai khuda ko apna consent banana. woh nahin hai ke saanp</w:t>
      </w:r>
    </w:p>
    <w:p>
      <w:pPr>
        <w:jc w:val="right"/>
      </w:pPr>
      <w:r>
        <w:t>تقویٰ کا مطلب ہے خدا کو اپنا کنسنٹ بنانا۔ وہ نہیں ہے کہ سانپ</w:t>
      </w:r>
    </w:p>
    <w:p>
      <w:r>
        <w:rPr>
          <w:b/>
        </w:rPr>
        <w:t xml:space="preserve">[58:59] </w:t>
      </w:r>
      <w:r>
        <w:t>saanp bacho! to woh kahan hai? woh saanp bacho kahan hai jise dare hain? aisa to saanp bacho hai hi nahin! aisa saanp bacho to hai hi nahin!</w:t>
      </w:r>
    </w:p>
    <w:p>
      <w:pPr>
        <w:jc w:val="right"/>
      </w:pPr>
      <w:r>
        <w:t>سانپ بچو! تو وہ کہاں ہے؟ وہ سانپ بچو کہاں ہے جسے ڈرے ہیں؟ ایسا تو سانپ بچو ہے ہی نہیں! ایسا سانپ بچو تو ہے ہی نہیں!</w:t>
      </w:r>
    </w:p>
    <w:p>
      <w:r>
        <w:rPr>
          <w:b/>
        </w:rPr>
        <w:t xml:space="preserve">[59:11] </w:t>
      </w:r>
      <w:r>
        <w:t>to woh consent ke maani hain ke sab is ka beginning jo hai, jo taqwa ki beginning hai, woh hai "alhamdulillah".</w:t>
      </w:r>
    </w:p>
    <w:p>
      <w:pPr>
        <w:jc w:val="right"/>
      </w:pPr>
      <w:r>
        <w:t>تو وہ کنسنٹ کے معنی ہیں کہ سب اس کا بگننگ جو ہے، جو تقویٰ کی بگننگ ہے، وہ ہے "الحمدللہ"۔</w:t>
      </w:r>
    </w:p>
    <w:p>
      <w:r>
        <w:rPr>
          <w:b/>
        </w:rPr>
        <w:t xml:space="preserve">[59:25] </w:t>
      </w:r>
      <w:r>
        <w:t>yani allah ki blessing ka ehsaas, allah ki blessing ko discover kar ke jo allah se nemmat, allah ki blessing ko discover kar ke jo mizaj banta hai, woh paida karna hai apne andar.</w:t>
      </w:r>
    </w:p>
    <w:p>
      <w:pPr>
        <w:jc w:val="right"/>
      </w:pPr>
      <w:r>
        <w:t>یعنی اللہ کی بلیسنگ کا احساس، اللہ کی بلیسنگ کو ڈسکور کر کے جو اللہ سے نعمت، اللہ کی بلیسنگ کو ڈسکور کر کے جو مزاج بنتا ہے، وہ پیدا کرنا ہے اپنے اندر۔</w:t>
      </w:r>
    </w:p>
    <w:p>
      <w:r>
        <w:rPr>
          <w:b/>
        </w:rPr>
        <w:t xml:space="preserve">[59:42] </w:t>
      </w:r>
      <w:r>
        <w:t>aap ek lafz ko na len, pure quran ko padhen</w:t>
      </w:r>
    </w:p>
    <w:p>
      <w:pPr>
        <w:jc w:val="right"/>
      </w:pPr>
      <w:r>
        <w:t>آپ ایک لفظ کو نہ لیں، پورے قرآن کو پڑھیں</w:t>
      </w:r>
    </w:p>
    <w:p>
      <w:r>
        <w:rPr>
          <w:b/>
        </w:rPr>
        <w:t xml:space="preserve">[59:48] </w:t>
      </w:r>
      <w:r>
        <w:t>to isi ko doosre lafzon mein farmaya hai ke "walladhi na'manna ashaddu lillah". "walladhi na'manna ashaddu lillah" yani allah ka taqwa jiske andar ho, uske andar allah ki mohabbat bohat zyada hogi, ho jayegi.</w:t>
      </w:r>
    </w:p>
    <w:p>
      <w:pPr>
        <w:jc w:val="right"/>
      </w:pPr>
      <w:r>
        <w:t>تو اسی کو دوسرے لفظوں میں فرمایا ہے کہ "والذی نعمن اشدہ للہ"۔ "والذی نعمن اشدہ للہ" یعنی اللہ کا تقویٰ جس کے اندر ہو، اس کے اندر اللہ کی محبت بہت زیادہ ہوگی، ہو جائے گی۔</w:t>
      </w:r>
    </w:p>
    <w:p>
      <w:r>
        <w:rPr>
          <w:b/>
        </w:rPr>
        <w:t xml:space="preserve">[1:00:08] </w:t>
      </w:r>
      <w:r>
        <w:t>kyunke woh, kyunke woh jo hai allah ka ki discovery, woh sari ki sari base karti hai blessing par, nemmat par, inaam par.</w:t>
      </w:r>
    </w:p>
    <w:p>
      <w:pPr>
        <w:jc w:val="right"/>
      </w:pPr>
      <w:r>
        <w:t>کیونکہ وہ، کیونکہ وہ جو ہے اللہ کا کی ڈسکوری، وہ ساری کی ساری بیس کرتی ہے بلیسنگ پر، نعمت پر، انعام پر۔</w:t>
      </w:r>
    </w:p>
    <w:p>
      <w:r>
        <w:rPr>
          <w:b/>
        </w:rPr>
        <w:t xml:space="preserve">[1:00:24] </w:t>
      </w:r>
      <w:r>
        <w:t>maulana, agla sawal dilli se bheja hai mr harsh raj ne. unhon ne likha hai: "maulana, happy new year to you and a belated happy birthday!</w:t>
      </w:r>
    </w:p>
    <w:p>
      <w:pPr>
        <w:jc w:val="right"/>
      </w:pPr>
      <w:r>
        <w:t>مولانا، اگلا سوال دلی سے بھیجا ہے مسٹر ہرش راج نے۔ انہوں نے لکھا ہے: "مولانا، ہیپی نیو ایئر ٹو یو اینڈ ا بلیٹڈ ہیپی برتھ ڈے!</w:t>
      </w:r>
    </w:p>
    <w:p>
      <w:r>
        <w:rPr>
          <w:b/>
        </w:rPr>
        <w:t xml:space="preserve">[1:00:36] </w:t>
      </w:r>
      <w:r>
        <w:t>my question is: can you guide us as to how one should act when people treat us badly?" kya matlab hua?</w:t>
      </w:r>
    </w:p>
    <w:p>
      <w:pPr>
        <w:jc w:val="right"/>
      </w:pPr>
      <w:r>
        <w:t>مائی کوئسچن از: کین یو گائیڈ اس ایز ٹو ہاؤ ون شوڈ ایکٹ وین پیپل ٹریٹ اس بیڈلی؟" کیا مطلب ہوا؟</w:t>
      </w:r>
    </w:p>
    <w:p>
      <w:r>
        <w:rPr>
          <w:b/>
        </w:rPr>
        <w:t xml:space="preserve">[1:00:48] </w:t>
      </w:r>
      <w:r>
        <w:t>ke hamein kis tareeqe se respond karna chahiye ya act karna chahiye? agar jo opposite party hai, woh hamein badly treat kare, achhe se treat na kare, to hamein kaise response dena chahiye aur kaise act karna chahiye?</w:t>
      </w:r>
    </w:p>
    <w:p>
      <w:pPr>
        <w:jc w:val="right"/>
      </w:pPr>
      <w:r>
        <w:t>کہ ہمیں کس طریقے سے ریسپانڈ کرنا چاہیے یا ایکٹ کرنا چاہیے؟ اگر جو اپوزٹ پارٹی ہے، وہ ہمیں بیڈلی ٹریٹ کرے، اچھے سے ٹریٹ نہ کرے، تو ہمیں کیسے رسپانس دینا چاہیے اور کیسے ایکٹ کرنا چاہیے؟</w:t>
      </w:r>
    </w:p>
    <w:p>
      <w:r>
        <w:rPr>
          <w:b/>
        </w:rPr>
        <w:t xml:space="preserve">[1:01:04] </w:t>
      </w:r>
      <w:r>
        <w:t>positive response! is liye ke woh to sach poochhen to woh jo aadmi aap ko badly treat kare, woh aap ko sab se bara gift de raha hai.</w:t>
      </w:r>
    </w:p>
    <w:p>
      <w:pPr>
        <w:jc w:val="right"/>
      </w:pPr>
      <w:r>
        <w:t>پازیٹیو رسپانس! اس لیے کہ وہ تو سچ پوچھیں تو وہ جو آدمی آپ کو بیڈلی ٹریٹ کرے، وہ آپ کو سب سے بڑا گفٹ دے رہا ہے۔</w:t>
      </w:r>
    </w:p>
    <w:p>
      <w:r>
        <w:rPr>
          <w:b/>
        </w:rPr>
        <w:t xml:space="preserve">[1:01:25] </w:t>
      </w:r>
      <w:r>
        <w:t>jo aadmi aap ko badly treat kare, woh aap ko sab se bara gift de raha hai. gift! is liye ke dekhiye,</w:t>
      </w:r>
    </w:p>
    <w:p>
      <w:pPr>
        <w:jc w:val="right"/>
      </w:pPr>
      <w:r>
        <w:t>جو آدمی آپ کو بیڈلی ٹریٹ کرے، وہ آپ کو سب سے بڑا گفٹ دے رہا ہے۔ گفٹ! اس لیے کہ دیکھیے،</w:t>
      </w:r>
    </w:p>
    <w:p>
      <w:r>
        <w:rPr>
          <w:b/>
        </w:rPr>
        <w:t xml:space="preserve">[1:01:36] </w:t>
      </w:r>
      <w:r>
        <w:t>sab se bara jo amal hai, woh kya hai? woh yeh hai ke koi aap ko bharkaye, koi aap ki ego hit kare,</w:t>
      </w:r>
    </w:p>
    <w:p>
      <w:pPr>
        <w:jc w:val="right"/>
      </w:pPr>
      <w:r>
        <w:t>سب سے بڑا جو عمل ہے، وہ کیا ہے؟ وہ یہ ہے کہ کوئی آپ کو بھڑکائے، کوئی آپ کی ایگو ہٹ کرے،</w:t>
      </w:r>
    </w:p>
    <w:p>
      <w:r>
        <w:rPr>
          <w:b/>
        </w:rPr>
        <w:t xml:space="preserve">[1:01:53] </w:t>
      </w:r>
      <w:r>
        <w:t>koi aadmi aap ki ego ko hit kare aur aap hit na hon. aap bharken nahin, aap us ke liye duaen karen, us ke andar aap ke andar positive thinking aaye, aap woh bura salook karen aur aap us ke sath mohabbat karen.</w:t>
      </w:r>
    </w:p>
    <w:p>
      <w:pPr>
        <w:jc w:val="right"/>
      </w:pPr>
      <w:r>
        <w:t>کوئی آدمی آپ کی ایگو کو ہٹ کرے اور آپ ہٹ نہ ہوں۔ آپ بھڑکیں نہیں، آپ اس کے لیے دعائیں کریں، اس کے اندر آپ کے اندر پازیٹیو تھنکنگ آئے، آپ وہ برا سلوک کریں اور آپ اس کے ساتھ محبت کریں۔</w:t>
      </w:r>
    </w:p>
    <w:p>
      <w:r>
        <w:rPr>
          <w:b/>
        </w:rPr>
        <w:t xml:space="preserve">[1:02:11] </w:t>
      </w:r>
      <w:r>
        <w:t>yahi to matlab hai jo Hazrat Baseer ne jo kaha tha ke "love your enemy". "love your enemy!"</w:t>
      </w:r>
    </w:p>
    <w:p>
      <w:pPr>
        <w:jc w:val="right"/>
      </w:pPr>
      <w:r>
        <w:t>یہی تو مطلب ہے جو حضرت بصیر نے جو کہا تھا کہ "لو یور اینمی"۔ "لو یور اینمی"!</w:t>
      </w:r>
    </w:p>
    <w:p>
      <w:r>
        <w:rPr>
          <w:b/>
        </w:rPr>
        <w:t xml:space="preserve">[1:02:23] </w:t>
      </w:r>
      <w:r>
        <w:t>apne dushman se mohabbat karo. is ka matlab kya hai? dushmani ke jawab mein mohabbat!</w:t>
      </w:r>
    </w:p>
    <w:p>
      <w:pPr>
        <w:jc w:val="right"/>
      </w:pPr>
      <w:r>
        <w:t>اپنے دشمن سے محبت کرو۔ اس کا مطلب کیا ہے؟ دشمنی کے جواب میں محبت!</w:t>
      </w:r>
    </w:p>
    <w:p>
      <w:r>
        <w:rPr>
          <w:b/>
        </w:rPr>
        <w:t xml:space="preserve">[1:02:32] </w:t>
      </w:r>
      <w:r>
        <w:t>jo sab se bara hai, yeh sab se bara amal hai aur Quran mein bhi yeh hai: "fid al-nabiyyin bi-wudda kun wali hamim".</w:t>
      </w:r>
    </w:p>
    <w:p>
      <w:pPr>
        <w:jc w:val="right"/>
      </w:pPr>
      <w:r>
        <w:t>جو سب سے بڑا ہے، یہ سب سے بڑا عمل ہے اور قرآن میں بھی یہ ہے: "فیدل البنی بن ودا کن ولی حمیم"۔</w:t>
      </w:r>
    </w:p>
    <w:p>
      <w:r>
        <w:rPr>
          <w:b/>
        </w:rPr>
        <w:t xml:space="preserve">[1:02:44] </w:t>
      </w:r>
      <w:r>
        <w:t>agar bilkul normal halaat hon, koi aap ke ego ke shole nahin, koi aap ko bharkaye nahin, to aap achhe bure rahen.</w:t>
      </w:r>
    </w:p>
    <w:p>
      <w:pPr>
        <w:jc w:val="right"/>
      </w:pPr>
      <w:r>
        <w:t>اگر بالکل نارمل حالات ہوں، کوئی آپ کے ایگو کے شعلے نہیں، کوئی آپ کو بھڑکائے نہیں، تو آپ اچھے برے رہیں۔</w:t>
      </w:r>
    </w:p>
    <w:p>
      <w:r>
        <w:rPr>
          <w:b/>
        </w:rPr>
        <w:t xml:space="preserve">[1:02:55] </w:t>
      </w:r>
      <w:r>
        <w:t>to woh to bohat mamooli ka amal hai, bohat mamooli. jab koi aadmi aap ko bharkata hai aur tab bhi aap achhe bure rahte hain, to to woh hai bari cheez aur isi par bara inaam milta hai.</w:t>
      </w:r>
    </w:p>
    <w:p>
      <w:pPr>
        <w:jc w:val="right"/>
      </w:pPr>
      <w:r>
        <w:t>تو وہ تو بہت معمولی کا عمل ہے، بہت معمولی۔ جب کوئی آدمی آپ کو بھڑکاتا ہے اور تب بھی آپ اچھے برے رہتے ہیں، تو تو وہ ہے بڑی چیز اور اسی پر بڑا انعام ملتا ہے۔</w:t>
      </w:r>
    </w:p>
    <w:p>
      <w:r>
        <w:rPr>
          <w:b/>
        </w:rPr>
        <w:t xml:space="preserve">[1:03:15] </w:t>
      </w:r>
      <w:r>
        <w:t>to is to to you have to take it as a as an opportunity!</w:t>
      </w:r>
    </w:p>
    <w:p>
      <w:pPr>
        <w:jc w:val="right"/>
      </w:pPr>
      <w:r>
        <w:t>تو اس تو تو یو ہیو ٹو ٹیک اٹ ایز ا ایز این اپرچونیٹی!</w:t>
      </w:r>
    </w:p>
    <w:p>
      <w:r>
        <w:rPr>
          <w:b/>
        </w:rPr>
        <w:t xml:space="preserve">[1:03:25] </w:t>
      </w:r>
      <w:r>
        <w:t>you have to take this moment as a good opportunity!</w:t>
      </w:r>
    </w:p>
    <w:p>
      <w:pPr>
        <w:jc w:val="right"/>
      </w:pPr>
      <w:r>
        <w:t>یو ہیو ٹو ٹیک دس مومنٹ ایز ا گڈ اپرچونیٹی!</w:t>
      </w:r>
    </w:p>
    <w:p>
      <w:r>
        <w:rPr>
          <w:b/>
        </w:rPr>
        <w:t xml:space="preserve">[1:03:32] </w:t>
      </w:r>
      <w:r>
        <w:t>opportunity! agar koi bharkaye nahin to aap ko yeh opportunity mile kaise? aap ko jab koi aap ke ego ko touch karta hai, tabhi to yeh yeh bara mauqa milta hai aap ko.</w:t>
      </w:r>
    </w:p>
    <w:p>
      <w:pPr>
        <w:jc w:val="right"/>
      </w:pPr>
      <w:r>
        <w:t>اپرچونیٹی! اگر کوئی بھڑکائے نہیں تو آپ کو یہ اپرچونیٹی ملے کیسے؟ آپ کو جب کوئی آپ کے ایگو کو ٹچ کرتا ہے، تبھی تو یہ یہ بڑا موقع ملتا ہے آپ کو۔</w:t>
      </w:r>
    </w:p>
    <w:p>
      <w:r>
        <w:rPr>
          <w:b/>
        </w:rPr>
        <w:t xml:space="preserve">[1:03:46] </w:t>
      </w:r>
      <w:r>
        <w:t>yeh opportunity ke aap us ko bad treatment ke bawajood use achha treatment karen, us ke liye duaen den, us se mohabbat karen.</w:t>
      </w:r>
    </w:p>
    <w:p>
      <w:pPr>
        <w:jc w:val="right"/>
      </w:pPr>
      <w:r>
        <w:t>یہ اپرچونیٹی کہ آپ اس کو بیڈ ٹریٹمنٹ کے باوجود اسے اچھا ٹریٹمنٹ کریں، اس کے لیے دعائیں دیں، اس سے محبت کریں۔</w:t>
      </w:r>
    </w:p>
    <w:p>
      <w:r>
        <w:rPr>
          <w:b/>
        </w:rPr>
        <w:t xml:space="preserve">[1:03:57] </w:t>
      </w:r>
      <w:r>
        <w:t>to yeh wohi to use, wohi to deta hai aap ko yeh mauqa. to yeh to bohat achhi baat hai, bohat achhi baat hai.</w:t>
      </w:r>
    </w:p>
    <w:p>
      <w:pPr>
        <w:jc w:val="right"/>
      </w:pPr>
      <w:r>
        <w:t>تو یہ وہی تو اسے، وہی تو دیتا ہے آپ کو یہ موقع۔ تو یہ تو بہت اچھی بات ہے، بہت اچھی بات ہے۔</w:t>
      </w:r>
    </w:p>
    <w:p>
      <w:r>
        <w:rPr>
          <w:b/>
        </w:rPr>
        <w:t xml:space="preserve">[1:04:09] </w:t>
      </w:r>
      <w:r>
        <w:t>Maulana, Delhi se Mr. S.S. Puri ne sawal bheja hai. unhon ne aap se poocha hai ke "does karma have any effect in qualifying to jannat?" is ke bare mein janna chahte hain.</w:t>
      </w:r>
    </w:p>
    <w:p>
      <w:pPr>
        <w:jc w:val="right"/>
      </w:pPr>
      <w:r>
        <w:t>مولانا، دلی سے مسٹر ایس ایس پوری نے سوال بھیجا ہے۔ انہوں نے آپ سے پوچھا ہے کہ "ڈز کرما ہیو اینی ایفیکٹ ان کوالیفائنگ ٹو جنت؟" اس کے بارے میں جاننا چاہتے ہیں۔</w:t>
      </w:r>
    </w:p>
    <w:p>
      <w:r>
        <w:rPr>
          <w:b/>
        </w:rPr>
        <w:t xml:space="preserve">[1:04:29] </w:t>
      </w:r>
      <w:r>
        <w:t>bhai, karma ka jo real concept hai, woh main poori tarah janta nahin hoon. main ne koi deep study nahin ki hai. baqi jo main ne parha hai, us se main yeh samjha hoon ke character aisi cheez hai.</w:t>
      </w:r>
    </w:p>
    <w:p>
      <w:pPr>
        <w:jc w:val="right"/>
      </w:pPr>
      <w:r>
        <w:t>بھئی، کرما کا جو ریئل کانسیپٹ ہے، وہ میں پوری طرح جانتا نہیں ہوں۔ میں نے کوئی ڈیپ اسٹڈی نہیں کی ہے۔ باقی جو میں نے پڑھا ہے، اس سے میں یہ سمجھا ہوں کہ کریکٹر ایسی چیز ہے۔</w:t>
      </w:r>
    </w:p>
    <w:p>
      <w:r>
        <w:rPr>
          <w:b/>
        </w:rPr>
        <w:t xml:space="preserve">[1:04:47] </w:t>
      </w:r>
      <w:r>
        <w:t>character! character!</w:t>
      </w:r>
    </w:p>
    <w:p>
      <w:pPr>
        <w:jc w:val="right"/>
      </w:pPr>
      <w:r>
        <w:t>کریکٹر! کریکٹر!</w:t>
      </w:r>
    </w:p>
    <w:p>
      <w:r>
        <w:rPr>
          <w:b/>
        </w:rPr>
        <w:t xml:space="preserve">[1:04:56] </w:t>
      </w:r>
      <w:r>
        <w:t>yani</w:t>
      </w:r>
    </w:p>
    <w:p>
      <w:pPr>
        <w:jc w:val="right"/>
      </w:pPr>
      <w:r>
        <w:t>یعنی</w:t>
      </w:r>
    </w:p>
    <w:p>
      <w:r>
        <w:rPr>
          <w:b/>
        </w:rPr>
        <w:t xml:space="preserve">[1:05:00] </w:t>
      </w:r>
      <w:r>
        <w:t>"it is character that will decide your future".</w:t>
      </w:r>
    </w:p>
    <w:p>
      <w:pPr>
        <w:jc w:val="right"/>
      </w:pPr>
      <w:r>
        <w:t>"اٹ از کریکٹر داٹ ویل ڈیسائیڈ یور فیوچر"۔</w:t>
      </w:r>
    </w:p>
    <w:p>
      <w:r>
        <w:rPr>
          <w:b/>
        </w:rPr>
        <w:t xml:space="preserve">[1:05:10] </w:t>
      </w:r>
      <w:r>
        <w:t>character! bhai, karma ka jo concept hai, ho sakta hai ke woh isi mani mein ho, ho sakta hai kisi aur mani mein ho.</w:t>
      </w:r>
    </w:p>
    <w:p>
      <w:pPr>
        <w:jc w:val="right"/>
      </w:pPr>
      <w:r>
        <w:t>کریکٹر! بھئی، کرما کا جو کانسیپٹ ہے، ہو سکتا ہے کہ وہ اسی معنی میں ہو، ہو سکتا ہے کسی اور معنی میں ہو۔</w:t>
      </w:r>
    </w:p>
    <w:p>
      <w:r>
        <w:rPr>
          <w:b/>
        </w:rPr>
        <w:t xml:space="preserve">[1:05:20] </w:t>
      </w:r>
      <w:r>
        <w:t>main ne is ki deep study nahin ki hai.</w:t>
      </w:r>
    </w:p>
    <w:p>
      <w:pPr>
        <w:jc w:val="right"/>
      </w:pPr>
      <w:r>
        <w:t>میں نے اس کی ڈیپ اسٹڈی نہیں کی ہے۔</w:t>
      </w:r>
    </w:p>
    <w:p>
      <w:r>
        <w:rPr>
          <w:b/>
        </w:rPr>
        <w:t xml:space="preserve">[1:05:32] </w:t>
      </w:r>
      <w:r>
        <w:t>Maulana, ek comment lena chahenge. agla sawal lene se pehle comment bheja hai Sajid Ahmed Khan sahib ne Nagpur se. unhon ne likha hai: "jazak Allah Maulana Sahib</w:t>
      </w:r>
    </w:p>
    <w:p>
      <w:pPr>
        <w:jc w:val="right"/>
      </w:pPr>
      <w:r>
        <w:t>مولانا، ایک کمنٹ لینا چاہیں گے۔ اگلا سوال لینے سے پہلے کمنٹ بھیجا ہے ساجد احمد خان صاحب نے ناکپور سے۔ انہوں نے لکھا ہے: "جزاک اللہ مولانا صاح</w:t>
      </w:r>
    </w:p>
    <w:p>
      <w:r>
        <w:rPr>
          <w:b/>
        </w:rPr>
        <w:t xml:space="preserve">[1:05:43] </w:t>
      </w:r>
      <w:r>
        <w:t>b! this is the best interpretation of jannat ke Khuda ke paros mein us ke selected bando ke sath basaya jana.</w:t>
      </w:r>
    </w:p>
    <w:p>
      <w:pPr>
        <w:jc w:val="right"/>
      </w:pPr>
      <w:r>
        <w:t>ب! دس از دا بیسٹ انٹرپریٹیشن اف جنت کے خدا کے پڑوس میں اس کے سلیکٹڈ بندوں کے ساتھ بسایا جانا۔</w:t>
      </w:r>
    </w:p>
    <w:p>
      <w:r>
        <w:rPr>
          <w:b/>
        </w:rPr>
        <w:t xml:space="preserve">[1:05:53] </w:t>
      </w:r>
      <w:r>
        <w:t>it motivates us to seek with greatest efforts to qualify for jannat. this thought contributes to the construction of a positive personality in full sense.</w:t>
      </w:r>
    </w:p>
    <w:p>
      <w:pPr>
        <w:jc w:val="right"/>
      </w:pPr>
      <w:r>
        <w:t>اٹ موٹیویٹس اس ٹو سیک ود گریٹسٹ ایفرٹس ٹو کوالیفائی فار جنت۔ دس تھاٹ کنٹریبیوٹس ٹو دی کنسٹرکشن اف ا پوزیٹیو پرسنیلٹی ان فل سینس۔</w:t>
      </w:r>
    </w:p>
    <w:p>
      <w:r>
        <w:rPr>
          <w:b/>
        </w:rPr>
        <w:t xml:space="preserve">[1:06:06] </w:t>
      </w:r>
      <w:r>
        <w:t>may Allah guide us and help us to be selected for jannat. Ameen." Maulana, agla sawal Faraz Khan sahib ne Delhi se bheja hai.</w:t>
      </w:r>
    </w:p>
    <w:p>
      <w:pPr>
        <w:jc w:val="right"/>
      </w:pPr>
      <w:r>
        <w:t>می اللہ گائیڈ اس اینڈ ہیلپ اس ٹو بی سلیکٹڈ فار جنت۔ آمین۔" مولانا، اگلا سوال فراز خان صاحب نے دلی سے بھیجا ہے۔</w:t>
      </w:r>
    </w:p>
    <w:p>
      <w:r>
        <w:rPr>
          <w:b/>
        </w:rPr>
        <w:t xml:space="preserve">[1:06:18] </w:t>
      </w:r>
      <w:r>
        <w:t>unhon ne likha hai: "for a human being to develop God like attributes at the very outset, it seems a non starter as God is infinitely great.</w:t>
      </w:r>
    </w:p>
    <w:p>
      <w:pPr>
        <w:jc w:val="right"/>
      </w:pPr>
      <w:r>
        <w:t>انہوں نے لکھا ہے: "فار ا ہیومن بینگ ٹو ڈیویلپ گاڈ لائک ایٹریبیوٹس ایٹ دا ویری آؤٹ سیٹ، اٹ سیمز ا نان سٹارٹر ایز گاڈ از انفائنٹلی گریٹ۔</w:t>
      </w:r>
    </w:p>
    <w:p>
      <w:r>
        <w:rPr>
          <w:b/>
        </w:rPr>
        <w:t xml:space="preserve">[1:06:32] </w:t>
      </w:r>
      <w:r>
        <w:t>Maulana, please throw some light on this."</w:t>
      </w:r>
    </w:p>
    <w:p>
      <w:pPr>
        <w:jc w:val="right"/>
      </w:pPr>
      <w:r>
        <w:t>مولانا، پلیز تھرو سم لائٹ ان دس۔"</w:t>
      </w:r>
    </w:p>
    <w:p>
      <w:r>
        <w:rPr>
          <w:b/>
        </w:rPr>
        <w:t xml:space="preserve">[1:06:38] </w:t>
      </w:r>
      <w:r>
        <w:t>in short, is ka matlab hai positive thinking, positive personality. in short, koi bohat yeh koi compress thought nahi hai, yeh bohat hi natural thought hai.</w:t>
      </w:r>
    </w:p>
    <w:p>
      <w:pPr>
        <w:jc w:val="right"/>
      </w:pPr>
      <w:r>
        <w:t>ان شارٹ، اس کا مطلب ہے پازیٹیو تھنکنگ، پازیٹیو پرسنیلٹی۔ ان شارٹ، کوئی بہت یہ کوئی کمپریس تھاٹ نہیں ہے، یہ بہت ہی نیچرل تھاٹ ہے۔</w:t>
      </w:r>
    </w:p>
    <w:p>
      <w:r>
        <w:rPr>
          <w:b/>
        </w:rPr>
        <w:t xml:space="preserve">[1:06:59] </w:t>
      </w:r>
      <w:r>
        <w:t>natural!</w:t>
      </w:r>
    </w:p>
    <w:p>
      <w:pPr>
        <w:jc w:val="right"/>
      </w:pPr>
      <w:r>
        <w:t>نیچرل!</w:t>
      </w:r>
    </w:p>
    <w:p>
      <w:r>
        <w:rPr>
          <w:b/>
        </w:rPr>
        <w:t xml:space="preserve">[1:07:01] </w:t>
      </w:r>
      <w:r>
        <w:t>aur woh yeh hai ke</w:t>
      </w:r>
    </w:p>
    <w:p>
      <w:pPr>
        <w:jc w:val="right"/>
      </w:pPr>
      <w:r>
        <w:t>اور وہ یہ ہے کہ</w:t>
      </w:r>
    </w:p>
    <w:p>
      <w:r>
        <w:rPr>
          <w:b/>
        </w:rPr>
        <w:t xml:space="preserve">[1:07:06] </w:t>
      </w:r>
      <w:r>
        <w:t>ke aap ke andar positive thinking ho. best word mein jo maine paya hai, is ko batane ke liye woh hai positive thinking.</w:t>
      </w:r>
    </w:p>
    <w:p>
      <w:pPr>
        <w:jc w:val="right"/>
      </w:pPr>
      <w:r>
        <w:t>کہ آپ کے اندر پازیٹیو تھنکنگ ہو۔ بیسٹ ورڈ میں جو میں نے پایا ہے، اس کو بتانے کے لیے وہ ہے پازیٹیو تھنکنگ۔</w:t>
      </w:r>
    </w:p>
    <w:p>
      <w:r>
        <w:rPr>
          <w:b/>
        </w:rPr>
        <w:t xml:space="preserve">[1:07:16] </w:t>
      </w:r>
      <w:r>
        <w:t>apne aap ko negative soch se bachana, apne andar positive thinking inculcate karna. yani ek lafz mein is ka matlab hai apne aap ko</w:t>
      </w:r>
    </w:p>
    <w:p>
      <w:pPr>
        <w:jc w:val="right"/>
      </w:pPr>
      <w:r>
        <w:t>اپنے آپ کو نیگیٹیو سوچ سے بچانا، اپنے اندر پازیٹیو تھنکنگ انکلکیٹ کرنا۔ یعنی ایک لفظ میں اس کا مطلب ہے اپنے آپ کو</w:t>
      </w:r>
    </w:p>
    <w:p>
      <w:r>
        <w:rPr>
          <w:b/>
        </w:rPr>
        <w:t xml:space="preserve">[1:07:31] </w:t>
      </w:r>
      <w:r>
        <w:t>reaction se bachana. reaction negative thinking ka naam hai. toh apne aap ko reaction se bachana aur positive thinking apne andar develop karna, yeh matlab hai is ka.</w:t>
      </w:r>
    </w:p>
    <w:p>
      <w:pPr>
        <w:jc w:val="right"/>
      </w:pPr>
      <w:r>
        <w:t>ری ایکشن سے بچانا۔ ری ایکشن نیگیٹیو تھنکنگ کا نام ہے۔ تو اپنے آپ کو ری ایکشن سے بچانا اور پازیٹیو تھنکنگ اپنے اندر ڈیویلپ کرنا، یہ مطلب ہے اس کا۔</w:t>
      </w:r>
    </w:p>
    <w:p>
      <w:r>
        <w:rPr>
          <w:b/>
        </w:rPr>
        <w:t xml:space="preserve">[1:07:54] </w:t>
      </w:r>
      <w:r>
        <w:t>maulana, agla sawal Faisal Usman sahib ne Lahore Pakistan se kiya hai. unhon ne aap se poocha hai ke "how do we get inner satisfaction?" is ke bare mein bataein.</w:t>
      </w:r>
    </w:p>
    <w:p>
      <w:pPr>
        <w:jc w:val="right"/>
      </w:pPr>
      <w:r>
        <w:t>مولانا، اگلا سوال فیصل عثمان صاحب نے لاہور پاکستان سے کیا ہے۔ انہوں نے آپ سے پوچھا ہے کہ "ہاؤ ڈو وی گیٹ انر سیٹسفیکشن؟" اس کے بارے میں بتائیں۔</w:t>
      </w:r>
    </w:p>
    <w:p>
      <w:r>
        <w:rPr>
          <w:b/>
        </w:rPr>
        <w:t xml:space="preserve">[1:08:09] </w:t>
      </w:r>
      <w:r>
        <w:t>inner satisfaction ki zaroorat hi nahi hai, woh koi achi cheez nahi hai, woh koi achi cheez hi nahi.</w:t>
      </w:r>
    </w:p>
    <w:p>
      <w:pPr>
        <w:jc w:val="right"/>
      </w:pPr>
      <w:r>
        <w:t>انر سیٹسفیکشن کی ضرورت ہی نہیں ہے، وہ کوئی اچھی چیز نہیں ہے، وہ کوئی اچھی چیز ہی نہیں۔</w:t>
      </w:r>
    </w:p>
    <w:p>
      <w:r>
        <w:rPr>
          <w:b/>
        </w:rPr>
        <w:t xml:space="preserve">[1:08:22] </w:t>
      </w:r>
      <w:r>
        <w:t>aap ke andar hamesha yeh ehsas zinda rehna chahiye ke aap ke andar ek kami hai, woh kami aap ko aur zyada tarraqi ki taraf le jayegi.</w:t>
      </w:r>
    </w:p>
    <w:p>
      <w:pPr>
        <w:jc w:val="right"/>
      </w:pPr>
      <w:r>
        <w:t>آپ کے اندر ہمیشہ یہ احساس زندہ رہنا چاہیے کہ آپ کے اندر ایک کمی ہے، وہ کمی آپ کو اور زیادہ ترقی کی طرف لے جائے گی۔</w:t>
      </w:r>
    </w:p>
    <w:p>
      <w:r>
        <w:rPr>
          <w:b/>
        </w:rPr>
        <w:t xml:space="preserve">[1:08:39] </w:t>
      </w:r>
      <w:r>
        <w:t>inner satisfaction, inner satisfaction agar aa jaye toh toh thahraao aa jayega, thahraao, development ruk jayega.</w:t>
      </w:r>
    </w:p>
    <w:p>
      <w:pPr>
        <w:jc w:val="right"/>
      </w:pPr>
      <w:r>
        <w:t>انر سیٹسفیکشن، انر سیٹسفیکشن اگر آ جائے تو تو ٹھہراؤ آ جائے گا، ٹھہراؤ، ڈیویلپمنٹ رک جائے گا۔</w:t>
      </w:r>
    </w:p>
    <w:p>
      <w:r>
        <w:rPr>
          <w:b/>
        </w:rPr>
        <w:t xml:space="preserve">[1:08:54] </w:t>
      </w:r>
      <w:r>
        <w:t>maulana, agla ek comment aur sawal bheja hai Aamir Mori sahib ne Srinagar se.</w:t>
      </w:r>
    </w:p>
    <w:p>
      <w:pPr>
        <w:jc w:val="right"/>
      </w:pPr>
      <w:r>
        <w:t>مولانا، اگلا ایک کمنٹ اور سوال بھیجا ہے عامر موری صاحب نے سری نگر سے۔</w:t>
      </w:r>
    </w:p>
    <w:p>
      <w:r>
        <w:rPr>
          <w:b/>
        </w:rPr>
        <w:t xml:space="preserve">[1:09:02] </w:t>
      </w:r>
      <w:r>
        <w:t>unhon ne likha hai: "Maulana sahib, your lectures are truly a source of divine food for our soul. Every lecture of yours brings us closer to God.</w:t>
      </w:r>
    </w:p>
    <w:p>
      <w:pPr>
        <w:jc w:val="right"/>
      </w:pPr>
      <w:r>
        <w:t>انہوں نے لکھا ہے: "مولانا صاحب، یور لیکچرز ار ٹرولی ا سورس اف ڈیوائن فوڈ فار اور سول۔ ایوری لیکچر اف یورز برنگز اس کلوزر ٹو گاڈ۔</w:t>
      </w:r>
    </w:p>
    <w:p>
      <w:r>
        <w:rPr>
          <w:b/>
        </w:rPr>
        <w:t xml:space="preserve">[1:09:15] </w:t>
      </w:r>
      <w:r>
        <w:t>I thank Allah for showing me a mentor like you, who is helping me every day to become a refined person. Refinement of personality is also the subject of secular and modern science.</w:t>
      </w:r>
    </w:p>
    <w:p>
      <w:pPr>
        <w:jc w:val="right"/>
      </w:pPr>
      <w:r>
        <w:t>ائی تھینک اللہ فار شوئنگ می ا مینٹر لائک یو، ہو از ہیلپنگ می ایوری ڈے ٹو بیکم ا ریفائنڈ پرسن۔ ریفائنمنٹ اف پرسنیلٹی از السو دی سبجیکٹ اف سیکولر اینڈ ماڈرن سائنس۔</w:t>
      </w:r>
    </w:p>
    <w:p>
      <w:r>
        <w:rPr>
          <w:b/>
        </w:rPr>
        <w:t xml:space="preserve">[1:09:30] </w:t>
      </w:r>
      <w:r>
        <w:t>My question is: what is the role of religion in refining a personality of a human being? Please guide us in this." Dekhein, religion aap ko ek specific goal de deta hai ke Rab-ul-Alameen ki qurbat hasil karna.</w:t>
      </w:r>
    </w:p>
    <w:p>
      <w:pPr>
        <w:jc w:val="right"/>
      </w:pPr>
      <w:r>
        <w:t>مائی کوئسچن از: واٹ از دا رول اف ریلیجن ان ریفائننگ ا پرسنیلٹی اف ا ہیومن بینگ؟ پلیز گائیڈ اس ان دس۔" دیکھیں، ریلیجن آپ کو ایک سپیسیفک گول دے دیتا ہے کہ رب العالمین کی قربت حاضر کرنا۔</w:t>
      </w:r>
    </w:p>
    <w:p>
      <w:r>
        <w:rPr>
          <w:b/>
        </w:rPr>
        <w:t xml:space="preserve">[1:09:56] </w:t>
      </w:r>
      <w:r>
        <w:t>agar Khuda ka aap hadaf kar dein toh is silsile mein koi specific goal aap ke samne nahi hota, phir sab kuch weak ban jati hai.</w:t>
      </w:r>
    </w:p>
    <w:p>
      <w:pPr>
        <w:jc w:val="right"/>
      </w:pPr>
      <w:r>
        <w:t>اگر خدا کا آپ حذف کر دیں تو اس سلسلے میں کوئی سپیسیفک گول آپ کے سامنے نہیں ہوتا، پھر سب کچھ ویک بن جاتی ہے۔</w:t>
      </w:r>
    </w:p>
    <w:p>
      <w:r>
        <w:rPr>
          <w:b/>
        </w:rPr>
        <w:t xml:space="preserve">[1:10:05] </w:t>
      </w:r>
      <w:r>
        <w:t>weak!</w:t>
      </w:r>
    </w:p>
    <w:p>
      <w:pPr>
        <w:jc w:val="right"/>
      </w:pPr>
      <w:r>
        <w:t>ویک!</w:t>
      </w:r>
    </w:p>
    <w:p>
      <w:r>
        <w:rPr>
          <w:b/>
        </w:rPr>
        <w:t xml:space="preserve">[1:10:07] </w:t>
      </w:r>
      <w:r>
        <w:t>yeh role hai mazhab ka.</w:t>
      </w:r>
    </w:p>
    <w:p>
      <w:pPr>
        <w:jc w:val="right"/>
      </w:pPr>
      <w:r>
        <w:t>یہ رول ہے مذہب کا۔</w:t>
      </w:r>
    </w:p>
    <w:p>
      <w:r>
        <w:rPr>
          <w:b/>
        </w:rPr>
        <w:t xml:space="preserve">[1:10:13] </w:t>
      </w:r>
      <w:r>
        <w:t>Maulana Asad Pervez sahib ne Boston se sawal bheja hai. unhon ne likha hai: "Maulana, what is more important and essential to enter paradise?</w:t>
      </w:r>
    </w:p>
    <w:p>
      <w:pPr>
        <w:jc w:val="right"/>
      </w:pPr>
      <w:r>
        <w:t>مولانا اسد پرویز صاحب نے بوسٹن سے سوال بھیجا ہے۔ انہوں نے لکھا ہے: "مولانا، واٹ از مور امپورٹنٹ اینڈ ایسینشل ٹو انٹر پیراڈائز؟</w:t>
      </w:r>
    </w:p>
    <w:p>
      <w:r>
        <w:rPr>
          <w:b/>
        </w:rPr>
        <w:t xml:space="preserve">[1:10:25] </w:t>
      </w:r>
      <w:r>
        <w:t>is it our prayers, fasting and charity, or our good behaviour and strong paradise personality? As you explained, can we practice</w:t>
      </w:r>
    </w:p>
    <w:p>
      <w:pPr>
        <w:jc w:val="right"/>
      </w:pPr>
      <w:r>
        <w:t>از اٹ اور پریئرز، فاسٹنگ اینڈ چیریٹی، اور اور گڈ بیہیویئر اینڈ سٹرونگ پیراڈائز پرسنیلٹی؟ ایز یو ایکسپلینڈ، کین وی پریکٹس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