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Why God gives Shocks to a Person September 22, 2018</w:t>
      </w:r>
    </w:p>
    <w:p>
      <w:r>
        <w:t>https://www.youtube.com/watch?v=dG3v31RusHo</w:t>
      </w:r>
    </w:p>
    <w:p>
      <w:r>
        <w:rPr>
          <w:b/>
        </w:rPr>
        <w:t xml:space="preserve">[00:14] </w:t>
      </w:r>
      <w:r>
        <w:t>Bismillah-ir-Rahman-ir-Rahim, wa sallallahu 'ala-n-nabiyyi-l-kareem.</w:t>
      </w:r>
    </w:p>
    <w:p>
      <w:pPr>
        <w:jc w:val="right"/>
      </w:pPr>
      <w:r>
        <w:t>بسم اللہ الرحمن الرحیم، وصلی اللہ علی النبی الکریم۔</w:t>
      </w:r>
    </w:p>
    <w:p>
      <w:r>
        <w:rPr>
          <w:b/>
        </w:rPr>
        <w:t xml:space="preserve">[00:27] </w:t>
      </w:r>
      <w:r>
        <w:t>22 September 2018.</w:t>
      </w:r>
    </w:p>
    <w:p>
      <w:pPr>
        <w:jc w:val="right"/>
      </w:pPr>
      <w:r>
        <w:t>22 ستمبر 2018۔</w:t>
      </w:r>
    </w:p>
    <w:p>
      <w:r>
        <w:rPr>
          <w:b/>
        </w:rPr>
        <w:t xml:space="preserve">[00:35] </w:t>
      </w:r>
      <w:r>
        <w:t>aaj ke liye, aaj ke dars ke liye, ek hadith ka intikhab kiya gaya hai.</w:t>
      </w:r>
    </w:p>
    <w:p>
      <w:pPr>
        <w:jc w:val="right"/>
      </w:pPr>
      <w:r>
        <w:t>آج کے لیے، آج کے درس کے لیے، ایک حدیث کا انتخاب کیا گیا ہے۔</w:t>
      </w:r>
    </w:p>
    <w:p>
      <w:r>
        <w:rPr>
          <w:b/>
        </w:rPr>
        <w:t xml:space="preserve">[00:45] </w:t>
      </w:r>
      <w:r>
        <w:t>woh hadith</w:t>
      </w:r>
    </w:p>
    <w:p>
      <w:pPr>
        <w:jc w:val="right"/>
      </w:pPr>
      <w:r>
        <w:t>وہ حدیث</w:t>
      </w:r>
    </w:p>
    <w:p>
      <w:r>
        <w:rPr>
          <w:b/>
        </w:rPr>
        <w:t xml:space="preserve">[00:48] </w:t>
      </w:r>
      <w:r>
        <w:t>pehley aap ke samne parhi jayegi, is ke baad is par inshallah kuch arz kiya jayega.</w:t>
      </w:r>
    </w:p>
    <w:p>
      <w:pPr>
        <w:jc w:val="right"/>
      </w:pPr>
      <w:r>
        <w:t>پہلے آپ کے سامنے پڑھی جائے گی، اس کے بعد اس پر انشاءاللہ کچھ عرض کیا جائے گا۔</w:t>
      </w:r>
    </w:p>
    <w:p>
      <w:r>
        <w:rPr>
          <w:b/>
        </w:rPr>
        <w:t xml:space="preserve">[00:59] </w:t>
      </w:r>
      <w:r>
        <w:t>an Abdullah ibn Mughaffal qala: qala rajulun li-n-nabiyyi sallallahu 'alayhi wa sallam:</w:t>
      </w:r>
    </w:p>
    <w:p>
      <w:pPr>
        <w:jc w:val="right"/>
      </w:pPr>
      <w:r>
        <w:t>عن عبداللہ ابن مغفل قال: قال رجل للنبی صلی اللہ علیہ وسلم:</w:t>
      </w:r>
    </w:p>
    <w:p>
      <w:r>
        <w:rPr>
          <w:b/>
        </w:rPr>
        <w:t xml:space="preserve">[01:07] </w:t>
      </w:r>
      <w:r>
        <w:t>"ya rasool Allah, wallah inni lahubbuk." kaha us se: "dekho tum kya keh rahe ho." kaha: "wallah inni lahubbuk" teen martaba.</w:t>
      </w:r>
    </w:p>
    <w:p>
      <w:pPr>
        <w:jc w:val="right"/>
      </w:pPr>
      <w:r>
        <w:t>"یا رسول اللہ، واللہ انی لاحبک۔" فقال له: "انظر ماذا تقول۔" قال: "واللہ انی لاحبک" ثلاث مرات۔</w:t>
      </w:r>
    </w:p>
    <w:p>
      <w:r>
        <w:rPr>
          <w:b/>
        </w:rPr>
        <w:t xml:space="preserve">[01:19] </w:t>
      </w:r>
      <w:r>
        <w:t>kaha: "agar tum mujh se muhabbat karte ho to tayyari kar lo bohat sakht faqir ki, kyun ke faqr us se ziyada tezi se utarta hai jaisa ke sailab dhalwan ki taraf utarta hai." sunan tirmazi hadith number 2350.</w:t>
      </w:r>
    </w:p>
    <w:p>
      <w:pPr>
        <w:jc w:val="right"/>
      </w:pPr>
      <w:r>
        <w:t>فقال: "ان کنت تحبنی فاعد للفقر تجفافا، فان الفقر اسر من السیل الی منتہا۔" سنن ترمذی حدیث نمبر 2350۔</w:t>
      </w:r>
    </w:p>
    <w:p>
      <w:r>
        <w:rPr>
          <w:b/>
        </w:rPr>
        <w:t xml:space="preserve">[01:35] </w:t>
      </w:r>
      <w:r>
        <w:t>abdullah bin mughaffal se riwayat hai ke ek aadmi ne nabi sallallahu alaihi wasallam se kaha: "ae Allah ke rasool,</w:t>
      </w:r>
    </w:p>
    <w:p>
      <w:pPr>
        <w:jc w:val="right"/>
      </w:pPr>
      <w:r>
        <w:t>عبداللہ بن مغفل سے روایت ہے کہ ایک آدمی نے نبی صلی اللہ علیہ وسلم سے کہا: "اے اللہ کے رسول،</w:t>
      </w:r>
    </w:p>
    <w:p>
      <w:r>
        <w:rPr>
          <w:b/>
        </w:rPr>
        <w:t xml:space="preserve">[01:42] </w:t>
      </w:r>
      <w:r>
        <w:t>Allah ki qasam, main aap se muhabbat karta hoon." aap ne un se kaha: "soch lo tum kya keh rahe ho." us ne kaha: "Allah ki qasam, main aap se muhabbat karta hoon." aisa us ne teen martaba kaha.</w:t>
      </w:r>
    </w:p>
    <w:p>
      <w:pPr>
        <w:jc w:val="right"/>
      </w:pPr>
      <w:r>
        <w:t>اللہ کی قسم، میں آپ سے محبت کرتا ہوں۔" آپ نے ان سے کہا: "سوچ لو تم کیا کہہ رہے ہو۔" اس نے کہا: "اللہ کی قسم، میں آپ سے محبت کرتا ہوں۔" ایسا اس نے تین مرتبہ کہا۔</w:t>
      </w:r>
    </w:p>
    <w:p>
      <w:r>
        <w:rPr>
          <w:b/>
        </w:rPr>
        <w:t xml:space="preserve">[01:59] </w:t>
      </w:r>
      <w:r>
        <w:t>aap ne kaha: "agar tum mujh se muhabbat karte ho to tayyari kar lo bohat hi sakht qism ke faqr ke liye, kyun ke jo mujh se muhabbat kare us ki taraf faqr us se bhi ziyada tezi se utarta hai jaisa ke sailab dhalwan ki taraf utarta hai."</w:t>
      </w:r>
    </w:p>
    <w:p>
      <w:pPr>
        <w:jc w:val="right"/>
      </w:pPr>
      <w:r>
        <w:t>آپ نے کہا: "اگر تم مجھ سے محبت کرتے ہو تو تیاری کر لو بہت ہی سخت قسم کے فقر کے لیے، کیونکہ جو مجھ سے محبت کرے اس کی طرف فقر اس سے بھی زیادہ تیزی سے اترتا ہے جیسا کہ سیلاب ڈھلوان کی طرف اترتا ہے۔"</w:t>
      </w:r>
    </w:p>
    <w:p>
      <w:r>
        <w:rPr>
          <w:b/>
        </w:rPr>
        <w:t xml:space="preserve">[02:16] </w:t>
      </w:r>
      <w:r>
        <w:t>dekhiye, yeh yeh jo rasool, yeh jo hadith hai, is mein kehne wala yeh kehta hai ke "main aap se muhabbat karta hoon." is ka matlab kis ka kya hai?</w:t>
      </w:r>
    </w:p>
    <w:p>
      <w:pPr>
        <w:jc w:val="right"/>
      </w:pPr>
      <w:r>
        <w:t>دیکھیے، یہ یہ جو رسول، یہ جو حدیث ہے، اس میں کہنے والا یہ کہتا ہے کہ "میں آپ سے محبت کرتا ہوں۔" اس کا مطلب کس کا کیا ہے؟</w:t>
      </w:r>
    </w:p>
    <w:p>
      <w:r>
        <w:rPr>
          <w:b/>
        </w:rPr>
        <w:t xml:space="preserve">[02:37] </w:t>
      </w:r>
      <w:r>
        <w:t>yeh koi love affair ki baat nahi hai.</w:t>
      </w:r>
    </w:p>
    <w:p>
      <w:pPr>
        <w:jc w:val="right"/>
      </w:pPr>
      <w:r>
        <w:t>یہ کوئی لو افیئر کی بات نہیں ہے۔</w:t>
      </w:r>
    </w:p>
    <w:p>
      <w:r>
        <w:rPr>
          <w:b/>
        </w:rPr>
        <w:t xml:space="preserve">[02:41] </w:t>
      </w:r>
      <w:r>
        <w:t>is ka matlab hai ke "main aap ke rastay par chalna chahta hoon</w:t>
      </w:r>
    </w:p>
    <w:p>
      <w:pPr>
        <w:jc w:val="right"/>
      </w:pPr>
      <w:r>
        <w:t>اس کا مطلب ہے کہ "میں آپ کے راستے پر چلنا چاہتا ہوں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