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Man Quran Builds - Part 2 April 2, 2006 Maulana Wahiduddin Khan</w:t>
      </w:r>
    </w:p>
    <w:p>
      <w:r>
        <w:t>https://www.youtube.com/watch?v=Cp8_UUv6emI</w:t>
      </w:r>
    </w:p>
    <w:p>
      <w:r>
        <w:rPr>
          <w:b/>
        </w:rPr>
        <w:t xml:space="preserve">[00:14] </w:t>
      </w:r>
      <w:r>
        <w:t>bismillah hir rehman nir rahim, wa sallallahu ala nabi al kareem.</w:t>
      </w:r>
    </w:p>
    <w:p>
      <w:pPr>
        <w:jc w:val="right"/>
      </w:pPr>
      <w:r>
        <w:t>بسم اللہ الرحمن الرحیم، و صلی اللہ علی النبی الکریم۔</w:t>
      </w:r>
    </w:p>
    <w:p>
      <w:r>
        <w:rPr>
          <w:b/>
        </w:rPr>
        <w:t xml:space="preserve">[00:23] </w:t>
      </w:r>
      <w:r>
        <w:t>dekhiye, the man quran bullets ke tehat mein sahaba ke kuch waqiat bata raha hoon, kyun ke sahaba yaani rasool Allah ke companion woh log thay jo prophet ki direct training se banay thay.</w:t>
      </w:r>
    </w:p>
    <w:p>
      <w:pPr>
        <w:jc w:val="right"/>
      </w:pPr>
      <w:r>
        <w:t>دیکھیے، دا مین القرآن بلٹس کے تحت میں صحابہ کے کچھ واقعات بتا رہا ہوں، کیونکہ صحابہ یعنی رسول اللہ کے کمپینین وہ لوگ تھے جو پرافٹ کی ڈائریکٹ ٹریننگ سے بنے تھے۔</w:t>
      </w:r>
    </w:p>
    <w:p>
      <w:r>
        <w:rPr>
          <w:b/>
        </w:rPr>
        <w:t xml:space="preserve">[00:45] </w:t>
      </w:r>
      <w:r>
        <w:t>direct training se banay thay, isi liye un ko namoona kaha gaya, qudwa kaha gaya, model kaha gaya. to ek waqia main arz karunga jo bohat hi sabak wala hai.</w:t>
      </w:r>
    </w:p>
    <w:p>
      <w:pPr>
        <w:jc w:val="right"/>
      </w:pPr>
      <w:r>
        <w:t>ڈائریکٹ ٹریننگ سے بنے تھے، اسی لیے ان کو نمونہ کہا گیا، قدوہ کہا گیا، ماڈل کہا گیا۔ تو ایک واقعہ میں عرض کروں گا جو بہت ہی سبق والا ہے۔</w:t>
      </w:r>
    </w:p>
    <w:p>
      <w:r>
        <w:rPr>
          <w:b/>
        </w:rPr>
        <w:t xml:space="preserve">[01:05] </w:t>
      </w:r>
      <w:r>
        <w:t>dekhiye, jab rasool Allah ki death hui to ab masla tha ke ab khalifa kaun ho. us waqt na sirf makka madina balkeh poora arab islam ke tehat aa chuka tha,</w:t>
      </w:r>
    </w:p>
    <w:p>
      <w:pPr>
        <w:jc w:val="right"/>
      </w:pPr>
      <w:r>
        <w:t>دیکھیے، جب رسول اللہ کی ڈیتھ ہوئی تو اب مسئلہ تھا کہ اب خلیفہ کون ہو۔ اس وقت نہ صرف مکہ مدینہ بلکہ پورا عرب اسلام کے تحت آ چکا تھا،</w:t>
      </w:r>
    </w:p>
    <w:p>
      <w:r>
        <w:rPr>
          <w:b/>
        </w:rPr>
        <w:t xml:space="preserve">[01:19] </w:t>
      </w:r>
      <w:r>
        <w:t>to poore arab ke ek khalifa ke bananay ka sawal tha. to us waqt center jo tha woh madina tha.</w:t>
      </w:r>
    </w:p>
    <w:p>
      <w:pPr>
        <w:jc w:val="right"/>
      </w:pPr>
      <w:r>
        <w:t>تو پورے عرب کے ایک خلیفہ کے بنانے کا سوال تھا۔ تو اس وقت سینٹر جو تھا وہ مدینہ تھا۔</w:t>
      </w:r>
    </w:p>
    <w:p>
      <w:r>
        <w:rPr>
          <w:b/>
        </w:rPr>
        <w:t xml:space="preserve">[01:32] </w:t>
      </w:r>
      <w:r>
        <w:t>madina mein us waqt do baray leader thay, asal mein do baray tab woh thay group thay, dono mein se ek leader tha.</w:t>
      </w:r>
    </w:p>
    <w:p>
      <w:pPr>
        <w:jc w:val="right"/>
      </w:pPr>
      <w:r>
        <w:t>مدینہ میں اس وقت دو بڑے لیڈر تھے، اصل میں دو بڑے تب وہ تھے گروپ تھے، دونوں میں سے ایک لیڈر تھا۔</w:t>
      </w:r>
    </w:p>
    <w:p>
      <w:r>
        <w:rPr>
          <w:b/>
        </w:rPr>
        <w:t xml:space="preserve">[01:42] </w:t>
      </w:r>
      <w:r>
        <w:t>to ek group tha muhajireen ka yaani immigrants ka, doosra group tha ansar ka yaani locals ka. to ansar ke baray leader thay sa'd ibn 'ubada,</w:t>
      </w:r>
    </w:p>
    <w:p>
      <w:pPr>
        <w:jc w:val="right"/>
      </w:pPr>
      <w:r>
        <w:t>تو ایک گروپ تھا مہاجرین کا یعنی امیگرنٹس کا، دوسرا گروپ تھا انصار کا یعنی لوکلز کا۔ تو انصار کے بڑے لیڈر تھے سعد ابن عبادہ،</w:t>
      </w:r>
    </w:p>
    <w:p>
      <w:r>
        <w:rPr>
          <w:b/>
        </w:rPr>
        <w:t xml:space="preserve">[01:56] </w:t>
      </w:r>
      <w:r>
        <w:t>aur quraish ke ya muhajireen ke baray leader thay abubakar. to kya hua ke ansar jo thay woh chahtay thay ke sa'd bin 'ubada ko khalifa banaya jaye.</w:t>
      </w:r>
    </w:p>
    <w:p>
      <w:pPr>
        <w:jc w:val="right"/>
      </w:pPr>
      <w:r>
        <w:t>اور قریش کے یا مہاجرین کے بڑے لیڈر تھے ابوبکر۔ تو کیا ہوا کہ انصار جو تھے وہ چاہتے تھے کہ سعد بن عبادہ کو خلیفہ بنایا جائے۔</w:t>
      </w:r>
    </w:p>
    <w:p>
      <w:r>
        <w:rPr>
          <w:b/>
        </w:rPr>
        <w:t xml:space="preserve">[02:10] </w:t>
      </w:r>
      <w:r>
        <w:t>doosri taraf muhajireen yeh chahtay thay ke in mein ek aadmi khalifa banaya jaye yaani hazrat abubakar ko.</w:t>
      </w:r>
    </w:p>
    <w:p>
      <w:pPr>
        <w:jc w:val="right"/>
      </w:pPr>
      <w:r>
        <w:t>دوسری طرف مہاجرین یہ چاہتے تھے کہ ان میں ایک آدمی خلیفہ بنایا جائے یعنی حضرت ابوبکر کو۔</w:t>
      </w:r>
    </w:p>
    <w:p>
      <w:r>
        <w:rPr>
          <w:b/>
        </w:rPr>
        <w:t xml:space="preserve">[02:21] </w:t>
      </w:r>
      <w:r>
        <w:t>us waqt faisla kaise hua? yeh bohat zabardast behas chali wahan par. faisla is tarah hua ke wahan par ek sahabi ne bataya ke rasool Allah ne yeh kaha tha ke al a'immah min quraish ke khalifa jo hai woh quraish mein se hoga.</w:t>
      </w:r>
    </w:p>
    <w:p>
      <w:pPr>
        <w:jc w:val="right"/>
      </w:pPr>
      <w:r>
        <w:t>اس وقت فیصلہ کیسے ہوا؟ یہ بڑا زبردست بحث چلی وہاں پر۔ فیصلہ اس طرح ہوا کہ وہاں پر ایک صحابی نے بتایا کہ رسول اللہ نے یہ کہا تھا کہ الائمۃ من قریش کہ خلیفہ جو ہے وہ قریش میں سے ہوگا۔</w:t>
      </w:r>
    </w:p>
    <w:p>
      <w:r>
        <w:rPr>
          <w:b/>
        </w:rPr>
        <w:t xml:space="preserve">[02:42] </w:t>
      </w:r>
      <w:r>
        <w:t>to sab logon ne surrender kar diya. rasool Allah ne kyun aisa kaha tha? is ke bohat barhi, is ke peechay bohat barhi wisdom thi, kyun ke arab mein us waqt quraish jo thay,</w:t>
      </w:r>
    </w:p>
    <w:p>
      <w:pPr>
        <w:jc w:val="right"/>
      </w:pPr>
      <w:r>
        <w:t>تو سب لوگوں نے سرینڈر کر دیا۔ رسول اللہ نے کیوں ایسا کہا تھا؟ اس کے بہت بڑی، اس کے پیچھے بہت بڑی وزڈم تھی، کیونکہ عرب میں اس وقت قریش جو تھے،</w:t>
      </w:r>
    </w:p>
    <w:p>
      <w:r>
        <w:rPr>
          <w:b/>
        </w:rPr>
        <w:t xml:space="preserve">[02:57] </w:t>
      </w:r>
      <w:r>
        <w:t>quraish ka jo tribe tha, woh hazaron saal se wahan par yaani qaid bana chala aa raha tha.</w:t>
      </w:r>
    </w:p>
    <w:p>
      <w:pPr>
        <w:jc w:val="right"/>
      </w:pPr>
      <w:r>
        <w:t>قریش کا جو ٹرائب تھا، وہ ہزاروں سال سے وہاں پر یعنی قائد بنا چلا آ رہا تھا۔</w:t>
      </w:r>
    </w:p>
    <w:p>
      <w:r>
        <w:rPr>
          <w:b/>
        </w:rPr>
        <w:t xml:space="preserve">[03:07] </w:t>
      </w:r>
      <w:r>
        <w:t>yaani riyasat ki jo leadership ki jo traditions theen, woh quraish walon ke sath theen. aap jantay hain ke political system is ke baghair nahi ban sakta ke woh aadmi qaid ho, leader ho jis ke peechay traditions chali aa rahi hain.</w:t>
      </w:r>
    </w:p>
    <w:p>
      <w:pPr>
        <w:jc w:val="right"/>
      </w:pPr>
      <w:r>
        <w:t>یعنی قیادت کی جو لیڈرشپ کی جو ٹریڈیشنز تھیں، وہ قریش والوں کے ساتھ تھیں۔ آپ جانتے ہیں کہ پولیٹیکل سسٹم اس کے بغیر نہیں بن سکتا کہ وہ آدمی قائد ہو، لیڈر ہو جس کے پیچھے ٹریڈیشنز چلی آ رہی ہیں۔</w:t>
      </w:r>
    </w:p>
    <w:p>
      <w:r>
        <w:rPr>
          <w:b/>
        </w:rPr>
        <w:t xml:space="preserve">[03:27] </w:t>
      </w:r>
      <w:r>
        <w:t>to agar aisay logon ko banaya jata jin ke sath leadership ki tradition nahi thi, to wahan riot ho jata. log us ka dab dabha na mantay, us ki matahat qabool na kartay,</w:t>
      </w:r>
    </w:p>
    <w:p>
      <w:pPr>
        <w:jc w:val="right"/>
      </w:pPr>
      <w:r>
        <w:t>تو اگر ایسے لوگوں کو بنایا جاتا جن کے ساتھ لیڈرشپ کی ٹریڈیشن نہیں تھی، تو وہاں ریوٹ ہو جاتا۔ لوگ اس کا دبدبہ نہ مانتے، اس کی ماتحت قبول نہ کرتے،</w:t>
      </w:r>
    </w:p>
    <w:p>
      <w:r>
        <w:rPr>
          <w:b/>
        </w:rPr>
        <w:t xml:space="preserve">[03:40] </w:t>
      </w:r>
      <w:r>
        <w:t>aur jhagray shuru ho jatay. is liye rasool Allah ne kaha tha ke al a'immah min quraish ke quraish mein se tum khalifa banana. to us waqt jab yeh hadith samnay aayi to logon ne is ko surrender kar ke maan liya.</w:t>
      </w:r>
    </w:p>
    <w:p>
      <w:pPr>
        <w:jc w:val="right"/>
      </w:pPr>
      <w:r>
        <w:t>اور جھگڑے شروع ہو جاتے۔ اس لیے رسول اللہ نے کہا تھا کہ الائمۃ من قریش کہ قریش میں سے تم خلیفہ بنانا۔ تو اس وقت جب یہ حدیث سامنے آئی تو لوگوں نے اس کو سرینڈر کر کے مان لیا۔</w:t>
      </w:r>
    </w:p>
    <w:p>
      <w:r>
        <w:rPr>
          <w:b/>
        </w:rPr>
        <w:t xml:space="preserve">[03:57] </w:t>
      </w:r>
      <w:r>
        <w:t>is ka matlab yeh hai ke jab hadith aa jaye, jab quran aa jaye to doosray saray consideration ko secondary bana dena chahiye, apnay sentiment ko, apnay soch ko us waqt peechay kar dena chahiye jab ke quran ki koi taleem ya rasool Allah ki koi taleem samnay aa jaye.</w:t>
      </w:r>
    </w:p>
    <w:p>
      <w:pPr>
        <w:jc w:val="right"/>
      </w:pPr>
      <w:r>
        <w:t>اس کا معنی یہ ہے کہ جب حدیث آ جائے، جب قرآن آ جائے تو دوسرے سارے کنسیڈریشن کو سیکنڈری بنا دینا چاہیے، اپنے سینٹیمنٹ کو، اپنی سوچ کو اس وقت پیچھے کر دینا چاہیے جب کہ قرآن کی کوئی تعلیم یا رسول اللہ کی کوئی تعلیم سامنے آ جائے۔</w:t>
      </w:r>
    </w:p>
    <w:p>
      <w:r>
        <w:rPr>
          <w:b/>
        </w:rPr>
        <w:t xml:space="preserve">[04:18] </w:t>
      </w:r>
      <w:r>
        <w:t>yeh tha sahaba ka tareeqa.</w:t>
      </w:r>
    </w:p>
    <w:p>
      <w:pPr>
        <w:jc w:val="right"/>
      </w:pPr>
      <w:r>
        <w:t>یہ تھا صحابہ کا طریقہ۔</w:t>
      </w:r>
    </w:p>
    <w:p>
      <w:r>
        <w:rPr>
          <w:b/>
        </w:rPr>
        <w:t xml:space="preserve">[04:23] </w:t>
      </w:r>
      <w:r>
        <w:t>isi tarah se dekhiye, sahaba ki majlison mein jo log baithte the to sab log bohat hi ghor se chup ho kar sunte the, bilkul chup chap sunte the.</w:t>
      </w:r>
    </w:p>
    <w:p>
      <w:pPr>
        <w:jc w:val="right"/>
      </w:pPr>
      <w:r>
        <w:t>اسی طرح سے دیکھیے، صحابہ کی مجلسوں میں جو لوگ بیٹھتے تھے تو سب لوگ بہت ہی غور سے چپ ہو کر سنتے تھے، بالکل چپ چاپ سنتے تھے۔</w:t>
      </w:r>
    </w:p>
    <w:p>
      <w:r>
        <w:rPr>
          <w:b/>
        </w:rPr>
        <w:t xml:space="preserve">[04:35] </w:t>
      </w:r>
      <w:r>
        <w:t>wo kuch log aise the jo bare family wale the, paise wale the, to wo kehte the: "raye na, raye na, raye na" ka matlab hota hai yani ye iska matlab hai ke please yani yani yani hamari taraf tawajjuh kijiye,</w:t>
      </w:r>
    </w:p>
    <w:p>
      <w:pPr>
        <w:jc w:val="right"/>
      </w:pPr>
      <w:r>
        <w:t>وہ کچھ لوگ ایسے تھے جو بڑے فیملی والے تھے، پیسے والے تھے، تو وہ کہتے تھے: "رائے نہ، رائے نہ، رائے نہ" کا مطلب ہوتا ہے یعنی یہ اس کا مطلب ہے کہ پلیز یعنی یعنی یعنی ہماری طرف توجہ کیجئے،</w:t>
      </w:r>
    </w:p>
    <w:p>
      <w:r>
        <w:rPr>
          <w:b/>
        </w:rPr>
        <w:t xml:space="preserve">[05:00] </w:t>
      </w:r>
      <w:r>
        <w:t>hamari taraf attention dijiye, hamari taraf tawajjuh kijiye, hamari attention dijiye. yani matlab ye ke wo expect karte the ke unse special attention diya jayega.</w:t>
      </w:r>
    </w:p>
    <w:p>
      <w:pPr>
        <w:jc w:val="right"/>
      </w:pPr>
      <w:r>
        <w:t>ہماری طرف اٹینشن دیجئے، ہماری طرف توجہ کیجئے، ہماری اٹینشن دیجئے۔ یعنی مطلب یہ کہ وہ ایکسپیکٹ کرتے تھے کہ ان سے اسپیشل اٹینشن دیا جائے گا۔</w:t>
      </w:r>
    </w:p>
    <w:p>
      <w:r>
        <w:rPr>
          <w:b/>
        </w:rPr>
        <w:t xml:space="preserve">[05:10] </w:t>
      </w:r>
      <w:r>
        <w:t>un ko raye na ka matlab ye hota tha ke hamare sath hum bare log hain, hum unche log hain, to hamare sath special attention dijiye.</w:t>
      </w:r>
    </w:p>
    <w:p>
      <w:pPr>
        <w:jc w:val="right"/>
      </w:pPr>
      <w:r>
        <w:t>ان کو رائے نہ کا مطلب یہ ہوتا تھا کہ ہمارے ساتھ ہم بڑے لوگ ہیں، ہم اونچے لوگ ہیں، تو ہمارے ساتھ اسپیشل اٹینشن دیجئے۔</w:t>
      </w:r>
    </w:p>
    <w:p>
      <w:r>
        <w:rPr>
          <w:b/>
        </w:rPr>
        <w:t xml:space="preserve">[05:19] </w:t>
      </w:r>
      <w:r>
        <w:t>aap</w:t>
      </w:r>
    </w:p>
    <w:p>
      <w:pPr>
        <w:jc w:val="right"/>
      </w:pPr>
      <w:r>
        <w:t>آپ</w:t>
      </w:r>
    </w:p>
    <w:p>
      <w:r>
        <w:rPr>
          <w:b/>
        </w:rPr>
        <w:t xml:space="preserve">[05:23] </w:t>
      </w:r>
      <w:r>
        <w:t>to quran mein aaya ke ye bohat hi buri zehniyat hai ke aap special attention chahain.</w:t>
      </w:r>
    </w:p>
    <w:p>
      <w:pPr>
        <w:jc w:val="right"/>
      </w:pPr>
      <w:r>
        <w:t>تو قرآن میں آیا کہ یہ بہت ہی بری ذہنیت ہے کہ آپ اسپیشل اٹینشن چاہیں۔</w:t>
      </w:r>
    </w:p>
    <w:p>
      <w:r>
        <w:rPr>
          <w:b/>
        </w:rPr>
        <w:t xml:space="preserve">[05:33] </w:t>
      </w:r>
      <w:r>
        <w:t>chunanche logon ne itna zyada un ko dabaya ke phir un ka yani ye mutalba khatam ho gaya aur chup chap aa kar sunne lagay.</w:t>
      </w:r>
    </w:p>
    <w:p>
      <w:pPr>
        <w:jc w:val="right"/>
      </w:pPr>
      <w:r>
        <w:t>چنانچہ لوگوں نے اتنا زیادہ ان کو دبایا کہ پھر ان کا یعنی یہ مطالبہ ختم ہو گیا اور چپ چاپ آ کر سننے لگے۔</w:t>
      </w:r>
    </w:p>
    <w:p>
      <w:r>
        <w:rPr>
          <w:b/>
        </w:rPr>
        <w:t xml:space="preserve">[05:42] </w:t>
      </w:r>
      <w:r>
        <w:t>wo aa kar ke to is mein ye sabak milta hai ke jab bhi koi kaam ho to kisi ko ye nahi chahna chahiye ke mujhe special attention diya jaye.</w:t>
      </w:r>
    </w:p>
    <w:p>
      <w:pPr>
        <w:jc w:val="right"/>
      </w:pPr>
      <w:r>
        <w:t>وہ آ کر کے تو اس میں یہ سبق ملتا ہے کہ جب بھی کوئی کام ہو تو کسی کو یہ نہیں چاہنا چاہیے کہ مجھے اسپیشل اٹینشن دیا جائے۔</w:t>
      </w:r>
    </w:p>
    <w:p>
      <w:r>
        <w:rPr>
          <w:b/>
        </w:rPr>
        <w:t xml:space="preserve">[05:56] </w:t>
      </w:r>
      <w:r>
        <w:t>kuch nahi, jo jo halaat ka jo taqaza hoga, mission ka jo faida jis mein hoga, us ko us ka us ka lehaz kiya jayega.</w:t>
      </w:r>
    </w:p>
    <w:p>
      <w:pPr>
        <w:jc w:val="right"/>
      </w:pPr>
      <w:r>
        <w:t>کچھ نہیں، جو جو حالات کا جو تقاضا ہوگا، مشن کا جو فائدہ جس میں ہوگا، اس کو اس کا اس کا لحاظ کیا جائے گا۔</w:t>
      </w:r>
    </w:p>
    <w:p>
      <w:r>
        <w:rPr>
          <w:b/>
        </w:rPr>
        <w:t xml:space="preserve">[06:07] </w:t>
      </w:r>
      <w:r>
        <w:t>kisi fard ko is liye ke wo bare family ka hai, paise wala hai, us ko special attention nahi diya jayega. ye hai sahaba ki ki ki zindagi ka sabak.</w:t>
      </w:r>
    </w:p>
    <w:p>
      <w:pPr>
        <w:jc w:val="right"/>
      </w:pPr>
      <w:r>
        <w:t>کسی فرد کو اس لیے کہ وہ بڑے فیملی کا ہے، پیسے والا ہے، اس کو اسپیشل اٹینشن نہیں دیا جائے گا۔ یہ ہے صحابہ کی کی کی زندگی کا سبق۔</w:t>
      </w:r>
    </w:p>
    <w:p>
      <w:r>
        <w:rPr>
          <w:b/>
        </w:rPr>
        <w:t xml:space="preserve">[06:25] </w:t>
      </w:r>
      <w:r>
        <w:t>ek rasool Allah ki ek ahliya theen, aisha.</w:t>
      </w:r>
    </w:p>
    <w:p>
      <w:pPr>
        <w:jc w:val="right"/>
      </w:pPr>
      <w:r>
        <w:t>ایک رسول اللہ کی ایک اہلیہ تھیں، عائشہ۔</w:t>
      </w:r>
    </w:p>
    <w:p>
      <w:r>
        <w:rPr>
          <w:b/>
        </w:rPr>
        <w:t xml:space="preserve">[06:35] </w:t>
      </w:r>
      <w:r>
        <w:t>to ek khatoon jo ke un ka qad chota tha, to un ke bare mein unhon ne keh diya, un ka zikr hua to aap ne kaha ke wo yani aisha ne is hath se ishara kiya ke wo to is mein aata hai ke tani qasira,</w:t>
      </w:r>
    </w:p>
    <w:p>
      <w:pPr>
        <w:jc w:val="right"/>
      </w:pPr>
      <w:r>
        <w:t>تو ایک خاتون جو کہ ان کا قد چھوٹا تھا، تو ان کے بارے میں انہوں نے کہہ دیا، ان کا ذکر ہوا تو آپ نے کہا کہ وہ یعنی عائشہ نے اس ہاتھ سے اشارہ کیا کہ وہ تو اس میں آتا ہے کہ تانی قصیرہ،</w:t>
      </w:r>
    </w:p>
    <w:p>
      <w:r>
        <w:rPr>
          <w:b/>
        </w:rPr>
        <w:t xml:space="preserve">[06:50] </w:t>
      </w:r>
      <w:r>
        <w:t>jis ko urdu mein hum kehte hain naati. arey, wo naati!</w:t>
      </w:r>
    </w:p>
    <w:p>
      <w:pPr>
        <w:jc w:val="right"/>
      </w:pPr>
      <w:r>
        <w:t>جس کو اردو میں ہم کہتے ہیں ناٹی۔ ارے، وہ ناٹی!</w:t>
      </w:r>
    </w:p>
    <w:p>
      <w:r>
        <w:rPr>
          <w:b/>
        </w:rPr>
        <w:t xml:space="preserve">[06:54] </w:t>
      </w:r>
      <w:r>
        <w:t>un ka size chota tha. to rasool Allah ne kaha ke tum ne ek aisi baat kahi hai ke agar is ko ocean mein daal diya hai to ocean bhi pollute ho jaye.</w:t>
      </w:r>
    </w:p>
    <w:p>
      <w:pPr>
        <w:jc w:val="right"/>
      </w:pPr>
      <w:r>
        <w:t>ان کا سائز چھوٹا تھا۔ تو رسول اللہ نے کہا کہ تم نے ایک ایسی بات کہی ہے کہ اگر اس کو اوشن میں ڈال دیا ہے تو اوشن بھی پلوٹ ہو جائے۔</w:t>
      </w:r>
    </w:p>
    <w:p>
      <w:r>
        <w:rPr>
          <w:b/>
        </w:rPr>
        <w:t xml:space="preserve">[07:07] </w:t>
      </w:r>
      <w:r>
        <w:t>itni si baat ke unhon ne hath ke ishare se kaha tha: "arey, wo matlab wo jo naati si hai!" kitab mein aata hai ke tani qasira to kisi ko humiliate karna, kisi ko degrade karna, kisi ko chota samajhna, ye bohat zyada buri cheez hai.</w:t>
      </w:r>
    </w:p>
    <w:p>
      <w:pPr>
        <w:jc w:val="right"/>
      </w:pPr>
      <w:r>
        <w:t>اتنی سی بات کہ انہوں نے ہاتھ کے اشارے سے کہا تھا: "ارے، وہ مطلب وہ جو ناٹی سی ہے!" کتاب میں آتا ہے کہ تانی قصیرہ تو کسی کو ہیومیلیٹ کرنا، کسی کو ڈی گریٹ کرنا، کسی کو چھوٹا سمجھنا، یہ بہت زیادہ بری چیز ہے۔</w:t>
      </w:r>
    </w:p>
    <w:p>
      <w:r>
        <w:rPr>
          <w:b/>
        </w:rPr>
        <w:t xml:space="preserve">[07:29] </w:t>
      </w:r>
      <w:r>
        <w:t>sahaba ki zindagi is se is se khali thi. un ka har aadmi ka respect tha, har aadmi ka barabar ki izzat thi, aur chahe wo paise wala hai, be paise wala hai, chote qad ka hai, bare qad ka hai,</w:t>
      </w:r>
    </w:p>
    <w:p>
      <w:pPr>
        <w:jc w:val="right"/>
      </w:pPr>
      <w:r>
        <w:t>صحابہ کی زندگی اس سے اس سے خالی تھی۔ ان کا ہر آدمی کا ریسپیکٹ تھا، ہر آدمی کا برابر کی عزت تھی، اور چاہے وہ پیسے والا ہے، بے پیسے والا ہے، چھوٹے قد کا ہے، بڑے قد کا ہے،</w:t>
      </w:r>
    </w:p>
    <w:p>
      <w:r>
        <w:rPr>
          <w:b/>
        </w:rPr>
        <w:t xml:space="preserve">[07:44] </w:t>
      </w:r>
      <w:r>
        <w:t>kuch bhi hai, insan hai to wo qabil izzat hai. to rasool Allah ne kaha ke ye jo tum ne kaha, ye itna zyada Allah ko napasand hai ke agar ye jumla, ye sentence, ocean mein daal diya jaye, ocean mein bhi pani is ka yani wo kharab ho jaye.</w:t>
      </w:r>
    </w:p>
    <w:p>
      <w:pPr>
        <w:jc w:val="right"/>
      </w:pPr>
      <w:r>
        <w:t>کچھ بھی ہے، انسان ہے تو وہ قابل عزت ہے۔ تو رسول اللہ نے کہا کہ یہ جو تم نے کہا، یہ اتنا زیادہ اللہ کو ناپسند ہے کہ اگر یہ جملہ، یہ سینٹنس، اوشن میں ڈال دیا جائے، اوشن میں بھی پانی اس کا یعنی وہ خراب ہو جائے۔</w:t>
      </w:r>
    </w:p>
    <w:p>
      <w:r>
        <w:rPr>
          <w:b/>
        </w:rPr>
        <w:t xml:space="preserve">[08:07] </w:t>
      </w:r>
      <w:r>
        <w:t>is se aap samajh sakte hain ke kitni zyada importance hai is baat ki ke aadmi</w:t>
      </w:r>
    </w:p>
    <w:p>
      <w:pPr>
        <w:jc w:val="right"/>
      </w:pPr>
      <w:r>
        <w:t>اس سے آپ سمجھ سکتے ہیں کہ کتنی زیادہ امپورٹنس ہے اس بات کی کہ آدمی</w:t>
      </w:r>
    </w:p>
    <w:p>
      <w:r>
        <w:rPr>
          <w:b/>
        </w:rPr>
        <w:t xml:space="preserve">[08:15] </w:t>
      </w:r>
      <w:r>
        <w:t>aadmi apne aap mein na jiye balkeh mission mein jiye, apne aap mein na jiye balkeh khuda mein</w:t>
      </w:r>
    </w:p>
    <w:p>
      <w:pPr>
        <w:jc w:val="right"/>
      </w:pPr>
      <w:r>
        <w:t>آدمی اپنے آپ میں نہ جیے بلکہ مشن میں جیے، اپنے آپ میں نہ جیے بلکہ خدا میں</w:t>
      </w:r>
    </w:p>
    <w:p>
      <w:r>
        <w:rPr>
          <w:b/>
        </w:rPr>
        <w:t xml:space="preserve">[08:20] </w:t>
      </w:r>
      <w:r>
        <w:t>jiye, apne aap mein na jiye balkeh rasool allah aur khuda aur rasool ki jo marzi hai, is</w:t>
      </w:r>
    </w:p>
    <w:p>
      <w:pPr>
        <w:jc w:val="right"/>
      </w:pPr>
      <w:r>
        <w:t>جیے، اپنے آپ میں نہ جیے بلکہ رسول اللہ اور خدا اور رسول کی جو مرضی ہے، اس</w:t>
      </w:r>
    </w:p>
    <w:p>
      <w:r>
        <w:rPr>
          <w:b/>
        </w:rPr>
        <w:t xml:space="preserve">[08:27] </w:t>
      </w:r>
      <w:r>
        <w:t>ke mutabiq is ki soch ho, is ke mutabiq is ka amal ho.</w:t>
      </w:r>
    </w:p>
    <w:p>
      <w:pPr>
        <w:jc w:val="right"/>
      </w:pPr>
      <w:r>
        <w:t>کے مطابق اس کی سوچ ہو، اس کے مطابق اس کا عمل ہو۔</w:t>
      </w:r>
    </w:p>
    <w:p>
      <w:r>
        <w:rPr>
          <w:b/>
        </w:rPr>
        <w:t xml:space="preserve">[08:37] </w:t>
      </w:r>
      <w:r>
        <w:t>ek sahabi sahaba ki zindagi ka mutala karen aap to aksar un ko milenge, aap ke apne ko bohat hi kam samajhte the, bohat kam samajhte the.</w:t>
      </w:r>
    </w:p>
    <w:p>
      <w:pPr>
        <w:jc w:val="right"/>
      </w:pPr>
      <w:r>
        <w:t>ایک صحابی صحابہ کی زندگی کا مطالعہ کریں آپ تو اکثر ان کو ملیں گے، آپ کہ اپنے کو بہت ہی کم سمجھتے تھے، بہت کم سمجھتے تھے۔</w:t>
      </w:r>
    </w:p>
    <w:p>
      <w:r>
        <w:rPr>
          <w:b/>
        </w:rPr>
        <w:t xml:space="preserve">[08:49] </w:t>
      </w:r>
      <w:r>
        <w:t>wo jaise ek sahabi ne kaha ke: "kaash mein mitti ka mitti hota, kaash mein tinka hota!" I wish I were a particle of dust.</w:t>
      </w:r>
    </w:p>
    <w:p>
      <w:pPr>
        <w:jc w:val="right"/>
      </w:pPr>
      <w:r>
        <w:t>وہ جیسے ایک صحابی نے کہا کہ: "کاش میں مٹی کا مٹی ہوتا، کاش میں تنکا ہوتا!" آئی وش آئی ویئر ا پارٹیکل اف ڈسٹ۔</w:t>
      </w:r>
    </w:p>
    <w:p>
      <w:r>
        <w:rPr>
          <w:b/>
        </w:rPr>
        <w:t xml:space="preserve">[09:04] </w:t>
      </w:r>
      <w:r>
        <w:t>ye ye bhi ek yani sahaba ka tareeqa hai, Islam ki taleem hai ke apne ko kam samajhna. dekhiye, arrogance aur egoism aur superiority complex, ye sab shaitani cheezein hain.</w:t>
      </w:r>
    </w:p>
    <w:p>
      <w:pPr>
        <w:jc w:val="right"/>
      </w:pPr>
      <w:r>
        <w:t>یہ یہ بھی ایک یعنی صحابہ کا طریقہ ہے، اسلام کی تعلیم ہے کہ اپنے کو کم سمجھنا۔ دیکھیے، اروگنس اور ایگو ازم اور سپیریٹری کمپلیکس، یہ سب شیطانی چیزیں ہیں۔</w:t>
      </w:r>
    </w:p>
    <w:p>
      <w:r>
        <w:rPr>
          <w:b/>
        </w:rPr>
        <w:t xml:space="preserve">[09:24] </w:t>
      </w:r>
      <w:r>
        <w:t>sahi tareeqa jo hai, jo Allah ko pasand hai, wo kya hai? aap ke andar modesty ho, aap ke andar tawazu ho, aap apne ko aam insanon se ki taraf samjhen,</w:t>
      </w:r>
    </w:p>
    <w:p>
      <w:pPr>
        <w:jc w:val="right"/>
      </w:pPr>
      <w:r>
        <w:t>صحیح طریقہ جو ہے، جو اللہ کو پسند ہے، وہ کیا ہے؟ آپ کے اندر ماڈیسٹی ہو، آپ کے اندر تواضع ہو، آپ اپنے کو عام انسانوں سے کی طرف سمجھیں،</w:t>
      </w:r>
    </w:p>
    <w:p>
      <w:r>
        <w:rPr>
          <w:b/>
        </w:rPr>
        <w:t xml:space="preserve">[09:38] </w:t>
      </w:r>
      <w:r>
        <w:t>apne ooncha na samhen. to unhon ne kaha ke: "I wish I were a particle of dust" halan ke wo top ke aadmi the, top ke aadmi the.</w:t>
      </w:r>
    </w:p>
    <w:p>
      <w:pPr>
        <w:jc w:val="right"/>
      </w:pPr>
      <w:r>
        <w:t>اپنے اونچا نہ سمجھیں۔ تو انہوں نے کہا کہ: "آئی وش آئی ویئر ا پارٹیکل اف ڈسٹ" حالانکہ وہ ٹاپ کے آدمی تھے، ٹاپ کے آدمی تھے۔</w:t>
      </w:r>
    </w:p>
    <w:p>
      <w:r>
        <w:rPr>
          <w:b/>
        </w:rPr>
        <w:t xml:space="preserve">[09:51] </w:t>
      </w:r>
      <w:r>
        <w:t>lekin dekhiye, hota kya hai? agar aap apna yani apne aap apna compare karen ek ek aam aadmi se, ek insan se, to insan insan ke muqable mein compare karne mein ye hota hai ke aap wo agar us ke pas paisa kam hai to aap un ko bara samajhne lagenge.</w:t>
      </w:r>
    </w:p>
    <w:p>
      <w:pPr>
        <w:jc w:val="right"/>
      </w:pPr>
      <w:r>
        <w:t>لیکن دیکھیے، ہوتا کیا ہے؟ اگر آپ اپنا یعنی اپنے آپ اپنا کمپیئر کریں ایک ایک عام آدمی سے، ایک انسان سے، تو انسان انسان کے مقابلے میں کمپیئر کرنے میں یہ ہوتا ہے کہ آپ وہ اگر اس کے پاس پیسہ کم ہے تو آپ ان کو بڑا سمجھنے لگیں گے۔</w:t>
      </w:r>
    </w:p>
    <w:p>
      <w:r>
        <w:rPr>
          <w:b/>
        </w:rPr>
        <w:t xml:space="preserve">[10:11] </w:t>
      </w:r>
      <w:r>
        <w:t>us ke pas political power nahi to aap aap ke pas power hai to aap unhen ooncha samjhenge. jab insan aur insan ke muqable mein compare kiya jata hai, tabhi ye egoism aata hai, arrogance aata hai.</w:t>
      </w:r>
    </w:p>
    <w:p>
      <w:pPr>
        <w:jc w:val="right"/>
      </w:pPr>
      <w:r>
        <w:t>اس کے پاس پولیٹیکل پاور نہیں تو آپ آپ کے پاس پاور ہے تو آپ انہیں اونچا سمجھیں گے۔ جب انسان اور انسان کے مقابلے میں کمپیئر کیا جاتا ہے، تبھی یہ ایگو ازم آتا ہے، اروگنس آتا ہے۔</w:t>
      </w:r>
    </w:p>
    <w:p>
      <w:r>
        <w:rPr>
          <w:b/>
        </w:rPr>
        <w:t xml:space="preserve">[10:23] </w:t>
      </w:r>
      <w:r>
        <w:t>lekin agar aap apna comparison karen khuda se to khuda ke muqable mein kaun bara hai? chahe rich ho ya poor ho, chahe badshah ho ya aam aadmi ho, khuda ke muqable mein to koi bara nahi hai.</w:t>
      </w:r>
    </w:p>
    <w:p>
      <w:pPr>
        <w:jc w:val="right"/>
      </w:pPr>
      <w:r>
        <w:t>لیکن اگر آپ اپنا کمپیریزن کریں خدا سے تو خدا کے مقابلے میں کون بڑا ہے؟ چاہے رچ ہو یا پور ہو، چاہے بادشاہ ہو یا عام آدمی ہو، خدا کے مقابلے میں تو کوئی بڑا نہیں ہے۔</w:t>
      </w:r>
    </w:p>
    <w:p>
      <w:r>
        <w:rPr>
          <w:b/>
        </w:rPr>
        <w:t xml:space="preserve">[10:37] </w:t>
      </w:r>
      <w:r>
        <w:t>to yeh woh log the jo khuda se apne ko muqabla kar ke dekhte the, insaan se nahi. jaise ek ek ek sahabi the, abu masood ansari, ek martaba woh apne khadim ko, apne servant ko marne lage to rasool ALLAH wahan ne dekha to aap ne kaha ke: "ilm aba masood!</w:t>
      </w:r>
    </w:p>
    <w:p>
      <w:pPr>
        <w:jc w:val="right"/>
      </w:pPr>
      <w:r>
        <w:t>تو یہ وہ لوگ تھے جو خدا سے اپنے کو مقابلہ کر کے دیکھتے تھے، انسان سے نہیں۔ جیسے ایک ایک ایک صحابی تھے، ابو مسعود انصاری، ایک مرتبہ وہ اپنے خادم کو، اپنے سرونٹ کو مارنے لگے تو رسول اللہ وہاں نے دیکھا تو آپ نے کہا کہ: "علم ابا مسعود!</w:t>
      </w:r>
    </w:p>
    <w:p>
      <w:r>
        <w:rPr>
          <w:b/>
        </w:rPr>
        <w:t xml:space="preserve">[11:01] </w:t>
      </w:r>
      <w:r>
        <w:t>l ALLAH aqd alaik minka ala al ghulam!" aye abu masood! jaan lo ke jitni jitni taqat tum ko is aadmi par hai, is khadim par hai, is se zyada taqat tumhare upar khuda ko hai.</w:t>
      </w:r>
    </w:p>
    <w:p>
      <w:pPr>
        <w:jc w:val="right"/>
      </w:pPr>
      <w:r>
        <w:t>ل اللہ عقد علیک منک علی الغلام!" اے ابو مسعود! جان لو کہ جتنی جتنی طاقت تم کو اس آدمی پر ہے، اس خادم پر ہے، اس سے زیادہ طاقت تمہارے اوپر خدا کو ہے۔</w:t>
      </w:r>
    </w:p>
    <w:p>
      <w:r>
        <w:rPr>
          <w:b/>
        </w:rPr>
        <w:t xml:space="preserve">[11:18] </w:t>
      </w:r>
      <w:r>
        <w:t>isi waqt un ka hath ruk gaya aur isi waqt woh maafi mangne lage is se. ab is par ghor kijiye ke wahi aadmi jo pehle is ko maar raha tha, wahi achanak badal kaise gaya aur kaise is se maafi mangne laga.</w:t>
      </w:r>
    </w:p>
    <w:p>
      <w:pPr>
        <w:jc w:val="right"/>
      </w:pPr>
      <w:r>
        <w:t>اسی وقت ان کا ہاتھ رک گیا اور اسی وقت وہ معافی مانگنے لگے اس سے۔ اب اس پر غور کیجئے کہ وہی آدمی جو پہلے اس کو مار رہا تھا، وہی اچانک بدل کیسے گیا اور کیسے اس سے معافی مانگنے لگا۔</w:t>
      </w:r>
    </w:p>
    <w:p>
      <w:r>
        <w:rPr>
          <w:b/>
        </w:rPr>
        <w:t xml:space="preserve">[11:34] </w:t>
      </w:r>
      <w:r>
        <w:t>to yeh samajh mein aayega ke pehle woh dekh rahe the yeh ke main aaqa hoon, woh ghulam hai mera, main paise wala hoon, woh be paisa hai, meri ek position hai samaj mein, us ki koi position nahi hai.</w:t>
      </w:r>
    </w:p>
    <w:p>
      <w:pPr>
        <w:jc w:val="right"/>
      </w:pPr>
      <w:r>
        <w:t>تو یہ سمجھ میں آئے گا کہ پہلے وہ دیکھ رہے تھے یہ کہ میں آقا ہوں، وہ غلام ہے میرا، میں پیسے والا ہوں، وہ بے پیسہ ہے، میری ایک پوزیشن ہے سماج میں، اس کی کوئی پوزیشن نہیں ہے۔</w:t>
      </w:r>
    </w:p>
    <w:p>
      <w:r>
        <w:rPr>
          <w:b/>
        </w:rPr>
        <w:t xml:space="preserve">[11:48] </w:t>
      </w:r>
      <w:r>
        <w:t>is comparison mein apne ko woh ooncha paate the. lekin jab rasool ALLAH ne yaad dilaya ke tum aur tumhara khadim dono khuda ke muqable mein chhote hi chhote hain, ab yani matlab apna aur apne apne khadim dono compare karo khuda se,</w:t>
      </w:r>
    </w:p>
    <w:p>
      <w:pPr>
        <w:jc w:val="right"/>
      </w:pPr>
      <w:r>
        <w:t>اس کمپیریزن میں اپنے کو وہ اونچا پاتے تھے۔ لیکن جب رسول اللہ نے یاد دلایا کہ تم اور تمہارا خادم دونوں خدا کے مقابلے میں چھوٹے ہی چھوٹے ہیں، اب یعنی مطلب اپنا اور اپنے اپنے خادم دونوں کمپیئر کرو خدا سے،</w:t>
      </w:r>
    </w:p>
    <w:p>
      <w:r>
        <w:rPr>
          <w:b/>
        </w:rPr>
        <w:t xml:space="preserve">[12:06] </w:t>
      </w:r>
      <w:r>
        <w:t>to jab unhon ne compare kiya to pata chala ke hum to dono ek hi satah par khade hue hain, yani khuda ke muqable mein dono chhote ho gaye.</w:t>
      </w:r>
    </w:p>
    <w:p>
      <w:pPr>
        <w:jc w:val="right"/>
      </w:pPr>
      <w:r>
        <w:t>تو جب انہوں نے کمپیئر کیا تو پتہ چلا کہ ہم تو دونوں ایک ہی سطح پر کھڑے ہوئے ہیں، یعنی خدا کے مقابلے میں دونوں چھوٹے ہو گئے۔</w:t>
      </w:r>
    </w:p>
    <w:p>
      <w:r>
        <w:rPr>
          <w:b/>
        </w:rPr>
        <w:t xml:space="preserve">[12:16] </w:t>
      </w:r>
      <w:r>
        <w:t>to sahi jo hamein milta hai islami mizaj yani sahaba ke zariye, woh yeh hai ke apna taqabul, apna comparison aap khuda se karen to aap ke andar modesty rahegi,</w:t>
      </w:r>
    </w:p>
    <w:p>
      <w:pPr>
        <w:jc w:val="right"/>
      </w:pPr>
      <w:r>
        <w:t>تو صحیح جو ہمیں ملتا ہے اسلامی مزاج یعنی صحابہ کے ذریعے، وہ یہ ہے کہ اپنا تقابل، اپنا کمپیریزن آپ خدا سے کریں تو آپ کے اندر ماڈیسٹی رہے گی،</w:t>
      </w:r>
    </w:p>
    <w:p>
      <w:r>
        <w:rPr>
          <w:b/>
        </w:rPr>
        <w:t xml:space="preserve">[12:32] </w:t>
      </w:r>
      <w:r>
        <w:t>aap ke andar superiority complex se bach jayenge, aap apne ko ooncha nahi samjhenge. kyunke khuda ke muqable mein kaun bara hai?</w:t>
      </w:r>
    </w:p>
    <w:p>
      <w:pPr>
        <w:jc w:val="right"/>
      </w:pPr>
      <w:r>
        <w:t>آپ کے اندر سپیریٹی کمپلیکس سے بچ جائیں گے، آپ اپنے کو اونچا نہیں سمجھیں گے۔ کیونکہ خدا کے مقابلے میں کون بڑا ہے؟</w:t>
      </w:r>
    </w:p>
    <w:p>
      <w:r>
        <w:rPr>
          <w:b/>
        </w:rPr>
        <w:t xml:space="preserve">[12:45] </w:t>
      </w:r>
      <w:r>
        <w:t>khuda ke muqable mein to sare hi chhote hain.</w:t>
      </w:r>
    </w:p>
    <w:p>
      <w:pPr>
        <w:jc w:val="right"/>
      </w:pPr>
      <w:r>
        <w:t>خدا کے مقابلے میں تو سارے ہی چھوٹے ہیں۔</w:t>
      </w:r>
    </w:p>
    <w:p>
      <w:r>
        <w:rPr>
          <w:b/>
        </w:rPr>
        <w:t xml:space="preserve">[12:50] </w:t>
      </w:r>
      <w:r>
        <w:t>un logon, sahaba ki zindagi ka mutala karte hue maine ek baat yeh pai hai ke yeh log complex free insaan the, har qism ke complex se upar the.</w:t>
      </w:r>
    </w:p>
    <w:p>
      <w:pPr>
        <w:jc w:val="right"/>
      </w:pPr>
      <w:r>
        <w:t>ان لوگوں، صحابہ کی زندگی کا مطالعہ کرتے ہوئے میں نے ایک بات یہ پائی ہے کہ یہ لوگ کمپلیکس فری انسان تھے، ہر قسم کے کمپلیکس سے اوپر تھے۔</w:t>
      </w:r>
    </w:p>
    <w:p>
      <w:r>
        <w:rPr>
          <w:b/>
        </w:rPr>
        <w:t xml:space="preserve">[12:59] </w:t>
      </w:r>
      <w:r>
        <w:t>wo acha complex free insaan hona ek bohat bari blessing hai.</w:t>
      </w:r>
    </w:p>
    <w:p>
      <w:pPr>
        <w:jc w:val="right"/>
      </w:pPr>
      <w:r>
        <w:t>وہ اچھا کمپلیکس فری انسان ہونا ایک بہت بڑی بلیسنگ ہے۔</w:t>
      </w:r>
    </w:p>
    <w:p>
      <w:r>
        <w:rPr>
          <w:b/>
        </w:rPr>
        <w:t xml:space="preserve">[13:07] </w:t>
      </w:r>
      <w:r>
        <w:t>complex free insaan hona ek bohat bari blessing hai. is mein se ek yeh hai ke aap ke andar wisdom, wisdom aati hai, samajh boojh aati hai, buddhi aati hai, intellectual development hota hai.</w:t>
      </w:r>
    </w:p>
    <w:p>
      <w:pPr>
        <w:jc w:val="right"/>
      </w:pPr>
      <w:r>
        <w:t>کمپلیکس فری انسان ہونا ایک بہت بڑی بلیسنگ ہے۔ اس میں سے ایک یہ ہے کہ آپ کے اندر وزڈم، وزڈم آتی ہے، سمجھ بوجھ آتی ہے، بدھی آتی ہے، انٹلیکچول ڈیویلپمنٹ ہوتا ہے۔</w:t>
      </w:r>
    </w:p>
    <w:p>
      <w:r>
        <w:rPr>
          <w:b/>
        </w:rPr>
        <w:t xml:space="preserve">[13:23] </w:t>
      </w:r>
      <w:r>
        <w:t>yani wahi cheez jis ko wisdom kehte hain. chunancha sahaba ke aap woh padhen, un ki baaton ko padhen, aap un ki sayings ko padhen, un ki speeches ko padhen to is se bari bari wisdom ki baaten milengi aap ko.</w:t>
      </w:r>
    </w:p>
    <w:p>
      <w:pPr>
        <w:jc w:val="right"/>
      </w:pPr>
      <w:r>
        <w:t>یعنی وہی چیز جس کو وزڈم کہتے ہیں۔ چنانچہ صحابہ کے آپ وہ پڑھیں، ان کی باتوں کو پڑھیں، آپ ان کی سینگز کو پڑھیں، ان کی سپیچز کو پڑھیں تو اس سے بڑی بڑی وزڈم کی باتیں ملیں گی آپ کو۔</w:t>
      </w:r>
    </w:p>
    <w:p>
      <w:r>
        <w:rPr>
          <w:b/>
        </w:rPr>
        <w:t xml:space="preserve">[13:37] </w:t>
      </w:r>
      <w:r>
        <w:t>bohat gehri baat hai. main ek sirf ek example deta hoon aap ko.</w:t>
      </w:r>
    </w:p>
    <w:p>
      <w:pPr>
        <w:jc w:val="right"/>
      </w:pPr>
      <w:r>
        <w:t>بہت گہری بات ہے۔ میں ایک صرف ایک ایگزیمپل دیتا ہوں آپ کو۔</w:t>
      </w:r>
    </w:p>
    <w:p>
      <w:r>
        <w:rPr>
          <w:b/>
        </w:rPr>
        <w:t xml:space="preserve">[13:49] </w:t>
      </w:r>
      <w:r>
        <w:t>ek sahabi ne kaha: "itni zabardast baat yeh hai ke halanke yeh koi in ko koi master degree in ke paas nahi thi, koi doctorate nahi kiya tha, unhon ne kisi university ke professor nahi the,</w:t>
      </w:r>
    </w:p>
    <w:p>
      <w:pPr>
        <w:jc w:val="right"/>
      </w:pPr>
      <w:r>
        <w:t>ایک صحابی نے کہا: "اتنی زبردست بات یہ ہے کہ حالانکہ یہ کوئی ان کو کوئی ماسٹر ڈگری ان کے پاس نہیں تھی، کوئی ڈاکٹریٹ نہیں کیا تھا، انہوں نے کسی یونیورسٹی کے پروفیسر نہیں تھے،</w:t>
      </w:r>
    </w:p>
    <w:p>
      <w:r>
        <w:rPr>
          <w:b/>
        </w:rPr>
        <w:t xml:space="preserve">[14:03] </w:t>
      </w:r>
      <w:r>
        <w:t>to yeh jo wisdom ki baat unhon ne kahi, woh kaise kahi? woh khuda ki taraf se wisdom aati hai. jab aap apne aap ko complex free kar len to khuda ki wisdom, khuda ka inspiration aap ko milne lagta hai." to unhon ne kaha:</w:t>
      </w:r>
    </w:p>
    <w:p>
      <w:pPr>
        <w:jc w:val="right"/>
      </w:pPr>
      <w:r>
        <w:t>تو یہ جو وزڈم کی بات انہوں نے کہی، وہ کیسے کہی؟ وہ خدا کی طرف سے وزڈم آتی ہے۔ جب آپ اپنے آپ کو کمپلیکس فری کر لیں تو خدا کی وزڈم، خدا کا انسپیریشن آپ کو ملنے لگتا ہے۔" تو انہوں نے کہا:</w:t>
      </w:r>
    </w:p>
    <w:p>
      <w:r>
        <w:rPr>
          <w:b/>
        </w:rPr>
        <w:t xml:space="preserve">[14:22] </w:t>
      </w:r>
      <w:r>
        <w:t>"malayardha bil qaleel mimma yati bihi safihirda bil katheer." is ka translation yeh hai ke jo aadmi</w:t>
      </w:r>
    </w:p>
    <w:p>
      <w:pPr>
        <w:jc w:val="right"/>
      </w:pPr>
      <w:r>
        <w:t>"ملایرضا بالقلیل مما یاتی بہ صفیحیرضا بالکثیر۔" اس کا ٹرانسلیشن یہ ہے کہ جو آدمی</w:t>
      </w:r>
    </w:p>
    <w:p>
      <w:r>
        <w:rPr>
          <w:b/>
        </w:rPr>
        <w:t xml:space="preserve">[14:38] </w:t>
      </w:r>
      <w:r>
        <w:t>kisi nadan ke chhote shar ko bardasht nahi karega, us ko nadan ka bara shar bardasht karna padega.</w:t>
      </w:r>
    </w:p>
    <w:p>
      <w:pPr>
        <w:jc w:val="right"/>
      </w:pPr>
      <w:r>
        <w:t>کسی نادان کے چھوٹے شر کو برداشت نہیں کرے گا، اس کو نادان کا بڑا شر برداشت کرنا پڑے گا۔</w:t>
      </w:r>
    </w:p>
    <w:p>
      <w:r>
        <w:rPr>
          <w:b/>
        </w:rPr>
        <w:t xml:space="preserve">[14:51] </w:t>
      </w:r>
      <w:r>
        <w:t>itni bari wisdom ki baat hai. is ka matlab yeh hai ke jis duniya mein aap hain, jis samaj mein aap rehte hain, wahan har aadmi free hai, har aadmi ko azadi mili hui hai, har aadmi kuch na kuch gadbad karta rehta hai.</w:t>
      </w:r>
    </w:p>
    <w:p>
      <w:pPr>
        <w:jc w:val="right"/>
      </w:pPr>
      <w:r>
        <w:t>اتنی بڑی وزڈم کی بات ہے۔ اس کا مطلب یہ ہے کہ جس دنیا میں آپ ہیں، جس سماج میں آپ رہتے ہیں، وہاں ہر آدمی فری ہے، ہر آدمی کو آزادی ملی ہوئی ہے، ہر آدمی کچھ نہ کچھ گڑبڑ کرتا رہتا ہے۔</w:t>
      </w:r>
    </w:p>
    <w:p>
      <w:r>
        <w:rPr>
          <w:b/>
        </w:rPr>
        <w:t xml:space="preserve">[15:06] </w:t>
      </w:r>
      <w:r>
        <w:t>to kahin na kahin koi kanta aap ko chubh jayega, kahin na kahin koi kechar aap ko lag jayega. kyunke jo hamare jo choice hai duniya mein, woh lesser evil aur greater evil ka choice hai,</w:t>
      </w:r>
    </w:p>
    <w:p>
      <w:pPr>
        <w:jc w:val="right"/>
      </w:pPr>
      <w:r>
        <w:t>تو کہیں نہ کہیں کوئی کانٹا آپ کو چبھ جائے گا، کہیں نہ کہیں کوئی کیچڑ آپ کو لگ جائے گا۔ کیونکہ جو ہمارے جو چوائس ہے دنیا میں، وہ لیسر ایول اور گیٹ ایول کا چوائس ہے،</w:t>
      </w:r>
    </w:p>
    <w:p>
      <w:r>
        <w:rPr>
          <w:b/>
        </w:rPr>
        <w:t xml:space="preserve">[15:20] </w:t>
      </w:r>
      <w:r>
        <w:t>al good aur al bad ka choice nahi hai. agar aap is is ko le kar sochen to jin logon ne yeh samjha ke woh al good pa sakte hain, zindagi bhar ladte rahe, kuch mila nahi, un ko poori history ko dekh dali.</w:t>
      </w:r>
    </w:p>
    <w:p>
      <w:pPr>
        <w:jc w:val="right"/>
      </w:pPr>
      <w:r>
        <w:t>ال گڈ اور ال بیڈ کا چوائس نہیں ہے۔ اگر آپ اس اس کو لے کر سوچیں تو جن لوگوں نے یہ سمجھا کہ وہ ال گڈ پا سکتے ہیں، زندگی بھر لڑتے رہے، کچھ ملا نہیں، ان کو پوری ہسٹری کو دیکھ ڈالی۔</w:t>
      </w:r>
    </w:p>
    <w:p>
      <w:r>
        <w:rPr>
          <w:b/>
        </w:rPr>
        <w:t xml:space="preserve">[15:35] </w:t>
      </w:r>
      <w:r>
        <w:t>aap jin logon ne al good ko apna target kiya, woh kuch bhi nahi pa sake. poori history mein aap is ka namuna dekh sakte hain.</w:t>
      </w:r>
    </w:p>
    <w:p>
      <w:pPr>
        <w:jc w:val="right"/>
      </w:pPr>
      <w:r>
        <w:t>آپ جن لوگوں نے ال گڈ کو اپنا ٹارگٹ کیا، وہ کچھ بھی نہیں پا سکے۔ پوری ہسٹری میں آپ اس کا نمونہ دیکھ سکتے ہیں۔</w:t>
      </w:r>
    </w:p>
    <w:p>
      <w:r>
        <w:rPr>
          <w:b/>
        </w:rPr>
        <w:t xml:space="preserve">[15:47] </w:t>
      </w:r>
      <w:r>
        <w:t>yeh jo unhon ne kaha ke jo aadmi nadan ke chhote shar ko bardasht nahi karega, us ko nadan ke bare shar ko bardasht karna padega.</w:t>
      </w:r>
    </w:p>
    <w:p>
      <w:pPr>
        <w:jc w:val="right"/>
      </w:pPr>
      <w:r>
        <w:t>یہ جو انہوں نے کہا کہ جو آدمی نادان کے چھوٹے شر کو برداشت نہیں کرے گا، اس کو نادان کے بڑے شر کو برداشت کرنا پڑے گا۔</w:t>
      </w:r>
    </w:p>
    <w:p>
      <w:r>
        <w:rPr>
          <w:b/>
        </w:rPr>
        <w:t xml:space="preserve">[15:57] </w:t>
      </w:r>
      <w:r>
        <w:t>yani is ka matlab kya hua? is duniya mein choice jo hai, woh lesser evil aur greater evil ke beech mein hai.</w:t>
      </w:r>
    </w:p>
    <w:p>
      <w:pPr>
        <w:jc w:val="right"/>
      </w:pPr>
      <w:r>
        <w:t>یعنی اس کا مطلب کیا ہوا؟ اس دنیا میں چوائس جو ہے، وہ لیسر ایول اور گریٹر ایول کے بیچ میں ہے۔</w:t>
      </w:r>
    </w:p>
    <w:p>
      <w:r>
        <w:rPr>
          <w:b/>
        </w:rPr>
        <w:t xml:space="preserve">[16:06] </w:t>
      </w:r>
      <w:r>
        <w:t>to lesser evil par raazi ho jao taake tumhein greater evil na milay. agar all good ke liye daudoge to kuch bhi nahi paoge. yeh itni bari wisdom is ke andar hai.</w:t>
      </w:r>
    </w:p>
    <w:p>
      <w:pPr>
        <w:jc w:val="right"/>
      </w:pPr>
      <w:r>
        <w:t>تو لیسر ایول پر راضی ہو جاؤ تاکہ تمہیں گریٹر ایول نہ ملے۔ اگر ال گڈ کے لیے دوڑو گے تو کچھ بھی نہیں پاؤ گے۔ یہ اتنی بڑی وزڈم اس کے اندر ہے۔</w:t>
      </w:r>
    </w:p>
    <w:p>
      <w:r>
        <w:rPr>
          <w:b/>
        </w:rPr>
        <w:t xml:space="preserve">[16:17] </w:t>
      </w:r>
      <w:r>
        <w:t>main samajhta hoon ke is par aap sochain to poori ek kitaab likh sakte hain, aap ek poori book likh sakte hain.</w:t>
      </w:r>
    </w:p>
    <w:p>
      <w:pPr>
        <w:jc w:val="right"/>
      </w:pPr>
      <w:r>
        <w:t>میں سمجھتا ہوں کہ اس پر آپ سوچیں تو پوری ایک کتاب لکھ سکتے ہیں، آپ ایک پوری بک لکھ سکتے ہیں۔</w:t>
      </w:r>
    </w:p>
    <w:p>
      <w:r>
        <w:rPr>
          <w:b/>
        </w:rPr>
        <w:t xml:space="preserve">[16:26] </w:t>
      </w:r>
      <w:r>
        <w:t>yeh log jo thay, itnay ziyada yaani ego less thay. main ek waqia arz karoon ke kaise ajeeb o ghareeb waqia hai yeh.</w:t>
      </w:r>
    </w:p>
    <w:p>
      <w:pPr>
        <w:jc w:val="right"/>
      </w:pPr>
      <w:r>
        <w:t>یہ لوگ جو تھے، اتنے زیادہ یعنی ایگو لیس تھے۔ میں ایک واقعہ عرض کروں کہ کیسے عجیب و غریب واقعہ ہے یہ۔</w:t>
      </w:r>
    </w:p>
    <w:p>
      <w:r>
        <w:rPr>
          <w:b/>
        </w:rPr>
        <w:t xml:space="preserve">[16:35] </w:t>
      </w:r>
      <w:r>
        <w:t>jab rasool Allah ki aakhri waqt aa gaya, jab aap ka death hone wali thi to kuch pehle se aap jo kamzori aa gayi thi aap ki physically, to aap apne masjid mein jo imamat ki aati hai, woh nahi karte thay.</w:t>
      </w:r>
    </w:p>
    <w:p>
      <w:pPr>
        <w:jc w:val="right"/>
      </w:pPr>
      <w:r>
        <w:t>جب رسول اللہ کی آخری وقت آ گیا، جب آپ کا ڈیتھ ہونے والی تھی تو کچھ پہلے سے آپ جو کمزوری آ گئی تھی آپ کی فزیکلی، تو آپ اپنے مسجد میں جو امامت کی آتی ہے، وہ نہیں کرتے تھے۔</w:t>
      </w:r>
    </w:p>
    <w:p>
      <w:r>
        <w:rPr>
          <w:b/>
        </w:rPr>
        <w:t xml:space="preserve">[16:53] </w:t>
      </w:r>
      <w:r>
        <w:t>aap apne hujray mein namaz parh lete thay. to ek din aisa hua ke namaz ka jab waqt hua, ghaliban maghrib ka waqt tha, to jo log aaye thay, is mein abubakar nahi thay.</w:t>
      </w:r>
    </w:p>
    <w:p>
      <w:pPr>
        <w:jc w:val="right"/>
      </w:pPr>
      <w:r>
        <w:t>آپ اپنے حجرے میں نماز پڑھ لیتے تھے۔ تو ایک دن ایسا ہوا کہ نماز کا جب وقت ہوا، غالباً مغرب کا وقت تھا، تو جو لوگ آئے تھے، اس میں ابوبکر نہیں تھے۔</w:t>
      </w:r>
    </w:p>
    <w:p>
      <w:r>
        <w:rPr>
          <w:b/>
        </w:rPr>
        <w:t xml:space="preserve">[17:09] </w:t>
      </w:r>
      <w:r>
        <w:t>hazrat abubakar jo senior sahabi thay, to hazrat umar thay. to unhonay logon nay hazrat umar ko imam ki jagah par khara kar diya. yaani peechay saf logon nay bana li, aagay imam ki jo jagah hoti hai, jo namaz ko lead karta hai,</w:t>
      </w:r>
    </w:p>
    <w:p>
      <w:pPr>
        <w:jc w:val="right"/>
      </w:pPr>
      <w:r>
        <w:t>حضرت ابوبکر جو سینئر صحابی تھے، تو حضرت عمر تھے۔ تو انہوں نے لوگوں نے حضرت عمر کو امام کی جگہ پر کھڑا کر دیا۔ یعنی پیچھے صف لوگوں نے بنا لی، آگے امام کی جو جگہ ہوتی ہے، جو نماز کو لیڈ کرتا ہے،</w:t>
      </w:r>
    </w:p>
    <w:p>
      <w:r>
        <w:rPr>
          <w:b/>
        </w:rPr>
        <w:t xml:space="preserve">[17:24] </w:t>
      </w:r>
      <w:r>
        <w:t>is ki jagah par unhonay hazrat umar farooq ko khara kar diya. rasool Allah nay dekha wahan hujray se, yaani woh namaz shuru bhi ho gayi, awaaz suni aap nay to aap nay wahin se kaha ke umar ki imamat par Khuda aur rasool raazi nahi hain.</w:t>
      </w:r>
    </w:p>
    <w:p>
      <w:pPr>
        <w:jc w:val="right"/>
      </w:pPr>
      <w:r>
        <w:t>اس کی جگہ پر انہوں نے حضرت عمر فاروق کو کھڑا کر دیا۔ رسول اللہ نے دیکھا وہاں حجرے سے، یعنی وہ نماز شروع بھی ہو گئی، آواز سنی آپ نے تو آپ نے وہیں سے کہا کہ عمر کی امامت پر خدا اور رسول راضی نہیں ہیں۔</w:t>
      </w:r>
    </w:p>
    <w:p>
      <w:r>
        <w:rPr>
          <w:b/>
        </w:rPr>
        <w:t xml:space="preserve">[17:42] </w:t>
      </w:r>
      <w:r>
        <w:t>zara ghor kijiye ke saf ban chuki hai, imamat ki jagah par woh kharay ho chukay hain, namaz shuru ho chuki hai, aur rasool Allah wahan se kehte hain hujray se ke umar ki imamat par Khuda aur rasool raazi nahi hain.</w:t>
      </w:r>
    </w:p>
    <w:p>
      <w:pPr>
        <w:jc w:val="right"/>
      </w:pPr>
      <w:r>
        <w:t>ذرا غور کیجئے کہ صف بن چکی ہے، امامت کی جگہ پر وہ کھڑے ہو چکے ہیں، نماز شروع ہو چکی ہے، اور رسول اللہ وہاں سے کہتے ہیں حجرے سے کہ عمر کی امامت پر خدا اور رسول راضی نہیں ہیں۔</w:t>
      </w:r>
    </w:p>
    <w:p>
      <w:r>
        <w:rPr>
          <w:b/>
        </w:rPr>
        <w:t xml:space="preserve">[17:59] </w:t>
      </w:r>
      <w:r>
        <w:t>yeh sun kar kya hua? hazrat umar peechay hat gaye. tab tak hazrat abubakar aa chukay thay, logon nay un ko aagay barhaya. log samajh gaye ke rasool Allah kya chahte hain ke abubakar namaz parhayen, namaz ki imamat abubakar karen, na ke umar.</w:t>
      </w:r>
    </w:p>
    <w:p>
      <w:pPr>
        <w:jc w:val="right"/>
      </w:pPr>
      <w:r>
        <w:t>یہ سن کر کیا ہوا؟ حضرت عمر پیچھے ہٹ گئے۔ تب تک حضرت ابوبکر آ چکے تھے، لوگوں نے ان کو آگے بڑھایا۔ لوگ سمجھ گئے کہ رسول اللہ کیا چاہتے ہیں کہ ابوبکر نماز پڑھائیں، نماز کی امامت ابوبکر کریں، نہ کہ عمر۔</w:t>
      </w:r>
    </w:p>
    <w:p>
      <w:r>
        <w:rPr>
          <w:b/>
        </w:rPr>
        <w:t xml:space="preserve">[18:16] </w:t>
      </w:r>
      <w:r>
        <w:t>ab ghor kijiye ke imamat ki jagah par ek aadmi khara hua ho aur namaz shuru kar chuka ho, aur us ko peechay kar diya jaye, ek aur aadmi ko aagay barhaya jaye,</w:t>
      </w:r>
    </w:p>
    <w:p>
      <w:pPr>
        <w:jc w:val="right"/>
      </w:pPr>
      <w:r>
        <w:t>اب غور کیجئے کہ امامت کی جگہ پر ایک آدمی کھڑا ہوا ہو اور نماز شروع کر چکا ہو، اور اس کو پیچھے کر دیا جائے، ایک اور آدمی کو آگے بڑھایا جائے،</w:t>
      </w:r>
    </w:p>
    <w:p>
      <w:r>
        <w:rPr>
          <w:b/>
        </w:rPr>
        <w:t xml:space="preserve">[18:30] </w:t>
      </w:r>
      <w:r>
        <w:t>to dekhnay mein to yeh humiliation ka waqia hai,</w:t>
      </w:r>
    </w:p>
    <w:p>
      <w:pPr>
        <w:jc w:val="right"/>
      </w:pPr>
      <w:r>
        <w:t>تو دیکھنے میں تو یہ ہیومیلیشن کا واقعہ ہے،</w:t>
      </w:r>
    </w:p>
    <w:p>
      <w:r>
        <w:rPr>
          <w:b/>
        </w:rPr>
        <w:t xml:space="preserve">[18:37] </w:t>
      </w:r>
      <w:r>
        <w:t>lekin unhonay react nahi kiya, chup chap peechay aa gaye, aur phir hazrat abubakar aagay barhay, unhonay namaz parhai.</w:t>
      </w:r>
    </w:p>
    <w:p>
      <w:pPr>
        <w:jc w:val="right"/>
      </w:pPr>
      <w:r>
        <w:t>لیکن انہوں نے ری ایکٹ نہیں کیا، چپ چاپ پیچھے آ گئے، اور پھر حضرت ابوبکر آگے بڑھے، انہوں نے نماز پڑھائی۔</w:t>
      </w:r>
    </w:p>
    <w:p>
      <w:r>
        <w:rPr>
          <w:b/>
        </w:rPr>
        <w:t xml:space="preserve">[18:51] </w:t>
      </w:r>
      <w:r>
        <w:t>yeh jo hosla hai, tha sahaba karam mein, isi hoslay ke log baray baray kaam karte hain, jo yeh nahi dekhte ke mujhe mujhe aagay jagah mili hai, mujhe peechay jagah mili hai,</w:t>
      </w:r>
    </w:p>
    <w:p>
      <w:pPr>
        <w:jc w:val="right"/>
      </w:pPr>
      <w:r>
        <w:t>یہ جو حوصلہ ہے، تھا صحابہ کرام میں، اسی حوصلے کے لوگ بڑے بڑے کام کرتے ہیں، جو یہ نہیں دیکھتے کہ مجھے مجھے آگے جگہ ملی ہے، مجھے پیچھے جگہ ملی ہے،</w:t>
      </w:r>
    </w:p>
    <w:p>
      <w:r>
        <w:rPr>
          <w:b/>
        </w:rPr>
        <w:t xml:space="preserve">[19:12] </w:t>
      </w:r>
      <w:r>
        <w:t>mujhe aagay jagah mili hai, aap peechay jagah mili hai. dono halaton mein woh apnay ko normal banaye rakhtay hain, aagay hain, tab bhi peechay hain, tab bhi.</w:t>
      </w:r>
    </w:p>
    <w:p>
      <w:pPr>
        <w:jc w:val="right"/>
      </w:pPr>
      <w:r>
        <w:t>مجھے آگے جگہ ملی ہے، آپ پیچھے جگہ ملی ہے۔ دونوں حالتوں میں وہ اپنے کو نارمل بنائے رکھتے ہیں، آگے ہیں، تب بھی پیچھے ہیں، تب بھی۔</w:t>
      </w:r>
    </w:p>
    <w:p>
      <w:r>
        <w:rPr>
          <w:b/>
        </w:rPr>
        <w:t xml:space="preserve">[19:24] </w:t>
      </w:r>
      <w:r>
        <w:t>yeh bohat bara dil chahiye is ke liye. main aksar kaha karta hoon ke jitna bara dil, utni bari kamyabi hai. to jo log dono ka mizaj yeh ho, kisi maamlay ko izzat ka sawal bana len, humiliate kiya gaya mujh ko, yeh kehne lagen, woh koi bara kaam nahi kar sakte.</w:t>
      </w:r>
    </w:p>
    <w:p>
      <w:pPr>
        <w:jc w:val="right"/>
      </w:pPr>
      <w:r>
        <w:t>یہ بہت بڑا دل چاہیے اس کے لیے۔ میں اکثر کہا کرتا ہوں کہ جتنا بڑا دل، اتنی بڑی کامیابی ہے۔ تو جو لوگ دونوں کا مزاج یہ ہو، کسی معاملے کو عزت کا سوال بنا لیں، ہیومیلیٹ کیا گیا مجھ کو، یہ کہنے لگیں، وہ کوئی بڑا کام نہیں کر سکتے۔</w:t>
      </w:r>
    </w:p>
    <w:p>
      <w:r>
        <w:rPr>
          <w:b/>
        </w:rPr>
        <w:t xml:space="preserve">[19:48] </w:t>
      </w:r>
      <w:r>
        <w:t>yeh sahaba jo thay, itna bara kaam kiya unhonay ke alam mein ek inqilab barpa kar diya, ek aisa inqilab jo kabhi is se pehle nahi aaya tha.</w:t>
      </w:r>
    </w:p>
    <w:p>
      <w:pPr>
        <w:jc w:val="right"/>
      </w:pPr>
      <w:r>
        <w:t>یہ صحابہ جو تھے، اتنا بڑا کام کیا انہوں نے کہ عالم میں ایک انقلاب برپا کر دیا، ایک ایسا انقلاب جو کبھی اس سے پہلے نہیں آیا تھا۔</w:t>
      </w:r>
    </w:p>
    <w:p>
      <w:r>
        <w:rPr>
          <w:b/>
        </w:rPr>
        <w:t xml:space="preserve">[19:59] </w:t>
      </w:r>
      <w:r>
        <w:t>to is ka raaz kya tha? is ka raaz yeh tha ke woh log ego less thay,</w:t>
      </w:r>
    </w:p>
    <w:p>
      <w:pPr>
        <w:jc w:val="right"/>
      </w:pPr>
      <w:r>
        <w:t>تو اس کا راز کیا تھا؟ اس کا راز یہ تھا کہ وہ لوگ ایگو لیس تھے،</w:t>
      </w:r>
    </w:p>
    <w:p>
      <w:r>
        <w:rPr>
          <w:b/>
        </w:rPr>
        <w:t xml:space="preserve">[20:11] </w:t>
      </w:r>
      <w:r>
        <w:t>woh apnay ko oonchi seat par dekhnay ke mizaj nahi rakhtay thay, apnay ko special treatment nahi chahtay thay, woh</w:t>
      </w:r>
    </w:p>
    <w:p>
      <w:pPr>
        <w:jc w:val="right"/>
      </w:pPr>
      <w:r>
        <w:t>وہ اپنے کو اونچی سیٹ پر دیکھنے کے مزاج نہیں رکھتے تھے، اپنے کو اسپیشل ٹریٹمنٹ نہیں چاہتے تھے، وہ</w:t>
      </w:r>
    </w:p>
    <w:p>
      <w:r>
        <w:rPr>
          <w:b/>
        </w:rPr>
        <w:t xml:space="preserve">[20:23] </w:t>
      </w:r>
      <w:r>
        <w:t>balkay jahan bhi unhein khara kar diya jaye, wahin woh apna kaam shuru kar detay thay. to yeh jo qurbani hai, jo sahaba karam nay di, yeh hai raaz un ki azeem taraqqi ka, jo itna bara inqilab laye dunya mein.</w:t>
      </w:r>
    </w:p>
    <w:p>
      <w:pPr>
        <w:jc w:val="right"/>
      </w:pPr>
      <w:r>
        <w:t>بلکہ جہاں بھی انہیں کھڑا کر دیا جائے، وہیں وہ اپنا کام شروع کر دیتے تھے۔ تو یہ جو قربانی ہے، جو صحابہ کرام نے دی، یہ ہے راز ان کی عظیم ترقی کا، جو اتنا بڑا انقلاب لائے دنیا میں۔</w:t>
      </w:r>
    </w:p>
    <w:p>
      <w:r>
        <w:rPr>
          <w:b/>
        </w:rPr>
        <w:t xml:space="preserve">[20:41] </w:t>
      </w:r>
      <w:r>
        <w:t>is ki wajah yeh thi ke un ke andar yeh sifat thi, woh ego se khaali thay, woh arrogance se khaali thay, woh complex free log thay.</w:t>
      </w:r>
    </w:p>
    <w:p>
      <w:pPr>
        <w:jc w:val="right"/>
      </w:pPr>
      <w:r>
        <w:t>اس کی وجہ یہ تھی کہ ان کے اندر یہ صفت تھی، وہ ایگو سے خالی تھے، وہ اروگنس سے خالی تھے، وہ کمپلیکس فری لوگ تھے۔</w:t>
      </w:r>
    </w:p>
    <w:p>
      <w:r>
        <w:rPr>
          <w:b/>
        </w:rPr>
        <w:t xml:space="preserve">[20:53] </w:t>
      </w:r>
      <w:r>
        <w:t>hazrat umar farooq jo khalifa thay, second khalifa, aur us zamanay mein jo empire thi Islam ki, woh is se bari thi jitni aaj george bush ki empire hai, is se bohat bari thi.</w:t>
      </w:r>
    </w:p>
    <w:p>
      <w:pPr>
        <w:jc w:val="right"/>
      </w:pPr>
      <w:r>
        <w:t>حضرت عمر فاروق جو خلیفہ تھے، سیکنڈ کیلیف، اور اس زمانے میں جو ایمپائر تھی اسلام کی، وہ اس سے بڑی تھی جتنی آج جارج بش کی ایمپائر ہے، اس سے بہت بڑی تھی۔</w:t>
      </w:r>
    </w:p>
    <w:p>
      <w:r>
        <w:rPr>
          <w:b/>
        </w:rPr>
        <w:t xml:space="preserve">[21:07] </w:t>
      </w:r>
      <w:r>
        <w:t>yaani yeh shia se le kar Africa tak phaili hui thi. to ek din aisa hua ke woh masjid mein kharay hue bolnay ke liye, jis ko hum khutba kehtay hain,</w:t>
      </w:r>
    </w:p>
    <w:p>
      <w:pPr>
        <w:jc w:val="right"/>
      </w:pPr>
      <w:r>
        <w:t>یعنی یہ شیعہ سے لے کر افریقہ تک پھیلی ہوئی تھی۔ تو ایک دن ایسا ہوا کہ وہ مسجد میں کھڑے ہوئے بولنے کے لیے، جس کو ہم خطبہ کہتے ہیں،</w:t>
      </w:r>
    </w:p>
    <w:p>
      <w:r>
        <w:rPr>
          <w:b/>
        </w:rPr>
        <w:t xml:space="preserve">[21:22] </w:t>
      </w:r>
      <w:r>
        <w:t>to unhonay kaha ke agar yaani jo audience tha, audience nay kaha ke agar tum dekho ke main teṛha ho gaya hoon, matlab koi ahl-e-bajaz ke lafz istemal kiya unhonay, us ko main teṛha hotay hain, yaani main koi bhatak gaya hoon, koi galat kaam kar raha hoon, to tum kya karoge?</w:t>
      </w:r>
    </w:p>
    <w:p>
      <w:pPr>
        <w:jc w:val="right"/>
      </w:pPr>
      <w:r>
        <w:t>تو انہوں نے کہا کہ اگر یعنی جو آڈینس تھا، آڈینس نے کہا کہ اگر تم دیکھو کہ میں ٹیڑھا ہو گیا ہوں، مطلب کوئی اہل بجاج کے لفظ استعمال کیا انہوں نے، اس کو میں ٹیڑھا ہوتے ہیں، یعنی میں کوئی بھٹک گیا ہوں، کوئی غلط کام کر رہا ہوں، تو تم کیا کرو گے؟</w:t>
      </w:r>
    </w:p>
    <w:p>
      <w:r>
        <w:rPr>
          <w:b/>
        </w:rPr>
        <w:t xml:space="preserve">[21:43] </w:t>
      </w:r>
      <w:r>
        <w:t>to ek aadmi bola audience mein se ke hum tumhare teṛhay pan ko talwar se seedha kar denge,</w:t>
      </w:r>
    </w:p>
    <w:p>
      <w:pPr>
        <w:jc w:val="right"/>
      </w:pPr>
      <w:r>
        <w:t>تو ایک آدمی بولا آڈینس میں سے کہ ہم تمہارے ٹیڑھے پن کو تلوار سے سیدھا کر دیں گے،</w:t>
      </w:r>
    </w:p>
    <w:p>
      <w:r>
        <w:rPr>
          <w:b/>
        </w:rPr>
        <w:t xml:space="preserve">[21:54] </w:t>
      </w:r>
      <w:r>
        <w:t>hum jab dekhenge tumhare andar teṛha pan, kaha phir talwaron se us ko seedha kar denge.</w:t>
      </w:r>
    </w:p>
    <w:p>
      <w:pPr>
        <w:jc w:val="right"/>
      </w:pPr>
      <w:r>
        <w:t>ہم جب دیکھیں گے تمہارے اندر ٹیڑھا پن، کہا پھر تلواروں سے اس کو سیدھا کر دیں گے۔</w:t>
      </w:r>
    </w:p>
    <w:p>
      <w:r>
        <w:rPr>
          <w:b/>
        </w:rPr>
        <w:t xml:space="preserve">[22:05] </w:t>
      </w:r>
      <w:r>
        <w:t>to kiya hua? yani woh un ki hesiyat ruler ki thi, aur jo aadmi bola tha, woh aik aam aadmi tha, common man tha.</w:t>
      </w:r>
    </w:p>
    <w:p>
      <w:pPr>
        <w:jc w:val="right"/>
      </w:pPr>
      <w:r>
        <w:t>تو کیا ہوا؟ یعنی وہ ان کی حیثیت رولر کی تھی، اور جو آدمی بولا تھا، وہ ایک عام آدمی تھا، کامن مین تھا۔</w:t>
      </w:r>
    </w:p>
    <w:p>
      <w:r>
        <w:rPr>
          <w:b/>
        </w:rPr>
        <w:t xml:space="preserve">[22:15] </w:t>
      </w:r>
      <w:r>
        <w:t>aap member se utar paray, aap ne kaha ke shukar hai us khuda ka ke mein aisay logon ke beech mein hoon ke agar mein teṛha chaloon to aisay log hain jo mujhe seedha kar dain ge, woh mujhe teṛhay par par chalne nahi dain ge,</w:t>
      </w:r>
    </w:p>
    <w:p>
      <w:pPr>
        <w:jc w:val="right"/>
      </w:pPr>
      <w:r>
        <w:t>آپ ممبر سے اتر پڑے، آپ نے کہا کہ شکر ہے اس خدا کا کہ میں ایسے لوگوں کے بیچ میں ہوں کہ اگر میں ٹیڑھا چلوں تو ایسے لوگ ہیں جو مجھے سیدھا کر دیں گے، وہ مجھے ٹیڑھے پر پر چلنے نہیں دیں گے،</w:t>
      </w:r>
    </w:p>
    <w:p>
      <w:r>
        <w:rPr>
          <w:b/>
        </w:rPr>
        <w:t xml:space="preserve">[22:33] </w:t>
      </w:r>
      <w:r>
        <w:t>mujhe ghalati par chalne nahi dain ge, aik seedhay rastay par mujhe le aayen ge. is par unhon ne shukar ada kiya, yani jis baat par ghussa hona chahiye, jis par aap unhein us ko gardan marwani chahiye, us ko pakṛ ke jailen band karna chahiye,</w:t>
      </w:r>
    </w:p>
    <w:p>
      <w:pPr>
        <w:jc w:val="right"/>
      </w:pPr>
      <w:r>
        <w:t>مجھے غلطی پر چلنے نہیں دیں گے، ایک سیدھے راستے پر مجھے لے آئیں گے۔ اس پر انہوں نے شکر ادا کیا، یعنی جس بات پر غصہ ہونا چاہیے، جس پر آپ انہیں اس کو گردن مروانی چاہیے، اس کو پکڑ کے جیلیں بند کرنا چاہیے،</w:t>
      </w:r>
    </w:p>
    <w:p>
      <w:r>
        <w:rPr>
          <w:b/>
        </w:rPr>
        <w:t xml:space="preserve">[22:48] </w:t>
      </w:r>
      <w:r>
        <w:t>kyun ke yeh bohat hi sakht criticism tha. yeh yani criticism ko laiq pasand karna, criticism ka ko welcome karna aik bohat baṛi value hai.</w:t>
      </w:r>
    </w:p>
    <w:p>
      <w:pPr>
        <w:jc w:val="right"/>
      </w:pPr>
      <w:r>
        <w:t>کیونکہ یہ بہت ہی سخت کریٹیسزم تھی۔ یہ یعنی کریٹیسزم کو لائق پسند کرنا، کریٹیسزم کا کو ویلکم کرنا ایک بہت بڑی ویلیو ہے۔</w:t>
      </w:r>
    </w:p>
    <w:p>
      <w:r>
        <w:rPr>
          <w:b/>
        </w:rPr>
        <w:t xml:space="preserve">[22:59] </w:t>
      </w:r>
      <w:r>
        <w:t>mein samajhta hoon ke is tarah ke waqeat jo sahaba ke haan milte hain, woh woh is ki bohat baṛi misaal hain. aik sahabi thay, un ka naam hai abdul rehman bin auf, aik aur sahabi hain, un ka naam hai khalid bin waleed.</w:t>
      </w:r>
    </w:p>
    <w:p>
      <w:pPr>
        <w:jc w:val="right"/>
      </w:pPr>
      <w:r>
        <w:t>میں سمجھتا ہوں کہ اس طرح کے واقعات جو صحابہ کے ہاں ملتے ہیں، وہ وہ اس کی بہت بڑی مثال ہیں۔ ایک صحابی تھے، ان کا نام ہے عبدالرحمن بن عوف، ایک اور صحابی ہیں، ان کا نام ہے خالد بن الولید۔</w:t>
      </w:r>
    </w:p>
    <w:p>
      <w:r>
        <w:rPr>
          <w:b/>
        </w:rPr>
        <w:t xml:space="preserve">[23:17] </w:t>
      </w:r>
      <w:r>
        <w:t>yeh bohat ajeeb waqea hai, khalid bin waleed aur abdul rehman auf mein aik aik koi controversy ho gayi, koi land ko le kar ya koi aisa property ko le kar ke, koi controversy kuch ho gayi.</w:t>
      </w:r>
    </w:p>
    <w:p>
      <w:pPr>
        <w:jc w:val="right"/>
      </w:pPr>
      <w:r>
        <w:t>یہ بہت عجیب واقعہ ہے، خالد بن الولید اور عبدالرحمن عوف میں ایک ایک کوئی کنٹروورسی ہو گئی، کوئی لینڈ کو لے کر یا کوئی ایسا پراپرٹی کو لے کر کے، کوئی کنٹروورسی کچھ ہو گئی۔</w:t>
      </w:r>
    </w:p>
    <w:p>
      <w:r>
        <w:rPr>
          <w:b/>
        </w:rPr>
        <w:t xml:space="preserve">[23:31] </w:t>
      </w:r>
      <w:r>
        <w:t>to aik aadmi aaya abdul rehman auf ke paas, us ne khalid ko bura kaha ke yeh to aisay hi hain, un ka iman to aisay hi hai, yani khalid ko unhon ne degrade kiya aur un ki yani un ko islam mein kamtar darja diya khalid ko.</w:t>
      </w:r>
    </w:p>
    <w:p>
      <w:pPr>
        <w:jc w:val="right"/>
      </w:pPr>
      <w:r>
        <w:t>تو ایک آدمی آیا عبدالرحمن عوف کے پاس، اس نے خالد کو برا کہا کہ یہ تو ایسے ہی ہیں، ان کا ایمان تو ایسے ہی ہے، یعنی خالد کو انہوں نے ڈی گریڈ کیا اور ان کی یعنی ان کو اسلام میں کمتر درجہ دیا خالد کو۔</w:t>
      </w:r>
    </w:p>
    <w:p>
      <w:r>
        <w:rPr>
          <w:b/>
        </w:rPr>
        <w:t xml:space="preserve">[24:00] </w:t>
      </w:r>
      <w:r>
        <w:t>to masla to tha property ka, aur is aadmi ne un ke deen par hamla kiya, deen par attack kiya ke un ka deen, un ka iman bohat kamzor hai.</w:t>
      </w:r>
    </w:p>
    <w:p>
      <w:pPr>
        <w:jc w:val="right"/>
      </w:pPr>
      <w:r>
        <w:t>تو مسئلہ تو تھا پراپرٹی کا، اور اس آدمی نے ان کے دین پر حملہ کیا، دین پر اٹیک کیا کہ ان کا دین، ان کا ایمان بہت کمزور ہے۔</w:t>
      </w:r>
    </w:p>
    <w:p>
      <w:r>
        <w:rPr>
          <w:b/>
        </w:rPr>
        <w:t xml:space="preserve">[24:10] </w:t>
      </w:r>
      <w:r>
        <w:t>to jantay hain kiya hua? abdul rehman auf ne kaha: "meh meh bina lum labin dinna door ho", yani is se lazzat lazzat nahi liya ke jo mera rival hai, kitna kharab aadmi hai.</w:t>
      </w:r>
    </w:p>
    <w:p>
      <w:pPr>
        <w:jc w:val="right"/>
      </w:pPr>
      <w:r>
        <w:t>تو جانتے ہیں کیا ہوا؟ عبدالرحمن بن عوف نے کہا: "مہ مہ بینا لم لبن دیننا دور ہو"، یعنی اس سے لذت لذت نہیں لیا کہ جو میرا رائیول ہے، کتنا خراب آدمی ہے۔</w:t>
      </w:r>
    </w:p>
    <w:p>
      <w:r>
        <w:rPr>
          <w:b/>
        </w:rPr>
        <w:t xml:space="preserve">[24:31] </w:t>
      </w:r>
      <w:r>
        <w:t>to lazzat leta hai aadmi, yani koi mera rival ho, us ki burai burai ki jaye to mujhe mere nafs ko lazzat milti hai, mujhe acha lagta hai sun kar ke.</w:t>
      </w:r>
    </w:p>
    <w:p>
      <w:pPr>
        <w:jc w:val="right"/>
      </w:pPr>
      <w:r>
        <w:t>تو لذت لیتا ہے آدمی، یعنی کوئی میرا رائیول ہو، اس کی برائی برائی کی جائے تو مجھے میرے نفس کو لذت ملتی ہے، مجھے اچھا لگتا ہے سن کر کے۔</w:t>
      </w:r>
    </w:p>
    <w:p>
      <w:r>
        <w:rPr>
          <w:b/>
        </w:rPr>
        <w:t xml:space="preserve">[24:43] </w:t>
      </w:r>
      <w:r>
        <w:t>unhon ne kaha ke: "meh bina lum labin dinna door ho", hamare in ke darmiyan jo controversy hai, woh hamare deen tak nahi pohnche gi.</w:t>
      </w:r>
    </w:p>
    <w:p>
      <w:pPr>
        <w:jc w:val="right"/>
      </w:pPr>
      <w:r>
        <w:t>انہوں نے کہا کہ: "مہ بینا لم لبن دیننا دور ہو"، ہمارے ان کے درمیان جو کنٹروورسی ہے، وہ ہمارے دین تک نہیں پہنچے گی۔</w:t>
      </w:r>
    </w:p>
    <w:p>
      <w:r>
        <w:rPr>
          <w:b/>
        </w:rPr>
        <w:t xml:space="preserve">[24:59] </w:t>
      </w:r>
      <w:r>
        <w:t>hamare in ke darmiyan jo controversy hai, woh hamare deen tak nahi pohnche gi, yani aisa nahi hoga ke hum controversy to hai property ke maamle mein, aur hum kiya karein, un ke deen ko napne lagen, un ke iman ko napne lagen.</w:t>
      </w:r>
    </w:p>
    <w:p>
      <w:pPr>
        <w:jc w:val="right"/>
      </w:pPr>
      <w:r>
        <w:t>ہمارے ان کے درمیان جو کنٹروورسی ہے، وہ ہمارے دین تک نہیں پہنچے گی، یعنی ایسا نہیں ہوگا کہ ہم کنٹروورسی تو ہے پراپرٹی کے معاملے میں، اور ہم کیا کریں، ان کے دین کو ناپنے لگیں، ان کے ایمان کو ناپنے لگیں۔</w:t>
      </w:r>
    </w:p>
    <w:p>
      <w:r>
        <w:rPr>
          <w:b/>
        </w:rPr>
        <w:t xml:space="preserve">[25:13] </w:t>
      </w:r>
      <w:r>
        <w:t>hum aisa nahi karein ge.</w:t>
      </w:r>
    </w:p>
    <w:p>
      <w:pPr>
        <w:jc w:val="right"/>
      </w:pPr>
      <w:r>
        <w:t>ہم ایسا نہیں کریں گے۔</w:t>
      </w:r>
    </w:p>
    <w:p>
      <w:r>
        <w:rPr>
          <w:b/>
        </w:rPr>
        <w:t xml:space="preserve">[25:17] </w:t>
      </w:r>
      <w:r>
        <w:t>yeh kitni baṛi value hai ke kisi niza ko, kisi controversy ko usi had tak rakhna jo ke had hai, us ki us se bahar na le jana.</w:t>
      </w:r>
    </w:p>
    <w:p>
      <w:pPr>
        <w:jc w:val="right"/>
      </w:pPr>
      <w:r>
        <w:t>یہ کتنی بڑی ویلیو ہے کہ کسی نزاع کو، کسی کنٹروورسی کو اسی حد تک رکھنا جو کہ حد ہے، اس کی اس سے باہر نہ لے جانا۔</w:t>
      </w:r>
    </w:p>
    <w:p>
      <w:r>
        <w:rPr>
          <w:b/>
        </w:rPr>
        <w:t xml:space="preserve">[25:31] </w:t>
      </w:r>
      <w:r>
        <w:t>to unhon ne kaha ke: "meh bina lum labin dinna door jao", hamare in ke darmiyan jo controversy hai, wohin tak woh simat rahe gi, aur hum is se baṛh kar woh hamare iman aur deen tak nahi pohnche gi.</w:t>
      </w:r>
    </w:p>
    <w:p>
      <w:pPr>
        <w:jc w:val="right"/>
      </w:pPr>
      <w:r>
        <w:t>تو انہوں نے کہا کہ: "مہ بینا لم لبن دیننا دور ہو جاؤ"، ہمارے ان کے درمیان جو کنٹروورسی ہے، وہیں تک وہ سیمت رہے گی، اور ہم اس سے بڑھ کر وہ ہمارے ایمان اور دین تک نہیں پہنچے گی۔</w:t>
      </w:r>
    </w:p>
    <w:p>
      <w:r>
        <w:rPr>
          <w:b/>
        </w:rPr>
        <w:t xml:space="preserve">[25:47] </w:t>
      </w:r>
      <w:r>
        <w:t>aisa nahi hoga ke hum is ki wajah se is ke iman ko napen, is ke deen ke upar shakk, is ke deen ke upar shakk par shakk karne lagen. aisa nahi hone wala hai.</w:t>
      </w:r>
    </w:p>
    <w:p>
      <w:pPr>
        <w:jc w:val="right"/>
      </w:pPr>
      <w:r>
        <w:t>ایسا نہیں ہوگا کہ ہم اس کی وجہ سے اس کے ایمان کو ناپیں، اس کے دین کے اوپر شک، اس کے دین کے اوپر شک پر شک کرنے لگیں۔ ایسا نہیں ہونے والا ہے۔</w:t>
      </w:r>
    </w:p>
    <w:p>
      <w:r>
        <w:rPr>
          <w:b/>
        </w:rPr>
        <w:t xml:space="preserve">[25:59] </w:t>
      </w:r>
      <w:r>
        <w:t>aik waqea hai ke rasool Allah aik martaba bethe hue thay aik jagah, to aik aadmi samnay se guzra. aap ne kaha ke yeh jannati hai.</w:t>
      </w:r>
    </w:p>
    <w:p>
      <w:pPr>
        <w:jc w:val="right"/>
      </w:pPr>
      <w:r>
        <w:t>ایک واقعہ ہے کہ رسول اللہ ایک مرتبہ بیٹھے ہوئے تھے ایک جگہ، تو ایک آدمی سامنے سے گزرا۔ آپ نے کہا کہ یہ جنتی ہے۔</w:t>
      </w:r>
    </w:p>
    <w:p>
      <w:r>
        <w:rPr>
          <w:b/>
        </w:rPr>
        <w:t xml:space="preserve">[26:12] </w:t>
      </w:r>
      <w:r>
        <w:t>woh aadmi guzar ke chala gaya, to aik aadmi gaya us ke ghar yeh pata karne ke liye ke yeh aadmi is ke andar kiya sifat hai. teen tak teen din tak raha us ke paas, kuch samajh mein nahi aayi, koi khaas baat nahi dekhi us ne.</w:t>
      </w:r>
    </w:p>
    <w:p>
      <w:pPr>
        <w:jc w:val="right"/>
      </w:pPr>
      <w:r>
        <w:t>وہ آدمی گزر کے چلا گیا، تو ایک آدمی گیا اس کے گھر یہ پتہ کرنے کے لیے کہ یہ آدمی اس کے اندر کیا صفت ہے۔ تین تک تین دن تک رہا اس کے پاس، کچھ سمجھ میں نہیں آئی، کوئی خاص بات نہیں دیکھی اس نے۔</w:t>
      </w:r>
    </w:p>
    <w:p>
      <w:r>
        <w:rPr>
          <w:b/>
        </w:rPr>
        <w:t xml:space="preserve">[26:30] </w:t>
      </w:r>
      <w:r>
        <w:t>to to aakhri din us ne poocha ke: "bhai tumhare andar kiya sifat hai?" to kaha: "rasool Allah ne kaha ke tum jannati ho". to unhon ne kaha ke: "mein aik aik ویسے hi jaisa ke tum ne dekha, mujhe koi khaas baat nahi mere andar hai ke raat din namaz parhoon, raat din quran ki tilawat karoon, roze roze rakhoon, yeh sab baatein nahi mere andar hain." aik baat hai,</w:t>
      </w:r>
    </w:p>
    <w:p>
      <w:pPr>
        <w:jc w:val="right"/>
      </w:pPr>
      <w:r>
        <w:t>تو تو آخری دن اس نے پوچھا کہ: "بھئی تمہارے اندر کیا صفت ہے؟" تو کہا: "رسول اللہ نے کہا کہ تم جنتی ہو"۔ تو انہوں نے کہا کہ: "میں ایک ایک ویسے ہی جیسا کہ تم نے دیکھا، مجھے کوئی خاص بات نہیں میرے اندر ہے کہ رات دن نماز پڑھوں، رات دن قرآن کی تلاوت کروں، روزہ روزے رکھوں، یہ سب باتیں نہیں میرے اندر ہیں۔" ایک بات ہے،</w:t>
      </w:r>
    </w:p>
    <w:p>
      <w:r>
        <w:rPr>
          <w:b/>
        </w:rPr>
        <w:t xml:space="preserve">[26:52] </w:t>
      </w:r>
      <w:r>
        <w:t>us ne kaha ke: "la ajdu la ajdu so lahad", mein apne dil mein kisi ke liye burai nahi pata.</w:t>
      </w:r>
    </w:p>
    <w:p>
      <w:pPr>
        <w:jc w:val="right"/>
      </w:pPr>
      <w:r>
        <w:t>اس نے کہا کہ: "لا اجدو لا اجدو سو لحد"، میں اپنے دل میں کسی کے لیے برائی نہیں پاتا۔</w:t>
      </w:r>
    </w:p>
    <w:p>
      <w:r>
        <w:rPr>
          <w:b/>
        </w:rPr>
        <w:t xml:space="preserve">[27:06] </w:t>
      </w:r>
      <w:r>
        <w:t>"la ajdu so lahad" yeh yeh sentence koi simple sentence nahi hai. kyun? dekhiye, khwamkhwah kisi ka dil kisi ke liye bura nahi hota.</w:t>
      </w:r>
    </w:p>
    <w:p>
      <w:pPr>
        <w:jc w:val="right"/>
      </w:pPr>
      <w:r>
        <w:t>"لا اجدو سو لحد" یہ یہ سینٹنس کوئی سمپل سینٹنس نہیں ہے۔ کیوں؟ دیکھیے، خوامخواہ کسی کا دل کسی کے لیے برا نہیں ہوتا۔</w:t>
      </w:r>
    </w:p>
    <w:p>
      <w:r>
        <w:rPr>
          <w:b/>
        </w:rPr>
        <w:t xml:space="preserve">[27:21] </w:t>
      </w:r>
      <w:r>
        <w:t>koi is ki taraf se koi aap ko yani negative experience hota hai, tab hota hai. yeh namumkin hai ke is se koi baat na paray, is se koi jhagṛa na ho, is se koi ghalat dealing na ho, aur phir bhi aap is ke baray mein apne dil mein burai rakh lein.</w:t>
      </w:r>
    </w:p>
    <w:p>
      <w:pPr>
        <w:jc w:val="right"/>
      </w:pPr>
      <w:r>
        <w:t>کوئی اس کی طرف سے کوئی آپ کو یعنی نیگیٹیو ایکسپیرینس ہوتا ہے، تب ہوتا ہے۔ یہ ناممکن ہے کہ اس سے کوئی بات نہ پڑے، اس سے کوئی جھگڑا نہ ہو، اس سے کوئی غلط ڈیلنگ نہ ہو، اور پھر بھی آپ اس کے بارے میں اپنے دل میں برائی رکھ لیں۔</w:t>
      </w:r>
    </w:p>
    <w:p>
      <w:r>
        <w:rPr>
          <w:b/>
        </w:rPr>
        <w:t xml:space="preserve">[27:39] </w:t>
      </w:r>
      <w:r>
        <w:t>aisa nahi hota, kabhi bhi aisa nahi hota. jo hota hai, woh yeh hota hai ke is ne koi aap ko kaṛi baat keh di, is se aap ko koi loss ho gaya, is ki taraf se aap ko koi humiliation ka tajurba hua, to aap is ke ghussa ho jatay hain, aap ke dil mein is ke liye burai aa jati hai.</w:t>
      </w:r>
    </w:p>
    <w:p>
      <w:pPr>
        <w:jc w:val="right"/>
      </w:pPr>
      <w:r>
        <w:t>ایسا نہیں ہوتا، کبھی بھی ایسا نہیں ہوتا۔ جو ہوتا ہے، وہ یہ ہوتا ہے کہ اس نے کوئی آپ کو کڑی بات کہہ دی، اس سے آپ کو کوئی لاس ہو گیا، اس کی طرف سے آپ کو کوئی ہیومیلیشن کا تجربہ ہوا، تو آپ اس کے غصہ ہو جاتے ہیں، آپ کے دل میں اس کے لیے برائی آ جاتی ہے۔</w:t>
      </w:r>
    </w:p>
    <w:p>
      <w:r>
        <w:rPr>
          <w:b/>
        </w:rPr>
        <w:t xml:space="preserve">[27:57] </w:t>
      </w:r>
      <w:r>
        <w:t>to jab is ne yeh kaha ke mein apne dil mein kisi ke liye burai nahi pata, to is mein yeh add karna parhe ga ke agarchay woh mere sath burai kare, agarchay woh mujhe ghussa dilaye, agarchay woh mujhe provoke kare,</w:t>
      </w:r>
    </w:p>
    <w:p>
      <w:pPr>
        <w:jc w:val="right"/>
      </w:pPr>
      <w:r>
        <w:t>تو جب اس نے یہ کہا کہ میں اپنے دل میں کسی کے لیے برائی نہیں پاتا، تو اس میں یہ ایڈ کرنا پڑے گا کہ اگرچہ وہ میرے ساتھ برائی کرے، اگرچہ وہ مجھے غصہ دلائے، اگرچہ وہ مجھے پرووک کرے،</w:t>
      </w:r>
    </w:p>
    <w:p>
      <w:r>
        <w:rPr>
          <w:b/>
        </w:rPr>
        <w:t xml:space="preserve">[28:12] </w:t>
      </w:r>
      <w:r>
        <w:t>agarchay is se mujhe nuqsan ho, agarchay is se mujhe bura experience ho, tab bhi mein apne dil mein is ke liye koi burai nahi, burai ko janam nahi deta, burai le kar nahi baith jata.</w:t>
      </w:r>
    </w:p>
    <w:p>
      <w:pPr>
        <w:jc w:val="right"/>
      </w:pPr>
      <w:r>
        <w:t>اگرچہ اس سے مجھے نقصان ہو، اگرچہ اس سے مجھے برا ایکسپیرینس ہو، تب بھی میں اپنے دل میں اس کے لیے کوئی برائی نہیں، برائی کو جنم نہیں دیتا، برائی لے کر نہیں بیٹھ جاتا۔</w:t>
      </w:r>
    </w:p>
    <w:p>
      <w:r>
        <w:rPr>
          <w:b/>
        </w:rPr>
        <w:t xml:space="preserve">[28:27] </w:t>
      </w:r>
      <w:r>
        <w:t>yani</w:t>
      </w:r>
    </w:p>
    <w:p>
      <w:pPr>
        <w:jc w:val="right"/>
      </w:pPr>
      <w:r>
        <w:t>یعنی</w:t>
      </w:r>
    </w:p>
    <w:p>
      <w:r>
        <w:rPr>
          <w:b/>
        </w:rPr>
        <w:t xml:space="preserve">[28:30] </w:t>
      </w:r>
      <w:r>
        <w:t>negative situation mein bhi main positive bana rehta hoon, negative situation mein bhi main positive bana rehta hoon.</w:t>
      </w:r>
    </w:p>
    <w:p>
      <w:pPr>
        <w:jc w:val="right"/>
      </w:pPr>
      <w:r>
        <w:t>نیگیٹیو سچوئیشن میں بھی میں پازیٹیو بنا رہتا ہوں، نیگیٹیو سچوئیشن میں بھی میں پازیٹیو بنا رہتا ہوں۔</w:t>
      </w:r>
    </w:p>
    <w:p>
      <w:r>
        <w:rPr>
          <w:b/>
        </w:rPr>
        <w:t xml:space="preserve">[28:40] </w:t>
      </w:r>
      <w:r>
        <w:t>doosron ki taraf se bura tajurba ho, tab bhi main apni taraf se unko unke bare mein bura nahi sochta. to yeh woh sifat hai jiske bare mein rasool Allah ne kaha ke jis ke andar aisi baat ho, woh paradise mein jayega.</w:t>
      </w:r>
    </w:p>
    <w:p>
      <w:pPr>
        <w:jc w:val="right"/>
      </w:pPr>
      <w:r>
        <w:t>دوسروں کی طرف سے برا تجربہ ہو، تب بھی میں اپنی طرف سے ان کو ان کے بارے میں برا نہیں سوچتا۔ تو یہ وہ صفت ہے جس کے بارے میں رسول اللہ نے کہا کہ جس کے اندر ایسی بات ہو، وہ پیراڈائز میں جائے گا۔</w:t>
      </w:r>
    </w:p>
    <w:p>
      <w:r>
        <w:rPr>
          <w:b/>
        </w:rPr>
        <w:t xml:space="preserve">[28:56] </w:t>
      </w:r>
      <w:r>
        <w:t>do sahabi ke beech mein ek jhagda hua ek land ke bare mein. aap jante hain, kuch zamane mein likha padhi hoti ya nahi hoti thi, jaise aaj kal hoti hai, paper hote hain.</w:t>
      </w:r>
    </w:p>
    <w:p>
      <w:pPr>
        <w:jc w:val="right"/>
      </w:pPr>
      <w:r>
        <w:t>دو صحابی کے بیچ میں ایک جھگڑا ہوا ایک لینڈ کے بارے میں۔ آپ جانتے ہیں، کچھ زمانے میں لکھا پڑھی ہوتی یا نہیں ہوتی تھی، جیسے آج کل ہوتی ہے، پیپر ہوتے ہیں۔</w:t>
      </w:r>
    </w:p>
    <w:p>
      <w:r>
        <w:rPr>
          <w:b/>
        </w:rPr>
        <w:t xml:space="preserve">[29:08] </w:t>
      </w:r>
      <w:r>
        <w:t>is zamane mein aise paper nahi hote the. to do aadmi claim karne lage ek land ke bare mein ke yeh meri hai, woh kehte hain meri hai.</w:t>
      </w:r>
    </w:p>
    <w:p>
      <w:pPr>
        <w:jc w:val="right"/>
      </w:pPr>
      <w:r>
        <w:t>اس زمانے میں ایسے پیپر نہیں ہوتے تھے۔ تو دو آدمی کلیم کرنے لگے ایک لینڈ کے بارے میں کہ یہ میری ہے، وہ کہتے ہیں میری ہے۔</w:t>
      </w:r>
    </w:p>
    <w:p>
      <w:r>
        <w:rPr>
          <w:b/>
        </w:rPr>
        <w:t xml:space="preserve">[29:21] </w:t>
      </w:r>
      <w:r>
        <w:t>to dono aadmi rasool Allah ke paas aaye, aap ne kaha ke dekho, paper ki shakal mein to koi documentary proof hai nahi, ab tumhari baat sun kar hi main koi faisla karunga.</w:t>
      </w:r>
    </w:p>
    <w:p>
      <w:pPr>
        <w:jc w:val="right"/>
      </w:pPr>
      <w:r>
        <w:t>تو دونوں آدمی رسول اللہ کے پاس آئے، آپ نے کہا کہ دیکھو، پیپر کی شکل میں تو کوئی ڈاکومنٹری پروف ہے نہیں، اب تمہاری بات سن کر ہی میں کوئی فیصلہ کروں گا۔</w:t>
      </w:r>
    </w:p>
    <w:p>
      <w:r>
        <w:rPr>
          <w:b/>
        </w:rPr>
        <w:t xml:space="preserve">[29:37] </w:t>
      </w:r>
      <w:r>
        <w:t>lekin ek baat samajh lo ke agar tum mein se kisi baat ka, tum mein se kisi ki baat ko sun kar ke mujhe asar ho jaye, aur us ko main zameen de doon,</w:t>
      </w:r>
    </w:p>
    <w:p>
      <w:pPr>
        <w:jc w:val="right"/>
      </w:pPr>
      <w:r>
        <w:t>لیکن ایک بات سمجھ لو کہ اگر تم میں سے کسی بات کا، تم میں سے کسی کی بات کو سن کر کے مجھے اثر ہو جائے، اور اس کو میں زمین دے دوں،</w:t>
      </w:r>
    </w:p>
    <w:p>
      <w:r>
        <w:rPr>
          <w:b/>
        </w:rPr>
        <w:t xml:space="preserve">[29:52] </w:t>
      </w:r>
      <w:r>
        <w:t>halanke zameen us ki nahi hai, yani jo yani real sense mein us ka owner nahi hai, us ko main zameen de doon, due to absence of document,</w:t>
      </w:r>
    </w:p>
    <w:p>
      <w:pPr>
        <w:jc w:val="right"/>
      </w:pPr>
      <w:r>
        <w:t>حالانکہ زمین اس کی نہیں ہے، یعنی جو یعنی ریئل سینس میں اس کا اونر نہیں ہے، اس کو میں زمین دے دوں، ڈیو ٹو ایبسنس آف ڈاکومنٹ،</w:t>
      </w:r>
    </w:p>
    <w:p>
      <w:r>
        <w:rPr>
          <w:b/>
        </w:rPr>
        <w:t xml:space="preserve">[30:06] </w:t>
      </w:r>
      <w:r>
        <w:t>tab bhi zameen us ki nahi hogi, aur aakhirat mein woh Khuda ke haan pakda jayega. woh to kya hua?</w:t>
      </w:r>
    </w:p>
    <w:p>
      <w:pPr>
        <w:jc w:val="right"/>
      </w:pPr>
      <w:r>
        <w:t>تب بھی زمین اس کی نہیں ہوگی، اور آخرت میں وہ خدا کے ہاں پکڑا جائے گا۔ وہ تو کیا ہوا؟</w:t>
      </w:r>
    </w:p>
    <w:p>
      <w:r>
        <w:rPr>
          <w:b/>
        </w:rPr>
        <w:t xml:space="preserve">[30:16] </w:t>
      </w:r>
      <w:r>
        <w:t>dono ne dono yeh kehne lage: "haqi le akhi haqi le akhi". agar zameen meri ho to maine us ko diya, agar zameen meri ho to maine us ko diya.</w:t>
      </w:r>
    </w:p>
    <w:p>
      <w:pPr>
        <w:jc w:val="right"/>
      </w:pPr>
      <w:r>
        <w:t>دونوں نے دونوں یہ کہنے لگے: "حقی لے اخی حقی لے اخی"۔ اگر زمین میری ہو تو میں نے اس کو دیا، اگر زمین میری ہو تو میں نے اس کو دیا۔</w:t>
      </w:r>
    </w:p>
    <w:p>
      <w:r>
        <w:rPr>
          <w:b/>
        </w:rPr>
        <w:t xml:space="preserve">[30:30] </w:t>
      </w:r>
      <w:r>
        <w:t>yani wohi do aadmi jo pehle lad rahe the ek zameen ke liye, ek land ke liye, ab kya keh rahe hain ke agar zameen meri ho to maine us ko de diya?</w:t>
      </w:r>
    </w:p>
    <w:p>
      <w:pPr>
        <w:jc w:val="right"/>
      </w:pPr>
      <w:r>
        <w:t>یعنی وہی دو آدمی جو پہلے لڑ رہے تھے ایک زمین کے لیے، ایک لینڈ کے لیے، اب کیا کہہ رہے ہیں کہ اگر زمین میری ہو تو میں نے اس کو دے دیا؟</w:t>
      </w:r>
    </w:p>
    <w:p>
      <w:r>
        <w:rPr>
          <w:b/>
        </w:rPr>
        <w:t xml:space="preserve">[30:40] </w:t>
      </w:r>
      <w:r>
        <w:t>kyun? ab masla yeh aa gaya ke ab main day of judgment mein us ka hisab dena hoga.</w:t>
      </w:r>
    </w:p>
    <w:p>
      <w:pPr>
        <w:jc w:val="right"/>
      </w:pPr>
      <w:r>
        <w:t>کیوں؟ اب مسئلہ یہ آ گیا کہ اب میں ڈے آف ججمنٹ میں اس کا حساب دینا ہوگا۔</w:t>
      </w:r>
    </w:p>
    <w:p>
      <w:r>
        <w:rPr>
          <w:b/>
        </w:rPr>
        <w:t xml:space="preserve">[30:49] </w:t>
      </w:r>
      <w:r>
        <w:t>accountability ka mamla samne aa gaya. yeh hai momin ka character ke jab is ke samne yeh baat aa jaye ke tum accountable ho, Khuda ke haan tumhari pakad hone wali hai,</w:t>
      </w:r>
    </w:p>
    <w:p>
      <w:pPr>
        <w:jc w:val="right"/>
      </w:pPr>
      <w:r>
        <w:t>اکاؤنٹیبلٹی کا معاملہ سامنے آ گیا۔ یہ ہے مومن کا کریکٹر کہ جب اس کے سامنے یہ بات آ جائے کہ تم اکاؤنٹیبل ہو، خدا کے ہاں تمہاری پکڑ ہونے والی ہے،</w:t>
      </w:r>
    </w:p>
    <w:p>
      <w:r>
        <w:rPr>
          <w:b/>
        </w:rPr>
        <w:t xml:space="preserve">[31:03] </w:t>
      </w:r>
      <w:r>
        <w:t>wahan koi source nahi chalega, wahan koi dhandhli nahi chalegi, to ek dum is ki soch badal jati hai,</w:t>
      </w:r>
    </w:p>
    <w:p>
      <w:pPr>
        <w:jc w:val="right"/>
      </w:pPr>
      <w:r>
        <w:t>وہاں کوئی سورس نہیں چلے گا، وہاں کوئی دھاندلی نہیں چلے گی، تو ایک دم اس کی سوچ بدل جاتی ہے،</w:t>
      </w:r>
    </w:p>
    <w:p>
      <w:r>
        <w:rPr>
          <w:b/>
        </w:rPr>
        <w:t xml:space="preserve">[31:14] </w:t>
      </w:r>
      <w:r>
        <w:t>bilkul is ki soch badal jati hai. yahan tak ke woh agar is ki apni cheez bhi ja rahi ho kisi shakk ki wajah se, to kehta hai ke chalo bhai, choti si cheez kho dein, aakhirat mein to hum bache rahenge, aakhirat mein hamari pakad nahi hogi.</w:t>
      </w:r>
    </w:p>
    <w:p>
      <w:pPr>
        <w:jc w:val="right"/>
      </w:pPr>
      <w:r>
        <w:t>بالکل اس کی سوچ بدل جاتی ہے۔ یہاں تک کہ وہ اگر اس کی اپنی چیز بھی جا رہی ہو کسی شک کی وجہ سے، تو کہتا ہے کہ چلو بھئی، چھوٹی سی چیز کھو دیں، آخرت میں تو ہم بچے رہیں گے، آخرت میں ہماری پکڑ نہیں ہوگی۔</w:t>
      </w:r>
    </w:p>
    <w:p>
      <w:r>
        <w:rPr>
          <w:b/>
        </w:rPr>
        <w:t xml:space="preserve">[31:32] </w:t>
      </w:r>
      <w:r>
        <w:t>yeh hota hai momin ka mizaj jo hamein sahaba ki zindagi mein milta hai. aise hi dekhiye, jo Khalid the, bohat bade commander the, aur Iran mein bohat badi unhone fatahat ki thi.</w:t>
      </w:r>
    </w:p>
    <w:p>
      <w:pPr>
        <w:jc w:val="right"/>
      </w:pPr>
      <w:r>
        <w:t>یہ ہوتا ہے مومن کا مزاج جو ہمیں صحابہ کی زندگی میں ملتا ہے۔ ایسے ہی دیکھیے، جو خالد تھے، بہت بڑے کمانڈر تھے، اور ایران میں بڑی بڑی انہوں نے فتوحات کی تھیں۔</w:t>
      </w:r>
    </w:p>
    <w:p>
      <w:r>
        <w:rPr>
          <w:b/>
        </w:rPr>
        <w:t xml:space="preserve">[31:46] </w:t>
      </w:r>
      <w:r>
        <w:t>to unko kya hua ke ain us waqt zamane mein jab ke Iran mein ladai ho rahi thi, Hazrat Umar jo Khalifa the, unhone Khalid ko woh kar diya,</w:t>
      </w:r>
    </w:p>
    <w:p>
      <w:pPr>
        <w:jc w:val="right"/>
      </w:pPr>
      <w:r>
        <w:t>تو ان کو کیا ہوا کہ عین اس وقت زمانے میں جب کہ ایران میں لڑائی ہو رہی تھی، حضرت عمر جو خلیفہ تھے، انہوں نے خالد کو وہ کر دیا،</w:t>
      </w:r>
    </w:p>
    <w:p>
      <w:r>
        <w:rPr>
          <w:b/>
        </w:rPr>
        <w:t xml:space="preserve">[32:01] </w:t>
      </w:r>
      <w:r>
        <w:t>dismiss kar diya, yani commander the pehle, ab unko mamooli soldier bana diya. to woh itne zyada kamyab the apni yani is mein fauji hasiyat se ke unke fauji unko bohat manne lage the.</w:t>
      </w:r>
    </w:p>
    <w:p>
      <w:pPr>
        <w:jc w:val="right"/>
      </w:pPr>
      <w:r>
        <w:t>ڈسمس کر دیا، یعنی کمانڈر تھے پہلے، اب ان کو معمولی سولجر بنا دیا۔ تو وہ اتنے زیادہ کامیاب تھے اپنی یعنی اس میں فوجی حیثیت سے کہ ان کے فوجی ان کو بہت ماننے لگے تھے۔</w:t>
      </w:r>
    </w:p>
    <w:p>
      <w:r>
        <w:rPr>
          <w:b/>
        </w:rPr>
        <w:t xml:space="preserve">[32:20] </w:t>
      </w:r>
      <w:r>
        <w:t>faujiyon ke darmiyan unki bari izzat thi. to fauji log unke tent mein aaye, unhone kaha ke hum aap ke sath hain, aap revert kar dijiye aur Khalifa ke order ko na maniye.</w:t>
      </w:r>
    </w:p>
    <w:p>
      <w:pPr>
        <w:jc w:val="right"/>
      </w:pPr>
      <w:r>
        <w:t>فوجیوں کے درمیان ان کی بڑی عزت تھی۔ تو فوجی لوگ ان کے ٹینٹ میں آئے، انہوں نے کہا کہ ہم آپ کے ساتھ ہیں، آپ ریورٹ کر دیجئے اور خلیفہ کے آرڈر کو نہ مانیے۔</w:t>
      </w:r>
    </w:p>
    <w:p>
      <w:r>
        <w:rPr>
          <w:b/>
        </w:rPr>
        <w:t xml:space="preserve">[32:35] </w:t>
      </w:r>
      <w:r>
        <w:t>to kya hua? dekhiye,</w:t>
      </w:r>
    </w:p>
    <w:p>
      <w:pPr>
        <w:jc w:val="right"/>
      </w:pPr>
      <w:r>
        <w:t>تو کیا ہوا؟ دیکھیے،</w:t>
      </w:r>
    </w:p>
    <w:p>
      <w:r>
        <w:rPr>
          <w:b/>
        </w:rPr>
        <w:t xml:space="preserve">[32:39] </w:t>
      </w:r>
      <w:r>
        <w:t>unhone kaha: "ani la awqatu fi sabil Umar", yani unhone inkar kar diya ke main Khalifa ka hukum na manun. unhone kaha ke: "ani la awqatu fi sabil Umar", lekin "awqatu fi sabil Rabb Umar".</w:t>
      </w:r>
    </w:p>
    <w:p>
      <w:pPr>
        <w:jc w:val="right"/>
      </w:pPr>
      <w:r>
        <w:t>انہوں نے کہا: "انی لا اوقات فی سبیل عمر"، یعنی انہوں نے انکار کر دیا کہ میں خلیفہ کا حکم نہ مانوں۔ انہوں نے کہا کہ: "انی لا اوقات فی سبیل عمر"، ولكن "اوقات فی سبیل رب عمر"۔</w:t>
      </w:r>
    </w:p>
    <w:p>
      <w:r>
        <w:rPr>
          <w:b/>
        </w:rPr>
        <w:t xml:space="preserve">[32:57] </w:t>
      </w:r>
      <w:r>
        <w:t>main Umar ke liye nahi ladta, main Umar ke Rabb ke liye ladta hoon. aur phir isi tarah se jis fauj mein woh pehle commander bane hue the, ab soldier bankar us mein shamil ho gaye.</w:t>
      </w:r>
    </w:p>
    <w:p>
      <w:pPr>
        <w:jc w:val="right"/>
      </w:pPr>
      <w:r>
        <w:t>میں عمر کے لیے نہیں لڑتا، میں عمر کے رب کے لیے لڑتا ہوں۔ اور پھر اسی طریقے سے جس فوج میں وہ پہلے کمانڈر بنے ہوئے تھے، اب سولجر بن کر اس میں شامل ہو گئے۔</w:t>
      </w:r>
    </w:p>
    <w:p>
      <w:r>
        <w:rPr>
          <w:b/>
        </w:rPr>
        <w:t xml:space="preserve">[33:13] </w:t>
      </w:r>
      <w:r>
        <w:t>yeh hai soch</w:t>
      </w:r>
    </w:p>
    <w:p>
      <w:pPr>
        <w:jc w:val="right"/>
      </w:pPr>
      <w:r>
        <w:t>یہ ہے سوچ</w:t>
      </w:r>
    </w:p>
    <w:p>
      <w:r>
        <w:rPr>
          <w:b/>
        </w:rPr>
        <w:t xml:space="preserve">[33:18] </w:t>
      </w:r>
      <w:r>
        <w:t>is insaan ki jo Quran ko manta ho, jo Islam ko manta ho, jisko yaqeen ho ke us ko Khuda ke samne hisab ke liye hazir hona hai.</w:t>
      </w:r>
    </w:p>
    <w:p>
      <w:pPr>
        <w:jc w:val="right"/>
      </w:pPr>
      <w:r>
        <w:t>اس انسان کی جو قرآن کو مانتا ہو، جو اسلام کو مانتا ہو، جس کو یقین ہو کہ اس کو خدا کے سامنے حساب کے لیے حاضر ہونا ہے۔</w:t>
      </w:r>
    </w:p>
    <w:p>
      <w:r>
        <w:rPr>
          <w:b/>
        </w:rPr>
        <w:t xml:space="preserve">[33:39] </w:t>
      </w:r>
      <w:r>
        <w:t>ek bohat hi ajib waqia</w:t>
      </w:r>
    </w:p>
    <w:p>
      <w:pPr>
        <w:jc w:val="right"/>
      </w:pPr>
      <w:r>
        <w:t>ایک بہت ہی عجیب واقعہ</w:t>
      </w:r>
    </w:p>
    <w:p>
      <w:r>
        <w:rPr>
          <w:b/>
        </w:rPr>
        <w:t xml:space="preserve">[33:48] </w:t>
      </w:r>
      <w:r>
        <w:t>iran mein jo rai hui thi, us mein qadsia ki rai bohat hi important hai. isi par faisla hua tha. to qadsia ki rai ke jo general thay, woh saat thay, saad bin abi waqas.</w:t>
      </w:r>
    </w:p>
    <w:p>
      <w:pPr>
        <w:jc w:val="right"/>
      </w:pPr>
      <w:r>
        <w:t>ایران میں جو رائی ہوئی تھی، اس میں قادسیہ کی رائی بہت ہی امپورٹنٹ ہے۔ اسی پر فیصلہ ہوا تھا۔ تو قادسیہ کی رائی کے جو جنرل تھے، وہ سات تھے، سعد بن ابی وقاص۔</w:t>
      </w:r>
    </w:p>
    <w:p>
      <w:r>
        <w:rPr>
          <w:b/>
        </w:rPr>
        <w:t xml:space="preserve">[34:01] </w:t>
      </w:r>
      <w:r>
        <w:t>is zamane mein aisa hota tha ke general khud jang mein se shamil rehta tha. aisa nahi hota tha ke ke woh khud jang mein na rahe. wahan par kya hua ke wahan par ek abandent fort tha.</w:t>
      </w:r>
    </w:p>
    <w:p>
      <w:pPr>
        <w:jc w:val="right"/>
      </w:pPr>
      <w:r>
        <w:t>اس زمانے میں ایسا ہوتا تھا کہ جنرل خود جنگ میں سے شامل رہتا تھا۔ ایسا نہیں ہوتا تھا کہ کہ وہ خود جنگ میں نہ رہے۔ وہاں پر کیا ہوا کہ وہاں پر ایک ابینڈنٹ فورٹ تھا۔</w:t>
      </w:r>
    </w:p>
    <w:p>
      <w:r>
        <w:rPr>
          <w:b/>
        </w:rPr>
        <w:t xml:space="preserve">[34:13] </w:t>
      </w:r>
      <w:r>
        <w:t>is fort ke samne bohat bara khula maidan tha. to woh is fort ki chhat par baithe hue thay aur samne wahan par larai hoti thi.</w:t>
      </w:r>
    </w:p>
    <w:p>
      <w:pPr>
        <w:jc w:val="right"/>
      </w:pPr>
      <w:r>
        <w:t>اس فورٹ کے سامنے بہت بڑا کھلا میدان تھا۔ تو وہ اس فورٹ کی چھت پر بیٹھے ہوئے تھے اور سامنے وہاں پر لڑائی ہوتی تھی۔</w:t>
      </w:r>
    </w:p>
    <w:p>
      <w:r>
        <w:rPr>
          <w:b/>
        </w:rPr>
        <w:t xml:space="preserve">[34:24] </w:t>
      </w:r>
      <w:r>
        <w:t>to is zamane ke lehaz se yeh bohat zyada objectionable baat thi woh ke khud to hamein yani larwa rahe hain aur aur aap apne aap jo chhat par baithe hue hain.</w:t>
      </w:r>
    </w:p>
    <w:p>
      <w:pPr>
        <w:jc w:val="right"/>
      </w:pPr>
      <w:r>
        <w:t>تو اس زمانے کے لحاظ سے یہ بہت زیادہ ابجیکشن ایبل بات تھی وہ کہ خود تو ہمیں یعنی لڑوا رہے ہیں اور اور آپ اپنے آپ جو چھت پر بیٹھے ہوئے ہیں۔</w:t>
      </w:r>
    </w:p>
    <w:p>
      <w:r>
        <w:rPr>
          <w:b/>
        </w:rPr>
        <w:t xml:space="preserve">[34:36] </w:t>
      </w:r>
      <w:r>
        <w:t>to wahan bohat logon ke andar is par resentment tha, lekin phir bhi woh ladte rahe, ladte rahe, ladte rahe, yahan tak ke fateh hui un ko.</w:t>
      </w:r>
    </w:p>
    <w:p>
      <w:pPr>
        <w:jc w:val="right"/>
      </w:pPr>
      <w:r>
        <w:t>تو وہاں بہت لوگوں کے اندر اس پر ریزنٹمنٹ تھا، لیکن پھر بھی وہ لڑتے رہے، لڑتے رہے، لڑتے رہے، یہاں تک کہ فتح ہوئی ان کو۔</w:t>
      </w:r>
    </w:p>
    <w:p>
      <w:r>
        <w:rPr>
          <w:b/>
        </w:rPr>
        <w:t xml:space="preserve">[34:44] </w:t>
      </w:r>
      <w:r>
        <w:t>to jab fateh ho gayi to jaisa ke maine arz kiya ke is zamane mein sentiment ka izhar shair ke zariye hua karta tha. to ashaar likhe gaye.</w:t>
      </w:r>
    </w:p>
    <w:p>
      <w:pPr>
        <w:jc w:val="right"/>
      </w:pPr>
      <w:r>
        <w:t>تو جب فتح ہو گئی تو جیسا کہ میں نے عرض کیا کہ اس زمانے میں سینٹیمنٹ کا اظہار شعر کے ذریعے ہوا کرتا تھا۔ تو اشعار لکھے گئے۔</w:t>
      </w:r>
    </w:p>
    <w:p>
      <w:r>
        <w:rPr>
          <w:b/>
        </w:rPr>
        <w:t xml:space="preserve">[34:54] </w:t>
      </w:r>
      <w:r>
        <w:t>ek shair yeh tha ke: "wa qatal to hatta anzala allah nasrahu wa saad bab al qadsia mawsim fawbuna waqt amad nisaa kaseera wa nusibat saad laysa feehim aim".</w:t>
      </w:r>
    </w:p>
    <w:p>
      <w:pPr>
        <w:jc w:val="right"/>
      </w:pPr>
      <w:r>
        <w:t>ایک شعر یہ تھا کہ: "وقاتل تو حتی انزل اللہ نصرہ وصاد باب القادسیۃ موسم فوبنا وقت امد نساء کثیرۃ ونسبت سعد لیس فیہم ایم"۔</w:t>
      </w:r>
    </w:p>
    <w:p>
      <w:r>
        <w:rPr>
          <w:b/>
        </w:rPr>
        <w:t xml:space="preserve">[35:13] </w:t>
      </w:r>
      <w:r>
        <w:t>is ka matlab yeh hai ke hum lade aur saad jo hai woh qadsia ke darwaze hi pe chamte rahe, matlab battlefield se bahar woh apne aram se baithe rahe woh.</w:t>
      </w:r>
    </w:p>
    <w:p>
      <w:pPr>
        <w:jc w:val="right"/>
      </w:pPr>
      <w:r>
        <w:t>اس کا مطلب یہ ہے کہ ہم لڑے اور سعد جو ہے وہ قادسیہ کے دروازے ہی پہ چمٹے رہے، مطلب بیٹل فیلڈ سے باہر وہ اپنے آرام سے بیٹھے رہے وہ۔</w:t>
      </w:r>
    </w:p>
    <w:p>
      <w:r>
        <w:rPr>
          <w:b/>
        </w:rPr>
        <w:t xml:space="preserve">[35:28] </w:t>
      </w:r>
      <w:r>
        <w:t>aur hum hum lote jang se jabke hamari auratein bi woh ho chuki theen, lekin saad ki koi aurat bi woh nahi hui. yeh kitni ajeeb baat hai ke itne sakht ehsasat thay, lekin logon ne jang mein poori poori poori taqat se woh hissa liya aur yahan tak ke jang ko kamyab banaya.</w:t>
      </w:r>
    </w:p>
    <w:p>
      <w:pPr>
        <w:jc w:val="right"/>
      </w:pPr>
      <w:r>
        <w:t>اور ہم ہم لوٹے جنگ سے جبکہ ہماری عورتیں بیوہ ہو چکی تھیں، لیکن سعد کی کوئی عورت بیوہ نہیں ہوئی۔ یہ کتنی عجیب بات ہے کہ اتنے سخت احساسات تھے، لیکن لوگوں نے جنگ میں پوری پوری پوری طاقت سے وہ حصہ لیا اور یہاں تک کہ جنگ کو کامیاب بنایا۔</w:t>
      </w:r>
    </w:p>
    <w:p>
      <w:r>
        <w:rPr>
          <w:b/>
        </w:rPr>
        <w:t xml:space="preserve">[35:49] </w:t>
      </w:r>
      <w:r>
        <w:t>isi mein mein yeh arz karna chahta hoon ke kai bar aisa hota hai ke aap ek baat ko</w:t>
      </w:r>
    </w:p>
    <w:p>
      <w:pPr>
        <w:jc w:val="right"/>
      </w:pPr>
      <w:r>
        <w:t>اسی میں میں یہ عرض کرنا چاہتا ہوں کہ کئی بار ایسا ہوتا ہے کہ آپ ایک بات کو</w:t>
      </w:r>
    </w:p>
    <w:p>
      <w:r>
        <w:rPr>
          <w:b/>
        </w:rPr>
        <w:t xml:space="preserve">[35:58] </w:t>
      </w:r>
      <w:r>
        <w:t>kai bar aisa hota hai ke aap ko aitmad karna parta hai, aitmad, kyunke woh baat batai nahi ja sakti aap ko. mislan is mamle mein kya tha, saad ko irq al nisa ki bimari thi.</w:t>
      </w:r>
    </w:p>
    <w:p>
      <w:pPr>
        <w:jc w:val="right"/>
      </w:pPr>
      <w:r>
        <w:t>کئی بار ایسا ہوتا ہے کہ آپ کو اعتماد کرنا پڑتا ہے، اعتماد، کیونکہ وہ بات بتائی نہیں جا سکتی آپ کو۔ مثلاً اس معاملے میں کیا تھا، سعد کو عرق النساء کی بیماری تھی۔</w:t>
      </w:r>
    </w:p>
    <w:p>
      <w:r>
        <w:rPr>
          <w:b/>
        </w:rPr>
        <w:t xml:space="preserve">[36:11] </w:t>
      </w:r>
      <w:r>
        <w:t>irq al nisa ek bimari hoti hai jis se bohat takleef hoti hai, bohat zyada takleef, aadmi chal nahi sakta. irq al nisa kehte hain is ko. to ab chunke is waqt jo general tha, agar is ke bare mein ailan kar diya jaye logon mein ke woh ek bohat hi sakht bimari mein hain, woh khud lad nahi sakte hain, tum apne ladte raho, tum log.</w:t>
      </w:r>
    </w:p>
    <w:p>
      <w:pPr>
        <w:jc w:val="right"/>
      </w:pPr>
      <w:r>
        <w:t>عرق النساء ایک بیماری ہوتی ہے جس سے بہت تکلیف ہوتی ہے، بہت زیادہ تکلیف، آدمی چل نہیں سکتا۔ عرق النساء کہتے ہیں اس کو۔ تو اب چونکہ اس وقت جو جنرل تھا، اگر اس کے بارے میں اعلان کر دیا جائے لوگوں میں کہ وہ ایک بہت ہی سخت بیماری میں ہیں، وہ خود لڑ نہیں سکتے ہیں، تم اپنے لڑتے رہو، تم لوگ۔</w:t>
      </w:r>
    </w:p>
    <w:p>
      <w:r>
        <w:rPr>
          <w:b/>
        </w:rPr>
        <w:t xml:space="preserve">[36:36] </w:t>
      </w:r>
      <w:r>
        <w:t>to yeh aisi khabar jab phail jaye gi to fauj demoralize ho jaye gi. fauj jo hai demoralize ho jaye gi.</w:t>
      </w:r>
    </w:p>
    <w:p>
      <w:pPr>
        <w:jc w:val="right"/>
      </w:pPr>
      <w:r>
        <w:t>تو یہ ایسی خبر جب پھیل جائے گی تو فوج ڈی مورلائز ہو جائے گی۔ فوج جو ہے ڈی مورلائز ہو جائے گی۔</w:t>
      </w:r>
    </w:p>
    <w:p>
      <w:r>
        <w:rPr>
          <w:b/>
        </w:rPr>
        <w:t xml:space="preserve">[36:46] </w:t>
      </w:r>
      <w:r>
        <w:t>woh log jo lad rahe thay, agar unhein pata hota ke woh to bimar hain, irq al nisa mein ka un ko aarza hai, woh chal bhi nahi sakte, to poori poori fauj demoralize ho jati hai, us ki himmat past ho jati hai.</w:t>
      </w:r>
    </w:p>
    <w:p>
      <w:pPr>
        <w:jc w:val="right"/>
      </w:pPr>
      <w:r>
        <w:t>وہ لوگ جو لڑ رہے تھے، اگر انہیں پتہ ہوتا کہ وہ تو بیمار ہیں، عرق النساء میں کا ان کو عارضہ ہے، وہ چل بھی نہیں سکتے، تو پوری پوری فوج ڈی مورلائز ہو جاتی ہے، اس کی ہمت پست ہو جاتی ہے۔</w:t>
      </w:r>
    </w:p>
    <w:p>
      <w:r>
        <w:rPr>
          <w:b/>
        </w:rPr>
        <w:t xml:space="preserve">[36:59] </w:t>
      </w:r>
      <w:r>
        <w:t>is liye is ko batana, yani is ko chhipana zarori hota hai. to baz auqat aisa hota hai ke leadership ka jo faisla hai, tafseel se bata nahi sakta aap ko, to aap ko trust karna parta hai,</w:t>
      </w:r>
    </w:p>
    <w:p>
      <w:pPr>
        <w:jc w:val="right"/>
      </w:pPr>
      <w:r>
        <w:t>اس لیے اس کو بتانا، یعنی اس کو چھپانا ضروری ہوتا ہے۔ تو بعض اوقات ایسا ہوتا ہے کہ لیڈرشپ کا جو فیصلہ ہے، تفصیل سے بتا نہیں سکتا آپ کو، تو آپ کو ٹرسٹ کرنا پڑتا ہے،</w:t>
      </w:r>
    </w:p>
    <w:p>
      <w:r>
        <w:rPr>
          <w:b/>
        </w:rPr>
        <w:t xml:space="preserve">[37:13] </w:t>
      </w:r>
      <w:r>
        <w:t>aap ko bataye baghair is ko sahi manna parta hai. to sahaba ki sifat yeh thi ke woh is tarah ke bohat se waqiat hain ke kitna woh trust karte thay leadership par.</w:t>
      </w:r>
    </w:p>
    <w:p>
      <w:pPr>
        <w:jc w:val="right"/>
      </w:pPr>
      <w:r>
        <w:t>آپ کو بتائے بغیر اس کو صحیح ماننا پڑتا ہے۔ تو صحابہ کی صفت یہ تھی کہ وہ اس طرح کے بہت سے واقعات ہیں کہ کتنا وہ ٹرسٹ کرتے تھے لیڈرشپ پر۔</w:t>
      </w:r>
    </w:p>
    <w:p>
      <w:r>
        <w:rPr>
          <w:b/>
        </w:rPr>
        <w:t xml:space="preserve">[37:27] </w:t>
      </w:r>
      <w:r>
        <w:t>isi se un ki unity qaim rehti thi, is se un ki himmat barhti rehti thi, is se woh aage barhte rehte thay hamesha. aur itna bara kaam unhon ne kiya.</w:t>
      </w:r>
    </w:p>
    <w:p>
      <w:pPr>
        <w:jc w:val="right"/>
      </w:pPr>
      <w:r>
        <w:t>اسی سے ان کی یونٹی قائم رہتی تھی، اس سے ان کی ہمت بڑھتی رہتی تھی، اس سے وہ آگے بڑھتے رہتے تھے ہمیشہ۔ اور اتنا بڑا کام انہوں نے کیا۔</w:t>
      </w:r>
    </w:p>
    <w:p>
      <w:r>
        <w:rPr>
          <w:b/>
        </w:rPr>
        <w:t xml:space="preserve">[37:45] </w:t>
      </w:r>
      <w:r>
        <w:t>ek baat mein yeh arz karoon ga ke sahaba mein bohat khula mahol tha, ek dam khula, yani criticism jo hai bilkul, yani is ki ijazat thi.</w:t>
      </w:r>
    </w:p>
    <w:p>
      <w:pPr>
        <w:jc w:val="right"/>
      </w:pPr>
      <w:r>
        <w:t>ایک بات میں یہ عرض کروں گا کہ صحابہ میں بہت کھلا ماحول تھا، ایک دم کھلا، یعنی کریٹیسزم جو ہے بالکل، یعنی اس کی اجازت تھی۔</w:t>
      </w:r>
    </w:p>
    <w:p>
      <w:r>
        <w:rPr>
          <w:b/>
        </w:rPr>
        <w:t xml:space="preserve">[37:56] </w:t>
      </w:r>
      <w:r>
        <w:t>mislan ek sahabi ne ek ayat padhi, us ayat mein unhon ne jo padha to us mein kuch zabar zer ka farq tha. to doosre aadmi jo thay, doosre sahabi, unhon ne yeh nahi kaha ke bohat narmi ke sath ke hazrat sheikh, yeh dekhiye, is mein aap se yeh ghalti ho gayi hai.</w:t>
      </w:r>
    </w:p>
    <w:p>
      <w:pPr>
        <w:jc w:val="right"/>
      </w:pPr>
      <w:r>
        <w:t>مثلاً ایک صحابی نے ایک آیت پڑھی، اس آیت میں انہوں نے جو پڑھا تو اس میں کچھ زبر زیر کا فرق تھا۔ تو دوسرے آدمی جو تھے، دوسرے صحابی، انہوں نے یہ نہیں کہا کہ بہت نرمی کے ساتھ کہ حضرت شیخ، یہ دیکھیے، اس میں آپ سے یہ غلطی ہو گئی ہے۔</w:t>
      </w:r>
    </w:p>
    <w:p>
      <w:r>
        <w:rPr>
          <w:b/>
        </w:rPr>
        <w:t xml:space="preserve">[38:14] </w:t>
      </w:r>
      <w:r>
        <w:t>kaha ke kazib tha, tum ne jhoot kaha. yani yeh kehne ke bajaye ke aap ne zabar zer ki ghalti kar di hai, yeh kaha ke kazib tha, tum ne jhoot kaha.</w:t>
      </w:r>
    </w:p>
    <w:p>
      <w:pPr>
        <w:jc w:val="right"/>
      </w:pPr>
      <w:r>
        <w:t>کہا کہ کذب تھا، تم نے جھوٹ کہا۔ یعنی یہ کہنے کے بجائے کہ آپ نے زبر زیر کی غلطی کر دی ہے، یہ کہا کہ کذب تھا، تم نے جھوٹ کہا۔</w:t>
      </w:r>
    </w:p>
    <w:p>
      <w:r>
        <w:rPr>
          <w:b/>
        </w:rPr>
        <w:t xml:space="preserve">[38:24] </w:t>
      </w:r>
      <w:r>
        <w:t>to kisi ne kuch bura nahi mana. to is zamane mein yeh haal tha ke apne sentiment ka izhar aap kisi reservation ke baghair kar sakte thay, koi reservation ki zarorat nahi hai.</w:t>
      </w:r>
    </w:p>
    <w:p>
      <w:pPr>
        <w:jc w:val="right"/>
      </w:pPr>
      <w:r>
        <w:t>تو کسی نے کچھ برا نہیں مانا۔ تو اس زمانے میں یہ حال تھا کہ اپنے سینٹیمنٹ کا اظہار آپ کسی ریزرویشن کے بغیر کر سکتے تھے، کوئی ریزرویشن کی ضرورت نہیں ہے۔</w:t>
      </w:r>
    </w:p>
    <w:p>
      <w:r>
        <w:rPr>
          <w:b/>
        </w:rPr>
        <w:t xml:space="preserve">[38:35] </w:t>
      </w:r>
      <w:r>
        <w:t>aise khule mahol mein aadmi kya hota hai ke source ka irtaqa hota hai, intellectual development hota hai, open exchange hota hai.</w:t>
      </w:r>
    </w:p>
    <w:p>
      <w:pPr>
        <w:jc w:val="right"/>
      </w:pPr>
      <w:r>
        <w:t>ایسے کھلے ماحول میں آدمی کیا ہوتا ہے کہ سورس کا ارتقاء ہوتا ہے، انٹلیکچول ڈیویلپمنٹ ہوتا ہے، اوپن ایکسچینج ہوتا ہے۔</w:t>
      </w:r>
    </w:p>
    <w:p>
      <w:r>
        <w:rPr>
          <w:b/>
        </w:rPr>
        <w:t xml:space="preserve">[38:47] </w:t>
      </w:r>
      <w:r>
        <w:t>jab bhi aap close society ho, close mind ke sath log rehte hon, criticism ko bura mante hon, to kabhi bhi aise mahol mein intellectual development nahi hoga.</w:t>
      </w:r>
    </w:p>
    <w:p>
      <w:pPr>
        <w:jc w:val="right"/>
      </w:pPr>
      <w:r>
        <w:t>جب بھی آپ کلوز سوسائٹی ہو، کلوز مائنڈ کے ساتھ لوگ رہتے ہوں، کریٹیسزم کو برا مانتے ہوں، تو کبھی بھی ایسے ماحول میں انٹلیکچول ڈیویلپمنٹ نہیں ہوگا۔</w:t>
      </w:r>
    </w:p>
    <w:p>
      <w:r>
        <w:rPr>
          <w:b/>
        </w:rPr>
        <w:t xml:space="preserve">[38:59] </w:t>
      </w:r>
      <w:r>
        <w:t>is liye yeh bhi ek bohat bari baat hai jo un se leni ki hai ke criticism ko kisi bhi haal mein bura nahi manna chahiye, balkeh discussion hona chahiye, discussion,</w:t>
      </w:r>
    </w:p>
    <w:p>
      <w:pPr>
        <w:jc w:val="right"/>
      </w:pPr>
      <w:r>
        <w:t>اس لیے یہ بھی ایک بہت بڑی بات ہے جو ان سے لینی کی ہے کہ کریٹیسزم کو کسی بھی حال میں برا نہیں ماننا چاہیے، بلکہ ڈسکشن ہونا چاہیے، ڈسکشن،</w:t>
      </w:r>
    </w:p>
    <w:p>
      <w:r>
        <w:rPr>
          <w:b/>
        </w:rPr>
        <w:t xml:space="preserve">[39:14] </w:t>
      </w:r>
      <w:r>
        <w:t>open discussion. sahaba ka yeh haal tha ke wahan log chunke bohat zyada cultured nahi hotay thay, wahan par to rasool allah ke pas aatay thay to zor se awaz laga detay thay: "ukhruj alayna ya muhammad, ukhruj alayna, muhammad, bahar aao, hum se milo".</w:t>
      </w:r>
    </w:p>
    <w:p>
      <w:pPr>
        <w:jc w:val="right"/>
      </w:pPr>
      <w:r>
        <w:t>اوپن ڈسکشن۔ صحابہ کا یہ حال تھا کہ وہاں لوگ چونکہ بہت زیادہ کلچرڈ نہیں ہوتے تھے، وہاں پر تو رسول اللہ کے پاس آتے تھے تو زور سے آواز لگا دیتے تھے: "اخرج علینا یا محمد، اخرج علینا، محمد، باہر آؤ، ہم سے ملو"۔</w:t>
      </w:r>
    </w:p>
    <w:p>
      <w:r>
        <w:rPr>
          <w:b/>
        </w:rPr>
        <w:t xml:space="preserve">[39:32] </w:t>
      </w:r>
      <w:r>
        <w:t>to mana kiya gaya ke koi tareeqa nahi hai. to baad ko kiya haal hua ke woh atay thay milnay ke liye to darwaza nakhun se khatkatay thay, nakhun se.</w:t>
      </w:r>
    </w:p>
    <w:p>
      <w:pPr>
        <w:jc w:val="right"/>
      </w:pPr>
      <w:r>
        <w:t>تو منع کیا گیا کہ کوئی طریقہ نہیں ہے۔ تو بعد کو کیا حال ہوا کہ وہ آتے تھے ملنے کے لیے تو دروازہ ناخن سے کھٹکاتے تھے، ناخن سے۔</w:t>
      </w:r>
    </w:p>
    <w:p>
      <w:r>
        <w:rPr>
          <w:b/>
        </w:rPr>
        <w:t xml:space="preserve">[39:41] </w:t>
      </w:r>
      <w:r>
        <w:t>yani wahi log jo pehlay zor se bola kartay thay, nakhun se darwaza khatkanay lagay. is mein kiya sabaq milta hai hamein ke woh log foran baat ko pakaṛ letay thay.</w:t>
      </w:r>
    </w:p>
    <w:p>
      <w:pPr>
        <w:jc w:val="right"/>
      </w:pPr>
      <w:r>
        <w:t>یعنی وہی لوگ جو پہلے زور سے بولا کرتے تھے، ناخن سے دروازہ کھٹکانے لگے۔ اس میں کیا سبق ملتا ہے ہمیں کہ وہ لوگ فوراً بات کو پکڑ لیتے تھے۔</w:t>
      </w:r>
    </w:p>
    <w:p>
      <w:r>
        <w:rPr>
          <w:b/>
        </w:rPr>
        <w:t xml:space="preserve">[39:54] </w:t>
      </w:r>
      <w:r>
        <w:t>aisa nahi hota tha ke ghalti karein to ghalti par jam jayein, baat ko na sunein.</w:t>
      </w:r>
    </w:p>
    <w:p>
      <w:pPr>
        <w:jc w:val="right"/>
      </w:pPr>
      <w:r>
        <w:t>ایسا نہیں ہوتا تھا کہ غلطی کریں تو غلطی پر جم جائیں، بات کو نہ سنیں۔</w:t>
      </w:r>
    </w:p>
    <w:p>
      <w:r>
        <w:rPr>
          <w:b/>
        </w:rPr>
        <w:t xml:space="preserve">[40:06] </w:t>
      </w:r>
      <w:r>
        <w:t>aisay hi log majlis mein bolnay lagtay thay aapas mein to mana kiya gaya ke bhayi yeh koi tareeqa nahi hai, suno baat ko jo baat kahi ja rahi hai.</w:t>
      </w:r>
    </w:p>
    <w:p>
      <w:pPr>
        <w:jc w:val="right"/>
      </w:pPr>
      <w:r>
        <w:t>ایسے ہی لوگ مجلس میں بولنے لگتے تھے آپس میں تو منع کیا گیا کہ بھئی یہ کوئی طریقہ نہیں ہے، سنو بات کو جو بات کہی جا رہی ہے۔</w:t>
      </w:r>
    </w:p>
    <w:p>
      <w:r>
        <w:rPr>
          <w:b/>
        </w:rPr>
        <w:t xml:space="preserve">[40:14] </w:t>
      </w:r>
      <w:r>
        <w:t>to aata hai kitabon mein ke is tarah bethnay lagay log jaisay koi sarb chirya baithi hui ho. aap jantay hain, sarb chirya agar baithi hui ho to aap bohat hi ziyada, yani aap move nahi kareinge ke uṛ jaye gi woh.</w:t>
      </w:r>
    </w:p>
    <w:p>
      <w:pPr>
        <w:jc w:val="right"/>
      </w:pPr>
      <w:r>
        <w:t>تو آتا ہے کتابوں میں کہ اس طرح بیٹھنے لگے لوگ جیسے کوئی سرب چڑیا بیٹھی ہوئی ہو۔ آپ جانتے ہیں، سرب چڑیا اگر بیٹھی ہوئی ہو تو آپ بہت ہی زیادہ، یعنی آپ موو نہیں کریں گے کہ اڑ جائے گی وہ۔</w:t>
      </w:r>
    </w:p>
    <w:p>
      <w:r>
        <w:rPr>
          <w:b/>
        </w:rPr>
        <w:t xml:space="preserve">[40:28] </w:t>
      </w:r>
      <w:r>
        <w:t>to is tarah bethnay lagay jaisay ke un ke saron par chiryan baithi hui hon.</w:t>
      </w:r>
    </w:p>
    <w:p>
      <w:pPr>
        <w:jc w:val="right"/>
      </w:pPr>
      <w:r>
        <w:t>تو اس طرح بیٹھنے لگے جیسے کہ ان کے سروں پر چڑیاں بیٹھی ہوئی ہوں۔</w:t>
      </w:r>
    </w:p>
    <w:p>
      <w:r>
        <w:rPr>
          <w:b/>
        </w:rPr>
        <w:t xml:space="preserve">[40:35] </w:t>
      </w:r>
      <w:r>
        <w:t>to</w:t>
      </w:r>
    </w:p>
    <w:p>
      <w:pPr>
        <w:jc w:val="right"/>
      </w:pPr>
      <w:r>
        <w:t>تو</w:t>
      </w:r>
    </w:p>
    <w:p>
      <w:r>
        <w:rPr>
          <w:b/>
        </w:rPr>
        <w:t xml:space="preserve">[40:38] </w:t>
      </w:r>
      <w:r>
        <w:t>sahaba ka jo character hai, is mein har qism ki misalein milti hain. bohat si kitabein likhi gayi hain sahaba ki zindagiun par to aap dekhein to har qism ke waqiat mileinge aap ko.</w:t>
      </w:r>
    </w:p>
    <w:p>
      <w:pPr>
        <w:jc w:val="right"/>
      </w:pPr>
      <w:r>
        <w:t>صحابہ کا جو کریکٹر ہے، اس میں ہر قسم کی مثالیں ملتی ہیں۔ بہت سی کتابیں لکھی گئی ہیں صحابہ کی زندگیوں پر تو آپ دیکھیں تو ہر قسم کے واقعات ملیں گے آپ کو۔</w:t>
      </w:r>
    </w:p>
    <w:p>
      <w:r>
        <w:rPr>
          <w:b/>
        </w:rPr>
        <w:t xml:space="preserve">[40:58] </w:t>
      </w:r>
      <w:r>
        <w:t>zindagi ke har moṛ ke liye is mein aap ko, yani roshni mile gi, har moṛ ke liye aap ko rehnumai mile gi.</w:t>
      </w:r>
    </w:p>
    <w:p>
      <w:pPr>
        <w:jc w:val="right"/>
      </w:pPr>
      <w:r>
        <w:t>زندگی کے ہر موڑ کے لیے اس میں آپ کو، یعنی روشنی ملے گی، ہر موڑ کے لیے آپ کو رہنمائی ملے گی۔</w:t>
      </w:r>
    </w:p>
    <w:p>
      <w:r>
        <w:rPr>
          <w:b/>
        </w:rPr>
        <w:t xml:space="preserve">[41:09] </w:t>
      </w:r>
      <w:r>
        <w:t>to back waqt do batein hain, yani aik taraf to yeh ke har qism ke waqiat mileinge aap ko, is ko eventful life thi un ki. doosri yeh ke woh aik historical character tha, historical character, yani is ka aap yaqeen kar sakte hain ke aisay log duniya mein thay.</w:t>
      </w:r>
    </w:p>
    <w:p>
      <w:pPr>
        <w:jc w:val="right"/>
      </w:pPr>
      <w:r>
        <w:t>تو بیک وقت دو باتیں ہیں، یعنی ایک طرف تو یہ کہ ہر قسم کے واقعات ملیں گے آپ کو، اس کو ایونٹ فل لائف تھی ان کی۔ دوسری یہ کہ وہ ایک ہسٹاریکل کریکٹر تھا، ہسٹاریکل کریکٹر، یعنی اس کا آپ یقین کر سکتے ہیں کہ ایسے لوگ دنیا میں تھے۔</w:t>
      </w:r>
    </w:p>
    <w:p>
      <w:r>
        <w:rPr>
          <w:b/>
        </w:rPr>
        <w:t xml:space="preserve">[41:27] </w:t>
      </w:r>
      <w:r>
        <w:t>woh koi spirit trailer ki kahani nahi hai, woh koi majalija nahi hai. to kitni bari baat hai ke aisay log duniya mein paida hue jo historical character rakhtay thay,</w:t>
      </w:r>
    </w:p>
    <w:p>
      <w:pPr>
        <w:jc w:val="right"/>
      </w:pPr>
      <w:r>
        <w:t>وہ کوئی اسپیریٹ ٹریلر کی کہانی نہیں ہے، وہ کوئی ماثالجہ نہیں ہے۔ تو کتنی بڑی بات ہے کہ ایسے لوگ دنیا میں پیدا ہوئے جو ہسٹاریکل کریکٹر رکھتے تھے،</w:t>
      </w:r>
    </w:p>
    <w:p>
      <w:r>
        <w:rPr>
          <w:b/>
        </w:rPr>
        <w:t xml:space="preserve">[41:42] </w:t>
      </w:r>
      <w:r>
        <w:t>jin ke namoonon ko hum is yaqeen ke sath pakaṛ sakte hain ke aisa hua, zameen par aisay log chalay, zameen par aisay logon ne apni zindagiun banaein.</w:t>
      </w:r>
    </w:p>
    <w:p>
      <w:pPr>
        <w:jc w:val="right"/>
      </w:pPr>
      <w:r>
        <w:t>جن کے نمونوں کو ہم اس یقین کے ساتھ پکڑ سکتے ہیں کہ ایسا ہوا، زمین پر ایسے لوگ چلے، زمین پر ایسے لوگوں نے اپنی زندگیاں بنائیں۔</w:t>
      </w:r>
    </w:p>
    <w:p>
      <w:r>
        <w:rPr>
          <w:b/>
        </w:rPr>
        <w:t xml:space="preserve">[41:53] </w:t>
      </w:r>
      <w:r>
        <w:t>jab ke aap agar qissa kahani paṛhein to is mein aap ko, yani kabhi bhi, jaisay ke mislan novel mein bohat se character dikhaye jatay hain, kahaniyun mein dikhaye jatay hain, lekin kabhi bhi kisi novel se kisi ke andar koi, yani zindagi nahi bani, character nahi bana.</w:t>
      </w:r>
    </w:p>
    <w:p>
      <w:pPr>
        <w:jc w:val="right"/>
      </w:pPr>
      <w:r>
        <w:t>جبکہ آپ اگر قصہ کہانی پڑھیں تو اس میں آپ کو، یعنی کبھی بھی، جیسے کہ مثلاً ناول میں بہت سے کریکٹر دکھائے جاتے ہیں، کہانیوں میں دکھائے جاتے ہیں، لیکن کبھی بھی کسی ناول سے کسی کے اندر کوئی، یعنی زندگی نہیں بنی، کریکٹر نہیں بنا۔</w:t>
      </w:r>
    </w:p>
    <w:p>
      <w:r>
        <w:rPr>
          <w:b/>
        </w:rPr>
        <w:t xml:space="preserve">[42:12] </w:t>
      </w:r>
      <w:r>
        <w:t>character banta hai real character se, yani afsanvi character jo hai, us se kabhi character ki taameer nahi ho sakti hai.</w:t>
      </w:r>
    </w:p>
    <w:p>
      <w:pPr>
        <w:jc w:val="right"/>
      </w:pPr>
      <w:r>
        <w:t>کریکٹر بنتا ہے ریئل کریکٹر سے، یعنی افسانوی کریکٹر جو ہے، اس سے کبھی کریکٹر کی تعمیر نہیں ہو سکتی ہے۔</w:t>
      </w:r>
    </w:p>
    <w:p>
      <w:r>
        <w:rPr>
          <w:b/>
        </w:rPr>
        <w:t xml:space="preserve">[42:22] </w:t>
      </w:r>
      <w:r>
        <w:t>to mein samajhta hoon ke sahaba hamare liye bohat bari nemat hain aur sahaba ki zindagiun ke jo waqiat hain, is ko phailana chahiye.</w:t>
      </w:r>
    </w:p>
    <w:p>
      <w:pPr>
        <w:jc w:val="right"/>
      </w:pPr>
      <w:r>
        <w:t>تو میں سمجھتا ہوں کہ صحابہ ہمارے لیے بہت بڑی نعمت ہیں اور صحابہ کی زندگیوں کے جو واقعات ہیں، اس کو پھیلانا چاہیے۔</w:t>
      </w:r>
    </w:p>
    <w:p>
      <w:r>
        <w:rPr>
          <w:b/>
        </w:rPr>
        <w:t xml:space="preserve">[42:33] </w:t>
      </w:r>
      <w:r>
        <w:t>aakhir mein mein arz karunga ke kitabein to bohat sari hain, lekin aik kitab bohat hi ziyada qabil e mutala hai, woh hai Maulana Yusuf sahib ki kitab jo hai "Hayat al-Sahaba".</w:t>
      </w:r>
    </w:p>
    <w:p>
      <w:pPr>
        <w:jc w:val="right"/>
      </w:pPr>
      <w:r>
        <w:t>آخر میں میں عرض کروں گا کہ کتابیں تو بہت ساری ہیں، لیکن ایک کتاب بہت ہی زیادہ قابل مطالعہ ہے، وہ ہے مولانا یوسف صاحب کی کتاب جو ہے "حیات الصحابہ"۔</w:t>
      </w:r>
    </w:p>
    <w:p>
      <w:r>
        <w:rPr>
          <w:b/>
        </w:rPr>
        <w:t xml:space="preserve">[42:44] </w:t>
      </w:r>
      <w:r>
        <w:t>woh teen volume mein hai, woh Arabic mein, asal kitab Arabic mein hai, phir is ka translation hua Urdu mein aur English mein, aur woh yahin Dilli mein milti hai.</w:t>
      </w:r>
    </w:p>
    <w:p>
      <w:pPr>
        <w:jc w:val="right"/>
      </w:pPr>
      <w:r>
        <w:t>وہ تین والیوم میں ہے، وہ عربک میں، اصل کتاب عربک میں ہے، پھر اس کا ٹرانسلیشن ہوا اردو میں اور انگلش میں، اور وہ یہیں دلی میں ملتی ہے۔</w:t>
      </w:r>
    </w:p>
    <w:p>
      <w:r>
        <w:rPr>
          <w:b/>
        </w:rPr>
        <w:t xml:space="preserve">[42:54] </w:t>
      </w:r>
      <w:r>
        <w:t>woh "Hayat al-Sahaba" Maulana Yusuf sahib ki, is mein bohat hi, yani comprehensive andaaz mein sahaba ki zindagi ke ko ka naqsha diya gaya hai.</w:t>
      </w:r>
    </w:p>
    <w:p>
      <w:pPr>
        <w:jc w:val="right"/>
      </w:pPr>
      <w:r>
        <w:t>وہ "حیات الصحابہ" مولانا یوسف صاحب کی، اس میں بہت ہی، یعنی کمپرہنسیو انداز میں صحابہ کی زندگی کے کو کا نقشہ دیا گیا ہے۔</w:t>
      </w:r>
    </w:p>
    <w:p>
      <w:r>
        <w:rPr>
          <w:b/>
        </w:rPr>
        <w:t xml:space="preserve">[43:11] </w:t>
      </w:r>
      <w:r>
        <w:t>to aap in ka in teeno jildon ka mutala kar ke sahaba ke baray mein jaan sakte hain ke woh kaisay log thay aur kis tarah woh duniya mein rahay, un se aap sabaq hasil kar sakte hain.</w:t>
      </w:r>
    </w:p>
    <w:p>
      <w:pPr>
        <w:jc w:val="right"/>
      </w:pPr>
      <w:r>
        <w:t>تو آپ ان کا ان تینوں جلدوں کا مطالعہ کر کے صحابہ کے بارے میں جان سکتے ہیں کہ وہ کیسے لوگ تھے اور کس طرح وہ دنیا میں رہے، ان سے آپ سبق حاصل کر سکتے ہیں۔</w:t>
      </w:r>
    </w:p>
    <w:p>
      <w:r>
        <w:rPr>
          <w:b/>
        </w:rPr>
        <w:t xml:space="preserve">[43:25] </w:t>
      </w:r>
      <w:r>
        <w:t>aqool qawli hadha wastaghfirullaha wastaghfirullaha ala wa lakum ajmaeen.</w:t>
      </w:r>
    </w:p>
    <w:p>
      <w:pPr>
        <w:jc w:val="right"/>
      </w:pPr>
      <w:r>
        <w:t>اقول قولیھذا واستغفراللہ واستغفراللہ علی ویلکم اجمعین۔</w:t>
      </w:r>
    </w:p>
    <w:p>
      <w:r>
        <w:rPr>
          <w:b/>
        </w:rPr>
        <w:t xml:space="preserve">[43:42] </w:t>
      </w:r>
      <w:r>
        <w:t>she says: "the quran can only be properly understood if one is familiar with quranic language which is arabic." so which translation according to you is right and how should one go about it?</w:t>
      </w:r>
    </w:p>
    <w:p>
      <w:pPr>
        <w:jc w:val="right"/>
      </w:pPr>
      <w:r>
        <w:t>شی سیز: "دا قرآن کین اونلی بی پراپرلی انڈرسٹڈ اف ون از فیملیئر ود قرآنک لینگویج وچ از عربک۔" سو وچ ٹرانسلیشن اکارڈنگ ٹو یو از رائٹ اینڈ ہاؤ شوڈ ون گو اباؤٹ اٹ؟</w:t>
      </w:r>
    </w:p>
    <w:p>
      <w:r>
        <w:rPr>
          <w:b/>
        </w:rPr>
        <w:t xml:space="preserve">[44:00] </w:t>
      </w:r>
      <w:r>
        <w:t>dekhein, jahan tak mein janta hoon, English mein to koi translation aisa nahi hai jis ko hum kahein ke woh bohat hi sahi hai.</w:t>
      </w:r>
    </w:p>
    <w:p>
      <w:pPr>
        <w:jc w:val="right"/>
      </w:pPr>
      <w:r>
        <w:t>دیکھیں، جہاں تک میں جانتا ہوں، انگلش میں تو کوئی ٹرانسلیشن ایسا نہیں ہے جس کو ہم کہیں کہ وہ بہت ہی صحیح ہے۔</w:t>
      </w:r>
    </w:p>
    <w:p>
      <w:r>
        <w:rPr>
          <w:b/>
        </w:rPr>
        <w:t xml:space="preserve">[44:10] </w:t>
      </w:r>
      <w:r>
        <w:t>mere jananay ke mutabiq Persian mein bohat hi sahi translation hai "Shu'ur Allah" ka, Urdu mein bohat hi sahi translation hai "Shah Abdul Qadir" ka.</w:t>
      </w:r>
    </w:p>
    <w:p>
      <w:pPr>
        <w:jc w:val="right"/>
      </w:pPr>
      <w:r>
        <w:t>میرے جاننے کے مطابق پرشین میں بہت ہی صحیح ٹرانسلیشن ہے "شعور اللہ" کا، اردو میں بہت ہی صحیح ٹرانسلیشن ہے "شاہ عبدالقادر" کا۔</w:t>
      </w:r>
    </w:p>
    <w:p>
      <w:r>
        <w:rPr>
          <w:b/>
        </w:rPr>
        <w:t xml:space="preserve">[44:22] </w:t>
      </w:r>
      <w:r>
        <w:t>English mein mein logon ko yeh kaha karta hoon ke bhayi, koi bhi bohat acha translation to nahi hai, jo available ho, usi ko paṛhein.</w:t>
      </w:r>
    </w:p>
    <w:p>
      <w:pPr>
        <w:jc w:val="right"/>
      </w:pPr>
      <w:r>
        <w:t>انگلش میں میں لوگوں کو یہ کہا کرتا ہوں کہ بھئی، کوئی بھی بہت اچھا ٹرانسلیشن تو نہیں ہے، جو اویلیبل ہو، اسی کو پڑھیے۔</w:t>
      </w:r>
    </w:p>
    <w:p>
      <w:r>
        <w:rPr>
          <w:b/>
        </w:rPr>
        <w:t xml:space="preserve">[44:34] </w:t>
      </w:r>
      <w:r>
        <w:t>aur dekhein, sab se bari baat translation nahi hai, sab se bari baat dua hai. is ko achi tarah yaad rakhiye ke Quran aik aisi kitab hai jis ke author se aap har lamha consult kar sakte hain.</w:t>
      </w:r>
    </w:p>
    <w:p>
      <w:pPr>
        <w:jc w:val="right"/>
      </w:pPr>
      <w:r>
        <w:t>اور دیکھیں، سب سے بڑی بات ٹرانسلیشن نہیں ہے، سب سے بڑی بات دعا ہے۔ اس کو اچھی طرح یاد رکھیے کہ قرآن ایک ایسی کتاب ہے جس کے اتھر سے آپ ہر لمحہ کنسلٹ کر سکتے ہیں۔</w:t>
      </w:r>
    </w:p>
    <w:p>
      <w:r>
        <w:rPr>
          <w:b/>
        </w:rPr>
        <w:t xml:space="preserve">[44:52] </w:t>
      </w:r>
      <w:r>
        <w:t>quran mein likha hua hai ke "main tumhare qareeb hoon, mujh ko pukaaro, main tumhari pukaar ka jawab doonga." isi ko maine in lafzon mein kaha ke quran ek aisi kitaab hai jis ka athar har waqt,</w:t>
      </w:r>
    </w:p>
    <w:p>
      <w:pPr>
        <w:jc w:val="right"/>
      </w:pPr>
      <w:r>
        <w:t>قرآن میں لکھا ہوا ہے کہ "میں تمہارے قریب ہوں، مجھ کو پکارو، میں تمہاری پکار کا جواب دوں گا۔" اسی کو میں نے ان لفظوں میں کہا کہ قرآن ایک ایسی کتاب ہے جس کا اتھر ہر وقت،</w:t>
      </w:r>
    </w:p>
    <w:p>
      <w:r>
        <w:rPr>
          <w:b/>
        </w:rPr>
        <w:t xml:space="preserve">[45:09] </w:t>
      </w:r>
      <w:r>
        <w:t>jis ke athar se har waqt aap consult kar sakte hain. ab dekhen, kitni badi blessing hai. to main manta hoon ke koi bhi translation, chahe kitna hi acha kyun na ho, woh quran ko samajhne ke liye kaafi nahi ho sakta.</w:t>
      </w:r>
    </w:p>
    <w:p>
      <w:pPr>
        <w:jc w:val="right"/>
      </w:pPr>
      <w:r>
        <w:t>جس کے اتھر سے ہر وقت آپ کنسلٹ کر سکتے ہیں۔ اب دیکھیں، کتنی بڑی بلیسنگ ہے۔ تو میں مانتا ہوں کہ کوئی بھی ٹرانسلیشن، چاہے کتنا ہی اچھا کیوں نہ ہو، وہ قرآن کو سمجھنے کے لیے کافی نہیں ہو سکتا۔</w:t>
      </w:r>
    </w:p>
    <w:p>
      <w:r>
        <w:rPr>
          <w:b/>
        </w:rPr>
        <w:t xml:space="preserve">[45:25] </w:t>
      </w:r>
      <w:r>
        <w:t>sab se badi cheez hai jo woh hai dua. yahan main ek waqia arz karoon ke allama ibn taimiya ek bohat bade aalim thay, arabi ke bohat bade scholar thay.</w:t>
      </w:r>
    </w:p>
    <w:p>
      <w:pPr>
        <w:jc w:val="right"/>
      </w:pPr>
      <w:r>
        <w:t>سب سے بڑی چیز ہے جو وہ ہے دعا۔ یہاں میں ایک واقعہ عرض کروں کہ علامہ ابن تیمیہ ایک بہت بڑے عالم تھے، عربی کے بہت بڑے سکالر تھے۔</w:t>
      </w:r>
    </w:p>
    <w:p>
      <w:r>
        <w:rPr>
          <w:b/>
        </w:rPr>
        <w:t xml:space="preserve">[45:37] </w:t>
      </w:r>
      <w:r>
        <w:t>woh un ko bhi quran mein kahin kahin atakna padta tha. to woh kya karte thay? ke chale aate thay jangl mein, do rakat namaz padhte aur dua karte.</w:t>
      </w:r>
    </w:p>
    <w:p>
      <w:pPr>
        <w:jc w:val="right"/>
      </w:pPr>
      <w:r>
        <w:t>وہ ان کو بھی قرآن میں کہیں کہیں اٹکنا پڑتا تھا۔ تو وہ کیا کرتے تھے؟ کہ چلے آتے تھے جنگل میں، دو رکعت نماز پڑھتے اور دعا کرتے۔</w:t>
      </w:r>
    </w:p>
    <w:p>
      <w:r>
        <w:rPr>
          <w:b/>
        </w:rPr>
        <w:t xml:space="preserve">[45:49] </w:t>
      </w:r>
      <w:r>
        <w:t>yeh kehte ke "ya muallim ibrahim, aay ibrahim ko batane wale, mujhe bhi bata de." to main yeh kahunga ke jo bhi available translation hai, us ko lijiye aur dua ke sath padhiye.</w:t>
      </w:r>
    </w:p>
    <w:p>
      <w:pPr>
        <w:jc w:val="right"/>
      </w:pPr>
      <w:r>
        <w:t>یہ کہتے کہ "یا معلم ابراہیم، اے ابراہیم کو بتانے والے، مجھے بھی بتا دے۔" تو میں یہ کہوں گا کہ جو بھی اویلیبل ٹرانسلیشن ہے، اس کو لیجئے اور دعا کے ساتھ پڑھیے۔</w:t>
      </w:r>
    </w:p>
    <w:p>
      <w:r>
        <w:rPr>
          <w:b/>
        </w:rPr>
        <w:t xml:space="preserve">[46:05] </w:t>
      </w:r>
      <w:r>
        <w:t>zaroor aap quran ke baaton ko samajh jayenge.</w:t>
      </w:r>
    </w:p>
    <w:p>
      <w:pPr>
        <w:jc w:val="right"/>
      </w:pPr>
      <w:r>
        <w:t>ضرور آپ قرآن کے باتوں کو سمجھ جائیں گے۔</w:t>
      </w:r>
    </w:p>
    <w:p>
      <w:r>
        <w:rPr>
          <w:b/>
        </w:rPr>
        <w:t xml:space="preserve">[46:13] </w:t>
      </w:r>
      <w:r>
        <w:t>das question is from aisha: she says that in the process of dawah work, is it important to prove the authenticity of quran to people?</w:t>
      </w:r>
    </w:p>
    <w:p>
      <w:pPr>
        <w:jc w:val="right"/>
      </w:pPr>
      <w:r>
        <w:t>دس کوئسچن از فرام عائشہ: شی سیز دیٹ ان دی پروسیس اف دعوی ورک، از اٹ امپورٹنٹ ٹو پروف دی اتھینٹیسٹی اف قرآن ٹو پیپل؟</w:t>
      </w:r>
    </w:p>
    <w:p>
      <w:r>
        <w:rPr>
          <w:b/>
        </w:rPr>
        <w:t xml:space="preserve">[46:25] </w:t>
      </w:r>
      <w:r>
        <w:t>if yes, then how do we go about it? dekhen, is ka taluq is se hai ke aap kis se, kis ke upar dawah work kar rahe hain.</w:t>
      </w:r>
    </w:p>
    <w:p>
      <w:pPr>
        <w:jc w:val="right"/>
      </w:pPr>
      <w:r>
        <w:t>اف یس، دین ہاؤ ڈو وی گو اباؤٹ اٹ؟ دیکھیں، اس کا تعلق اس سے ہے کہ آپ کس سے، کس کے اوپر دعوی ورک کر رہے ہیں۔</w:t>
      </w:r>
    </w:p>
    <w:p>
      <w:r>
        <w:rPr>
          <w:b/>
        </w:rPr>
        <w:t xml:space="preserve">[46:37] </w:t>
      </w:r>
      <w:r>
        <w:t>ab jaise ke maine ek hindu scholar se meri baat hui to woh kehne lage ke "main to quran ke manta hoon aur gita bhi manta hoon.</w:t>
      </w:r>
    </w:p>
    <w:p>
      <w:pPr>
        <w:jc w:val="right"/>
      </w:pPr>
      <w:r>
        <w:t>اب جیسے کہ میں نے ایک ہندو سکالر سے میری بات ہوئی تو وہ کہنے لگے کہ "میں تو قرآن کے مانتا ہوں اور گیتا بھی مانتا ہوں۔</w:t>
      </w:r>
    </w:p>
    <w:p>
      <w:r>
        <w:rPr>
          <w:b/>
        </w:rPr>
        <w:t xml:space="preserve">[46:47] </w:t>
      </w:r>
      <w:r>
        <w:t>jab main quran padhta hoon to lagta hai ke main gita padh raha hoon, gita padhta hoon to lagta hai ke main quran ko padhta hoon." to aise aadmi ke liye aap ko koi reason ki zaroorat to hai nahi, woh to pehle se bane hue hain.</w:t>
      </w:r>
    </w:p>
    <w:p>
      <w:pPr>
        <w:jc w:val="right"/>
      </w:pPr>
      <w:r>
        <w:t>جب میں قرآن پڑھتا ہوں تو لگتا ہے کہ میں گیتا پڑھ رہا ہوں، گیتا پڑھتا ہوں تو لگتا ہے کہ میں قرآن کو پڑھتا ہوں۔" تو ایسے آدمی کے لیے آپ کو کوئی ریزن کی ضرورت تو ہے نہیں، وہ تو پہلے سے بنے ہوئے ہیں۔</w:t>
      </w:r>
    </w:p>
    <w:p>
      <w:r>
        <w:rPr>
          <w:b/>
        </w:rPr>
        <w:t xml:space="preserve">[47:01] </w:t>
      </w:r>
      <w:r>
        <w:t>to koi ek hard and fast rule nahi ban sakta. jahan tak daleel ke aur reason ke logic ki baat hai to main ne kai kitabein is par likhi hain.</w:t>
      </w:r>
    </w:p>
    <w:p>
      <w:pPr>
        <w:jc w:val="right"/>
      </w:pPr>
      <w:r>
        <w:t>تو کوئی ایک ہارڈ اینڈ فاسٹ رول نہیں بن سکتا۔ جہاں تک دلیل کے اور ریزن کے لاجک کی بات ہے تو میں نے کئی کتابیں اس پر لکھی ہیں۔</w:t>
      </w:r>
    </w:p>
    <w:p>
      <w:r>
        <w:rPr>
          <w:b/>
        </w:rPr>
        <w:t xml:space="preserve">[47:12] </w:t>
      </w:r>
      <w:r>
        <w:t>misalan ek kitaab jo hai, us ka naam hi yahi hai "azmat e quran" aur kai kitabein hain, us mein maine daleelein ikhatta ki hain.</w:t>
      </w:r>
    </w:p>
    <w:p>
      <w:pPr>
        <w:jc w:val="right"/>
      </w:pPr>
      <w:r>
        <w:t>مثلاً ایک کتاب جو ہے، اس کا نام ہی یہی ہے "عظمت قرآن" اور کئی کتابیں ہیں، اس میں میں نے دلیلیں اکٹھا کی ہیں۔</w:t>
      </w:r>
    </w:p>
    <w:p>
      <w:r>
        <w:rPr>
          <w:b/>
        </w:rPr>
        <w:t xml:space="preserve">[47:22] </w:t>
      </w:r>
      <w:r>
        <w:t>to aap ko dekhna padega ke jo aap ka audience hai, woh kaise sochta hai.</w:t>
      </w:r>
    </w:p>
    <w:p>
      <w:pPr>
        <w:jc w:val="right"/>
      </w:pPr>
      <w:r>
        <w:t>تو آپ کو دیکھنا پڑے گا کہ جو آپ کا آڈینس ہے، وہ کیسے سوچتا ہے۔</w:t>
      </w:r>
    </w:p>
    <w:p>
      <w:r>
        <w:rPr>
          <w:b/>
        </w:rPr>
        <w:t xml:space="preserve">[47:33] </w:t>
      </w:r>
      <w:r>
        <w:t>is ki soch ko jaankar hi aap yeh faisla kar sakte hain kis dhang se main kahoon taake uska mind address ho. to main yahi kahunga ke apni study badhaiye,</w:t>
      </w:r>
    </w:p>
    <w:p>
      <w:pPr>
        <w:jc w:val="right"/>
      </w:pPr>
      <w:r>
        <w:t>اس کی سوچ کو جان کر ہی آپ یہ فیصلہ کر سکتے ہیں کس ڈھنگ سے میں کہوں تاکہ اس کا مائنڈ ایڈریس ہو۔ تو میں یہی کہوں گا کہ اپنی اسٹڈی بڑھائیے،</w:t>
      </w:r>
    </w:p>
    <w:p>
      <w:r>
        <w:rPr>
          <w:b/>
        </w:rPr>
        <w:t xml:space="preserve">[47:47] </w:t>
      </w:r>
      <w:r>
        <w:t>tabhi aap doosron ko samajh payenge aur khud hi khud yeh jaan lenge ke kis aadmi ko mujhe kis tarah se address karna hai.</w:t>
      </w:r>
    </w:p>
    <w:p>
      <w:pPr>
        <w:jc w:val="right"/>
      </w:pPr>
      <w:r>
        <w:t>تبھی آپ دوسروں کو سمجھ پائیں گے اور خود ہی خود یہ جان لیں گے کہ کس آدمی کو مجھے کس طرح سے ایڈریس کرنا ہے۔</w:t>
      </w:r>
    </w:p>
    <w:p>
      <w:r>
        <w:rPr>
          <w:b/>
        </w:rPr>
        <w:t xml:space="preserve">[47:58] </w:t>
      </w:r>
      <w:r>
        <w:t>um al fazl raziq, would like to ask you that last time in your lecture, you had talk about firoz body.</w:t>
      </w:r>
    </w:p>
    <w:p>
      <w:pPr>
        <w:jc w:val="right"/>
      </w:pPr>
      <w:r>
        <w:t>ام الفضل رازق، وڈ لائک ٹو اسک یو دیٹ لاسٹ ٹائم ان یور لیکچر، یو ہیڈ ٹاک اباؤٹ فیروز باڈی۔</w:t>
      </w:r>
    </w:p>
    <w:p>
      <w:r>
        <w:rPr>
          <w:b/>
        </w:rPr>
        <w:t xml:space="preserve">[48:09] </w:t>
      </w:r>
      <w:r>
        <w:t>could you give the specific reference of the verse in which god has talk about preservation of firoz body? dekhen, quran mein hai surah yunus, surah yunus,</w:t>
      </w:r>
    </w:p>
    <w:p>
      <w:pPr>
        <w:jc w:val="right"/>
      </w:pPr>
      <w:r>
        <w:t>کڈ یو گیو دی سپیسیفک ریفرنس اف دی ورس ان وچ گاڈ ہیز ٹاک اباؤٹ پریزرویشن اف فیروز باڈی؟ دیکھیں، قرآن میں ہے سورہ یونس، سورہ یونس،</w:t>
      </w:r>
    </w:p>
    <w:p>
      <w:r>
        <w:rPr>
          <w:b/>
        </w:rPr>
        <w:t xml:space="preserve">[48:25] </w:t>
      </w:r>
      <w:r>
        <w:t>ghaaliban number das shayad ka hai, hain ji chapter number 10. us mein yeh ayat hai ke "alyawm nunajji ka ba badanak".</w:t>
      </w:r>
    </w:p>
    <w:p>
      <w:pPr>
        <w:jc w:val="right"/>
      </w:pPr>
      <w:r>
        <w:t>غالباً نمبر دس شاید کا ہے، ہیں جی چیپٹر نمبر 10۔ اس میں یہ آیت ہے کہ "الیوم ننجی کا بے بدن کا"۔</w:t>
      </w:r>
    </w:p>
    <w:p>
      <w:r>
        <w:rPr>
          <w:b/>
        </w:rPr>
        <w:t xml:space="preserve">[48:37] </w:t>
      </w:r>
      <w:r>
        <w:t>verse 92, verse 92. "alyawm nunajji ka ba badanak". latakoon khalafakaya to chapter number 10, verse number 92, 92.</w:t>
      </w:r>
    </w:p>
    <w:p>
      <w:pPr>
        <w:jc w:val="right"/>
      </w:pPr>
      <w:r>
        <w:t>ورس 92، ورس 92۔ "الیوم ننجی کا بے بدن کا"۔ لتکون خلفکایا تو چیپٹر نمبر 10، ورس نمبر 92، 92۔</w:t>
      </w:r>
    </w:p>
    <w:p>
      <w:r>
        <w:rPr>
          <w:b/>
        </w:rPr>
        <w:t xml:space="preserve">[48:51] </w:t>
      </w:r>
      <w:r>
        <w:t>us mein aap dekh sakte hain.</w:t>
      </w:r>
    </w:p>
    <w:p>
      <w:pPr>
        <w:jc w:val="right"/>
      </w:pPr>
      <w:r>
        <w:t>اس میں آپ دیکھ سکتے ہیں۔</w:t>
      </w:r>
    </w:p>
    <w:p>
      <w:r>
        <w:rPr>
          <w:b/>
        </w:rPr>
        <w:t xml:space="preserve">[48:59] </w:t>
      </w:r>
      <w:r>
        <w:t>this question is from aisha: when the concept of god is interwoven in the nature of man, then why is why is that god is replaced by many false gods?</w:t>
      </w:r>
    </w:p>
    <w:p>
      <w:pPr>
        <w:jc w:val="right"/>
      </w:pPr>
      <w:r>
        <w:t>دس کوئسچن از فرام عائشہ: وین دی کانسیپٹ اف گاڈ از انٹر وومن ان دی نیچر اف مین، دین وائی از وائی از دیٹ گاڈ از ریپلیسڈ بائی مینی فالس گاڈز؟</w:t>
      </w:r>
    </w:p>
    <w:p>
      <w:r>
        <w:rPr>
          <w:b/>
        </w:rPr>
        <w:t xml:space="preserve">[49:21] </w:t>
      </w:r>
      <w:r>
        <w:t>dekhen, jaisa ke kai baar yeh baat aayi hai yahan par ke yeh duniya test ke liye banayi gayi hai.</w:t>
      </w:r>
    </w:p>
    <w:p>
      <w:pPr>
        <w:jc w:val="right"/>
      </w:pPr>
      <w:r>
        <w:t>دیکھیں، جیسا کہ کئی بار یہ بات آئی ہے یہاں پر کہ یہ دنیا ٹیسٹ کے لیے بنائی گئی ہے۔</w:t>
      </w:r>
    </w:p>
    <w:p>
      <w:r>
        <w:rPr>
          <w:b/>
        </w:rPr>
        <w:t xml:space="preserve">[49:31] </w:t>
      </w:r>
      <w:r>
        <w:t>dekhen, jab test rahega to zaroor wahan par confusion bhi rahega. agar duniya mein koi confusion na ho to test kaise liya jayega?</w:t>
      </w:r>
    </w:p>
    <w:p>
      <w:pPr>
        <w:jc w:val="right"/>
      </w:pPr>
      <w:r>
        <w:t>دیکھیں، جب ٹیسٹ رہے گا تو ضرور وہاں پر کنفیوژن بھی رہے گا۔ اگر دنیا میں کوئی کنفیوژن نہ ہو تو ٹیسٹ کیسے لیا جائے گا؟</w:t>
      </w:r>
    </w:p>
    <w:p>
      <w:r>
        <w:rPr>
          <w:b/>
        </w:rPr>
        <w:t xml:space="preserve">[49:41] </w:t>
      </w:r>
      <w:r>
        <w:t>sab baat kidhar ho? bilkul compulsory aap majboor hon manne ke liye to woh test nahi hua. isi liye quran mein hai ke "wala labassna alaihim ma'alibsoon" yaani duniya ki cheezon mein ek element of doubt rakh diya gaya hai.</w:t>
      </w:r>
    </w:p>
    <w:p>
      <w:pPr>
        <w:jc w:val="right"/>
      </w:pPr>
      <w:r>
        <w:t>سب بات کدھر ہو؟ بالکل کمپلسولی آپ مجبور ہوں ماننے کے لیے تو وہ ٹیسٹ نہیں ہوا۔ اسی لیے قرآن میں ہے کہ "ولا لبسنا علیہم معالبسون" یعنی دنیا کی چیزوں میں ایک ایلیمنٹ اف ڈاؤٹ رکھ دیا گیا ہے۔</w:t>
      </w:r>
    </w:p>
    <w:p>
      <w:r>
        <w:rPr>
          <w:b/>
        </w:rPr>
        <w:t xml:space="preserve">[49:57] </w:t>
      </w:r>
      <w:r>
        <w:t>har cheez mein element of doubt. to test yeh hai aap ka ke element of doubt jo hai, us ko phaadein aur phaad kar sachai ko dekhen.</w:t>
      </w:r>
    </w:p>
    <w:p>
      <w:pPr>
        <w:jc w:val="right"/>
      </w:pPr>
      <w:r>
        <w:t>ہر چیز میں ایلیمنٹ اف ڈاؤٹ۔ تو ٹیسٹ یہ ہے آپ کا کہ ایلیمنٹ اف ڈاؤٹ جو ہے، اس کو پھاڑیں اور پھاڑ کر سچائی کو دیکھیں۔</w:t>
      </w:r>
    </w:p>
    <w:p>
      <w:r>
        <w:rPr>
          <w:b/>
        </w:rPr>
        <w:t xml:space="preserve">[50:08] </w:t>
      </w:r>
      <w:r>
        <w:t>to khuda agarche fitrat mein chupa hua, fitrat mein maujood hai hamari, lekin jo dunya bhar ke element of doubts hain, jo confusion hai, jo jungal hai ideas ka, us mein se guzar kar hamein khuda tak pahunchna padta hai.</w:t>
      </w:r>
    </w:p>
    <w:p>
      <w:pPr>
        <w:jc w:val="right"/>
      </w:pPr>
      <w:r>
        <w:t>تو خدا اگرچہ فطرت میں چھپا ہوا، فطرت میں موجود ہے ہماری، لیکن جو دنیا بھر کے ایلیمنٹ اف ڈاؤٹس ہیں، جو کنفیوژن ہے، جو جنگل ہے آئیڈیاز کا، اس میں سے گزر کر ہمیں خدا تک پہنچنا پڑتا ہے۔</w:t>
      </w:r>
    </w:p>
    <w:p>
      <w:r>
        <w:rPr>
          <w:b/>
        </w:rPr>
        <w:t xml:space="preserve">[50:25] </w:t>
      </w:r>
      <w:r>
        <w:t>kyun? is liye ke test hai. to main is ko kehta hoon ke yeh hai discovery method. aap jante hain ke discovery method kya hai?</w:t>
      </w:r>
    </w:p>
    <w:p>
      <w:pPr>
        <w:jc w:val="right"/>
      </w:pPr>
      <w:r>
        <w:t>کیوں؟ اس لیے کہ ٹیسٹ ہے۔ تو میں اس کو کہتا ہوں کہ یہ ہے ڈسکوری میتھڈ۔ آپ جانتے ہیں کہ ڈسکوری میتھڈ کیا ہے؟</w:t>
      </w:r>
    </w:p>
    <w:p>
      <w:r>
        <w:rPr>
          <w:b/>
        </w:rPr>
        <w:t xml:space="preserve">[50:37] </w:t>
      </w:r>
      <w:r>
        <w:t>ke bachchon ko is tarah padhaya jata hai ke maslan oont hai, camel, to us ki body ko das bees tukde kar dein ge, lakri ke tukre.</w:t>
      </w:r>
    </w:p>
    <w:p>
      <w:pPr>
        <w:jc w:val="right"/>
      </w:pPr>
      <w:r>
        <w:t>کہ بچوں کو اس طرح پڑھایا جاتا ہے کہ مثلاً اونٹ ہے، کیمل، تو اس کی باڈی کو دس بیس ٹکڑے کر دیں گے، لکڑی کے ٹکڑے۔</w:t>
      </w:r>
    </w:p>
    <w:p>
      <w:r>
        <w:rPr>
          <w:b/>
        </w:rPr>
        <w:t xml:space="preserve">[50:47] </w:t>
      </w:r>
      <w:r>
        <w:t>bachche se kahein ge ke joro. yeh woh jura hua nahi hoga balkeh tukde tukde hoga. to khuda ne sachai ko gaya tukde tukde bant diya hai dunya mein.</w:t>
      </w:r>
    </w:p>
    <w:p>
      <w:pPr>
        <w:jc w:val="right"/>
      </w:pPr>
      <w:r>
        <w:t>بچے سے کہیں گے کہ جوڑو۔ یہ وہ جڑا ہوا نہیں ہوگا بلکہ ٹکڑے ٹکڑے ہوگا۔ تو خدا نے سچائی کو گیا ٹکڑے ٹکڑے بانٹ دیا ہے دنیا میں۔</w:t>
      </w:r>
    </w:p>
    <w:p>
      <w:r>
        <w:rPr>
          <w:b/>
        </w:rPr>
        <w:t xml:space="preserve">[50:58] </w:t>
      </w:r>
      <w:r>
        <w:t>ab yeh discovery method hai, yani hamein daryaft karna hai, discover karna hai, discover kar ke is sachai ko poore poori sachai ko banana hai ke is is kuch hissa idhar hai, kuch hissa idhar hai, kuch hissa idhar hai.</w:t>
      </w:r>
    </w:p>
    <w:p>
      <w:pPr>
        <w:jc w:val="right"/>
      </w:pPr>
      <w:r>
        <w:t>اب یہ ڈسکوری میتھڈ ہے، یعنی ہمیں دریافت کرنا ہے، ڈسکور کرنا ہے، ڈسکور کر کے اس سچائی کو پورے پوری سچائی کو بنانا ہے کہ اس اس کچھ حصہ ادھر ہے، کچھ حصہ ادھر ہے، کچھ حصہ ادھر ہے۔</w:t>
      </w:r>
    </w:p>
    <w:p>
      <w:r>
        <w:rPr>
          <w:b/>
        </w:rPr>
        <w:t xml:space="preserve">[51:11] </w:t>
      </w:r>
      <w:r>
        <w:t>to poora poora mamla yahan wahi hai, discovery method wala. hamein discover karna hai. discover jab tak nahi kar payein ge hum, tab tak hum sachai ko daryaft nahi kar payein ge.</w:t>
      </w:r>
    </w:p>
    <w:p>
      <w:pPr>
        <w:jc w:val="right"/>
      </w:pPr>
      <w:r>
        <w:t>تو پورا پورا معاملہ یہاں وہی ہے، ڈسکوری میتھڈ والا۔ ہمیں ڈسکور کرنا ہے۔ ڈسکور جب تک نہیں کر پائیں گے ہم، تب تک ہم سچائی کو دریافت نہیں کر پائیں گے۔</w:t>
      </w:r>
    </w:p>
    <w:p>
      <w:r>
        <w:rPr>
          <w:b/>
        </w:rPr>
        <w:t xml:space="preserve">[51:25] </w:t>
      </w:r>
      <w:r>
        <w:t>mahbub alam, would like to ask you that last time during your lecture, you had given an example of cat stevens, that he read quran and he understood the message.</w:t>
      </w:r>
    </w:p>
    <w:p>
      <w:pPr>
        <w:jc w:val="right"/>
      </w:pPr>
      <w:r>
        <w:t>محبوب عالم، وڈ لائک ٹو اسک یو دیٹ لاسٹ ٹائم ڈیورنگ یور لیکچر، یو ہیڈ گیون این ایگزامپل اف کیٹ سٹیونز، دیٹ ہی ریڈ قرآن اینڈ ہی انڈرسٹڈ دی میسج۔</w:t>
      </w:r>
    </w:p>
    <w:p>
      <w:r>
        <w:rPr>
          <w:b/>
        </w:rPr>
        <w:t xml:space="preserve">[51:42] </w:t>
      </w:r>
      <w:r>
        <w:t>so his question is that: what are the prerequisites to gain true guidance from the quran and transform like cat stevens?</w:t>
      </w:r>
    </w:p>
    <w:p>
      <w:pPr>
        <w:jc w:val="right"/>
      </w:pPr>
      <w:r>
        <w:t>سو ہز کوئسچن از دیٹ: واٹ ار دی پری ریکوزٹس ٹو گین ٹرو گائیڈنس فرام دی قرآن اینڈ ٹرانسفارم لائک کیٹ سٹیونز؟</w:t>
      </w:r>
    </w:p>
    <w:p>
      <w:r>
        <w:rPr>
          <w:b/>
        </w:rPr>
        <w:t xml:space="preserve">[51:55] </w:t>
      </w:r>
      <w:r>
        <w:t>un ka qissa yeh hai ke un ko TV ho gaya. main samajhta hoon ke dunya mein jo museebatein padti hain na, woh bohat bari blessing hai.</w:t>
      </w:r>
    </w:p>
    <w:p>
      <w:pPr>
        <w:jc w:val="right"/>
      </w:pPr>
      <w:r>
        <w:t>ان کا قصہ یہ ہے کہ ان کو ٹی وی ہو گیا۔ میں سمجھتا ہوں کہ دنیا میں جو مصیبتیں پڑتی ہیں نا، وہ بہت بڑی بلیسنگ ہے۔</w:t>
      </w:r>
    </w:p>
    <w:p>
      <w:r>
        <w:rPr>
          <w:b/>
        </w:rPr>
        <w:t xml:space="preserve">[52:05] </w:t>
      </w:r>
      <w:r>
        <w:t>jab tak unhein bimari nahi lagi thi, tab tak kuch sochte nahi thay. woh glory mein jeete thay, fame mein jeete thay. yahan party, wahan voting, tarah tarah ke charm mein jeete thay.</w:t>
      </w:r>
    </w:p>
    <w:p>
      <w:pPr>
        <w:jc w:val="right"/>
      </w:pPr>
      <w:r>
        <w:t>جب تک انہیں بیماری نہیں لگی تھی، تب تک کچھ سوچتے نہیں تھے۔ وہ گلوری میں جیتے تھے، فیم میں جیتے تھے۔ یہاں پارٹی، وہاں ووٹنگ، طرح طرح کے چارم میں جیتے تھے۔</w:t>
      </w:r>
    </w:p>
    <w:p>
      <w:r>
        <w:rPr>
          <w:b/>
        </w:rPr>
        <w:t xml:space="preserve">[52:17] </w:t>
      </w:r>
      <w:r>
        <w:t>woh jab un ko TV ho gaya to kya hua? hospitalized ho gaye. hospital mein zahir hai ke un ko main alag thalag rehna pada.</w:t>
      </w:r>
    </w:p>
    <w:p>
      <w:pPr>
        <w:jc w:val="right"/>
      </w:pPr>
      <w:r>
        <w:t>وہ جب ان کو ٹی وی ہو گیا تو کیا ہوا؟ ہاسپٹلائز ہو گئے۔ ہاسپٹل میں ظاہر ہے کہ ان کو میں الگ تھلگ رہنا پڑا۔</w:t>
      </w:r>
    </w:p>
    <w:p>
      <w:r>
        <w:rPr>
          <w:b/>
        </w:rPr>
        <w:t xml:space="preserve">[52:29] </w:t>
      </w:r>
      <w:r>
        <w:t>is zamane mein un ke bhai ne unhein quran de diya. agar woh bimari se pehle diya hota to padhte bhi nahi is ko. woh ab jab padha unhone quran ko to ek khaas baat jo unhone bataya, jis se un ka mind jo hil gaya, ke quran mein dekha unhone ke god jo hai,</w:t>
      </w:r>
    </w:p>
    <w:p>
      <w:pPr>
        <w:jc w:val="right"/>
      </w:pPr>
      <w:r>
        <w:t>اس زمانے میں ان کے بھائی نے انہیں قرآن دے دیا۔ اگر وہ بیماری سے پہلے دیا ہوتا تو پڑھتے بھی نہیں اس کو۔ وہ اب جب پڑھا انہوں نے قرآن کو تو ایک خاص بات جو انہوں نے بتایا، جس سے ان کا مائنڈ جو ہل گیا، کہ قرآن میں دیکھا انہوں نے کہ گاڈ جو ہے،</w:t>
      </w:r>
    </w:p>
    <w:p>
      <w:r>
        <w:rPr>
          <w:b/>
        </w:rPr>
        <w:t xml:space="preserve">[52:48] </w:t>
      </w:r>
      <w:r>
        <w:t>direct un ko address kar raha hai. aye</w:t>
      </w:r>
    </w:p>
    <w:p>
      <w:pPr>
        <w:jc w:val="right"/>
      </w:pPr>
      <w:r>
        <w:t>ڈائریکٹ ان کو ایڈریس کر رہا ہے۔ اے</w:t>
      </w:r>
    </w:p>
    <w:p>
      <w:r>
        <w:rPr>
          <w:b/>
        </w:rPr>
        <w:t xml:space="preserve">[52:50] </w:t>
      </w:r>
      <w:r>
        <w:t>insan! aye insan! to is dhang par koi kitab is se pehle nahi padhi thi unhone. aap jante hain ke difference jo hai, aadmi ko hamesha mutasir karta hai.</w:t>
      </w:r>
    </w:p>
    <w:p>
      <w:pPr>
        <w:jc w:val="right"/>
      </w:pPr>
      <w:r>
        <w:t>انسان! اے انسان! تو اس ڈھنگ پر کوئی کتاب اس سے پہلے نہیں پڑھی تھی انہوں نے۔ آپ جانتے ہیں کہ ڈفرنس جو ہے، آدمی کو ہمیشہ متاثر کرتا ہے۔</w:t>
      </w:r>
    </w:p>
    <w:p>
      <w:r>
        <w:rPr>
          <w:b/>
        </w:rPr>
        <w:t xml:space="preserve">[53:02] </w:t>
      </w:r>
      <w:r>
        <w:t>difference to doosri kitabon mein kahin bhi yeh baat nahi thi ke direct tor par khuda un ko bol raha ho ke dekho, main khuda tumhara hoon, suno meri baat.</w:t>
      </w:r>
    </w:p>
    <w:p>
      <w:pPr>
        <w:jc w:val="right"/>
      </w:pPr>
      <w:r>
        <w:t>ڈفرنس تو دوسری کتابوں میں کہیں بھی یہ بات نہیں تھی کہ ڈائریکٹ طور پر خدا ان کو بول رہا ہو کہ دیکھو، میں خدا تمہارا ہوں، سنو میری بات۔</w:t>
      </w:r>
    </w:p>
    <w:p>
      <w:r>
        <w:rPr>
          <w:b/>
        </w:rPr>
        <w:t xml:space="preserve">[53:14] </w:t>
      </w:r>
      <w:r>
        <w:t>to yeh difference jo hai, is se yahan par woh mutasir hue aur phir mutala karte karte islam ki sachai tak pahunche.</w:t>
      </w:r>
    </w:p>
    <w:p>
      <w:pPr>
        <w:jc w:val="right"/>
      </w:pPr>
      <w:r>
        <w:t>تو یہ ڈفرنس جو ہے، اس سے یہاں پر وہ متاثر ہوئے اور پھر مطالعہ کرتے کرتے اسلام کی سچائی تک پہنچے۔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