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Falsehood December 15, 2013</w:t>
      </w:r>
    </w:p>
    <w:p>
      <w:r>
        <w:t>https://youtu.be/UvboK59uF6s</w:t>
      </w:r>
    </w:p>
    <w:p>
      <w:r>
        <w:rPr>
          <w:b/>
        </w:rPr>
        <w:t xml:space="preserve">[00:37] </w:t>
      </w:r>
      <w:r>
        <w:t>aaj december 2013 ki 15 tareekh hai.</w:t>
      </w:r>
    </w:p>
    <w:p>
      <w:pPr>
        <w:jc w:val="right"/>
      </w:pPr>
      <w:r>
        <w:t>آج دسمبر 2013 کی 15 تاریخ ہے۔</w:t>
      </w:r>
    </w:p>
    <w:p>
      <w:r>
        <w:rPr>
          <w:b/>
        </w:rPr>
        <w:t xml:space="preserve">[00:48] </w:t>
      </w:r>
      <w:r>
        <w:t>aaj ka topic hai "Living in Falsehood".</w:t>
      </w:r>
    </w:p>
    <w:p>
      <w:pPr>
        <w:jc w:val="right"/>
      </w:pPr>
      <w:r>
        <w:t>آج کا ٹاپک ہے "Living in Falsehood"۔</w:t>
      </w:r>
    </w:p>
    <w:p>
      <w:r>
        <w:rPr>
          <w:b/>
        </w:rPr>
        <w:t xml:space="preserve">[00:59] </w:t>
      </w:r>
      <w:r>
        <w:t>false food mein jeena.</w:t>
      </w:r>
    </w:p>
    <w:p>
      <w:pPr>
        <w:jc w:val="right"/>
      </w:pPr>
      <w:r>
        <w:t>فالس فوڈ میں جینا۔</w:t>
      </w:r>
    </w:p>
    <w:p>
      <w:r>
        <w:rPr>
          <w:b/>
        </w:rPr>
        <w:t xml:space="preserve">[01:05] </w:t>
      </w:r>
      <w:r>
        <w:t>aaj kal jo musalman hain, sari dunya mein, un ka case yahi hai.</w:t>
      </w:r>
    </w:p>
    <w:p>
      <w:pPr>
        <w:jc w:val="right"/>
      </w:pPr>
      <w:r>
        <w:t>آج کل جو مسلمان ہیں، ساری دنیا میں، ان کا کیس یہی ہے۔</w:t>
      </w:r>
    </w:p>
    <w:p>
      <w:r>
        <w:rPr>
          <w:b/>
        </w:rPr>
        <w:t xml:space="preserve">[01:15] </w:t>
      </w:r>
      <w:r>
        <w:t>present muslims are living in false food. it is our mission to enable them to live in reality.</w:t>
      </w:r>
    </w:p>
    <w:p>
      <w:pPr>
        <w:jc w:val="right"/>
      </w:pPr>
      <w:r>
        <w:t>پریزنٹ مسلمس آر لیونگ ان فالس فوڈ۔ اٹ از اور مشن ٹو انیبل دیم ٹو لیو ان ریلیٹی۔</w:t>
      </w:r>
    </w:p>
    <w:p>
      <w:r>
        <w:rPr>
          <w:b/>
        </w:rPr>
        <w:t xml:space="preserve">[01:28] </w:t>
      </w:r>
      <w:r>
        <w:t>aaj jo main baat kehna chahta hoon, is ka khulasa yahi hai ke present Muslims are living in false food. It is our mission to enable them to live in reality.</w:t>
      </w:r>
    </w:p>
    <w:p>
      <w:pPr>
        <w:jc w:val="right"/>
      </w:pPr>
      <w:r>
        <w:t>آج جو میں بات کہنا چاہتا ہوں، اس کا خلاصہ یہی ہے کہ پریزنٹ مسلمس آر لیونگ ان فالس فوڈ۔ اٹ از اور مشن ٹو انیبل دیم ٹو لیو ان ریلیٹی۔</w:t>
      </w:r>
    </w:p>
    <w:p>
      <w:r>
        <w:rPr>
          <w:b/>
        </w:rPr>
        <w:t xml:space="preserve">[01:46] </w:t>
      </w:r>
      <w:r>
        <w:t>yeh topic aaj ka paper dekh kar mere zehn mein aaya.</w:t>
      </w:r>
    </w:p>
    <w:p>
      <w:pPr>
        <w:jc w:val="right"/>
      </w:pPr>
      <w:r>
        <w:t>یہ ٹاپک آج کا پیپر دیکھ کر میرے ذہن میں آیا۔</w:t>
      </w:r>
    </w:p>
    <w:p>
      <w:r>
        <w:rPr>
          <w:b/>
        </w:rPr>
        <w:t xml:space="preserve">[01:54] </w:t>
      </w:r>
      <w:r>
        <w:t>aaj, yaani 15 december ka yeh, yeh english daily hai. is mein aik news aap dekh rahe hain ke "10 killed in bangladesh clashes".</w:t>
      </w:r>
    </w:p>
    <w:p>
      <w:pPr>
        <w:jc w:val="right"/>
      </w:pPr>
      <w:r>
        <w:t>آج، یعنی 15 دسمبر کا یہ، یہ انگلش ڈیلی ہے۔ اس میں ایک نیوز آپ دیکھ رہے ہیں کہ "10 کلڈ ان بنگلہ دیش کلیشز"۔</w:t>
      </w:r>
    </w:p>
    <w:p>
      <w:r>
        <w:rPr>
          <w:b/>
        </w:rPr>
        <w:t xml:space="preserve">[02:10] </w:t>
      </w:r>
      <w:r>
        <w:t>10 killed in bangladesh clashes.</w:t>
      </w:r>
    </w:p>
    <w:p>
      <w:pPr>
        <w:jc w:val="right"/>
      </w:pPr>
      <w:r>
        <w:t>10 کلڈ ان بنگلہ دیش کلیشز۔</w:t>
      </w:r>
    </w:p>
    <w:p>
      <w:r>
        <w:rPr>
          <w:b/>
        </w:rPr>
        <w:t xml:space="preserve">[02:18] </w:t>
      </w:r>
      <w:r>
        <w:t>is khabar se mera mind trigger hua, aur poori paanch sau saal ki muslim history jo hai, us indian subcontinent mein, woh mere saamne aa gayi.</w:t>
      </w:r>
    </w:p>
    <w:p>
      <w:pPr>
        <w:jc w:val="right"/>
      </w:pPr>
      <w:r>
        <w:t>اس خبر سے میرا مائنڈ ٹریگر ہوا، اور پوری پانچ سو سال کی مسلم ہسٹری جو ہے، اس انڈین سب کانٹیننٹ میں، وہ میرے سامنے آ گئی۔</w:t>
      </w:r>
    </w:p>
    <w:p>
      <w:r>
        <w:rPr>
          <w:b/>
        </w:rPr>
        <w:t xml:space="preserve">[02:31] </w:t>
      </w:r>
      <w:r>
        <w:t>aur phir saari duniya ke musalmanon ki history, is yaani is modern age mein.</w:t>
      </w:r>
    </w:p>
    <w:p>
      <w:pPr>
        <w:jc w:val="right"/>
      </w:pPr>
      <w:r>
        <w:t>اور پھر ساری دنیا کے مسلمانوں کی ہسٹری، اس یعنی اس ماڈرن ایج میں۔</w:t>
      </w:r>
    </w:p>
    <w:p>
      <w:r>
        <w:rPr>
          <w:b/>
        </w:rPr>
        <w:t xml:space="preserve">[02:43] </w:t>
      </w:r>
      <w:r>
        <w:t>is khabar mein bataya gaya hai ke is waqt bangladesh mein musalmanon aur wahan ki jo government hai, woh bhi muslim hai.</w:t>
      </w:r>
    </w:p>
    <w:p>
      <w:pPr>
        <w:jc w:val="right"/>
      </w:pPr>
      <w:r>
        <w:t>اس خبر میں بتایا گیا ہے کہ اس وقت بنگلہ دیش میں مسلمانوں اور وہاں کی جو گورنمنٹ ہے، وہ بھی مسلم ہے۔</w:t>
      </w:r>
    </w:p>
    <w:p>
      <w:r>
        <w:rPr>
          <w:b/>
        </w:rPr>
        <w:t xml:space="preserve">[02:52] </w:t>
      </w:r>
      <w:r>
        <w:t>donon mein takrao chal raha hai. aur das aadmi mar gaye, abhi is waqt</w:t>
      </w:r>
    </w:p>
    <w:p>
      <w:pPr>
        <w:jc w:val="right"/>
      </w:pPr>
      <w:r>
        <w:t>دونوں میں ٹکراؤ چل رہا ہے۔ اور دس آدمی مر گئے، ابھی اس وقت</w:t>
      </w:r>
    </w:p>
    <w:p>
      <w:r>
        <w:rPr>
          <w:b/>
        </w:rPr>
        <w:t xml:space="preserve">[03:00] </w:t>
      </w:r>
      <w:r>
        <w:t>ki khabar mein. abhi aage kya khabrein aayengi, dekhiye aap. kitne marne wale badhenge. wahan ghar jalaye ja rahe hain, aur tarah tarah ki tod phod ho rahi hai.</w:t>
      </w:r>
    </w:p>
    <w:p>
      <w:pPr>
        <w:jc w:val="right"/>
      </w:pPr>
      <w:r>
        <w:t>کی خبر میں۔ ابھی آگے کیا خبریں آئیں گی، دیکھیے آپ۔ کتنے مرنے والے بڑھیں گے۔ وہاں گھر جلائے جا رہے ہیں، اور طرح طرح کی توڑ پھوڑ ہو رہی ہے۔</w:t>
      </w:r>
    </w:p>
    <w:p>
      <w:r>
        <w:rPr>
          <w:b/>
        </w:rPr>
        <w:t xml:space="preserve">[03:10] </w:t>
      </w:r>
      <w:r>
        <w:t>is mein das aadmi mar gaye, aur kitne zakhmi hue, aur aage kitne marenge.</w:t>
      </w:r>
    </w:p>
    <w:p>
      <w:pPr>
        <w:jc w:val="right"/>
      </w:pPr>
      <w:r>
        <w:t>اس میں دس آدمی مر گئے، اور کتنے زخمی ہوئے، اور آگے کتنے مریں گے۔</w:t>
      </w:r>
    </w:p>
    <w:p>
      <w:r>
        <w:rPr>
          <w:b/>
        </w:rPr>
        <w:t xml:space="preserve">[03:17] </w:t>
      </w:r>
      <w:r>
        <w:t>to main ne socha, is waqt socha, to main ne dekha ke yeh is ke peeche aik series hai. series of violence.</w:t>
      </w:r>
    </w:p>
    <w:p>
      <w:pPr>
        <w:jc w:val="right"/>
      </w:pPr>
      <w:r>
        <w:t>تو میں نے سوچا، اس وقت سوچا، تو میں نے دیکھا کہ یہ اس کے پیچھے ایک سیریز ہے۔ سیریز آف وائلنس۔</w:t>
      </w:r>
    </w:p>
    <w:p>
      <w:r>
        <w:rPr>
          <w:b/>
        </w:rPr>
        <w:t xml:space="preserve">[03:28] </w:t>
      </w:r>
      <w:r>
        <w:t>dekhiye,</w:t>
      </w:r>
    </w:p>
    <w:p>
      <w:pPr>
        <w:jc w:val="right"/>
      </w:pPr>
      <w:r>
        <w:t>دیکھیے،</w:t>
      </w:r>
    </w:p>
    <w:p>
      <w:r>
        <w:rPr>
          <w:b/>
        </w:rPr>
        <w:t xml:space="preserve">[03:32] </w:t>
      </w:r>
      <w:r>
        <w:t>paanch sau saal ki history ko aap le kar sochiye. is mulk mein pehle mughalon aur rajaon ke darmiyan ladai hui.</w:t>
      </w:r>
    </w:p>
    <w:p>
      <w:pPr>
        <w:jc w:val="right"/>
      </w:pPr>
      <w:r>
        <w:t>پانچ سو سال کی ہسٹری کو آپ لے کر سوچیے۔ اس ملک میں پہلے مغلوں اور راجاؤں کے درمیان لڑائی ہوئی۔</w:t>
      </w:r>
    </w:p>
    <w:p>
      <w:r>
        <w:rPr>
          <w:b/>
        </w:rPr>
        <w:t xml:space="preserve">[03:42] </w:t>
      </w:r>
      <w:r>
        <w:t>wahan bloodshed hua.</w:t>
      </w:r>
    </w:p>
    <w:p>
      <w:pPr>
        <w:jc w:val="right"/>
      </w:pPr>
      <w:r>
        <w:t>وہاں بلڈ شیڈ ہوا۔</w:t>
      </w:r>
    </w:p>
    <w:p>
      <w:r>
        <w:rPr>
          <w:b/>
        </w:rPr>
        <w:t xml:space="preserve">[03:47] </w:t>
      </w:r>
      <w:r>
        <w:t>is ke baad dekhiye, kuch muslim ulma ke tajweez par afghanistan ke muslim ruler ne hamla kiya, aur marathhon aur sikkhon se ladai ki.</w:t>
      </w:r>
    </w:p>
    <w:p>
      <w:pPr>
        <w:jc w:val="right"/>
      </w:pPr>
      <w:r>
        <w:t>اس کے بعد دیکھیے، کچھ مسلم علماء کے تجویز پر افغانستان کے مسلم رولر نے حملہ کیا، اور مراٹھوں اور سکھوں سے لڑائی کی۔</w:t>
      </w:r>
    </w:p>
    <w:p>
      <w:r>
        <w:rPr>
          <w:b/>
        </w:rPr>
        <w:t xml:space="preserve">[04:07] </w:t>
      </w:r>
      <w:r>
        <w:t>is ke baad dekhiye, muslim ulma ke fatwe ke mutabiq musalman british empire se lad gaye. woh ladai chalti rahi.</w:t>
      </w:r>
    </w:p>
    <w:p>
      <w:pPr>
        <w:jc w:val="right"/>
      </w:pPr>
      <w:r>
        <w:t>اس کے بعد دیکھیے، مسلم علماء کے فتوے کے مطابق مسلمان برٹش ایمپائر سے لڑ گئے۔ وہ لڑائی چلتی رہی۔</w:t>
      </w:r>
    </w:p>
    <w:p>
      <w:r>
        <w:rPr>
          <w:b/>
        </w:rPr>
        <w:t xml:space="preserve">[04:18] </w:t>
      </w:r>
      <w:r>
        <w:t>phir partition ki tehreek chali, is mein muslim aur hindu ka takrao hua. yahan tak ke mulk bata.</w:t>
      </w:r>
    </w:p>
    <w:p>
      <w:pPr>
        <w:jc w:val="right"/>
      </w:pPr>
      <w:r>
        <w:t>پھر پارٹیشن کی تحریک چلی، اس میں مسلم اور ہندو کا ٹکراؤ ہوا۔ یہاں تک کہ ملک بٹا۔</w:t>
      </w:r>
    </w:p>
    <w:p>
      <w:r>
        <w:rPr>
          <w:b/>
        </w:rPr>
        <w:t xml:space="preserve">[04:32] </w:t>
      </w:r>
      <w:r>
        <w:t>is ke baad kya hua? pakistan aur bangladesh ke darmiyan</w:t>
      </w:r>
    </w:p>
    <w:p>
      <w:pPr>
        <w:jc w:val="right"/>
      </w:pPr>
      <w:r>
        <w:t>اس کے بعد کیا ہوا؟ پاکستان اور بنگلہ دیش کے درمیان</w:t>
      </w:r>
    </w:p>
    <w:p>
      <w:r>
        <w:rPr>
          <w:b/>
        </w:rPr>
        <w:t xml:space="preserve">[04:36] </w:t>
      </w:r>
      <w:r>
        <w:t>ladai hui. donon muslim mulk, mulk, donon muslim country hain.</w:t>
      </w:r>
    </w:p>
    <w:p>
      <w:pPr>
        <w:jc w:val="right"/>
      </w:pPr>
      <w:r>
        <w:t>لڑائی ہوئی۔ دونوں مسلم ملک، ملک، دونوں مسلم کنٹری ہیں۔</w:t>
      </w:r>
    </w:p>
    <w:p>
      <w:r>
        <w:rPr>
          <w:b/>
        </w:rPr>
        <w:t xml:space="preserve">[04:42] </w:t>
      </w:r>
      <w:r>
        <w:t>aur is ke baad khud pakistan aur bangladesh mein kya hai? ke so called islamist aur liberal musalmanon ke darmiyan ladai ho rahi hai.</w:t>
      </w:r>
    </w:p>
    <w:p>
      <w:pPr>
        <w:jc w:val="right"/>
      </w:pPr>
      <w:r>
        <w:t>اور اس کے بعد خود پاکستان اور بنگلہ دیش میں کیا ہے؟ کہ سو کالڈ اسلامسٹ اور لبرل مسلمانوں کے درمیان لڑائی ہو رہی ہے۔</w:t>
      </w:r>
    </w:p>
    <w:p>
      <w:r>
        <w:rPr>
          <w:b/>
        </w:rPr>
        <w:t xml:space="preserve">[04:58] </w:t>
      </w:r>
      <w:r>
        <w:t>maare ja rahe hain log.</w:t>
      </w:r>
    </w:p>
    <w:p>
      <w:pPr>
        <w:jc w:val="right"/>
      </w:pPr>
      <w:r>
        <w:t>مارے جا رہے ہیں لوگ۔</w:t>
      </w:r>
    </w:p>
    <w:p>
      <w:r>
        <w:rPr>
          <w:b/>
        </w:rPr>
        <w:t xml:space="preserve">[05:01] </w:t>
      </w:r>
      <w:r>
        <w:t>theek aise hi egypt mein ho raha hai, aur doosre muslim countries mein. lad rahe hain, lad rahe hain, lad rahe hain. to main ne socha ke aakhir ladai kyun?</w:t>
      </w:r>
    </w:p>
    <w:p>
      <w:pPr>
        <w:jc w:val="right"/>
      </w:pPr>
      <w:r>
        <w:t>ٹھیک ایسے ہی ایجپٹ میں ہو رہا ہے، اور دوسرے مسلم کنٹریز میں۔ لڑ رہے ہیں، لڑ رہے ہیں، لڑ رہے ہیں۔ تو میں نے سوچا کہ آخر لڑائی کیوں؟</w:t>
      </w:r>
    </w:p>
    <w:p>
      <w:r>
        <w:rPr>
          <w:b/>
        </w:rPr>
        <w:t xml:space="preserve">[05:12] </w:t>
      </w:r>
      <w:r>
        <w:t>sainkdon saal se ladai kyun? jabke</w:t>
      </w:r>
    </w:p>
    <w:p>
      <w:pPr>
        <w:jc w:val="right"/>
      </w:pPr>
      <w:r>
        <w:t>سینکڑوں سال سے لڑائی کیوں؟ جبکہ</w:t>
      </w:r>
    </w:p>
    <w:p>
      <w:r>
        <w:rPr>
          <w:b/>
        </w:rPr>
        <w:t xml:space="preserve">[05:18] </w:t>
      </w:r>
      <w:r>
        <w:t>is ka koi result nahin. You cannot refer any positive result of all these violences.</w:t>
      </w:r>
    </w:p>
    <w:p>
      <w:pPr>
        <w:jc w:val="right"/>
      </w:pPr>
      <w:r>
        <w:t>اس کا کوئی رزلٹ نہیں۔ You can not refer any positive result of all these violences.</w:t>
      </w:r>
    </w:p>
    <w:p>
      <w:r>
        <w:rPr>
          <w:b/>
        </w:rPr>
        <w:t xml:space="preserve">[05:31] </w:t>
      </w:r>
      <w:r>
        <w:t>kyun? phir kyun hai?</w:t>
      </w:r>
    </w:p>
    <w:p>
      <w:pPr>
        <w:jc w:val="right"/>
      </w:pPr>
      <w:r>
        <w:t>کیوں؟ پھر کیوں ہے؟</w:t>
      </w:r>
    </w:p>
    <w:p>
      <w:r>
        <w:rPr>
          <w:b/>
        </w:rPr>
        <w:t xml:space="preserve">[05:36] </w:t>
      </w:r>
      <w:r>
        <w:t>dekhiye, isi beech mein phir maine socha ke dekhiye, isi beech mein kai doosre waqeaat hue.</w:t>
      </w:r>
    </w:p>
    <w:p>
      <w:pPr>
        <w:jc w:val="right"/>
      </w:pPr>
      <w:r>
        <w:t>دیکھیے، اسی بیچ میں پھر میں نے سوچا کہ دیکھیے، اسی بیچ میں کئی دوسرے واقعات ہوئے۔</w:t>
      </w:r>
    </w:p>
    <w:p>
      <w:r>
        <w:rPr>
          <w:b/>
        </w:rPr>
        <w:t xml:space="preserve">[05:45] </w:t>
      </w:r>
      <w:r>
        <w:t>mislan dekhiye,</w:t>
      </w:r>
    </w:p>
    <w:p>
      <w:pPr>
        <w:jc w:val="right"/>
      </w:pPr>
      <w:r>
        <w:t>مثلاً دیکھیے،</w:t>
      </w:r>
    </w:p>
    <w:p>
      <w:r>
        <w:rPr>
          <w:b/>
        </w:rPr>
        <w:t xml:space="preserve">[05:49] </w:t>
      </w:r>
      <w:r>
        <w:t>jarmani mein hitler ki leadership mein ladai chhedi unhon ne. un ka manna tha ke jarmani ko right hai ke woh poore europe par rule kare.</w:t>
      </w:r>
    </w:p>
    <w:p>
      <w:pPr>
        <w:jc w:val="right"/>
      </w:pPr>
      <w:r>
        <w:t>جرمنی میں ہٹلر کی لیڈرشپ میں لڑائی چھیڑی انہوں نے۔ ان کا ماننا تھا کہ جرمنی کو رائٹ ہے کہ وہ پورے یورپ پر رول کرے۔</w:t>
      </w:r>
    </w:p>
    <w:p>
      <w:r>
        <w:rPr>
          <w:b/>
        </w:rPr>
        <w:t xml:space="preserve">[06:03] </w:t>
      </w:r>
      <w:r>
        <w:t>lekin phir is ke baad jang khatm ho gayi. yaani woh ladai ko chhod kar ke peace par aa gaye. Now German nation is living in peace.</w:t>
      </w:r>
    </w:p>
    <w:p>
      <w:pPr>
        <w:jc w:val="right"/>
      </w:pPr>
      <w:r>
        <w:t>لیکن پھر اس کے بعد جنگ ختم ہو گئی۔ یعنی وہ لڑائی کو چھوڑ کر کے پیس پر آ گئے۔ Now German nation is living in peace.</w:t>
      </w:r>
    </w:p>
    <w:p>
      <w:r>
        <w:rPr>
          <w:b/>
        </w:rPr>
        <w:t xml:space="preserve">[06:15] </w:t>
      </w:r>
      <w:r>
        <w:t>They abandon all that violence. France ko lijiye, France afreeqa par rule kar raha tha.</w:t>
      </w:r>
    </w:p>
    <w:p>
      <w:pPr>
        <w:jc w:val="right"/>
      </w:pPr>
      <w:r>
        <w:t>They abandon all that violence. فرانس کو لیجیے۔ فرانس افریقہ پر رول کر رہا تھا۔</w:t>
      </w:r>
    </w:p>
    <w:p>
      <w:r>
        <w:rPr>
          <w:b/>
        </w:rPr>
        <w:t xml:space="preserve">[06:25] </w:t>
      </w:r>
      <w:r>
        <w:t>afreeqa ko kehta tha, "woh hamari colony hai." lekin phir ek waqt aaya ke France ne chhod diya yeh mind.</w:t>
      </w:r>
    </w:p>
    <w:p>
      <w:pPr>
        <w:jc w:val="right"/>
      </w:pPr>
      <w:r>
        <w:t>افریقہ کو کہتا تھا، "وہ ہماری کالونی ہے۔" لیکن پھر ایک وقت آیا کہ فرانس نے چھوڑ دیا یہ مائنڈ۔</w:t>
      </w:r>
    </w:p>
    <w:p>
      <w:r>
        <w:rPr>
          <w:b/>
        </w:rPr>
        <w:t xml:space="preserve">[06:37] </w:t>
      </w:r>
      <w:r>
        <w:t>Now France is emerging as a peaceful country.</w:t>
      </w:r>
    </w:p>
    <w:p>
      <w:pPr>
        <w:jc w:val="right"/>
      </w:pPr>
      <w:r>
        <w:t>Now France is emerging as a peaceful country.</w:t>
      </w:r>
    </w:p>
    <w:p>
      <w:r>
        <w:rPr>
          <w:b/>
        </w:rPr>
        <w:t xml:space="preserve">[06:43] </w:t>
      </w:r>
      <w:r>
        <w:t>aise hi aap Japan ko dekhiye. Japan was involved in violence during the Second World War. Now Japan is a peaceful country.</w:t>
      </w:r>
    </w:p>
    <w:p>
      <w:pPr>
        <w:jc w:val="right"/>
      </w:pPr>
      <w:r>
        <w:t>ایسے ہی آپ جاپان کو دیکھیے۔ جاپان was involved in violence during the Second World War. Now Japan is a peaceful country.</w:t>
      </w:r>
    </w:p>
    <w:p>
      <w:r>
        <w:rPr>
          <w:b/>
        </w:rPr>
        <w:t xml:space="preserve">[06:58] </w:t>
      </w:r>
      <w:r>
        <w:t>They are prospering. to doosre mulkon ko, doosri qaumon ko aap dekhiye ke woh ladte phirte hain, phir peace par aa jaate hain.</w:t>
      </w:r>
    </w:p>
    <w:p>
      <w:pPr>
        <w:jc w:val="right"/>
      </w:pPr>
      <w:r>
        <w:t>They are prospering. تو دوسرے ملکوں کو، دوسری قوموں کو آپ دیکھیے کہ وہ لڑتے پھرتے ہیں، پھر پیس پر آ جاتے ہیں۔</w:t>
      </w:r>
    </w:p>
    <w:p>
      <w:r>
        <w:rPr>
          <w:b/>
        </w:rPr>
        <w:t xml:space="preserve">[07:09] </w:t>
      </w:r>
      <w:r>
        <w:t>aur musalmanon ki ladai jaari hai.</w:t>
      </w:r>
    </w:p>
    <w:p>
      <w:pPr>
        <w:jc w:val="right"/>
      </w:pPr>
      <w:r>
        <w:t>اور مسلمانوں کی لڑائی جاری ہے۔</w:t>
      </w:r>
    </w:p>
    <w:p>
      <w:r>
        <w:rPr>
          <w:b/>
        </w:rPr>
        <w:t xml:space="preserve">[07:12] </w:t>
      </w:r>
      <w:r>
        <w:t>yeh kya, kya matlab hai is ka?</w:t>
      </w:r>
    </w:p>
    <w:p>
      <w:pPr>
        <w:jc w:val="right"/>
      </w:pPr>
      <w:r>
        <w:t>یہ کیا، کیا مطلب ہے اس کا؟</w:t>
      </w:r>
    </w:p>
    <w:p>
      <w:r>
        <w:rPr>
          <w:b/>
        </w:rPr>
        <w:t xml:space="preserve">[07:17] </w:t>
      </w:r>
      <w:r>
        <w:t>is ka matlab dekhiye yeh hai ke yeh jo qaumein hoti hain, yaani jin jo aasmani wahi par jo qaumein banti hain,</w:t>
      </w:r>
    </w:p>
    <w:p>
      <w:pPr>
        <w:jc w:val="right"/>
      </w:pPr>
      <w:r>
        <w:t>اس کا مطلب دیکھیے یہ ہے کہ یہ جو قومیں ہوتی ہیں، یعنی جن جو آسمانی وحی پر جو قومیں بنتی ہیں،</w:t>
      </w:r>
    </w:p>
    <w:p>
      <w:r>
        <w:rPr>
          <w:b/>
        </w:rPr>
        <w:t xml:space="preserve">[07:31] </w:t>
      </w:r>
      <w:r>
        <w:t>jaise musalmanon ka muamla yeh hai ke woh wahi ilahi par un ki tashkeel hui hai,</w:t>
      </w:r>
    </w:p>
    <w:p>
      <w:pPr>
        <w:jc w:val="right"/>
      </w:pPr>
      <w:r>
        <w:t>جیسے مسلمانوں کا معاملہ یہ ہے کہ وہ وحی الہی پر ان کی تشکیل ہوئی ہے،</w:t>
      </w:r>
    </w:p>
    <w:p>
      <w:r>
        <w:rPr>
          <w:b/>
        </w:rPr>
        <w:t xml:space="preserve">[07:40] </w:t>
      </w:r>
      <w:r>
        <w:t>to aisi qaumon ka muamla yeh hota hai ke apne zawal ke zamane mein woh false food mein jeene lagti hain.</w:t>
      </w:r>
    </w:p>
    <w:p>
      <w:pPr>
        <w:jc w:val="right"/>
      </w:pPr>
      <w:r>
        <w:t>تو ایسی قوموں کا معاملہ یہ ہوتا ہے کہ اپنے زوال کے زمانے میں وہ فالس فوڈ میں جینے لگتی ہیں۔</w:t>
      </w:r>
    </w:p>
    <w:p>
      <w:r>
        <w:rPr>
          <w:b/>
        </w:rPr>
        <w:t xml:space="preserve">[07:48] </w:t>
      </w:r>
      <w:r>
        <w:t>aql mein nahin. is ki misaal samajhne ke liye aap yahood ko dekhiye.</w:t>
      </w:r>
    </w:p>
    <w:p>
      <w:pPr>
        <w:jc w:val="right"/>
      </w:pPr>
      <w:r>
        <w:t>عقل میں نہیں۔ اس کی مثال سمجھنے کے لیے آپ یہود کو دیکھیے۔</w:t>
      </w:r>
    </w:p>
    <w:p>
      <w:r>
        <w:rPr>
          <w:b/>
        </w:rPr>
        <w:t xml:space="preserve">[07:55] </w:t>
      </w:r>
      <w:r>
        <w:t>hadees mein bataya gaya hai ke musalman agle zamane mein yahood ki tarah ho jayenge. yahood ko follow karenge.</w:t>
      </w:r>
    </w:p>
    <w:p>
      <w:pPr>
        <w:jc w:val="right"/>
      </w:pPr>
      <w:r>
        <w:t>حدیث میں بتایا گیا ہے کہ مسلمان اگلے زمانے میں یہود کی طرح ہو جائیں گے۔ یہود کو فالو کریں گے۔</w:t>
      </w:r>
    </w:p>
    <w:p>
      <w:r>
        <w:rPr>
          <w:b/>
        </w:rPr>
        <w:t xml:space="preserve">[08:05] </w:t>
      </w:r>
      <w:r>
        <w:t>latatba'un sunan man man kan qablakum</w:t>
      </w:r>
    </w:p>
    <w:p>
      <w:pPr>
        <w:jc w:val="right"/>
      </w:pPr>
      <w:r>
        <w:t>لتتبعون سنن من من کان قبلکم</w:t>
      </w:r>
    </w:p>
    <w:p>
      <w:r>
        <w:rPr>
          <w:b/>
        </w:rPr>
        <w:t xml:space="preserve">[08:10] </w:t>
      </w:r>
      <w:r>
        <w:t>to yeh kya hai? is ka mani yahood is daur zawal jaise ho jayenge. zawal ke zamane mein yahood ka jo haal hua tha, wahi tumhara haal ab tumhare zawal ke zamane mein ho jayega.</w:t>
      </w:r>
    </w:p>
    <w:p>
      <w:pPr>
        <w:jc w:val="right"/>
      </w:pPr>
      <w:r>
        <w:t>تو یہ کیا ہے؟ اس کا معنی یہود اس دور زوال جیسے ہو جائیں گے۔ زوال کے زمانے میں یہود کا جو حال ہوا تھا، وہی تمہارا حال اب تمہارے زوال کے زمانے میں ہو جائے گا۔</w:t>
      </w:r>
    </w:p>
    <w:p>
      <w:r>
        <w:rPr>
          <w:b/>
        </w:rPr>
        <w:t xml:space="preserve">[08:27] </w:t>
      </w:r>
      <w:r>
        <w:t>to zawal ke zamane mein kya hota hai?</w:t>
      </w:r>
    </w:p>
    <w:p>
      <w:pPr>
        <w:jc w:val="right"/>
      </w:pPr>
      <w:r>
        <w:t>تو زوال کے زمانے میں کیا ہوتا ہے؟</w:t>
      </w:r>
    </w:p>
    <w:p>
      <w:r>
        <w:rPr>
          <w:b/>
        </w:rPr>
        <w:t xml:space="preserve">[08:33] </w:t>
      </w:r>
      <w:r>
        <w:t>is ke liye main aap ko ek talmud mein ek qissa hai.</w:t>
      </w:r>
    </w:p>
    <w:p>
      <w:pPr>
        <w:jc w:val="right"/>
      </w:pPr>
      <w:r>
        <w:t>اس کے لیے میں آپ کو ایک تالمود میں ایک قصہ ہے۔</w:t>
      </w:r>
    </w:p>
    <w:p>
      <w:r>
        <w:rPr>
          <w:b/>
        </w:rPr>
        <w:t xml:space="preserve">[08:38] </w:t>
      </w:r>
      <w:r>
        <w:t>hazrat Musa ne Allah se dua ki ke "ae Allah! tu meri qaum se sab kuch chheen na, magar is se aql mat chheen na.</w:t>
      </w:r>
    </w:p>
    <w:p>
      <w:pPr>
        <w:jc w:val="right"/>
      </w:pPr>
      <w:r>
        <w:t>حضرت موسیٰ نے اللہ سے دعا کی کہ "اے اللہ! تو میری قوم سے سب کچھ چھیننا، مگر اس سے عقل مت چھیننا۔</w:t>
      </w:r>
    </w:p>
    <w:p>
      <w:r>
        <w:rPr>
          <w:b/>
        </w:rPr>
        <w:t xml:space="preserve">[08:48] </w:t>
      </w:r>
      <w:r>
        <w:t>reason mat chheen na." to Allah ne kaha ke "ae Musa! jab hum chheen te hain to aql hi to sab se pehle chheen te hain." dekhiye, is ka matlab kya hai?</w:t>
      </w:r>
    </w:p>
    <w:p>
      <w:pPr>
        <w:jc w:val="right"/>
      </w:pPr>
      <w:r>
        <w:t>ریزن مت چھیننا۔" تو اللہ نے کہا کہ "اے موسیٰ! جب ہم چھینتے ہیں تو عقل ہی تو سب سے پہلے چھینتے ہیں۔" دیکھیے، اس کا مطلب کیا ہے؟</w:t>
      </w:r>
    </w:p>
    <w:p>
      <w:r>
        <w:rPr>
          <w:b/>
        </w:rPr>
        <w:t xml:space="preserve">[09:02] </w:t>
      </w:r>
      <w:r>
        <w:t>yeh hai haqeeqat mein daur zawal ki baat. yaani Allah nahin chheen ta.</w:t>
      </w:r>
    </w:p>
    <w:p>
      <w:pPr>
        <w:jc w:val="right"/>
      </w:pPr>
      <w:r>
        <w:t>یہ ہے حقیقت میں دور زوال کی بات۔ یعنی اللہ نہیں چھینتا۔</w:t>
      </w:r>
    </w:p>
    <w:p>
      <w:r>
        <w:rPr>
          <w:b/>
        </w:rPr>
        <w:t xml:space="preserve">[09:08] </w:t>
      </w:r>
      <w:r>
        <w:t>aisa nahin ke Allah qasdan chheene kisi se koi cheez. daur zawal mein aql chheen jati hai.</w:t>
      </w:r>
    </w:p>
    <w:p>
      <w:pPr>
        <w:jc w:val="right"/>
      </w:pPr>
      <w:r>
        <w:t>ایسا نہیں کہ اللہ قصداً چھینے کسی سے کوئی چیز۔ دور زوال میں عقل چھن جاتی ہے۔</w:t>
      </w:r>
    </w:p>
    <w:p>
      <w:r>
        <w:rPr>
          <w:b/>
        </w:rPr>
        <w:t xml:space="preserve">[09:17] </w:t>
      </w:r>
      <w:r>
        <w:t>is ka matlab yeh hai. dour-e-zawal mein aql chhan jati hai. aql kyun chhan'ti hai? kyunke dour-e-zawal mein ummaten jo hain, woh fakhr par jeene lagti hain.</w:t>
      </w:r>
    </w:p>
    <w:p>
      <w:pPr>
        <w:jc w:val="right"/>
      </w:pPr>
      <w:r>
        <w:t>اس کا مطلب یہ ہے۔ دور زوال میں عقل چھن جاتی ہے۔ عقل کیوں چھنتی ہے؟ کیونکہ دور زوال میں امتیں جو ہیں، وہ فخر پر جینے لگتی ہیں۔</w:t>
      </w:r>
    </w:p>
    <w:p>
      <w:r>
        <w:rPr>
          <w:b/>
        </w:rPr>
        <w:t xml:space="preserve">[09:30] </w:t>
      </w:r>
      <w:r>
        <w:t>fakhr-e-maazi. fakhr-e-maazi par jeene lagti hain. kyunke present mein unke paas kuch hota nahin.</w:t>
      </w:r>
    </w:p>
    <w:p>
      <w:pPr>
        <w:jc w:val="right"/>
      </w:pPr>
      <w:r>
        <w:t>فخر ماضی۔ فخر ماضی پر جینے لگتی ہیں۔ کیونکہ پریزنٹ میں ان کے پاس کچھ ہوتا نہیں۔</w:t>
      </w:r>
    </w:p>
    <w:p>
      <w:r>
        <w:rPr>
          <w:b/>
        </w:rPr>
        <w:t xml:space="preserve">[09:39] </w:t>
      </w:r>
      <w:r>
        <w:t>present dour-e-zawal mein ummaton ka haal yeh hota hai ke present mein unke paas kuch nahin hota. to maazi ko le kar ke unko maazi ko le, maazi ke fakhr par jeene lagti hain.</w:t>
      </w:r>
    </w:p>
    <w:p>
      <w:pPr>
        <w:jc w:val="right"/>
      </w:pPr>
      <w:r>
        <w:t>پریزنٹ دور زوال میں امتوں کا حال یہ ہوتا ہے کہ پریزنٹ میں ان کے پاس کچھ نہیں ہوتا۔ تو ماضی کو لے کر کے ان کو ماضی کو لے، ماضی کے فخر پر جینے لگتی ہیں۔</w:t>
      </w:r>
    </w:p>
    <w:p>
      <w:r>
        <w:rPr>
          <w:b/>
        </w:rPr>
        <w:t xml:space="preserve">[09:53] </w:t>
      </w:r>
      <w:r>
        <w:t>woh kya hai? hamara deen sab se kaamil, hamara nabi sab se afzal, hamari ummat, hamari ummat khair-ul-ummah, hamari tareekh sab se bari tareekh, hamara quran sab se bara, sab se bari kitaab.</w:t>
      </w:r>
    </w:p>
    <w:p>
      <w:pPr>
        <w:jc w:val="right"/>
      </w:pPr>
      <w:r>
        <w:t>وہ کیا ہے؟ ہمارا دین سب سے کامل، ہمارا نبی سب سے افضل، ہماری امت، ہماری امت خیر امت، ہماری تاریخ سب سے بڑی تاریخ، ہمارا قرآن سب سے بڑا، سب سے بڑی کتاب۔</w:t>
      </w:r>
    </w:p>
    <w:p>
      <w:r>
        <w:rPr>
          <w:b/>
        </w:rPr>
        <w:t xml:space="preserve">[10:12] </w:t>
      </w:r>
      <w:r>
        <w:t>yeh sab kya hai? fakhr ke item hain. fakhr ke item.</w:t>
      </w:r>
    </w:p>
    <w:p>
      <w:pPr>
        <w:jc w:val="right"/>
      </w:pPr>
      <w:r>
        <w:t>یہ سب کیا ہے؟ فخر کے آئٹم ہیں۔ فخر کے آئٹم۔</w:t>
      </w:r>
    </w:p>
    <w:p>
      <w:r>
        <w:rPr>
          <w:b/>
        </w:rPr>
        <w:t xml:space="preserve">[10:19] </w:t>
      </w:r>
      <w:r>
        <w:t>to isi ko le kar ke jeene lagti hain. aur unka saara jo hota hai, سرمایہ, jo asset, woh pride, fakhr hota hai.</w:t>
      </w:r>
    </w:p>
    <w:p>
      <w:pPr>
        <w:jc w:val="right"/>
      </w:pPr>
      <w:r>
        <w:t>تو اسی کو لے کر کے جینے لگتی ہیں۔ اور ان کا سارا جو ہوتا ہے، سرمایہ، جو ایسٹ، وہ پرائیڈ، فخر ہوتا ہے۔</w:t>
      </w:r>
    </w:p>
    <w:p>
      <w:r>
        <w:rPr>
          <w:b/>
        </w:rPr>
        <w:t xml:space="preserve">[10:30] </w:t>
      </w:r>
      <w:r>
        <w:t>to yahudiyon ke haan dekhiye, dour-e-zawal mein yeh hua. jo jo kitaben likhi gayi hain, jinka naam hota hai "Jewish Supremacism".</w:t>
      </w:r>
    </w:p>
    <w:p>
      <w:pPr>
        <w:jc w:val="right"/>
      </w:pPr>
      <w:r>
        <w:t>تو یہودیوں کے ہاں دیکھیے، دور زوال میں یہ ہوا۔ جو جو کتابیں لکھی گئی ہیں، جن کا نام ہوتا ہے "جوئش سپرامیسزم"۔</w:t>
      </w:r>
    </w:p>
    <w:p>
      <w:r>
        <w:rPr>
          <w:b/>
        </w:rPr>
        <w:t xml:space="preserve">[10:41] </w:t>
      </w:r>
      <w:r>
        <w:t>yani yahud, yahud ki bartari. "Jewish Supremacism".</w:t>
      </w:r>
    </w:p>
    <w:p>
      <w:pPr>
        <w:jc w:val="right"/>
      </w:pPr>
      <w:r>
        <w:t>یعنی یہود، یہود کی برتری۔ "جوئش سپرامیسزم"۔</w:t>
      </w:r>
    </w:p>
    <w:p>
      <w:r>
        <w:rPr>
          <w:b/>
        </w:rPr>
        <w:t xml:space="preserve">[10:49] </w:t>
      </w:r>
      <w:r>
        <w:t>ab, ab to yahudi nikal gaye is se. kyunke yahudi Europe, America gaye. wahan unka interaction hua un qaumon se.</w:t>
      </w:r>
    </w:p>
    <w:p>
      <w:pPr>
        <w:jc w:val="right"/>
      </w:pPr>
      <w:r>
        <w:t>اب، اب تو یہودی نکل گئے اس سے۔ کیونکہ یہودی یورپ، امریکہ گئے۔ وہاں ان کا انٹریکشن ہوا ان قوموں سے۔</w:t>
      </w:r>
    </w:p>
    <w:p>
      <w:r>
        <w:rPr>
          <w:b/>
        </w:rPr>
        <w:t xml:space="preserve">[10:59] </w:t>
      </w:r>
      <w:r>
        <w:t>aur unhon ne science parhi, modern ilm parha. to yahudi badal gaye. aaj ka yahudi woh nahin hai jo pehle tha. aaj ka yahudi different hai.</w:t>
      </w:r>
    </w:p>
    <w:p>
      <w:pPr>
        <w:jc w:val="right"/>
      </w:pPr>
      <w:r>
        <w:t>اور انہوں نے سائنس پڑھی، ماڈرن علم پڑھا۔ تو یہودی بدل گئے۔ آج کا یہودی وہ نہیں ہے جو پہلے تھا۔ آج کا یہودی ڈفرنٹ ہے۔</w:t>
      </w:r>
    </w:p>
    <w:p>
      <w:r>
        <w:rPr>
          <w:b/>
        </w:rPr>
        <w:t xml:space="preserve">[11:10] </w:t>
      </w:r>
      <w:r>
        <w:t>lekin musalman theek theek isi par hain. ab musalmanon ka deen jo hai, woh Muslim Supremacism par base karta hai.</w:t>
      </w:r>
    </w:p>
    <w:p>
      <w:pPr>
        <w:jc w:val="right"/>
      </w:pPr>
      <w:r>
        <w:t>لیکن مسلمان ٹھیک ٹھیک اسی پر ہیں۔ اب مسلمانوں کا دین جو ہے، وہ مسلم سپرامیسز پر بیس کرتا ہے۔</w:t>
      </w:r>
    </w:p>
    <w:p>
      <w:r>
        <w:rPr>
          <w:b/>
        </w:rPr>
        <w:t xml:space="preserve">[11:19] </w:t>
      </w:r>
      <w:r>
        <w:t>aaj ka musalmanon ka jo mazhab hai, woh Muslim Supremacism mein hai. Islam nahin hai woh. isi ko main kehta hoon "Living in Falsehood". to aisa kaise hota hai?</w:t>
      </w:r>
    </w:p>
    <w:p>
      <w:pPr>
        <w:jc w:val="right"/>
      </w:pPr>
      <w:r>
        <w:t>آج کا مسلمانوں کا جو مذہب ہے، وہ مسلم سپرامیسز میں ہے۔ اسلام نہیں ہے وہ۔ اسی کو میں کہتا ہوں "لیونگ ان فالس فوڈ"۔ تو ایسا کیسے ہوتا ہے؟</w:t>
      </w:r>
    </w:p>
    <w:p>
      <w:r>
        <w:rPr>
          <w:b/>
        </w:rPr>
        <w:t xml:space="preserve">[11:34] </w:t>
      </w:r>
      <w:r>
        <w:t>isi waqt aql chhan jati hai. jo Allah ne kaha, aql chheen lete hain. hum to jab aisa hota hai to aql chhan jati hai. yani kisi maamle mein woh reason ko apply nahin karte.</w:t>
      </w:r>
    </w:p>
    <w:p>
      <w:pPr>
        <w:jc w:val="right"/>
      </w:pPr>
      <w:r>
        <w:t>اسی وقت عقل چھن جاتی ہے۔ جو اللہ نے کہا، عقل چھین لیتے ہیں۔ ہم تو جب ایسا ہوتا ہے تو عقل چھن جاتی ہے۔ یعنی کسی معاملے میں وہ ریزن کو اپلائی نہیں کرتے۔</w:t>
      </w:r>
    </w:p>
    <w:p>
      <w:r>
        <w:rPr>
          <w:b/>
        </w:rPr>
        <w:t xml:space="preserve">[11:47] </w:t>
      </w:r>
      <w:r>
        <w:t>reason ko apply nahin karte. aur criticism unko sab se bura lagta hai. sunte nahin criticism. kyunke criticism ka matlab kya hota hai?</w:t>
      </w:r>
    </w:p>
    <w:p>
      <w:pPr>
        <w:jc w:val="right"/>
      </w:pPr>
      <w:r>
        <w:t>ریزن کو اپلائی نہیں کرتے۔ اور کرسم ان کو سب سے برا لگتا ہے۔ سنتے نہیں کرسم۔ کیونکہ کرسم کا مطلب کیا ہوتا ہے؟</w:t>
      </w:r>
    </w:p>
    <w:p>
      <w:r>
        <w:rPr>
          <w:b/>
        </w:rPr>
        <w:t xml:space="preserve">[11:56] </w:t>
      </w:r>
      <w:r>
        <w:t>unke falsehood ka gumbad jo hai, woh demolish hone lagta hai.</w:t>
      </w:r>
    </w:p>
    <w:p>
      <w:pPr>
        <w:jc w:val="right"/>
      </w:pPr>
      <w:r>
        <w:t>ان کے فالس فوڈ کا گنبد جو ہے، وہ ڈیمالش ہونے لگتا ہے۔</w:t>
      </w:r>
    </w:p>
    <w:p>
      <w:r>
        <w:rPr>
          <w:b/>
        </w:rPr>
        <w:t xml:space="preserve">[12:03] </w:t>
      </w:r>
      <w:r>
        <w:t>jo bana rakha hai unhon ne falsehood ka ek gumbad. yani apni deen ko le kar, apne peghamabar ko le kar, apni history ko le kar, apni kitaab ko le kar, apni ummat ko le kar, yeh falsehood ka gumbad bana rakha hai.</w:t>
      </w:r>
    </w:p>
    <w:p>
      <w:pPr>
        <w:jc w:val="right"/>
      </w:pPr>
      <w:r>
        <w:t>جو بنا رکھا ہے انہوں نے فالس فوڈ کا ایک گنبد۔ یعنی اپنی دین کو لے کر، اپنے پیغمبر کو لے کر، اپنی ہسٹری کو لے کر، اپنی کتاب کو لے کر، اپنی امت کو لے کر، یہ فالس فوڈ کا گنبد بنا رکھا ہے۔</w:t>
      </w:r>
    </w:p>
    <w:p>
      <w:r>
        <w:rPr>
          <w:b/>
        </w:rPr>
        <w:t xml:space="preserve">[12:17] </w:t>
      </w:r>
      <w:r>
        <w:t>jab koi criticize karta hai is par. to bhadakte hain. kyunke isi par to unki buniyad hai. isi par to unki, woh, woh khade hue hain.</w:t>
      </w:r>
    </w:p>
    <w:p>
      <w:pPr>
        <w:jc w:val="right"/>
      </w:pPr>
      <w:r>
        <w:t>جب کوئی کریسائز کرتا ہے اس پر۔ تو بھڑکتے ہیں۔ کیونکہ اسی پر تو ان کی بنیاد ہے۔ اسی پر تو ان کی، وہ، وہ کھڑے ہوئے ہیں۔</w:t>
      </w:r>
    </w:p>
    <w:p>
      <w:r>
        <w:rPr>
          <w:b/>
        </w:rPr>
        <w:t xml:space="preserve">[12:29] </w:t>
      </w:r>
      <w:r>
        <w:t>to tanqeed ke maani hain reason ko apply karna.</w:t>
      </w:r>
    </w:p>
    <w:p>
      <w:pPr>
        <w:jc w:val="right"/>
      </w:pPr>
      <w:r>
        <w:t>تو تنقید کے معنی ہیں ریزن کو اپلائی کرنا۔</w:t>
      </w:r>
    </w:p>
    <w:p>
      <w:r>
        <w:rPr>
          <w:b/>
        </w:rPr>
        <w:t xml:space="preserve">[12:32] </w:t>
      </w:r>
      <w:r>
        <w:t>What is criticism? criticism ka matlab hai reason ko apply karna. yeh jo aaj kal musalmanon mein hai allegation aur sab-o-shat bura bhala karna, yeh tanqeed nahin hai.</w:t>
      </w:r>
    </w:p>
    <w:p>
      <w:pPr>
        <w:jc w:val="right"/>
      </w:pPr>
      <w:r>
        <w:t>What is کرسم؟ کرسم کا مطلب ہے ریزن کو اپلائی کرنا۔ یہ جو آج کل مسلمانوں میں ہے ایلیگیشن اور سب و شت برا بھلا کرنا، یہ تنقید نہیں ہے۔</w:t>
      </w:r>
    </w:p>
    <w:p>
      <w:r>
        <w:rPr>
          <w:b/>
        </w:rPr>
        <w:t xml:space="preserve">[12:44] </w:t>
      </w:r>
      <w:r>
        <w:t>yeh to gaali galoch hai. woh musalman aaj kal jante hi nahin ke What is criticism? criticism means applying the reason.</w:t>
      </w:r>
    </w:p>
    <w:p>
      <w:pPr>
        <w:jc w:val="right"/>
      </w:pPr>
      <w:r>
        <w:t>یہ تو گالی گلوچ ہے۔ وہ مسلمان آج کل جانتے ہی نہیں کہ What is کرسم؟ کرسم مینز اپلائنگ دا ریزن۔</w:t>
      </w:r>
    </w:p>
    <w:p>
      <w:r>
        <w:rPr>
          <w:b/>
        </w:rPr>
        <w:t xml:space="preserve">[12:57] </w:t>
      </w:r>
      <w:r>
        <w:t>gaali galoch ka naam tanqeed nahin hai.</w:t>
      </w:r>
    </w:p>
    <w:p>
      <w:pPr>
        <w:jc w:val="right"/>
      </w:pPr>
      <w:r>
        <w:t>گالی گلوچ کا نام تنقید نہیں ہے۔</w:t>
      </w:r>
    </w:p>
    <w:p>
      <w:r>
        <w:rPr>
          <w:b/>
        </w:rPr>
        <w:t xml:space="preserve">[13:01] </w:t>
      </w:r>
      <w:r>
        <w:t>to reason ko jo apply karenge to woh musalmanon ko kharab lagega. lagega hamara gumbad to utha raha hai. misaal ke taur par dekhiye, is waqt musalman kahan hain?</w:t>
      </w:r>
    </w:p>
    <w:p>
      <w:pPr>
        <w:jc w:val="right"/>
      </w:pPr>
      <w:r>
        <w:t>تو ریزن کو جو اپلائی کریں گے تو وہ مسلمانوں کو خراب لگے گا۔ لگے گا ہمارا گنبد تو اٹھا رہا ہے۔ مثلاً دیکھیے، اس وقت مسلمان کہاں ہیں؟</w:t>
      </w:r>
    </w:p>
    <w:p>
      <w:r>
        <w:rPr>
          <w:b/>
        </w:rPr>
        <w:t xml:space="preserve">[13:13] </w:t>
      </w:r>
      <w:r>
        <w:t>apne akabir par khade hue hain. apne aslaf par khade hue hain. saare musalman. ab agar aap criticize karein ke akabir ne ghalti ki to bhadkenge.</w:t>
      </w:r>
    </w:p>
    <w:p>
      <w:pPr>
        <w:jc w:val="right"/>
      </w:pPr>
      <w:r>
        <w:t>اپنے اکابر پر کھڑے ہوئے ہیں۔ اپنے اسلاف پر کھڑے ہوئے ہیں۔ سارے مسلمان۔ اب اگر آپ کریسائز کریں کہ اکابر نے غلطی کی تو بھڑکیں گے۔</w:t>
      </w:r>
    </w:p>
    <w:p>
      <w:r>
        <w:rPr>
          <w:b/>
        </w:rPr>
        <w:t xml:space="preserve">[13:23] </w:t>
      </w:r>
      <w:r>
        <w:t>kyunke wahi to unka sab kuch hai, سرمایہ hai.</w:t>
      </w:r>
    </w:p>
    <w:p>
      <w:pPr>
        <w:jc w:val="right"/>
      </w:pPr>
      <w:r>
        <w:t>کیونکہ وہی تو ان کا سب کچھ ہے، سرمایہ ہے۔</w:t>
      </w:r>
    </w:p>
    <w:p>
      <w:r>
        <w:rPr>
          <w:b/>
        </w:rPr>
        <w:t xml:space="preserve">[13:28] </w:t>
      </w:r>
      <w:r>
        <w:t>wahi to unka سرمایہ hai.</w:t>
      </w:r>
    </w:p>
    <w:p>
      <w:pPr>
        <w:jc w:val="right"/>
      </w:pPr>
      <w:r>
        <w:t>وہی تو ان کا سرمایہ ہے۔</w:t>
      </w:r>
    </w:p>
    <w:p>
      <w:r>
        <w:rPr>
          <w:b/>
        </w:rPr>
        <w:t xml:space="preserve">[13:34] </w:t>
      </w:r>
      <w:r>
        <w:t>to is liye, yani reason ko apply karte hi maloom hota hai ke woh false food par khare hue hain.</w:t>
      </w:r>
    </w:p>
    <w:p>
      <w:pPr>
        <w:jc w:val="right"/>
      </w:pPr>
      <w:r>
        <w:t>تو اس لیے، یعنی ریزن کو اپلائی کرتے ہی معلوم ہوتا ہے کہ وہ فالس فوڈ پر کھڑے ہوئے ہیں۔</w:t>
      </w:r>
    </w:p>
    <w:p>
      <w:r>
        <w:rPr>
          <w:b/>
        </w:rPr>
        <w:t xml:space="preserve">[13:43] </w:t>
      </w:r>
      <w:r>
        <w:t>is ko bardasht nahi kar paate woh. to jo secular log hote hain, woh reason ko absolute samajhte hain. jo secular log honge, woh reason ko absolute samjhenge.</w:t>
      </w:r>
    </w:p>
    <w:p>
      <w:pPr>
        <w:jc w:val="right"/>
      </w:pPr>
      <w:r>
        <w:t>اس کو برداشت نہیں کر پاتے وہ۔ تو جو سیکولر لوگ ہوتے ہیں، وہ ریزن کو ایبسولیوٹ سمجھتے ہیں۔ جو سیکولر لوگ ہوں گے، وہ ریزن کو ایبسولیوٹ سمجھیں گے۔</w:t>
      </w:r>
    </w:p>
    <w:p>
      <w:r>
        <w:rPr>
          <w:b/>
        </w:rPr>
        <w:t xml:space="preserve">[13:55] </w:t>
      </w:r>
      <w:r>
        <w:t>woh kahin na kahin reason ko apply karenge.</w:t>
      </w:r>
    </w:p>
    <w:p>
      <w:pPr>
        <w:jc w:val="right"/>
      </w:pPr>
      <w:r>
        <w:t>وہ کہیں نہ کہیں ریزن کو اپلائی کریں گے۔</w:t>
      </w:r>
    </w:p>
    <w:p>
      <w:r>
        <w:rPr>
          <w:b/>
        </w:rPr>
        <w:t xml:space="preserve">[13:57] </w:t>
      </w:r>
      <w:r>
        <w:t>jaise germany mein, germany ne, france ne, japan ne reason ko apply kiya. to ladai se peeche hat gaye. lekin jo yeh ummaten hoti hain, yeh har cheez ko aqeedah bana leti hain.</w:t>
      </w:r>
    </w:p>
    <w:p>
      <w:pPr>
        <w:jc w:val="right"/>
      </w:pPr>
      <w:r>
        <w:t>جیسے جرمنی میں، جرمنی نے، فرانس نے، جاپان نے ریزن کو اپلائی کیا۔ تو لڑائی سے پیچھے ہٹ گئے۔ لیکن جو یہ امتیں ہوتی ہیں، یہ ہر چیز کو عقیدہ بنا لیتی ہیں۔</w:t>
      </w:r>
    </w:p>
    <w:p>
      <w:r>
        <w:rPr>
          <w:b/>
        </w:rPr>
        <w:t xml:space="preserve">[14:11] </w:t>
      </w:r>
      <w:r>
        <w:t>aqeedah. to un ke haan ladai ko result ko le kar judge nahi kiya jata.</w:t>
      </w:r>
    </w:p>
    <w:p>
      <w:pPr>
        <w:jc w:val="right"/>
      </w:pPr>
      <w:r>
        <w:t>عقیدہ۔ تو ان کے ہاں لڑائی کو رزلٹ کو لے کر جج نہیں کیا جاتا۔</w:t>
      </w:r>
    </w:p>
    <w:p>
      <w:r>
        <w:rPr>
          <w:b/>
        </w:rPr>
        <w:t xml:space="preserve">[14:21] </w:t>
      </w:r>
      <w:r>
        <w:t>yeh, yeh jo musalman hain, woh, woh result ko le kar apne ladai ko judge nahi karenge. kyunke woh ladai ko jihad kahenge. jihad ka naam rakh denge.</w:t>
      </w:r>
    </w:p>
    <w:p>
      <w:pPr>
        <w:jc w:val="right"/>
      </w:pPr>
      <w:r>
        <w:t>یہ، یہ جو مسلمان ہیں، وہ، وہ رزلٹ کو لے کر اپنے لڑائی کو جج نہیں کریں گے۔ کیونکہ وہ لڑائی کو جہاد کہیں گے۔ جہاد کا نام رکھ دیں گے۔</w:t>
      </w:r>
    </w:p>
    <w:p>
      <w:r>
        <w:rPr>
          <w:b/>
        </w:rPr>
        <w:t xml:space="preserve">[14:31] </w:t>
      </w:r>
      <w:r>
        <w:t>ladai ka naam rakh denge jihad. aur phir yeh banayenge aqeedah ke ji yeh to ghazi bari to shaheed. har haal mein faida hi faida hai.</w:t>
      </w:r>
    </w:p>
    <w:p>
      <w:pPr>
        <w:jc w:val="right"/>
      </w:pPr>
      <w:r>
        <w:t>لڑائی کا نام رکھ دیں گے جہاد۔ اور پھر یہ بنائیں گے عقیدہ کہ جی یہ تو غازی بری تو شہید۔ ہر حال میں فائدہ ہی فائدہ ہے۔</w:t>
      </w:r>
    </w:p>
    <w:p>
      <w:r>
        <w:rPr>
          <w:b/>
        </w:rPr>
        <w:t xml:space="preserve">[14:40] </w:t>
      </w:r>
      <w:r>
        <w:t>to lado khoob, lado khoob, lado. un ke liye ladna kya hota hai? ke jannat mein jana, hooron se mulaqat karna.</w:t>
      </w:r>
    </w:p>
    <w:p>
      <w:pPr>
        <w:jc w:val="right"/>
      </w:pPr>
      <w:r>
        <w:t>تو لڑو خوب، لڑو خوب، لڑو۔ ان کے لیے لڑنا کیا ہوتا ہے؟ کہ جنت میں جانا، حوروں سے ملاقات کرنا۔</w:t>
      </w:r>
    </w:p>
    <w:p>
      <w:r>
        <w:rPr>
          <w:b/>
        </w:rPr>
        <w:t xml:space="preserve">[14:49] </w:t>
      </w:r>
      <w:r>
        <w:t>un ke haan ladne ke mani yeh nahi ke koi halakat hai woh. apne marne walon ko kahenge shahada.</w:t>
      </w:r>
    </w:p>
    <w:p>
      <w:pPr>
        <w:jc w:val="right"/>
      </w:pPr>
      <w:r>
        <w:t>ان کے ہاں لڑنے کے معنی یہ نہیں کہ کوئی ہلاکت ہے وہ۔ اپنے مرنے والوں کو کہیں گے شہداء۔</w:t>
      </w:r>
    </w:p>
    <w:p>
      <w:r>
        <w:rPr>
          <w:b/>
        </w:rPr>
        <w:t xml:space="preserve">[14:59] </w:t>
      </w:r>
      <w:r>
        <w:t>agar aap un ko kahein ke maqtoolin to bhadkenge woh. ke yeh to shahada hain, maqtool kaise kehte ho in ko?</w:t>
      </w:r>
    </w:p>
    <w:p>
      <w:pPr>
        <w:jc w:val="right"/>
      </w:pPr>
      <w:r>
        <w:t>اگر آپ ان کو کہیں کہ مقتولین تو بھڑکیں گے وہ۔ کہ یہ تو شہداء ہیں، مقتول کیسے کہتے ہو ان کو؟</w:t>
      </w:r>
    </w:p>
    <w:p>
      <w:r>
        <w:rPr>
          <w:b/>
        </w:rPr>
        <w:t xml:space="preserve">[15:09] </w:t>
      </w:r>
      <w:r>
        <w:t>kyunke un ka jo gumbad hai false food ka, woh demolish hota hai.</w:t>
      </w:r>
    </w:p>
    <w:p>
      <w:pPr>
        <w:jc w:val="right"/>
      </w:pPr>
      <w:r>
        <w:t>کیونکہ ان کا جو گنبد ہے فالس فوڈ کا، وہ ڈیمالش ہوتا ہے۔</w:t>
      </w:r>
    </w:p>
    <w:p>
      <w:r>
        <w:rPr>
          <w:b/>
        </w:rPr>
        <w:t xml:space="preserve">[15:16] </w:t>
      </w:r>
      <w:r>
        <w:t>yeh hai masla.</w:t>
      </w:r>
    </w:p>
    <w:p>
      <w:pPr>
        <w:jc w:val="right"/>
      </w:pPr>
      <w:r>
        <w:t>یہ ہے مسئلہ۔</w:t>
      </w:r>
    </w:p>
    <w:p>
      <w:r>
        <w:rPr>
          <w:b/>
        </w:rPr>
        <w:t xml:space="preserve">[15:19] </w:t>
      </w:r>
      <w:r>
        <w:t>ab mein aap ko ek aur pehlu ki taraf le chalta hoon. woh hai ilm.</w:t>
      </w:r>
    </w:p>
    <w:p>
      <w:pPr>
        <w:jc w:val="right"/>
      </w:pPr>
      <w:r>
        <w:t>اب میں آپ کو ایک اور پہلو کی طرف لے چلتا ہوں۔ وہ ہے علم۔</w:t>
      </w:r>
    </w:p>
    <w:p>
      <w:r>
        <w:rPr>
          <w:b/>
        </w:rPr>
        <w:t xml:space="preserve">[15:28] </w:t>
      </w:r>
      <w:r>
        <w:t>musalmanon mein dekhiye, is ilm ke naam se kya hai? fanni bahasein. woh jante hi nahi ke ilm ka matlab hota hai danish, hikmat, reason, wisdom.</w:t>
      </w:r>
    </w:p>
    <w:p>
      <w:pPr>
        <w:jc w:val="right"/>
      </w:pPr>
      <w:r>
        <w:t>مسلمانوں میں دیکھیے، اس علم کے نام سے کیا ہے؟ فنی بحثیں۔ وہ جانتے ہی نہیں کہ علم کا مطلب ہوتا ہے دانش، حکمت، ریزن، وزڈم۔</w:t>
      </w:r>
    </w:p>
    <w:p>
      <w:r>
        <w:rPr>
          <w:b/>
        </w:rPr>
        <w:t xml:space="preserve">[15:40] </w:t>
      </w:r>
      <w:r>
        <w:t>jante hi nahi hain musalman.</w:t>
      </w:r>
    </w:p>
    <w:p>
      <w:pPr>
        <w:jc w:val="right"/>
      </w:pPr>
      <w:r>
        <w:t>جانتے ہی نہیں ہیں مسلمان۔</w:t>
      </w:r>
    </w:p>
    <w:p>
      <w:r>
        <w:rPr>
          <w:b/>
        </w:rPr>
        <w:t xml:space="preserve">[15:44] </w:t>
      </w:r>
      <w:r>
        <w:t>jitni kitabein hain, mein kehta hoon ke yahan se wahan tak jitni bhi kitabein hain, sab mein danish hadaf hai. sirf abdul rehman ibn khaldun ki kitab muqaddamah, isi mein aap ko danish milti hai.</w:t>
      </w:r>
    </w:p>
    <w:p>
      <w:pPr>
        <w:jc w:val="right"/>
      </w:pPr>
      <w:r>
        <w:t>جتنی کتابیں ہیں، میں کہتا ہوں کہ یہاں سے وہاں تک جتنی بھی کتابیں ہیں، سب میں دانش ہدف ہے۔ صرف عبدالرحمن ابن خلدون کی کتاب مقدمہ، اسی میں آپ کو دانش ملتی ہے۔</w:t>
      </w:r>
    </w:p>
    <w:p>
      <w:r>
        <w:rPr>
          <w:b/>
        </w:rPr>
        <w:t xml:space="preserve">[15:57] </w:t>
      </w:r>
      <w:r>
        <w:t>woh bhi ibtidai darje ki danish. Aaj jo danish hai, aaj ka wisdom jo hai, aaj ka jo science hai, is ke lehaz se musalmanon ne koi kitab hi nahi likhi.</w:t>
      </w:r>
    </w:p>
    <w:p>
      <w:pPr>
        <w:jc w:val="right"/>
      </w:pPr>
      <w:r>
        <w:t>وہ بھی ابتدائی درجے کی دانش۔ آج جو دانش ہے، آج کا وزڈم جو ہے، آج کا جو سائنس ہے، اس کے لحاظ سے مسلمانوں نے کوئی کتاب ہی نہیں لکھی۔</w:t>
      </w:r>
    </w:p>
    <w:p>
      <w:r>
        <w:rPr>
          <w:b/>
        </w:rPr>
        <w:t xml:space="preserve">[16:09] </w:t>
      </w:r>
      <w:r>
        <w:t>ke kisi ko inkar ho to batayein, woh yeh kaun si kitab hai? woh</w:t>
      </w:r>
    </w:p>
    <w:p>
      <w:pPr>
        <w:jc w:val="right"/>
      </w:pPr>
      <w:r>
        <w:t>کہ کسی کو انکار ہو تو بتائیں، وہ یہ کون سی کتاب ہے؟ وہ</w:t>
      </w:r>
    </w:p>
    <w:p>
      <w:r>
        <w:rPr>
          <w:b/>
        </w:rPr>
        <w:t xml:space="preserve">[16:12] </w:t>
      </w:r>
      <w:r>
        <w:t>jo modern science ke standard par poori utarti ho. kyun? woh to, woh to ji rahe hain apni khushhali mein.</w:t>
      </w:r>
    </w:p>
    <w:p>
      <w:pPr>
        <w:jc w:val="right"/>
      </w:pPr>
      <w:r>
        <w:t>جو ماڈرن سائنس کے اسٹینڈرڈ پر پوری اترتی ہو۔ کیوں؟ وہ تو، وہ تو جی رہے ہیں اپنی خوشحالی میں۔</w:t>
      </w:r>
    </w:p>
    <w:p>
      <w:r>
        <w:rPr>
          <w:b/>
        </w:rPr>
        <w:t xml:space="preserve">[16:22] </w:t>
      </w:r>
      <w:r>
        <w:t>aamani mein ji rahe hain. un ke haan to yeh hai ke bas dayen hath se, dayen hath se glass pakad ke pani pil lo, tab bhi jannat mil gayi.</w:t>
      </w:r>
    </w:p>
    <w:p>
      <w:pPr>
        <w:jc w:val="right"/>
      </w:pPr>
      <w:r>
        <w:t>آمانی میں جی رہے ہیں۔ ان کے ہاں تو یہ ہے کہ بس دائیں ہاتھ سے، دائیں ہاتھ سے گلاس پکڑ کے پانی پل لو، تب بھی جنت مل گئی۔</w:t>
      </w:r>
    </w:p>
    <w:p>
      <w:r>
        <w:rPr>
          <w:b/>
        </w:rPr>
        <w:t xml:space="preserve">[16:35] </w:t>
      </w:r>
      <w:r>
        <w:t>la ilaha zaban se bol do, tab bhi jannat mil gayi.</w:t>
      </w:r>
    </w:p>
    <w:p>
      <w:pPr>
        <w:jc w:val="right"/>
      </w:pPr>
      <w:r>
        <w:t>لا الہ زبان سے بول دو، تب بھی جنت مل گئی۔</w:t>
      </w:r>
    </w:p>
    <w:p>
      <w:r>
        <w:rPr>
          <w:b/>
        </w:rPr>
        <w:t xml:space="preserve">[16:40] </w:t>
      </w:r>
      <w:r>
        <w:t>yani khwamkhwah ladai chodo, maro, tab bhi shaheed ho gaye. This is false food. Un ke jo bare bare log hain, jo lad kar ke duniya apni janein dein, un ko agar aap shaheed na bolein to kahenge tum be hurmati kar rahe ho hamare akabir ki.</w:t>
      </w:r>
    </w:p>
    <w:p>
      <w:pPr>
        <w:jc w:val="right"/>
      </w:pPr>
      <w:r>
        <w:t>یعنی خوامخواہ لڑائی چھوڑو، مرو، تب بھی شہید ہو گئے۔ یہ ہے فالس فوڈ۔ ان کے جو بڑے بڑے لوگ ہیں، جو لڑ کر کے دنیا اپنی جانیں دیں، ان کو اگر آپ شہید نہ بولیں تو کہیں گے تم بے حرمتی کر رہے ہو ہمارے اکابر کی۔</w:t>
      </w:r>
    </w:p>
    <w:p>
      <w:r>
        <w:rPr>
          <w:b/>
        </w:rPr>
        <w:t xml:space="preserve">[17:00] </w:t>
      </w:r>
      <w:r>
        <w:t>agar un ko shaheed ke bajaye aap maqtool kahein to woh ghussa ho jayenge. kyunke woh to un ko jannat mein un ke maal ki taraf kiye hue hain.</w:t>
      </w:r>
    </w:p>
    <w:p>
      <w:pPr>
        <w:jc w:val="right"/>
      </w:pPr>
      <w:r>
        <w:t>اگر ان کو شہید کے بجائے آپ مقتول کہیں تو وہ غصہ ہو جائیں گے۔ کیونکہ وہ تو ان کو جنت میں ان کے مال کی طرف کیے ہوئے ہیں۔</w:t>
      </w:r>
    </w:p>
    <w:p>
      <w:r>
        <w:rPr>
          <w:b/>
        </w:rPr>
        <w:t xml:space="preserve">[17:11] </w:t>
      </w:r>
      <w:r>
        <w:t>This is what they call living in falsehood. to us waqt musalmanon ka jo case hai, woh falsehood mein jeene ka case hai. hamara mission yeh hai ke un ko falsehood se nikalein, un ko reality mein jeena sikhayein.</w:t>
      </w:r>
    </w:p>
    <w:p>
      <w:pPr>
        <w:jc w:val="right"/>
      </w:pPr>
      <w:r>
        <w:t>This is what they call living in falsehood. تو اس وقت مسلمانوں کا جو کیس ہے، وہ فالس فوڈ میں جینے کا کیس ہے۔ ہمارا مشن یہ ہے کہ ان کو فالس فوڈ سے نکالیں، ان کو ریلیٹی میں جینا سکھائیں۔</w:t>
      </w:r>
    </w:p>
    <w:p>
      <w:r>
        <w:rPr>
          <w:b/>
        </w:rPr>
        <w:t xml:space="preserve">[17:30] </w:t>
      </w:r>
      <w:r>
        <w:t>ab dekhiye,</w:t>
      </w:r>
    </w:p>
    <w:p>
      <w:pPr>
        <w:jc w:val="right"/>
      </w:pPr>
      <w:r>
        <w:t>اب دیکھیے،</w:t>
      </w:r>
    </w:p>
    <w:p>
      <w:r>
        <w:rPr>
          <w:b/>
        </w:rPr>
        <w:t xml:space="preserve">[17:34] </w:t>
      </w:r>
      <w:r>
        <w:t>quran ko parhen aap, hadith ko parhen aap, to ilm ki bohat ahmiyat mile gi aap ko is ko.</w:t>
      </w:r>
    </w:p>
    <w:p>
      <w:pPr>
        <w:jc w:val="right"/>
      </w:pPr>
      <w:r>
        <w:t>قرآن کو پڑھیں آپ، حدیث کو پڑھیں آپ، تو علم کی بہت اہمیت ملے گی آپ کو اس کو۔</w:t>
      </w:r>
    </w:p>
    <w:p>
      <w:r>
        <w:rPr>
          <w:b/>
        </w:rPr>
        <w:t xml:space="preserve">[17:40] </w:t>
      </w:r>
      <w:r>
        <w:t>lekin wahan kya kar rakha hai logon ne? ilm ko bana rakha hai. ilm se murad ilm deen. is liye aqli ghor o fikr khatam. musalmanon ki sab se bari kami yeh hai ke rational thinking un ke andar sary se hai hi nahin.</w:t>
      </w:r>
    </w:p>
    <w:p>
      <w:pPr>
        <w:jc w:val="right"/>
      </w:pPr>
      <w:r>
        <w:t>لیکن وہاں کیا کر رکھا ہے لوگوں نے؟ علم کو بنا رکھا ہے۔ علم سے مراد علم دین۔ اس لیے عقلی غور و فکر ختم۔ مسلمانوں کی سب سے بڑی کمی یہ ہے کہ ریشنل تھنکنگ ان کے اندر سرے سے ہے ہی نہیں۔</w:t>
      </w:r>
    </w:p>
    <w:p>
      <w:r>
        <w:rPr>
          <w:b/>
        </w:rPr>
        <w:t xml:space="preserve">[17:56] </w:t>
      </w:r>
      <w:r>
        <w:t>main keh sakta hoon ke present world mein aik bhi musalman nahin hai jo rational thinking ko janta bhi ho ke what is rational thinking? kis ko inkar ho?</w:t>
      </w:r>
    </w:p>
    <w:p>
      <w:pPr>
        <w:jc w:val="right"/>
      </w:pPr>
      <w:r>
        <w:t>میں کہہ سکتا ہوں کہ پریزنٹ ورلڈ میں ایک بھی مسلمان نہیں ہے جو ریشنل تھنکنگ کو جانتا بھی ہو کہ What is ریشنل تھنکنگ؟ کس کو انکار ہو؟</w:t>
      </w:r>
    </w:p>
    <w:p>
      <w:r>
        <w:rPr>
          <w:b/>
        </w:rPr>
        <w:t xml:space="preserve">[18:04] </w:t>
      </w:r>
      <w:r>
        <w:t>koi naam pata hai is ka mujhe?</w:t>
      </w:r>
    </w:p>
    <w:p>
      <w:pPr>
        <w:jc w:val="right"/>
      </w:pPr>
      <w:r>
        <w:t>کوئی نام پتہ ہے اس کا مجھے؟</w:t>
      </w:r>
    </w:p>
    <w:p>
      <w:r>
        <w:rPr>
          <w:b/>
        </w:rPr>
        <w:t xml:space="preserve">[18:08] </w:t>
      </w:r>
      <w:r>
        <w:t>in do so saalon mein mere nazdeek aik bhi musalman nahin paida hua jo janta bhi ho ke what is rational thinking?</w:t>
      </w:r>
    </w:p>
    <w:p>
      <w:pPr>
        <w:jc w:val="right"/>
      </w:pPr>
      <w:r>
        <w:t>ان دو سو سالوں میں میرے نزدیک ایک بھی مسلمان نہیں پیدا ہوا جو جانتا بھی ہو کہ What is ریشنل تھنکنگ؟</w:t>
      </w:r>
    </w:p>
    <w:p>
      <w:r>
        <w:rPr>
          <w:b/>
        </w:rPr>
        <w:t xml:space="preserve">[18:18] </w:t>
      </w:r>
      <w:r>
        <w:t>Kyun? Poora moashra false food mein jee raha hai. Jab poora moashra false food mein jee raha ho to is mein paida kaise hon ge log? Har cheez ke darmiyan namak, namak, raft, namak, shat.</w:t>
      </w:r>
    </w:p>
    <w:p>
      <w:pPr>
        <w:jc w:val="right"/>
      </w:pPr>
      <w:r>
        <w:t>کیوں؟ پورا معاشرہ فالس فوڈ میں جی رہا ہے۔ جب پورا معاشرہ فالس فوڈ میں جی رہا ہو تو اس میں پیدا کیسے ہوں گے لوگ؟ ہر چیز کے درمیان نمک، نمک، رفت، نمک، شت۔</w:t>
      </w:r>
    </w:p>
    <w:p>
      <w:r>
        <w:rPr>
          <w:b/>
        </w:rPr>
        <w:t xml:space="preserve">[18:33] </w:t>
      </w:r>
      <w:r>
        <w:t>to dekhiye, ab hadith mein aata hai ke talab al ilm fariza ala kull muslim ilm ko hasil karna har musalman par farz hai.</w:t>
      </w:r>
    </w:p>
    <w:p>
      <w:pPr>
        <w:jc w:val="right"/>
      </w:pPr>
      <w:r>
        <w:t>تو دیکھیے، اب حدیث میں آتا ہے کہ طلب العلم فریضة علی کل مسلم علم کو حاصل کرنا ہر مسلمان پر فرض ہے۔</w:t>
      </w:r>
    </w:p>
    <w:p>
      <w:r>
        <w:rPr>
          <w:b/>
        </w:rPr>
        <w:t xml:space="preserve">[18:46] </w:t>
      </w:r>
      <w:r>
        <w:t>ab yahan par kya kar diya? ilm ka matlab hai ilm deen. to aql ko kharij kar diya is ko. yani aqli ghor o fikr islam ka musalmanon ke haan hai hi nahin.</w:t>
      </w:r>
    </w:p>
    <w:p>
      <w:pPr>
        <w:jc w:val="right"/>
      </w:pPr>
      <w:r>
        <w:t>اب یہاں پر کیا کر دیا؟ علم کا مطلب ہے علم دین۔ تو عقل کو خارج کر دیا اس کو۔ یعنی عقلی غور و فکر اسلام کا مسلمانوں کے ہاں ہے ہی نہیں۔</w:t>
      </w:r>
    </w:p>
    <w:p>
      <w:r>
        <w:rPr>
          <w:b/>
        </w:rPr>
        <w:t xml:space="preserve">[19:00] </w:t>
      </w:r>
      <w:r>
        <w:t>yani yahan ilm ka matlab le lete hain ilm deen.</w:t>
      </w:r>
    </w:p>
    <w:p>
      <w:pPr>
        <w:jc w:val="right"/>
      </w:pPr>
      <w:r>
        <w:t>یعنی یہاں علم کا مطلب لے لیتے ہیں علم دین۔</w:t>
      </w:r>
    </w:p>
    <w:p>
      <w:r>
        <w:rPr>
          <w:b/>
        </w:rPr>
        <w:t xml:space="preserve">[19:05] </w:t>
      </w:r>
      <w:r>
        <w:t>to aqli ghor o fikr se koi ta'alluq is ka nahin hai. bas fanni behas hai, fiqhi behas hai. isi ko samajhte hain ilm, ilm samajhte hain woh.</w:t>
      </w:r>
    </w:p>
    <w:p>
      <w:pPr>
        <w:jc w:val="right"/>
      </w:pPr>
      <w:r>
        <w:t>تو عقلی غور و فکر سے کوئی تعلق اس کا نہیں ہے۔ بس فنی بحث ہے، فقہی بحث ہے۔ اسی کو سمجھتے ہیں علم، علم سمجھتے ہیں وہ۔</w:t>
      </w:r>
    </w:p>
    <w:p>
      <w:r>
        <w:rPr>
          <w:b/>
        </w:rPr>
        <w:t xml:space="preserve">[19:16] </w:t>
      </w:r>
      <w:r>
        <w:t>acha, kuch logon ne is mein kya kiya ke kuch ulama ne kaha ke ilm ki do qismen hain: al ilm wa al man, ilm al adyan wa ilm al abdan.</w:t>
      </w:r>
    </w:p>
    <w:p>
      <w:pPr>
        <w:jc w:val="right"/>
      </w:pPr>
      <w:r>
        <w:t>اچھا، کچھ لوگوں نے اس میں کیا کیا کہ کچھ علماء نے کہا کہ علم کی دو قسمیں ہیں: العلم و علمان، علم الادیان و علم الابدان۔</w:t>
      </w:r>
    </w:p>
    <w:p>
      <w:r>
        <w:rPr>
          <w:b/>
        </w:rPr>
        <w:t xml:space="preserve">[19:28] </w:t>
      </w:r>
      <w:r>
        <w:t>ilm ki do qismen hain.</w:t>
      </w:r>
    </w:p>
    <w:p>
      <w:pPr>
        <w:jc w:val="right"/>
      </w:pPr>
      <w:r>
        <w:t>علم کی دو قسمیں ہیں۔</w:t>
      </w:r>
    </w:p>
    <w:p>
      <w:r>
        <w:rPr>
          <w:b/>
        </w:rPr>
        <w:t xml:space="preserve">[19:31] </w:t>
      </w:r>
      <w:r>
        <w:t>aik hai ilm deen, aik hai yani ilm jism, yani ilm tib. deen ka ilm aur tib ka ilm.</w:t>
      </w:r>
    </w:p>
    <w:p>
      <w:pPr>
        <w:jc w:val="right"/>
      </w:pPr>
      <w:r>
        <w:t>ایک ہے علم دین، ایک ہے یعنی علم جسم، یعنی علم طب۔ دین کا علم اور طب کا علم۔</w:t>
      </w:r>
    </w:p>
    <w:p>
      <w:r>
        <w:rPr>
          <w:b/>
        </w:rPr>
        <w:t xml:space="preserve">[19:39] </w:t>
      </w:r>
      <w:r>
        <w:t>bas yeh isi ko ilm samjha unhon ne. kaisi ajib baat hai ke quran mein dekhiye, ayat hai sanurihim ayatina fil afaqi wa fi anfusihim hatta yatbayyana lahum annahu al haqq. is ayat se saaf taur par maloom hota hai ke aik aik aur ilm hai, ilm al afaq.</w:t>
      </w:r>
    </w:p>
    <w:p>
      <w:pPr>
        <w:jc w:val="right"/>
      </w:pPr>
      <w:r>
        <w:t>بس یہ اسی کو علم سمجھا انہوں نے۔ کیسی عجیب بات ہے کہ قرآن میں دیکھیے، آیت ہے سنریہم آیاتنا فی الافاق و فی انفسہم حتیٰ اتبین لہم انہ الحق اس آیت سے صاف طور پر معلوم ہوتا ہے کہ ایک ایک اور علم ہے، علم الافاق۔</w:t>
      </w:r>
    </w:p>
    <w:p>
      <w:r>
        <w:rPr>
          <w:b/>
        </w:rPr>
        <w:t xml:space="preserve">[20:00] </w:t>
      </w:r>
      <w:r>
        <w:t>kaisi ajib baat hai! is ayat se yeh cheez saaf taur par sabit hoti hai ke aik aur ilm hai, is ko hum keh sakte hain ilm al afaq.</w:t>
      </w:r>
    </w:p>
    <w:p>
      <w:pPr>
        <w:jc w:val="right"/>
      </w:pPr>
      <w:r>
        <w:t>کیسی عجیب بات ہے! اس آیت سے یہ چیز صاف طور پر ثابت ہوتی ہے کہ ایک اور علم ہے، اس کو ہم کہہ سکتے ہیں علم الافاق۔</w:t>
      </w:r>
    </w:p>
    <w:p>
      <w:r>
        <w:rPr>
          <w:b/>
        </w:rPr>
        <w:t xml:space="preserve">[20:09] </w:t>
      </w:r>
      <w:r>
        <w:t>woh kya hai? ilm yeh science, modern science, az ilm al afaq. afaq kehte hain, afaq ka matlab hota hai kainat, cosmos,</w:t>
      </w:r>
    </w:p>
    <w:p>
      <w:pPr>
        <w:jc w:val="right"/>
      </w:pPr>
      <w:r>
        <w:t>وہ کیا ہے؟ علم یہ سائنس، ماڈرن سائنس، از علم الافاق۔ افاق کہتے ہیں، افاق کا مطلب ہوتا ہے کائنات، کاسموس،</w:t>
      </w:r>
    </w:p>
    <w:p>
      <w:r>
        <w:rPr>
          <w:b/>
        </w:rPr>
        <w:t xml:space="preserve">[20:24] </w:t>
      </w:r>
      <w:r>
        <w:t>nature bhi aap keh sakte hain is ko. to science kya</w:t>
      </w:r>
    </w:p>
    <w:p>
      <w:pPr>
        <w:jc w:val="right"/>
      </w:pPr>
      <w:r>
        <w:t>نیچر بھی آپ کہہ سکتے ہیں اس کو۔ تو سائنس کیا</w:t>
      </w:r>
    </w:p>
    <w:p>
      <w:r>
        <w:rPr>
          <w:b/>
        </w:rPr>
        <w:t xml:space="preserve">[20:28] </w:t>
      </w:r>
      <w:r>
        <w:t>hai? science nature ki study karti hai, cosmos ki study karti hai,</w:t>
      </w:r>
    </w:p>
    <w:p>
      <w:pPr>
        <w:jc w:val="right"/>
      </w:pPr>
      <w:r>
        <w:t>ہے؟ سائنس نیچر کی سٹڈی کرتی ہے، کاسموس کی سٹڈی کرتی ہے،</w:t>
      </w:r>
    </w:p>
    <w:p>
      <w:r>
        <w:rPr>
          <w:b/>
        </w:rPr>
        <w:t xml:space="preserve">[20:36] </w:t>
      </w:r>
      <w:r>
        <w:t>kainat ki study karti hai. to yahan ilm al afaq se murad wohi hai jis ko hum kehte hain science. lekin musalmanon ke haan hadaf hai, woh hadaf hai.</w:t>
      </w:r>
    </w:p>
    <w:p>
      <w:pPr>
        <w:jc w:val="right"/>
      </w:pPr>
      <w:r>
        <w:t>کائنات کی سٹڈی کرتی ہے۔ تو یہاں علم الافاق سے مراد وہی ہے جس کو ہم کہتے ہیں سائنس۔ لیکن مسلمانوں کے ہاں ہدف ہے، وہ ہدف ہے۔</w:t>
      </w:r>
    </w:p>
    <w:p>
      <w:r>
        <w:rPr>
          <w:b/>
        </w:rPr>
        <w:t xml:space="preserve">[20:49] </w:t>
      </w:r>
      <w:r>
        <w:t>yani ayat quran mein maujood hai, lekin koi is mein discover nahin kar saka ke ilm al afaq se murad hai ilm science. ki</w:t>
      </w:r>
    </w:p>
    <w:p>
      <w:pPr>
        <w:jc w:val="right"/>
      </w:pPr>
      <w:r>
        <w:t>یعنی آیت قرآن میں موجود ہے، لیکن کوئی اس میں ڈسکور نہیں کر سکا کہ علم الافاق سے مراد ہے علم سائنس۔ کی</w:t>
      </w:r>
    </w:p>
    <w:p>
      <w:r>
        <w:rPr>
          <w:b/>
        </w:rPr>
        <w:t xml:space="preserve">[20:57] </w:t>
      </w:r>
      <w:r>
        <w:t>yun? aqli ghor o fikr ka mahol nahin. musalmanon mein aqli ghor o fikr ka mahol nahin.</w:t>
      </w:r>
    </w:p>
    <w:p>
      <w:pPr>
        <w:jc w:val="right"/>
      </w:pPr>
      <w:r>
        <w:t>وں؟ عقلی غور و فکر کا ماحول نہیں۔ مسلمانوں میں عقلی غور و فکر کا ماحول نہیں۔</w:t>
      </w:r>
    </w:p>
    <w:p>
      <w:r>
        <w:rPr>
          <w:b/>
        </w:rPr>
        <w:t xml:space="preserve">[21:06] </w:t>
      </w:r>
      <w:r>
        <w:t>poori tareekh mein aik kitab likhi gayi jis ko musalman samajhte hain ke aqli ghor o fikr is ke andar hai: hujjat Allah al baligha. halanke bilkul hi yani yeh baseless daawa hai.</w:t>
      </w:r>
    </w:p>
    <w:p>
      <w:pPr>
        <w:jc w:val="right"/>
      </w:pPr>
      <w:r>
        <w:t>پوری تاریخ میں ایک کتاب لکھی گئی جس کو مسلمان سمجھتے ہیں کہ عقلی غور و فکر اس کے اندر ہے: حجت اللہ البالغہ۔ حالانکہ بالکل ہی یعنی یہ بیسلیس دعویٰ ہے۔</w:t>
      </w:r>
    </w:p>
    <w:p>
      <w:r>
        <w:rPr>
          <w:b/>
        </w:rPr>
        <w:t xml:space="preserve">[21:16] </w:t>
      </w:r>
      <w:r>
        <w:t>woh aqli ghor o fikr hai hi nahin. woh jis ko is mein inkar ho, us ko is page ko pata hai ke is page mein aqli ghor o fikr hai.</w:t>
      </w:r>
    </w:p>
    <w:p>
      <w:pPr>
        <w:jc w:val="right"/>
      </w:pPr>
      <w:r>
        <w:t>وہ عقلی غور و فکر ہے ہی نہیں۔ وہ جس کو اس میں انکار ہو، اس کو اس پیج کو پتہ ہے کہ اس پیج میں عقلی غور و فکر ہے۔</w:t>
      </w:r>
    </w:p>
    <w:p>
      <w:r>
        <w:rPr>
          <w:b/>
        </w:rPr>
        <w:t xml:space="preserve">[21:24] </w:t>
      </w:r>
      <w:r>
        <w:t>main bataoon ga is ka tajziya kar ke. to chunke ab musalmanon mein aqli ghor o fikr khatam ho gaya, is liye aise log paida hona band ho gaye jin ke andar rational thinking ho, jin ke andar aqli ghor o fikr ho, baaton ko soch sochien.</w:t>
      </w:r>
    </w:p>
    <w:p>
      <w:pPr>
        <w:jc w:val="right"/>
      </w:pPr>
      <w:r>
        <w:t>میں بتاؤں گا اس کا تجزیہ کر کے۔ تو چونکہ اب مسلمانوں میں عقلی غور و فکر ختم ہو گیا، اس لیے ایسے لوگ پیدا ہونا بند ہو گئے جن کے اندر ریشنل تھنکنگ ہو، جن کے اندر عقلی غور و فکر ہو، باتوں کو سوچ سوچیں۔</w:t>
      </w:r>
    </w:p>
    <w:p>
      <w:r>
        <w:rPr>
          <w:b/>
        </w:rPr>
        <w:t xml:space="preserve">[21:40] </w:t>
      </w:r>
      <w:r>
        <w:t>acha, agar aisa hota, agar musalmanon ke andar aqli ghor o fikr ka hota, rational thinking hoti to kya karte? to kehte hain ke bhai result par judge karo, resul</w:t>
      </w:r>
    </w:p>
    <w:p>
      <w:pPr>
        <w:jc w:val="right"/>
      </w:pPr>
      <w:r>
        <w:t>اچھا، اگر ایسا ہوتا، اگر مسلمانوں کے اندر عقلی غور و فکر کا ہوتا، ریشنل تھنکنگ ہوتی تو کیا کرتے؟ تو کہتے ہیں کہ بھئی رزلٹ پر جج کرو، رزل</w:t>
      </w:r>
    </w:p>
    <w:p>
      <w:r>
        <w:rPr>
          <w:b/>
        </w:rPr>
        <w:t xml:space="preserve">[21:53] </w:t>
      </w:r>
      <w:r>
        <w:t>t pe jajj karo ke koi ladai bhadai jab is mein koi hum pa nahin rahe hain, yahan tak ke hamari ladaiyan counter productive sabit ho rahi hain.</w:t>
      </w:r>
    </w:p>
    <w:p>
      <w:pPr>
        <w:jc w:val="right"/>
      </w:pPr>
      <w:r>
        <w:t>ٹ پہ جج کرو کہ کوئی لڑائی بھڑائی جب اس میں کوئی ہم پا نہیں رہے ہیں، یہاں تک کہ ہماری لڑائیاں کاؤنٹر پروڈکٹو ثابت ہو رہی ہیں۔</w:t>
      </w:r>
    </w:p>
    <w:p>
      <w:r>
        <w:rPr>
          <w:b/>
        </w:rPr>
        <w:t xml:space="preserve">[22:04] </w:t>
      </w:r>
      <w:r>
        <w:t>misal ke taur par dekhiye, falasteen ko lijie. sare arabon ko, sare arab falasteen ke issue par, sare arab jode hue hain.</w:t>
      </w:r>
    </w:p>
    <w:p>
      <w:pPr>
        <w:jc w:val="right"/>
      </w:pPr>
      <w:r>
        <w:t>مثال کے طور پر دیکھیے، فلسطین کو لیجئے۔ سارے عربوں کو، سارے عرب فلسطین کے ایشو پر، سارے عرب جوڑے ہوئے ہیں۔</w:t>
      </w:r>
    </w:p>
    <w:p>
      <w:r>
        <w:rPr>
          <w:b/>
        </w:rPr>
        <w:t xml:space="preserve">[22:17] </w:t>
      </w:r>
      <w:r>
        <w:t>koi arab nahin hai jo falasteen ke issue se juda hua na ho.</w:t>
      </w:r>
    </w:p>
    <w:p>
      <w:pPr>
        <w:jc w:val="right"/>
      </w:pPr>
      <w:r>
        <w:t>کوئی عرب نہیں ہے جو فلسطین کے ایشو سے جڑا ہوا نہ ہو۔</w:t>
      </w:r>
    </w:p>
    <w:p>
      <w:r>
        <w:rPr>
          <w:b/>
        </w:rPr>
        <w:t xml:space="preserve">[22:24] </w:t>
      </w:r>
      <w:r>
        <w:t>ab dekhiye, 1948 mein wahan par bal for verdict ke tehat falasteen ka partition hua.</w:t>
      </w:r>
    </w:p>
    <w:p>
      <w:pPr>
        <w:jc w:val="right"/>
      </w:pPr>
      <w:r>
        <w:t>اب دیکھیے، 1948 میں وہاں پر بال فور ورڈکٹ کے تحت فلسطین کا پارٹیشن ہوا۔</w:t>
      </w:r>
    </w:p>
    <w:p>
      <w:r>
        <w:rPr>
          <w:b/>
        </w:rPr>
        <w:t xml:space="preserve">[22:36] </w:t>
      </w:r>
      <w:r>
        <w:t>rafli half diya gaya yahud ko, adha diya gaya arabon ko. bas bhadak uthe. pura al khwal masmoon jo hai, woh puri usi ki base pe to khadi hui,</w:t>
      </w:r>
    </w:p>
    <w:p>
      <w:pPr>
        <w:jc w:val="right"/>
      </w:pPr>
      <w:r>
        <w:t>رفلی ہاف دیا گیا یہود کو، ادھا دیا گیا عربوں کو۔ بس بھڑک اٹھے۔ پورا ال خوال مسمون جو ہے، وہ پوری اسی کی بیس پہ تو کھڑی ہوئی،</w:t>
      </w:r>
    </w:p>
    <w:p>
      <w:r>
        <w:rPr>
          <w:b/>
        </w:rPr>
        <w:t xml:space="preserve">[22:49] </w:t>
      </w:r>
      <w:r>
        <w:t>falasteen ki base par, aur ladai yahud ke khilaf ladai. maro in ko, samundaron mein dhake lo, sararmi ko phir bahar. dekhiye, agar aqli ghor o fikr hota, agar aqli ghor o fikr hota to sochte ke quran mein khud yeh ayat maujood hai ke falasteen yahud ke liye assign country hai,</w:t>
      </w:r>
    </w:p>
    <w:p>
      <w:pPr>
        <w:jc w:val="right"/>
      </w:pPr>
      <w:r>
        <w:t>فلسطین کی بیس پر، اور لڑائی یہود کے خلاف لڑائی۔ مارو ان کو، سمندروں میں ڈھکے لو، سرارمی کو پھر باہر۔ دیکھیے، اگر عقلی غور و فکر ہوتا، اگر عقلی غور و فکر ہوتا تو سوچتے کہ قرآن میں خود یہ آیت موجود ہے کہ فلسطین یہود کے لیے اسائن کنٹری ہے،</w:t>
      </w:r>
    </w:p>
    <w:p>
      <w:r>
        <w:rPr>
          <w:b/>
        </w:rPr>
        <w:t xml:space="preserve">[23:12] </w:t>
      </w:r>
      <w:r>
        <w:t>assign land hai.</w:t>
      </w:r>
    </w:p>
    <w:p>
      <w:pPr>
        <w:jc w:val="right"/>
      </w:pPr>
      <w:r>
        <w:t>اسائن لینڈ ہے۔</w:t>
      </w:r>
    </w:p>
    <w:p>
      <w:r>
        <w:rPr>
          <w:b/>
        </w:rPr>
        <w:t xml:space="preserve">[23:14] </w:t>
      </w:r>
      <w:r>
        <w:t>jis tarah bible ke mutabiq falasteen un ke liye probeez land hai, khud quran ka matlab un ke liye assign land hai.</w:t>
      </w:r>
    </w:p>
    <w:p>
      <w:pPr>
        <w:jc w:val="right"/>
      </w:pPr>
      <w:r>
        <w:t>جس طرح بائبل کے مطابق فلسطین ان کے لیے پروبیز لینڈ ہے، خود قرآن کا مطلب ان کے لیے اسائن لینڈ ہے۔</w:t>
      </w:r>
    </w:p>
    <w:p>
      <w:r>
        <w:rPr>
          <w:b/>
        </w:rPr>
        <w:t xml:space="preserve">[23:23] </w:t>
      </w:r>
      <w:r>
        <w:t>to agar musalman 800 saal tak wahan rol karte rahe, ab bhi adha sirf un ko diya hai, adha phir bhi arabon ke paas hai.</w:t>
      </w:r>
    </w:p>
    <w:p>
      <w:pPr>
        <w:jc w:val="right"/>
      </w:pPr>
      <w:r>
        <w:t>تو اگر مسلمان 800 سال تک وہاں رول کرتے رہے، اب بھی ادھا صرف ان کو دیا ہے، ادھا پھر بھی عربوں کے پاس ہے۔</w:t>
      </w:r>
    </w:p>
    <w:p>
      <w:r>
        <w:rPr>
          <w:b/>
        </w:rPr>
        <w:t xml:space="preserve">[23:34] </w:t>
      </w:r>
      <w:r>
        <w:t>der is a board and just. aql, aql, is agar apply karte to woh. lekin phir ladne lag</w:t>
      </w:r>
    </w:p>
    <w:p>
      <w:pPr>
        <w:jc w:val="right"/>
      </w:pPr>
      <w:r>
        <w:t>دیر از اے بورڈ اینڈ جسٹ۔ عقل، عقل، اس اگر اپلائی کرتے تو وہ۔ لیکن پھر لڑنے لگ</w:t>
      </w:r>
    </w:p>
    <w:p>
      <w:r>
        <w:rPr>
          <w:b/>
        </w:rPr>
        <w:t xml:space="preserve">[23:42] </w:t>
      </w:r>
      <w:r>
        <w:t>e. achha, is ke baad jamaatuddin afghani ke zamane mein kya hua? suez canal ka jo jo company thi, jis ne lease par jis ko diya gaya tha,</w:t>
      </w:r>
    </w:p>
    <w:p>
      <w:pPr>
        <w:jc w:val="right"/>
      </w:pPr>
      <w:r>
        <w:t>ے۔ اچھا، اس کے بعد جماعت الدین افغانی کے زمانے میں کیا ہوا؟ سوئز کنال کا جو جو کمپنی تھی، جس نے لیز پر جس کو دیا گیا تھا،</w:t>
      </w:r>
    </w:p>
    <w:p>
      <w:r>
        <w:rPr>
          <w:b/>
        </w:rPr>
        <w:t xml:space="preserve">[23:58] </w:t>
      </w:r>
      <w:r>
        <w:t>suez canal ka intezam lease par, to abhi lease ka muddat khatm hone ko giyarah saal baqi the.</w:t>
      </w:r>
    </w:p>
    <w:p>
      <w:pPr>
        <w:jc w:val="right"/>
      </w:pPr>
      <w:r>
        <w:t>سوئز کنال کا انتظام لیز پر، تو ابھی لیز کا مدت ختم ہونے کو گیارہ سال باقی تھے۔</w:t>
      </w:r>
    </w:p>
    <w:p>
      <w:r>
        <w:rPr>
          <w:b/>
        </w:rPr>
        <w:t xml:space="preserve">[24:09] </w:t>
      </w:r>
      <w:r>
        <w:t>aur unhon ne ailan kar diya, jamaatuddin nasser ne, president the woh misr ke, ke hum khatm karte hain is ko. aur sara arab jo hai, nach utha khushi se.</w:t>
      </w:r>
    </w:p>
    <w:p>
      <w:pPr>
        <w:jc w:val="right"/>
      </w:pPr>
      <w:r>
        <w:t>اور انہوں نے اعلان کر دیا، جماعت الدین ناصر نے، پریزیڈنٹ تھے وہ مصر کے، کہ ہم ختم کرتے ہیں اس کو۔ اور سارا عرب جو ہے، ناچ اٹھا خوشی سے۔</w:t>
      </w:r>
    </w:p>
    <w:p>
      <w:r>
        <w:rPr>
          <w:b/>
        </w:rPr>
        <w:t xml:space="preserve">[24:21] </w:t>
      </w:r>
      <w:r>
        <w:t>ek bhi arab scholar nahin tha, arab aadmi nahin tha jo is par condemn kare ke tum kya kar rahe ho. quran mein to hai ke wafu bil ahd ahd wafu bil ahd ahd.</w:t>
      </w:r>
    </w:p>
    <w:p>
      <w:pPr>
        <w:jc w:val="right"/>
      </w:pPr>
      <w:r>
        <w:t>ایک بھی عرب اسکالر نہیں تھا، عرب آدمی نہیں تھا جو اس پر کنڈم کرے کہ تم کیا کر رہے ہو۔ قرآن میں تو ہے کہ وافوا بالعهد احد وافوا بالعهد احد۔</w:t>
      </w:r>
    </w:p>
    <w:p>
      <w:r>
        <w:rPr>
          <w:b/>
        </w:rPr>
        <w:t xml:space="preserve">[24:37] </w:t>
      </w:r>
      <w:r>
        <w:t>hamare aur suez company ke darmiyan ek muahida hua hai. woh muahida abhi giyarah saal baqi hain. tum ko is ka, tum is ko tod nahin sakte.</w:t>
      </w:r>
    </w:p>
    <w:p>
      <w:pPr>
        <w:jc w:val="right"/>
      </w:pPr>
      <w:r>
        <w:t>ہمارے اور سوئز کمپنی کے درمیان ایک معاہدہ ہوا ہے۔ وہ معاہدہ ابھی گیارہ سال باقی ہے۔ تم کو اس کا، تم اس کو توڑ نہیں سکتے۔</w:t>
      </w:r>
    </w:p>
    <w:p>
      <w:r>
        <w:rPr>
          <w:b/>
        </w:rPr>
        <w:t xml:space="preserve">[24:46] </w:t>
      </w:r>
      <w:r>
        <w:t>ek bhi shakhs nahin, kyun ke aqli ghor o fikr nahin.</w:t>
      </w:r>
    </w:p>
    <w:p>
      <w:pPr>
        <w:jc w:val="right"/>
      </w:pPr>
      <w:r>
        <w:t>ایک بھی شخص نہیں، کیونکہ عقلی غور و فکر نہیں۔</w:t>
      </w:r>
    </w:p>
    <w:p>
      <w:r>
        <w:rPr>
          <w:b/>
        </w:rPr>
        <w:t xml:space="preserve">[24:49] </w:t>
      </w:r>
      <w:r>
        <w:t>bas emotional thinking, jazbati thinking, rational thinking ke fuqdan ki bina par sare arab mein koi ek shakhs nahin utha, yeh kehne wala ke jamaatuddin nasser, tum galat kaam kar rahe ho.</w:t>
      </w:r>
    </w:p>
    <w:p>
      <w:pPr>
        <w:jc w:val="right"/>
      </w:pPr>
      <w:r>
        <w:t>بس ایموشنل تھنکنگ، جذباتی تھنکنگ، ریشنل تھنکنگ کے فقدان کی بنا پر سارے عرب میں کوئی ایک شخص نہیں اٹھا، یہ کہنے والا کہ جماعت الدین ناصر، تم غلط کام کر رہے ہو۔</w:t>
      </w:r>
    </w:p>
    <w:p>
      <w:r>
        <w:rPr>
          <w:b/>
        </w:rPr>
        <w:t xml:space="preserve">[25:04] </w:t>
      </w:r>
      <w:r>
        <w:t>natija kya hua? ke suez company jo thi, british aur french dono shamil the is mein, unhon ne israel ko madad ki.</w:t>
      </w:r>
    </w:p>
    <w:p>
      <w:pPr>
        <w:jc w:val="right"/>
      </w:pPr>
      <w:r>
        <w:t>نتیجہ کیا ہوا؟ کہ سوئز کمپنی جو تھی، برٹش اور فرنچ دونوں شامل تھے اس میں، انہوں نے اسرائیل کو مدد کی۔</w:t>
      </w:r>
    </w:p>
    <w:p>
      <w:r>
        <w:rPr>
          <w:b/>
        </w:rPr>
        <w:t xml:space="preserve">[25:14] </w:t>
      </w:r>
      <w:r>
        <w:t>aur madad kar ke kya kiya?</w:t>
      </w:r>
    </w:p>
    <w:p>
      <w:pPr>
        <w:jc w:val="right"/>
      </w:pPr>
      <w:r>
        <w:t>اور مدد کر کے کیا کیا؟</w:t>
      </w:r>
    </w:p>
    <w:p>
      <w:r>
        <w:rPr>
          <w:b/>
        </w:rPr>
        <w:t xml:space="preserve">[25:16] </w:t>
      </w:r>
      <w:r>
        <w:t>unhon ne attack kara diya egypt ke upar. aur sare falasteen par qabza kar liya, taqreeban. pehle to adha falasteen tha israel ke paas.</w:t>
      </w:r>
    </w:p>
    <w:p>
      <w:pPr>
        <w:jc w:val="right"/>
      </w:pPr>
      <w:r>
        <w:t>انہوں نے اٹیک کرا دیا ایجپٹ کے اوپر۔ اور سارے فلسطین پر قبضہ کر لیا، تقریباً۔ پہلے تو ادھا فلسطین تھا اسرائیل کے پاس۔</w:t>
      </w:r>
    </w:p>
    <w:p>
      <w:r>
        <w:rPr>
          <w:b/>
        </w:rPr>
        <w:t xml:space="preserve">[25:28] </w:t>
      </w:r>
      <w:r>
        <w:t>ab unhon ne do bohat choti choti jaghein, ariha aur ghaza, yeh bohat hi choti municipalities hain, woh sab qabza kar liya.</w:t>
      </w:r>
    </w:p>
    <w:p>
      <w:pPr>
        <w:jc w:val="right"/>
      </w:pPr>
      <w:r>
        <w:t>اب انہوں نے دو بہت چھوٹی چھوٹی جگہیں، اریحہ اور غزہ، یہ بہت ہی چھوٹی میونسپلٹیز ہیں، وہ سب قبضہ کر لیا۔</w:t>
      </w:r>
    </w:p>
    <w:p>
      <w:r>
        <w:rPr>
          <w:b/>
        </w:rPr>
        <w:t xml:space="preserve">[25:38] </w:t>
      </w:r>
      <w:r>
        <w:t>kyun? rational thinking nahin hai. rational thinking nahin hai.</w:t>
      </w:r>
    </w:p>
    <w:p>
      <w:pPr>
        <w:jc w:val="right"/>
      </w:pPr>
      <w:r>
        <w:t>کیوں؟ ریشنل تھنکنگ نہیں ہے۔ ریشنل تھنکنگ نہیں ہے۔</w:t>
      </w:r>
    </w:p>
    <w:p>
      <w:r>
        <w:rPr>
          <w:b/>
        </w:rPr>
        <w:t xml:space="preserve">[25:45] </w:t>
      </w:r>
      <w:r>
        <w:t>to sari mashriq duniya mein yahi chhaya hua hai, irrational thinking. irrational thinking.</w:t>
      </w:r>
    </w:p>
    <w:p>
      <w:pPr>
        <w:jc w:val="right"/>
      </w:pPr>
      <w:r>
        <w:t>تو ساری مشرق دنیا میں یہی چھایا ہوا ہے، اریشنل تھنکنگ۔ اریشنل تھنکنگ۔</w:t>
      </w:r>
    </w:p>
    <w:p>
      <w:r>
        <w:rPr>
          <w:b/>
        </w:rPr>
        <w:t xml:space="preserve">[25:56] </w:t>
      </w:r>
      <w:r>
        <w:t>misal ke taur par dekhiye, burma mein ek ilaqa hai jis ko arakan kehte hain. wahan musalman hain, un ko rohingya kehte hain. to ek ek pocket hai jahan musalmanon ki majority hai.</w:t>
      </w:r>
    </w:p>
    <w:p>
      <w:pPr>
        <w:jc w:val="right"/>
      </w:pPr>
      <w:r>
        <w:t>مثال کے طور پر دیکھیے، برما میں ایک علاقہ ہے جس کو اراکان کہتے ہیں۔ وہاں مسلمان ہیں، ان کو روہنگیا کہتے ہیں۔ تو ایک ایک پاکٹ ہے جہاں مسلمانوں کی میجورٹی ہے۔</w:t>
      </w:r>
    </w:p>
    <w:p>
      <w:r>
        <w:rPr>
          <w:b/>
        </w:rPr>
        <w:t xml:space="preserve">[26:09] </w:t>
      </w:r>
      <w:r>
        <w:t>to aise hi false food jo hai, badi badi baatein sikh</w:t>
      </w:r>
    </w:p>
    <w:p>
      <w:pPr>
        <w:jc w:val="right"/>
      </w:pPr>
      <w:r>
        <w:t>تو ایسے ہی فالس فوڈ جو ہے، بڑی بڑی باتیں سکھ</w:t>
      </w:r>
    </w:p>
    <w:p>
      <w:r>
        <w:rPr>
          <w:b/>
        </w:rPr>
        <w:t xml:space="preserve">[26:13] </w:t>
      </w:r>
      <w:r>
        <w:t>ata hai. kuch leader nikle, unhon ne kaha ke sahib, hum alag is separate state banayenge. un ko separate state se kam koi cheez un ke mindset ko appeal nahi karti thi.</w:t>
      </w:r>
    </w:p>
    <w:p>
      <w:pPr>
        <w:jc w:val="right"/>
      </w:pPr>
      <w:r>
        <w:t>اتا ہے۔ کچھ لیڈر نکلے، انہوں نے کہا کہ صاحب، ہم الگ اس سیپریٹ سٹیٹ بنائیں گے۔ ان کو سیپریٹ سٹیٹ سے کم کوئی چیز ان کے مائنڈ سیٹ کو اپیل نہیں کرتی تھی۔</w:t>
      </w:r>
    </w:p>
    <w:p>
      <w:r>
        <w:rPr>
          <w:b/>
        </w:rPr>
        <w:t xml:space="preserve">[26:26] </w:t>
      </w:r>
      <w:r>
        <w:t>aap ghor kijiye, ek mulk hai burma, is mulk ki hukumat wahan par hai. aap ek ek jagah ko kahein ke is ko kaato, kaat kar ke separate land banao to woh marenge woh aap ko.</w:t>
      </w:r>
    </w:p>
    <w:p>
      <w:pPr>
        <w:jc w:val="right"/>
      </w:pPr>
      <w:r>
        <w:t>آپ غور کیجئے، ایک ملک ہے برما، اس ملک کی حکومت وہاں پر ہے۔ آپ ایک ایک جگہ کو کہیں کہ اس کو کاٹو، کاٹ کر کے سیپریٹ لینڈ بناؤ تو وہ ماریں گے وہ آپ کو۔</w:t>
      </w:r>
    </w:p>
    <w:p>
      <w:r>
        <w:rPr>
          <w:b/>
        </w:rPr>
        <w:t xml:space="preserve">[26:36] </w:t>
      </w:r>
      <w:r>
        <w:t>woh marenge aap ko. paanch jo central government thi, us ne marna shuru kiya un ko</w:t>
      </w:r>
    </w:p>
    <w:p>
      <w:pPr>
        <w:jc w:val="right"/>
      </w:pPr>
      <w:r>
        <w:t>وہ ماریں گے آپ کو۔ پانچ جو سینٹرل گورنمنٹ تھی، اس نے مارنا شروع کیا ان کو</w:t>
      </w:r>
    </w:p>
    <w:p>
      <w:r>
        <w:rPr>
          <w:b/>
        </w:rPr>
        <w:t xml:space="preserve">[26:41] </w:t>
      </w:r>
      <w:r>
        <w:t>. ab dunya mein ek bhi musalman nahi jo yeh kahe ke ghalati to musalmanon ki hai. jab separate land ka aap nara lagayenge to aap ko government maregi.</w:t>
      </w:r>
    </w:p>
    <w:p>
      <w:pPr>
        <w:jc w:val="right"/>
      </w:pPr>
      <w:r>
        <w:t>۔ اب دنیا میں ایک بھی مسلمان نہیں جو یہ کہے کہ غلطی تو مسلمانوں کی ہے۔ جب سیپریٹ لینڈ کا آپ نعرہ لگائیں گے تو آپ کو گورنمنٹ مارے گی۔</w:t>
      </w:r>
    </w:p>
    <w:p>
      <w:r>
        <w:rPr>
          <w:b/>
        </w:rPr>
        <w:t xml:space="preserve">[26:52] </w:t>
      </w:r>
      <w:r>
        <w:t>kyun ke rational thinking, there is no rational thinking. yeh sara mamla ek rational thinking ke khatam ho gayi.</w:t>
      </w:r>
    </w:p>
    <w:p>
      <w:pPr>
        <w:jc w:val="right"/>
      </w:pPr>
      <w:r>
        <w:t>کیونکہ ریشنل تھنکنگ، دیر از نو ریشنل تھنکنگ۔ یہ سارا معاملہ ایک ریشنل تھنکنگ کے ختم ہو گئی۔</w:t>
      </w:r>
    </w:p>
    <w:p>
      <w:r>
        <w:rPr>
          <w:b/>
        </w:rPr>
        <w:t xml:space="preserve">[27:02] </w:t>
      </w:r>
      <w:r>
        <w:t>kyun ke ilm ka matlab unhon ne samjha ilm deen, aur deen ka matlab samjha ke fiqhi bahsein.</w:t>
      </w:r>
    </w:p>
    <w:p>
      <w:pPr>
        <w:jc w:val="right"/>
      </w:pPr>
      <w:r>
        <w:t>کیونکہ علم کا مطلب انہوں نے سمجھا علم دین، اور دین کا مطلب سمجھا کہ فقہی بحثیں۔</w:t>
      </w:r>
    </w:p>
    <w:p>
      <w:r>
        <w:rPr>
          <w:b/>
        </w:rPr>
        <w:t xml:space="preserve">[27:11] </w:t>
      </w:r>
      <w:r>
        <w:t>aur phir nateeja kya hua? false food mein jeena shuru ho gaya. yaani sab se pehle yeh hua ke ilm ka matlab bataya ke sirf ilm deen hai.</w:t>
      </w:r>
    </w:p>
    <w:p>
      <w:pPr>
        <w:jc w:val="right"/>
      </w:pPr>
      <w:r>
        <w:t>اور پھر نتیجہ کیا ہوا؟ فالس فوڈ میں جینا شروع ہو گیا۔ یعنی سب سے پہلے یہ ہوا کہ علم کا مطلب بتایا کہ صرف علم دین ہے۔</w:t>
      </w:r>
    </w:p>
    <w:p>
      <w:r>
        <w:rPr>
          <w:b/>
        </w:rPr>
        <w:t xml:space="preserve">[27:21] </w:t>
      </w:r>
      <w:r>
        <w:t>phir deen ka matlab kya? fiqhi bahsein hain. fiqhi bahsein jab aa gayin to phir kya hua? yaani khush aqeedgi mein jeene lage. phir kya hua?</w:t>
      </w:r>
    </w:p>
    <w:p>
      <w:pPr>
        <w:jc w:val="right"/>
      </w:pPr>
      <w:r>
        <w:t>پھر دین کا مطلب کیا؟ فقہی بحثیں ہیں۔ فقہی بحثیں جب آ گئیں تو پھر کیا ہوا؟ یعنی خوش عقیدگی میں جینے لگے۔ پھر کیا ہوا؟</w:t>
      </w:r>
    </w:p>
    <w:p>
      <w:r>
        <w:rPr>
          <w:b/>
        </w:rPr>
        <w:t xml:space="preserve">[27:30] </w:t>
      </w:r>
      <w:r>
        <w:t>ke rational thinking khatam ho gayi. phir kya hua? khush aqeedgi. khush aqeedgi. hamare log mare hain to woh woh shaheed hain.</w:t>
      </w:r>
    </w:p>
    <w:p>
      <w:pPr>
        <w:jc w:val="right"/>
      </w:pPr>
      <w:r>
        <w:t>کہ ریشنل تھنکنگ ختم ہو گئی۔ پھر کیا ہوا؟ خوش عقیدگی۔ خوش عقیدگی۔ ہمارے لوگ مرے ہیں تو وہ وہ شہید ہیں۔</w:t>
      </w:r>
    </w:p>
    <w:p>
      <w:r>
        <w:rPr>
          <w:b/>
        </w:rPr>
        <w:t xml:space="preserve">[27:42] </w:t>
      </w:r>
      <w:r>
        <w:t>yeh sab khush aqeedgi ki baatein hain.</w:t>
      </w:r>
    </w:p>
    <w:p>
      <w:pPr>
        <w:jc w:val="right"/>
      </w:pPr>
      <w:r>
        <w:t>یہ سب خوش عقیدگی کی باتیں ہیں۔</w:t>
      </w:r>
    </w:p>
    <w:p>
      <w:r>
        <w:rPr>
          <w:b/>
        </w:rPr>
        <w:t xml:space="preserve">[27:47] </w:t>
      </w:r>
      <w:r>
        <w:t>due to their irrational thinking, they are not able to understand things in a in a in a proper way.</w:t>
      </w:r>
    </w:p>
    <w:p>
      <w:pPr>
        <w:jc w:val="right"/>
      </w:pPr>
      <w:r>
        <w:t>تو ڈیو ٹو دیر اریشنل تھنکنگ، دے آر ناٹ ایبل ٹو انڈرسٹینڈ تھنگز ان اے ان اے ان اے پراپر وے۔</w:t>
      </w:r>
    </w:p>
    <w:p>
      <w:r>
        <w:rPr>
          <w:b/>
        </w:rPr>
        <w:t xml:space="preserve">[28:00] </w:t>
      </w:r>
      <w:r>
        <w:t>to musalmanon ka masla yaad rakhiye. kya kehte hain musalmanon ko? aap akhbaron ko padhiye, muslim press ko padhiye, muslim jo meeting hoti hai, wahan jaiye.</w:t>
      </w:r>
    </w:p>
    <w:p>
      <w:pPr>
        <w:jc w:val="right"/>
      </w:pPr>
      <w:r>
        <w:t>تو مسلمانوں کا مسئلہ یاد رکھیے۔ کیا کہتے ہیں مسلمانوں کو؟ آپ اخباروں کو پڑھیے، مسلم پریس کو پڑھیے، مسلم جو میٹنگ ہوتی ہے، وہاں جائیے۔</w:t>
      </w:r>
    </w:p>
    <w:p>
      <w:r>
        <w:rPr>
          <w:b/>
        </w:rPr>
        <w:t xml:space="preserve">[28:11] </w:t>
      </w:r>
      <w:r>
        <w:t>to sab log kya bolte hain? conspiracy, conspiracy, corruption. yaani dunya musalmanon ke khilaf conspiracy kar rahi hai.</w:t>
      </w:r>
    </w:p>
    <w:p>
      <w:pPr>
        <w:jc w:val="right"/>
      </w:pPr>
      <w:r>
        <w:t>تو سب لوگ کیا بولتے ہیں؟ کانسپریسی، کانسپریسی، کرپسی۔ یعنی دنیا مسلمانوں کے خلاف کانسپریسی کر رہی ہے۔</w:t>
      </w:r>
    </w:p>
    <w:p>
      <w:r>
        <w:rPr>
          <w:b/>
        </w:rPr>
        <w:t xml:space="preserve">[28:21] </w:t>
      </w:r>
      <w:r>
        <w:t>aur yeh sab kuch jo ho raha hai, sab kuch due to conspiracy hai. ab yahan bhi dekhiye, rational thinking nahi. rational thinking nahi hai.</w:t>
      </w:r>
    </w:p>
    <w:p>
      <w:pPr>
        <w:jc w:val="right"/>
      </w:pPr>
      <w:r>
        <w:t>اور یہ سب کچھ جو ہو رہا ہے، سب کچھ ڈیو ٹو کانسپریسی ہے۔ اب یہاں بھی دیکھیے، ریشنل تھنکنگ نہیں۔ ریشنل تھنکنگ نہیں ہے۔</w:t>
      </w:r>
    </w:p>
    <w:p>
      <w:r>
        <w:rPr>
          <w:b/>
        </w:rPr>
        <w:t xml:space="preserve">[28:32] </w:t>
      </w:r>
      <w:r>
        <w:t>rational thinking na hoti to kehte hain ke conspiracy ki ek limit hoti hai.</w:t>
      </w:r>
    </w:p>
    <w:p>
      <w:pPr>
        <w:jc w:val="right"/>
      </w:pPr>
      <w:r>
        <w:t>ریشنل تھنکنگ نہ ہوتی تو کہتے ہیں کہ کانسپریسی کی ایک لمٹ ہوتی ہے۔</w:t>
      </w:r>
    </w:p>
    <w:p>
      <w:r>
        <w:rPr>
          <w:b/>
        </w:rPr>
        <w:t xml:space="preserve">[28:39] </w:t>
      </w:r>
      <w:r>
        <w:t>conspiracy to dunya mein hamesha rehti hai. jo jo qaumein aaj taraqqi par hain, maslan USA, Japan, France, Germany, sab ke khilaf conspiracy ho rahi hai.</w:t>
      </w:r>
    </w:p>
    <w:p>
      <w:pPr>
        <w:jc w:val="right"/>
      </w:pPr>
      <w:r>
        <w:t>کانسپریسی تو دنیا میں ہمیشہ رہتی ہے۔ جو جو قومیں آج ترقی پر ہیں، مثلاً یو ایس اے، جاپان، فرانس، جرمنی، سب کے خلاف کانسپریسی ہو رہی ہے۔</w:t>
      </w:r>
    </w:p>
    <w:p>
      <w:r>
        <w:rPr>
          <w:b/>
        </w:rPr>
        <w:t xml:space="preserve">[28:53] </w:t>
      </w:r>
      <w:r>
        <w:t>Russia conspiracy kis kis kis ke khilaf nahi ho rahi?</w:t>
      </w:r>
    </w:p>
    <w:p>
      <w:pPr>
        <w:jc w:val="right"/>
      </w:pPr>
      <w:r>
        <w:t>رشیا کانسپریسی کس کس کس کے خلاف نہیں ہو رہی؟</w:t>
      </w:r>
    </w:p>
    <w:p>
      <w:r>
        <w:rPr>
          <w:b/>
        </w:rPr>
        <w:t xml:space="preserve">[28:58] </w:t>
      </w:r>
      <w:r>
        <w:t>to Quran mein dekhiye, ek ayat hai وَإِنْ تَصْبِرُوا وَتَتَّقُوا لَا يُضِرُّكُمْ قَدُومُ شَيْءٍ yaani agar tumhare andar sabr aur taqwa ho to to saazish, yaani conspiracy, tum ko kuch nuqsan nahi pahunchayegi.</w:t>
      </w:r>
    </w:p>
    <w:p>
      <w:pPr>
        <w:jc w:val="right"/>
      </w:pPr>
      <w:r>
        <w:t>تو قرآن میں دیکھیں، ایک آیت ہے وَإِنْ تَصْبَرُوا وَتَتَّقُوا لَا يُضِرُّكُمْ قَدُومُ شَيْءٍ یعنی اگر تمہارے اندر صبر اور تقویٰ ہو تو تو سازش، یعنی کانسپریسی، تم کو کچھ نقصان نہیں پہنچائے گی۔</w:t>
      </w:r>
    </w:p>
    <w:p>
      <w:r>
        <w:rPr>
          <w:b/>
        </w:rPr>
        <w:t xml:space="preserve">[29:16] </w:t>
      </w:r>
      <w:r>
        <w:t>dekhiye, law of nature hai, yeh musalmanon ke faqat ki baatein nahi hain.</w:t>
      </w:r>
    </w:p>
    <w:p>
      <w:pPr>
        <w:jc w:val="right"/>
      </w:pPr>
      <w:r>
        <w:t>دیکھیے، لاء آف نیچر ہے، یہ مسلمانوں کے فقط کی باتیں نہیں ہیں۔</w:t>
      </w:r>
    </w:p>
    <w:p>
      <w:r>
        <w:rPr>
          <w:b/>
        </w:rPr>
        <w:t xml:space="preserve">[29:21] </w:t>
      </w:r>
      <w:r>
        <w:t>Quran ki yeh ayat jo hai, bazahir musalmanon ko address kar rahi hai, lekin yeh ek law of nature ko batati hai. ek law of nature ko</w:t>
      </w:r>
    </w:p>
    <w:p>
      <w:pPr>
        <w:jc w:val="right"/>
      </w:pPr>
      <w:r>
        <w:t>قرآن کی یہ آیت جو ہے، بظاہر مسلمانوں کو ایڈریس کر رہی ہے، لیکن یہ ایک لاء آف نیچر کو بتاتی ہے۔ ایک لاء آف نیچر کو</w:t>
      </w:r>
    </w:p>
    <w:p>
      <w:r>
        <w:rPr>
          <w:b/>
        </w:rPr>
        <w:t xml:space="preserve">[29:31] </w:t>
      </w:r>
      <w:r>
        <w:t>batati hai. is ka matlab hai ke agar koi qaum, agar koi qaum, yaani ek zinda qaum ho, us ke andar rational thinking ho, us ka us ko planning karna aata ho,</w:t>
      </w:r>
    </w:p>
    <w:p>
      <w:pPr>
        <w:jc w:val="right"/>
      </w:pPr>
      <w:r>
        <w:t>بتاتی ہے۔ اس کا مطلب ہے کہ اگر کوئی قوم، اگر کوئی قوم، یعنی ایک زندہ قوم ہو، اس کے اندر ریشنل تھنکنگ ہو، اس کا اس کو پلاننگ کرنا آتا ہو،</w:t>
      </w:r>
    </w:p>
    <w:p>
      <w:r>
        <w:rPr>
          <w:b/>
        </w:rPr>
        <w:t xml:space="preserve">[29:45] </w:t>
      </w:r>
      <w:r>
        <w:t>aur us ke andar realistic approach ho, to koi bhi conspiracy us ko nuqsan nahi pahunchayegi. yeh matlab hai is ka. yeh law of nature bataya gaya hai.</w:t>
      </w:r>
    </w:p>
    <w:p>
      <w:pPr>
        <w:jc w:val="right"/>
      </w:pPr>
      <w:r>
        <w:t>اور اس کے اندر ریلسٹک اپروچ ہو، تو کوئی بھی کانسپریسی اس کو نقصان نہیں پہنچائے گی۔ یہ مطلب ہے اس کا۔ یہ لاء آف نیچر بتایا گیا ہے۔</w:t>
      </w:r>
    </w:p>
    <w:p>
      <w:r>
        <w:rPr>
          <w:b/>
        </w:rPr>
        <w:t xml:space="preserve">[29:57] </w:t>
      </w:r>
      <w:r>
        <w:t>yeh sirf musalmanon ki baat ya koi fakhr ki baat nahi hai. yeh</w:t>
      </w:r>
    </w:p>
    <w:p>
      <w:pPr>
        <w:jc w:val="right"/>
      </w:pPr>
      <w:r>
        <w:t>یہ صرف مسلمانوں کی بات یا کوئی فخر کی بات نہیں ہے۔ یہ</w:t>
      </w:r>
    </w:p>
    <w:p>
      <w:r>
        <w:rPr>
          <w:b/>
        </w:rPr>
        <w:t xml:space="preserve">[30:02] </w:t>
      </w:r>
      <w:r>
        <w:t>lekin koi koi soch nahi pata is ko. koi musalman sahib muslim dunya mein jo hai, main kehta hoon ke koi bataye mujhe is ka naam, jo musalmanon ko is baat se ba khabar kare ke tum kuch bol rahe ho, woh to woh sab against the law of nature hai.</w:t>
      </w:r>
    </w:p>
    <w:p>
      <w:pPr>
        <w:jc w:val="right"/>
      </w:pPr>
      <w:r>
        <w:t>لیکن کوئی کوئی سوچ نہیں پاتا اس کو۔ کوئی مسلمان صاحب مسلم دنیا میں جو ہے، میں کہتا ہوں کہ کوئی بتائے مجھے اس کا نام، جو مسلمانوں کو اس بات سے باخبر کرے کہ تم کچھ بول رہے ہو، وہ تو وہ سب اگینسٹ دی لاء آف نیچر ہے۔</w:t>
      </w:r>
    </w:p>
    <w:p>
      <w:r>
        <w:rPr>
          <w:b/>
        </w:rPr>
        <w:t xml:space="preserve">[30:19] </w:t>
      </w:r>
      <w:r>
        <w:t>tum keh rahe ho ke dunya hamare khilaf saazish kar rahi hai, jab ke according to the law of nature, saazish work hi nahi karegi.</w:t>
      </w:r>
    </w:p>
    <w:p>
      <w:pPr>
        <w:jc w:val="right"/>
      </w:pPr>
      <w:r>
        <w:t>تم کہہ رہے ہو کہ دنیا ہمارے خلاف سازش کر رہی ہے، جبکہ اکارڈنگ ٹو دی لاء آف نیچر، سازش ورک ہی نہیں کرے گی۔</w:t>
      </w:r>
    </w:p>
    <w:p>
      <w:r>
        <w:rPr>
          <w:b/>
        </w:rPr>
        <w:t xml:space="preserve">[30:31] </w:t>
      </w:r>
      <w:r>
        <w:t>work nahi kare gi. agar tumhare andar samajh boojh ho to kaisi ajeeb baat hai. ek kitni bhayanak baat hai yeh ke sari dunya ke musalmanon ka haal yeh hai ke woh yeh kehte hain ke maghrib hamare khilaf conspiracy kar raha hai, yahoodi hamare khilaf conspiracy kar rahe hain, hinduo ki kamar jamaatein conspiracy kar rahi hain.</w:t>
      </w:r>
    </w:p>
    <w:p>
      <w:pPr>
        <w:jc w:val="right"/>
      </w:pPr>
      <w:r>
        <w:t>ورک نہیں کرے گی۔ اگر تمہارے اندر سمجھ بوجھ ہو تو کیسی عجیب بات ہے۔ ایک کتنی بھیانک بات ہے یہ کہ ساری دنیا کے مسلمانوں کا حال یہ ہے کہ وہ یہ کہتے ہیں کہ مغرب ہمارے خلاف کانسپریسی کر رہا ہے، یہودی ہمارے خلاف کانسپریسی کر رہے ہیں، ہندوؤں کی کمر جماعتیں کانسپریسی کر رہی ہیں۔</w:t>
      </w:r>
    </w:p>
    <w:p>
      <w:r>
        <w:rPr>
          <w:b/>
        </w:rPr>
        <w:t xml:space="preserve">[30:54] </w:t>
      </w:r>
      <w:r>
        <w:t>yani conspiracy, conspiracy har taraf musalmanon ke khilaf hai.</w:t>
      </w:r>
    </w:p>
    <w:p>
      <w:pPr>
        <w:jc w:val="right"/>
      </w:pPr>
      <w:r>
        <w:t>یعنی کانسپریسی، کانسپریسی ہر طرف مسلمانوں کے خلاف ہے۔</w:t>
      </w:r>
    </w:p>
    <w:p>
      <w:r>
        <w:rPr>
          <w:b/>
        </w:rPr>
        <w:t xml:space="preserve">[30:59] </w:t>
      </w:r>
      <w:r>
        <w:t>is ki wajah se ab musalman back foot ho gaye hain. is ki wajah se ab musalman nuqsan utha rahe hain. to jab ke quran majeed mein saaf saaf hai ke wa in tasbiru wa tattaqu la yadurukum qadum shai'in ke agar tumhare andar realistic approach ho, tumhare andar wisdom ho, tumhare andar planning ho,</w:t>
      </w:r>
    </w:p>
    <w:p>
      <w:pPr>
        <w:jc w:val="right"/>
      </w:pPr>
      <w:r>
        <w:t>اس کی وجہ سے اب مسلمان بیک پاٹ ہو گئے ہیں۔ اس کی وجہ سے اب مسلمان نقصان اٹھا رہے ہیں۔ تو جب کہ قرآن مجید میں صاف صاف ہے کہ وَإِنْ تَصْبَرُوا وَتَتَّقُوا لَا يُضِرُّكُمْ قَدُومُ شَيْءٍ کہ اگر تمہارے اندر ریلسٹک اپروچ ہو، تمہارے اندر وزڈم ہو، تمہارے اندر پلاننگ ہو،</w:t>
      </w:r>
    </w:p>
    <w:p>
      <w:r>
        <w:rPr>
          <w:b/>
        </w:rPr>
        <w:t xml:space="preserve">[31:23] </w:t>
      </w:r>
      <w:r>
        <w:t>to koi conspiracy tum ko nuqsan nahi pahanchaye gi. yeh law of nature hai.</w:t>
      </w:r>
    </w:p>
    <w:p>
      <w:pPr>
        <w:jc w:val="right"/>
      </w:pPr>
      <w:r>
        <w:t>تو کوئی کانسپریسی تم کو نقصان نہیں پہنچائے گی۔ یہ لاء آف نیچر ہے۔</w:t>
      </w:r>
    </w:p>
    <w:p>
      <w:r>
        <w:rPr>
          <w:b/>
        </w:rPr>
        <w:t xml:space="preserve">[31:30] </w:t>
      </w:r>
      <w:r>
        <w:t>lekin chunke musalmanon mein rational thinking hai nahi, musalman wisdom ko le kar sochte nahi, bas jazbat mein sochte hain, khush aqeedgi mein sochte hain, amani mein sochte hain,</w:t>
      </w:r>
    </w:p>
    <w:p>
      <w:pPr>
        <w:jc w:val="right"/>
      </w:pPr>
      <w:r>
        <w:t>لیکن چونکہ مسلمانوں میں ریشنل تھنکنگ ہے نہیں، مسلمان وزڈم کو لے کر سوچتے نہیں، بس جذبات میں سوچتے ہیں، خوش عقیدگی میں سوچتے ہیں، امانی میں سوچتے ہیں،</w:t>
      </w:r>
    </w:p>
    <w:p>
      <w:r>
        <w:rPr>
          <w:b/>
        </w:rPr>
        <w:t xml:space="preserve">[31:46] </w:t>
      </w:r>
      <w:r>
        <w:t>to haqiqaton ko woh jaan nahi paate.</w:t>
      </w:r>
    </w:p>
    <w:p>
      <w:pPr>
        <w:jc w:val="right"/>
      </w:pPr>
      <w:r>
        <w:t>تو حقیقتوں کو وہ جان نہیں پاتے۔</w:t>
      </w:r>
    </w:p>
    <w:p>
      <w:r>
        <w:rPr>
          <w:b/>
        </w:rPr>
        <w:t xml:space="preserve">[31:56] </w:t>
      </w:r>
      <w:r>
        <w:t>yani they are unable to understand the rational point. woh samajh hi nahi paate is ko.</w:t>
      </w:r>
    </w:p>
    <w:p>
      <w:pPr>
        <w:jc w:val="right"/>
      </w:pPr>
      <w:r>
        <w:t>یعنی they are unable to understand the ریشنل پوائنٹ۔ وہ سمجھ ہی نہیں پاتے اس کو۔</w:t>
      </w:r>
    </w:p>
    <w:p>
      <w:r>
        <w:rPr>
          <w:b/>
        </w:rPr>
        <w:t xml:space="preserve">[32:08] </w:t>
      </w:r>
      <w:r>
        <w:t>inhi sab cheezon ko le kar main kehta hoon present Muslims are living in falsehood</w:t>
      </w:r>
    </w:p>
    <w:p>
      <w:pPr>
        <w:jc w:val="right"/>
      </w:pPr>
      <w:r>
        <w:t>انہی سب چیزوں کو لے کر میں کہتا ہوں present Muslims are living in falsehood</w:t>
      </w:r>
    </w:p>
    <w:p>
      <w:r>
        <w:rPr>
          <w:b/>
        </w:rPr>
        <w:t xml:space="preserve">[32:17] </w:t>
      </w:r>
      <w:r>
        <w:t>to hamara mission jo hai, musalmanon ko false food se nikalna hai. hamara mission jo hai, false food se nikalna hai.</w:t>
      </w:r>
    </w:p>
    <w:p>
      <w:pPr>
        <w:jc w:val="right"/>
      </w:pPr>
      <w:r>
        <w:t>تو ہمارا مشن جو ہے، مسلمانوں کو فالس فوڈ سے نکالنا ہے۔ ہمارا مشن جو ہے، فالس فوڈ سے نکالنا ہے۔</w:t>
      </w:r>
    </w:p>
    <w:p>
      <w:r>
        <w:rPr>
          <w:b/>
        </w:rPr>
        <w:t xml:space="preserve">[32:29] </w:t>
      </w:r>
      <w:r>
        <w:t>dekhein, ek hadith hai attaqu firasat al momin wa innahu yanzuru bi noorillah musalman ki wisdom se bacho, kyunke woh Allah ki roshni se dekhta hai.</w:t>
      </w:r>
    </w:p>
    <w:p>
      <w:pPr>
        <w:jc w:val="right"/>
      </w:pPr>
      <w:r>
        <w:t>دیکھیں، ایک حدیث ہے اتقوا فراست المومن وانه ينظر بنور اللہ مسلمان کی وزڈم سے بچو، کیونکہ وہ اللہ کی روشنی سے دیکھتا ہے۔</w:t>
      </w:r>
    </w:p>
    <w:p>
      <w:r>
        <w:rPr>
          <w:b/>
        </w:rPr>
        <w:t xml:space="preserve">[32:45] </w:t>
      </w:r>
      <w:r>
        <w:t>is ka kya matlab hai?</w:t>
      </w:r>
    </w:p>
    <w:p>
      <w:pPr>
        <w:jc w:val="right"/>
      </w:pPr>
      <w:r>
        <w:t>اس کا کیا مطلب ہے؟</w:t>
      </w:r>
    </w:p>
    <w:p>
      <w:r>
        <w:rPr>
          <w:b/>
        </w:rPr>
        <w:t xml:space="preserve">[32:47] </w:t>
      </w:r>
      <w:r>
        <w:t>yeh koi musalman ki fazilat ki baat nahi hai. yaad rakhiye, yeh bhi law of nature ko bataya gaya hai.</w:t>
      </w:r>
    </w:p>
    <w:p>
      <w:pPr>
        <w:jc w:val="right"/>
      </w:pPr>
      <w:r>
        <w:t>یہ کوئی مسلمان کی فضیلت کی بات نہیں ہے۔ یاد رکھیے، یہ بھی لاء آف نیچر کو بتایا گیا ہے۔</w:t>
      </w:r>
    </w:p>
    <w:p>
      <w:r>
        <w:rPr>
          <w:b/>
        </w:rPr>
        <w:t xml:space="preserve">[32:56] </w:t>
      </w:r>
      <w:r>
        <w:t>yeh musalman ki fazilat ki baat nahi hai. yeh law of nature</w:t>
      </w:r>
    </w:p>
    <w:p>
      <w:pPr>
        <w:jc w:val="right"/>
      </w:pPr>
      <w:r>
        <w:t>یہ مسلمان کی فضیلت کی بات نہیں ہے۔ یہ لاء آف نیچر</w:t>
      </w:r>
    </w:p>
    <w:p>
      <w:r>
        <w:rPr>
          <w:b/>
        </w:rPr>
        <w:t xml:space="preserve">[32:59] </w:t>
      </w:r>
      <w:r>
        <w:t>hai. law of nature ka matlab hai ke jo aadmi, jis ke andar objective thinking ho, realistic approach ho, jo rational way mein cheezon ko analyze karna janta ho,</w:t>
      </w:r>
    </w:p>
    <w:p>
      <w:pPr>
        <w:jc w:val="right"/>
      </w:pPr>
      <w:r>
        <w:t>ہے۔ لاء آف نیچر کا مطلب ہے کہ جو آدمی، جس کے اندر ابجیکٹو تھنکنگ ہو، ریلسٹک اپروچ ہو، جو ریشنل وے میں چیزوں کو انالائز کرنا جانتا ہو،</w:t>
      </w:r>
    </w:p>
    <w:p>
      <w:r>
        <w:rPr>
          <w:b/>
        </w:rPr>
        <w:t xml:space="preserve">[33:12] </w:t>
      </w:r>
      <w:r>
        <w:t>to us ko Allah, yani us ko ek us ke andar ek aisi light, aisi samajh aaye gi, samajh ke woh bilkul, yani koi us ko kuch nahi bigad paye ga.</w:t>
      </w:r>
    </w:p>
    <w:p>
      <w:pPr>
        <w:jc w:val="right"/>
      </w:pPr>
      <w:r>
        <w:t>تو اس کو اللہ، یعنی اس کو ایک اس کے اندر ایک ایسی لائٹ، ایسی سمجھ آئے گی، سمجھ کہ وہ بالکل، یعنی کوئی اس کو کچھ نہیں بگاڑ پائے گا۔</w:t>
      </w:r>
    </w:p>
    <w:p>
      <w:r>
        <w:rPr>
          <w:b/>
        </w:rPr>
        <w:t xml:space="preserve">[33:24] </w:t>
      </w:r>
      <w:r>
        <w:t>yeh matlab hai.</w:t>
      </w:r>
    </w:p>
    <w:p>
      <w:pPr>
        <w:jc w:val="right"/>
      </w:pPr>
      <w:r>
        <w:t>یہ مطلب ہے۔</w:t>
      </w:r>
    </w:p>
    <w:p>
      <w:r>
        <w:rPr>
          <w:b/>
        </w:rPr>
        <w:t xml:space="preserve">[33:28] </w:t>
      </w:r>
      <w:r>
        <w:t>kaisi ajeeb baat hai. yani Khuda ne hum ko ek aisi duniya mein paida kiya. yeh duniya mein humein dimagh diya, taqat di, soch samajh di ke hum koi bhi conspiracy, koi bhi zulm, koi bhi dushmani humein koi nuqsan na pahuncha sake.</w:t>
      </w:r>
    </w:p>
    <w:p>
      <w:pPr>
        <w:jc w:val="right"/>
      </w:pPr>
      <w:r>
        <w:t>کیسی عجیب بات ہے۔ یعنی خدا نے ہم کو ایک ایسی دنیا میں پیدا کیا۔ یہ دنیا میں ہمیں دماغ دیا، طاقت دی، سوچ سمجھ دی کہ ہم کوئی بھی کانسپریسی، کوئی بھی ظلم، کوئی بھی دشمنی ہمیں کوئی نقصان نہ پہنچا سکے۔</w:t>
      </w:r>
    </w:p>
    <w:p>
      <w:r>
        <w:rPr>
          <w:b/>
        </w:rPr>
        <w:t xml:space="preserve">[33:50] </w:t>
      </w:r>
      <w:r>
        <w:t>lekin jab hum reason ko apply karein, jab hum wisdom ko apply karein, aur aisi duniya mein hum shikayatein, complaint bhi jee rahe hain, protest bhi jee rahe hain,</w:t>
      </w:r>
    </w:p>
    <w:p>
      <w:pPr>
        <w:jc w:val="right"/>
      </w:pPr>
      <w:r>
        <w:t>لیکن جب ہم ریزن کو اپلائی کریں، جب ہم وزڈم کو اپلائی کریں، اور ایسی دنیا میں ہم شکایتیں، کمپلینٹ بھی جی رہے ہیں، پروٹیسٹ بھی جی رہے ہیں،</w:t>
      </w:r>
    </w:p>
    <w:p>
      <w:r>
        <w:rPr>
          <w:b/>
        </w:rPr>
        <w:t xml:space="preserve">[34:05] </w:t>
      </w:r>
      <w:r>
        <w:t>to yeh yeh protest kis ke khilaf hota hai? yani kis ke khilaf yeh yeh blame jata hai? aap ki shikayat kis ke upar parti hai?</w:t>
      </w:r>
    </w:p>
    <w:p>
      <w:pPr>
        <w:jc w:val="right"/>
      </w:pPr>
      <w:r>
        <w:t>تو یہ یہ پروٹیسٹ کس کے خلاف ہوتا ہے؟ یعنی کس کے خلاف یہ یہ بلیم جاتا ہے؟ آپ کی شکایت کس کے اوپر پڑتی ہے؟</w:t>
      </w:r>
    </w:p>
    <w:p>
      <w:r>
        <w:rPr>
          <w:b/>
        </w:rPr>
        <w:t xml:space="preserve">[34:17] </w:t>
      </w:r>
      <w:r>
        <w:t>yani who is to blame</w:t>
      </w:r>
    </w:p>
    <w:p>
      <w:pPr>
        <w:jc w:val="right"/>
      </w:pPr>
      <w:r>
        <w:t>یعنی who is to blame</w:t>
      </w:r>
    </w:p>
    <w:p>
      <w:r>
        <w:rPr>
          <w:b/>
        </w:rPr>
        <w:t xml:space="preserve">[34:21] </w:t>
      </w:r>
      <w:r>
        <w:t>main samajhta hoon yeh yeh yeh aap law of nature par blame jata hai, creation plan of God par blame jata hai, aur naoozubillah khud Allah par jata hai ke aisi duniya duniya mein rakh diya ke hum charon taraf dushmano mein ghare hue hain.</w:t>
      </w:r>
    </w:p>
    <w:p>
      <w:pPr>
        <w:jc w:val="right"/>
      </w:pPr>
      <w:r>
        <w:t>میں سمجھتا ہوں یہ یہ یہ آپ لاء آف نیچر پر بلیم جاتا ہے، کریشن پلانٹ آف گاڈ پر بلیم جاتا ہے، اور نعوذ باللہ خود اللہ پر جاتا ہے کہ ایسی دنیا دنیا میں رکھ دیا کہ ہم چاروں طرف دشمنوں میں گھرے ہوئے ہیں۔</w:t>
      </w:r>
    </w:p>
    <w:p>
      <w:r>
        <w:rPr>
          <w:b/>
        </w:rPr>
        <w:t xml:space="preserve">[34:38] </w:t>
      </w:r>
      <w:r>
        <w:t>main ek musalmanon ke ek ek so called united logon ke jalse mein shareek hua, jo sab English daan the, wahan pe English mein sari karwai ho rahi thi.</w:t>
      </w:r>
    </w:p>
    <w:p>
      <w:pPr>
        <w:jc w:val="right"/>
      </w:pPr>
      <w:r>
        <w:t>میں ایک مسلمانوں کے ایک ایک سو کالڈ یونائٹڈ لوگوں کے جلسے میں شریک ہوا، جو سب انگلش دانت تھے، وہاں پہ انگلش میں ساری کارروائی ہو رہی تھی۔</w:t>
      </w:r>
    </w:p>
    <w:p>
      <w:r>
        <w:rPr>
          <w:b/>
        </w:rPr>
        <w:t xml:space="preserve">[34:50] </w:t>
      </w:r>
      <w:r>
        <w:t>to ek sahib ne English mein taqreer karte hue kaha we are under siege yani sari dunya ke musalman under siege hain.</w:t>
      </w:r>
    </w:p>
    <w:p>
      <w:pPr>
        <w:jc w:val="right"/>
      </w:pPr>
      <w:r>
        <w:t>تو ایک صاحب نے انگریزی میں تقریر کرتے ہوئے کہا we are under siege یعنی ساری دنیا کے مسلمان انڈر سیز ہیں۔</w:t>
      </w:r>
    </w:p>
    <w:p>
      <w:r>
        <w:rPr>
          <w:b/>
        </w:rPr>
        <w:t xml:space="preserve">[34:59] </w:t>
      </w:r>
      <w:r>
        <w:t>yani ke yeh yeh isi ka naam false food hai. we are under siege dekhein, Quran mein</w:t>
      </w:r>
    </w:p>
    <w:p>
      <w:pPr>
        <w:jc w:val="right"/>
      </w:pPr>
      <w:r>
        <w:t>یعنی کہ یہ یہ اسی کا نام فالس فوڈ ہے۔ we are under siege دیکھیں، قرآن میں</w:t>
      </w:r>
    </w:p>
    <w:p>
      <w:r>
        <w:rPr>
          <w:b/>
        </w:rPr>
        <w:t xml:space="preserve">[35:12] </w:t>
      </w:r>
      <w:r>
        <w:t>Satan ke bare mein kaha gaya hai ke laisa laka alaihim min sultani yeh bhi law of nature hai. yaad rakhiye,</w:t>
      </w:r>
    </w:p>
    <w:p>
      <w:pPr>
        <w:jc w:val="right"/>
      </w:pPr>
      <w:r>
        <w:t>سیٹن کے بارے میں کہا گیا ہے کہ لَيْسَ لَكَ عَلَيْهِمْ مِنْ سُلْطَانٍ یہ بھی لاء آف نیچر ہے۔ یاد رکھیے،</w:t>
      </w:r>
    </w:p>
    <w:p>
      <w:r>
        <w:rPr>
          <w:b/>
        </w:rPr>
        <w:t xml:space="preserve">[35:22] </w:t>
      </w:r>
      <w:r>
        <w:t>yeh sirf satan ki baat nahi hai, yeh law of nature hai. Yani is duniya mein kisi ko kisi ke upar sultan hasil nahi hai, kisi ko kisi ke upar power nahi hasil hai.</w:t>
      </w:r>
    </w:p>
    <w:p>
      <w:pPr>
        <w:jc w:val="right"/>
      </w:pPr>
      <w:r>
        <w:t>یہ صرف سیٹن کی بات نہیں ہے، یہ لاء آف نیچر ہے۔ یعنی اس دنیا میں کسی کو کسی کے اوپر سلطان حاصل نہیں ہے، کسی کو کسی کے اوپر پاور نہیں حاصل ہے۔</w:t>
      </w:r>
    </w:p>
    <w:p>
      <w:r>
        <w:rPr>
          <w:b/>
        </w:rPr>
        <w:t xml:space="preserve">[35:34] </w:t>
      </w:r>
      <w:r>
        <w:t>aadmi apni, yani everyone pays the price of his own yani stupid policies wrong policies.</w:t>
      </w:r>
    </w:p>
    <w:p>
      <w:pPr>
        <w:jc w:val="right"/>
      </w:pPr>
      <w:r>
        <w:t>آدمی اپنی، یعنی everyone pays the price of his own یعنی stupid policies رانگ پالیسیز۔</w:t>
      </w:r>
    </w:p>
    <w:p>
      <w:r>
        <w:rPr>
          <w:b/>
        </w:rPr>
        <w:t xml:space="preserve">[35:50] </w:t>
      </w:r>
      <w:r>
        <w:t>yeh matlab hai is ka.</w:t>
      </w:r>
    </w:p>
    <w:p>
      <w:pPr>
        <w:jc w:val="right"/>
      </w:pPr>
      <w:r>
        <w:t>یہ مطلب ہے اس کا۔</w:t>
      </w:r>
    </w:p>
    <w:p>
      <w:r>
        <w:rPr>
          <w:b/>
        </w:rPr>
        <w:t xml:space="preserve">[35:54] </w:t>
      </w:r>
      <w:r>
        <w:t>yeh sari jo musalmanon ki tehreekein hain, woh sab naoozubillah, naoozubillah, Allah par blame jata hai. Un ki un ki baaton ka jab woh kehte hain ke hum par zulm ho raha hai, hum par humare khilaf sazishien ho rahi hain, woh sara blame jata hai, naoozubillah, naoozubillah, Allah ke khilaf.</w:t>
      </w:r>
    </w:p>
    <w:p>
      <w:pPr>
        <w:jc w:val="right"/>
      </w:pPr>
      <w:r>
        <w:t>یہ ساری جو مسلمانوں کی تحریکیں ہیں، وہ سب نعوذ باللہ، نعوذ باللہ، اللہ پر بلیم جاتا ہے۔ ان کی ان کی باتوں کا جب وہ کہتے ہیں کہ ہم پر ظلم ہو رہا ہے، ہم پر ہمارے خلاف سازشیں ہو رہی ہیں، وہ سارا بلیم جاتا ہے، نعوذ باللہ، نعوذ باللہ، اللہ کے خلاف۔</w:t>
      </w:r>
    </w:p>
    <w:p>
      <w:r>
        <w:rPr>
          <w:b/>
        </w:rPr>
        <w:t xml:space="preserve">[36:14] </w:t>
      </w:r>
      <w:r>
        <w:t>kyun? Allah ne ailan kar rakha hai ke is duniya mein kisi kisi ke upar sultan hasil nahi hai.</w:t>
      </w:r>
    </w:p>
    <w:p>
      <w:pPr>
        <w:jc w:val="right"/>
      </w:pPr>
      <w:r>
        <w:t>کیوں؟ اللہ نے اعلان کر رکھا ہے کہ اس دنیا میں کسی کسی کے اوپر سلطان حاصل نہیں ہے۔</w:t>
      </w:r>
    </w:p>
    <w:p>
      <w:r>
        <w:rPr>
          <w:b/>
        </w:rPr>
        <w:t xml:space="preserve">[36:22] </w:t>
      </w:r>
      <w:r>
        <w:t>Laisa laka alaihim min sultani kisi ko kisi ke upar sultan hasil nahi hai, kisi ko power nahi hasil hai, kisi ke andar, yani yeh taqat hi nahi ke aap aap ko mazloom banaye.</w:t>
      </w:r>
    </w:p>
    <w:p>
      <w:pPr>
        <w:jc w:val="right"/>
      </w:pPr>
      <w:r>
        <w:t>لَيْسَ لَكَ عَلَيْهِمْ مِنْ سُلْطَانٍ کسی کو کسی کے اوپر سلطان حاصل نہیں ہے، کسی کو پاور نہیں حاصل ہے، کسی کے اندر، یعنی یہ طاقت ہی نہیں کہ آپ آپ کو مظلوم بنائے۔</w:t>
      </w:r>
    </w:p>
    <w:p>
      <w:r>
        <w:rPr>
          <w:b/>
        </w:rPr>
        <w:t xml:space="preserve">[36:35] </w:t>
      </w:r>
      <w:r>
        <w:t>aap mazloom khud bante hain.</w:t>
      </w:r>
    </w:p>
    <w:p>
      <w:pPr>
        <w:jc w:val="right"/>
      </w:pPr>
      <w:r>
        <w:t>آپ مظلوم خود بنتے ہیں۔</w:t>
      </w:r>
    </w:p>
    <w:p>
      <w:r>
        <w:rPr>
          <w:b/>
        </w:rPr>
        <w:t xml:space="preserve">[36:40] </w:t>
      </w:r>
      <w:r>
        <w:t>kisi ko yeh taqat nahi. Yaad rakhiye ke aap ko mazloom banaye, aap mazloom khud bante hain. Jo Quran mein ayat hai kaantum al aalameen in kuntum momineen yeh bhi law of nature hai.</w:t>
      </w:r>
    </w:p>
    <w:p>
      <w:pPr>
        <w:jc w:val="right"/>
      </w:pPr>
      <w:r>
        <w:t>کسی کو یہ طاقت نہیں۔ یاد رکھیے کہ آپ کو مظلوم بنائے، آپ مظلوم خود بنتے ہیں۔ جو قرآن میں آیت ہے كَانْتُمْ الْعَالَمُينَ إِنْ كُنْتُمْ مُؤْمِنِينَ یہ بھی لاء آف نیچر ہے۔</w:t>
      </w:r>
    </w:p>
    <w:p>
      <w:r>
        <w:rPr>
          <w:b/>
        </w:rPr>
        <w:t xml:space="preserve">[36:51] </w:t>
      </w:r>
      <w:r>
        <w:t>k</w:t>
      </w:r>
    </w:p>
    <w:p>
      <w:pPr>
        <w:jc w:val="right"/>
      </w:pPr>
      <w:r>
        <w:t>ك</w:t>
      </w:r>
    </w:p>
    <w:p>
      <w:r>
        <w:rPr>
          <w:b/>
        </w:rPr>
        <w:t xml:space="preserve">[36:54] </w:t>
      </w:r>
      <w:r>
        <w:t>antum al aalameen in kuntum momineen yani tum hi successful ho ge agar tum momin ho. Yani momin ka matlab kya hai?</w:t>
      </w:r>
    </w:p>
    <w:p>
      <w:pPr>
        <w:jc w:val="right"/>
      </w:pPr>
      <w:r>
        <w:t>َانْتُمْ الْعَالَمُينَ إِنْ كُنْتُمْ مُؤْمِنِينَ یعنی تم ہی سکسیس فل ہو گے اگر تم مومن ہو۔ یعنی مومن کا مطلب کیا ہے؟</w:t>
      </w:r>
    </w:p>
    <w:p>
      <w:r>
        <w:rPr>
          <w:b/>
        </w:rPr>
        <w:t xml:space="preserve">[37:03] </w:t>
      </w:r>
      <w:r>
        <w:t>If you follow the laws of nature agar</w:t>
      </w:r>
    </w:p>
    <w:p>
      <w:pPr>
        <w:jc w:val="right"/>
      </w:pPr>
      <w:r>
        <w:t>If you follow the laws of nature اگر</w:t>
      </w:r>
    </w:p>
    <w:p>
      <w:r>
        <w:rPr>
          <w:b/>
        </w:rPr>
        <w:t xml:space="preserve">[37:07] </w:t>
      </w:r>
      <w:r>
        <w:t>tum laws of nature jo hain, Allah ke banaye hue, un ko follow karoge to tumhare to tum hi successful raho ge.</w:t>
      </w:r>
    </w:p>
    <w:p>
      <w:pPr>
        <w:jc w:val="right"/>
      </w:pPr>
      <w:r>
        <w:t>تم لاز آف نیچر جو ہیں، اللہ کے بنائے ہوئے، ان کو فالو کرو گے تو تمہارے تو تم ہی سکسیس فل رہو گے۔</w:t>
      </w:r>
    </w:p>
    <w:p>
      <w:r>
        <w:rPr>
          <w:b/>
        </w:rPr>
        <w:t xml:space="preserve">[37:21] </w:t>
      </w:r>
      <w:r>
        <w:t>yani you will be successful if you follow the laws of nature</w:t>
      </w:r>
    </w:p>
    <w:p>
      <w:pPr>
        <w:jc w:val="right"/>
      </w:pPr>
      <w:r>
        <w:t>یعنی you will be successful if you follow the laws of nature</w:t>
      </w:r>
    </w:p>
    <w:p>
      <w:r>
        <w:rPr>
          <w:b/>
        </w:rPr>
        <w:t xml:space="preserve">[37:26] </w:t>
      </w:r>
      <w:r>
        <w:t>to Khuda ne aisi duniya jab banai hai jahan koi kisi ko mazloom na bana sake, jahan koi kisi ki success ko chheen na sake, jahan koi kisi ko over power na kar sake, jahan koi kisi ko nakam na bana sake,</w:t>
      </w:r>
    </w:p>
    <w:p>
      <w:pPr>
        <w:jc w:val="right"/>
      </w:pPr>
      <w:r>
        <w:t>تو خدا نے ایسی دنیا جب بنائی ہے جہاں کوئی کسی کو مظلوم نہ بنا سکے، جہاں کوئی کسی کی سکسیس کو چھین نہ سکے، جہاں کوئی کسی کو اوور پاور نہ کر سکے، جہاں کوئی کسی کو ناکام نہ بنا سکے،</w:t>
      </w:r>
    </w:p>
    <w:p>
      <w:r>
        <w:rPr>
          <w:b/>
        </w:rPr>
        <w:t xml:space="preserve">[37:44] </w:t>
      </w:r>
      <w:r>
        <w:t>jis ka matlab kya hai? Agar tum follow karoge Allah ke qanoon jo hai, law of nature jo hai, tab aisa hoga. Tab aisa hoga.</w:t>
      </w:r>
    </w:p>
    <w:p>
      <w:pPr>
        <w:jc w:val="right"/>
      </w:pPr>
      <w:r>
        <w:t>جس کا مطلب کیا ہے؟ اگر تم فالو کرو گے اللہ کے قانون جو ہے، لاء آف نیچر جو ہے، تب ایسا ہوگا۔ تب ایسا ہوگا۔</w:t>
      </w:r>
    </w:p>
    <w:p>
      <w:r>
        <w:rPr>
          <w:b/>
        </w:rPr>
        <w:t xml:space="preserve">[37:59] </w:t>
      </w:r>
      <w:r>
        <w:t>yani misaal ke taur par main bata ek misaal deta hoon: kisi pathar ko yeh taqat nahi hai ke woh aa kar ke sar par takkar mare, mera sar tod de.</w:t>
      </w:r>
    </w:p>
    <w:p>
      <w:pPr>
        <w:jc w:val="right"/>
      </w:pPr>
      <w:r>
        <w:t>یعنی مثلاً میں بتا ایک مثال دیتا ہوں: کسی پتھر کو یہ طاقت نہیں ہے کہ وہ آ کر کے سر پر ٹکر مارے، میرا سر توڑ دے۔</w:t>
      </w:r>
    </w:p>
    <w:p>
      <w:r>
        <w:rPr>
          <w:b/>
        </w:rPr>
        <w:t xml:space="preserve">[38:11] </w:t>
      </w:r>
      <w:r>
        <w:t>kisi stone ko yeh taqat nahi hai ke woh aa kar mera sar tode. Lekin jab main kisi ko ghussa dilaoonga, kisi ko provoke karoonga to woh apne hath par pathar le ga, mare ga mujh ko.</w:t>
      </w:r>
    </w:p>
    <w:p>
      <w:pPr>
        <w:jc w:val="right"/>
      </w:pPr>
      <w:r>
        <w:t>کسی اسٹون کو یہ طاقت نہیں ہے کہ وہ آ کر میرا سر توڑے۔ لیکن جب میں کسی کو غصہ دلاؤں گا، کسی کو پروک کروں گا تو وہ اپنے ہاتھ پر پتھر لے گا، مارے گا مجھ کو۔</w:t>
      </w:r>
    </w:p>
    <w:p>
      <w:r>
        <w:rPr>
          <w:b/>
        </w:rPr>
        <w:t xml:space="preserve">[38:27] </w:t>
      </w:r>
      <w:r>
        <w:t>isi misaal se aap samajh lijiye ke main ek road pe chal raha hoon, road ke kinare ek stone pada hua hai. Is stone ko Allah ne yeh taqat nahi di hai ke woh uth kar ke aaye aur mere sar ko tode.</w:t>
      </w:r>
    </w:p>
    <w:p>
      <w:pPr>
        <w:jc w:val="right"/>
      </w:pPr>
      <w:r>
        <w:t>اسی مثال سے آپ سمجھ لیجئے کہ میں ایک روڈ پہ چل رہا ہوں، روڈ کے کنارے ایک اسٹون پڑا ہوا ہے۔ اس اسٹون کو اللہ نے یہ طاقت نہیں دی ہے کہ وہ اٹھ کر کے آئے اور میرے سر کو توڑے۔</w:t>
      </w:r>
    </w:p>
    <w:p>
      <w:r>
        <w:rPr>
          <w:b/>
        </w:rPr>
        <w:t xml:space="preserve">[38:43] </w:t>
      </w:r>
      <w:r>
        <w:t>kisi stone ko yeh taqat nahi hai. Lekin agar ek aur wahan aadmi hai road par, main us ko provoke karoon, us ko ghussa dila doon to woh uthaye ga, us pathar ko mare ga, aur phir aap mera sar toote ga.</w:t>
      </w:r>
    </w:p>
    <w:p>
      <w:pPr>
        <w:jc w:val="right"/>
      </w:pPr>
      <w:r>
        <w:t>کسی اسٹون کو یہ طاقت نہیں ہے۔ لیکن اگر ایک اور وہاں آدمی ہے روڈ پر، میں اس کو پروک کروں، اس کو غصہ دلا دوں تو وہ اٹھائے گا، اس پتھر کو مارے گا، اور پھر آپ میرا سر ٹوٹے گا۔</w:t>
      </w:r>
    </w:p>
    <w:p>
      <w:r>
        <w:rPr>
          <w:b/>
        </w:rPr>
        <w:t xml:space="preserve">[38:58] </w:t>
      </w:r>
      <w:r>
        <w:t>that is the law of nature</w:t>
      </w:r>
    </w:p>
    <w:p>
      <w:pPr>
        <w:jc w:val="right"/>
      </w:pPr>
      <w:r>
        <w:t>that is the law of nature</w:t>
      </w:r>
    </w:p>
    <w:p>
      <w:r>
        <w:rPr>
          <w:b/>
        </w:rPr>
        <w:t xml:space="preserve">[39:04] </w:t>
      </w:r>
      <w:r>
        <w:t>ab agar aap kahein ke woh zulm kar raha hai, zulm kar raha hai, zulm kar raha hai that is living in falsehood</w:t>
      </w:r>
    </w:p>
    <w:p>
      <w:pPr>
        <w:jc w:val="right"/>
      </w:pPr>
      <w:r>
        <w:t>اب اگر آپ کہیں کہ وہ ظلم کر رہا ہے، ظلم کر رہا ہے، ظلم کر رہا ہے that is living in falsehood</w:t>
      </w:r>
    </w:p>
    <w:p>
      <w:r>
        <w:rPr>
          <w:b/>
        </w:rPr>
        <w:t xml:space="preserve">[39:15] </w:t>
      </w:r>
      <w:r>
        <w:t>to mera yeh yani bilkul yani is par main bilkul yaqeen ke sath keh sakta hoon, sir sadar ke sath ke aaj ke musalmanon ka case sirf ek hai: they are living in falsehood aur un ka rescue bhi ek hi hai ke un ko falsehood se nikalna,</w:t>
      </w:r>
    </w:p>
    <w:p>
      <w:pPr>
        <w:jc w:val="right"/>
      </w:pPr>
      <w:r>
        <w:t>تو میرا یہ یعنی بالکل یعنی اس پر میں بالکل یقین کے ساتھ کہہ سکتا ہوں، سر صدر کے ساتھ کہ آج کے مسلمانوں کا کیس صرف ایک ہے: they are living in falsehood اور ان کا رسکیو بھی ایک ہی ہے کہ ان کو فالس فوڈ سے نکالنا،</w:t>
      </w:r>
    </w:p>
    <w:p>
      <w:r>
        <w:rPr>
          <w:b/>
        </w:rPr>
        <w:t xml:space="preserve">[39:36] </w:t>
      </w:r>
      <w:r>
        <w:t>un ke andar realistic approach paida karna.</w:t>
      </w:r>
    </w:p>
    <w:p>
      <w:pPr>
        <w:jc w:val="right"/>
      </w:pPr>
      <w:r>
        <w:t>ان کے اندر ریلسٹک اپروچ پیدا کرنا۔</w:t>
      </w:r>
    </w:p>
    <w:p>
      <w:r>
        <w:rPr>
          <w:b/>
        </w:rPr>
        <w:t xml:space="preserve">[39:43] </w:t>
      </w:r>
      <w:r>
        <w:t>yeh yeh yani yahi case un ka hai aur yahi un ka, un ka, un ke nijat bhi isi mein hai.</w:t>
      </w:r>
    </w:p>
    <w:p>
      <w:pPr>
        <w:jc w:val="right"/>
      </w:pPr>
      <w:r>
        <w:t>یہ یہ یعنی یہی کیس ان کا ہے اور یہی ان کا، ان کا، ان کے نجات بھی اسی میں ہے۔</w:t>
      </w:r>
    </w:p>
    <w:p>
      <w:r>
        <w:rPr>
          <w:b/>
        </w:rPr>
        <w:t xml:space="preserve">[39:53] </w:t>
      </w:r>
      <w:r>
        <w:t>isi ko maine kaha ke present Muslims are living in falsehood. It is our mission to</w:t>
      </w:r>
    </w:p>
    <w:p>
      <w:pPr>
        <w:jc w:val="right"/>
      </w:pPr>
      <w:r>
        <w:t>اسی کو میں نے کہا کہ present Muslims are living in falsehood. It is our mission to</w:t>
      </w:r>
    </w:p>
    <w:p>
      <w:r>
        <w:rPr>
          <w:b/>
        </w:rPr>
        <w:t xml:space="preserve">[40:02] </w:t>
      </w:r>
      <w:r>
        <w:t>to enable them to live in reality.</w:t>
      </w:r>
    </w:p>
    <w:p>
      <w:pPr>
        <w:jc w:val="right"/>
      </w:pPr>
      <w:r>
        <w:t>to enable them to live in reality.</w:t>
      </w:r>
    </w:p>
    <w:p>
      <w:r>
        <w:rPr>
          <w:b/>
        </w:rPr>
        <w:t xml:space="preserve">[40:08] </w:t>
      </w:r>
      <w:r>
        <w:t>poora musalmanon ka jo case hai, chahe arab hon ya na arab hon, sab ka case hai yeh ek lafz mein.</w:t>
      </w:r>
    </w:p>
    <w:p>
      <w:pPr>
        <w:jc w:val="right"/>
      </w:pPr>
      <w:r>
        <w:t>پورا مسلمانوں کا جو کیس ہے، چاہے عرب ہوں یا نہ عرب ہوں، سب کا کیس ہے یہ ایک لفظ میں۔</w:t>
      </w:r>
    </w:p>
    <w:p>
      <w:r>
        <w:rPr>
          <w:b/>
        </w:rPr>
        <w:t xml:space="preserve">[40:20] </w:t>
      </w:r>
      <w:r>
        <w:t>to meri dua hai ke Allah taala mujh ko aur aap ko tofeeq de ke hum is baat ko samjhein aur logon ko is false food ke jangla se nikalen.</w:t>
      </w:r>
    </w:p>
    <w:p>
      <w:pPr>
        <w:jc w:val="right"/>
      </w:pPr>
      <w:r>
        <w:t>تو میری دعا ہے کہ اللہ تعالی مجھ کو اور آپ کو توفیق دے کہ ہم اس بات کو سمجھیں اور لوگوں کو اس فالس فوڈ کے جنگل سے نکالیں۔</w:t>
      </w:r>
    </w:p>
    <w:p>
      <w:r>
        <w:rPr>
          <w:b/>
        </w:rPr>
        <w:t xml:space="preserve">[40:32] </w:t>
      </w:r>
      <w:r>
        <w:t>a'ool qawli haza wastaghfirullaha li walakum ajma'een</w:t>
      </w:r>
    </w:p>
    <w:p>
      <w:pPr>
        <w:jc w:val="right"/>
      </w:pPr>
      <w:r>
        <w:t>أقول قولي هذا واستغفراللہ لي ولكم اجمعین</w:t>
      </w:r>
    </w:p>
    <w:p>
      <w:r>
        <w:rPr>
          <w:b/>
        </w:rPr>
        <w:t xml:space="preserve">[40:51] </w:t>
      </w:r>
      <w:r>
        <w:t>maulana, yeh sawal aaya hai ah khwaja kaleemuddin sahib ka from Pennsylvania, USA unhon ne likha hai: "maulana sahib, I was reading some parts today of kitab al-jihad of sahih al-bukhari.</w:t>
      </w:r>
    </w:p>
    <w:p>
      <w:pPr>
        <w:jc w:val="right"/>
      </w:pPr>
      <w:r>
        <w:t>مولانا، یہ سوال آیا ہے آہ خواجہ کلیم الدین صاحب کا from Pennsylvania, USA انہوں نے لکھا ہے: "مولانا صاحب، I was reading some parts today of کتاب الجہاد of صحیح البخاری۔</w:t>
      </w:r>
    </w:p>
    <w:p>
      <w:r>
        <w:rPr>
          <w:b/>
        </w:rPr>
        <w:t xml:space="preserve">[41:09] </w:t>
      </w:r>
      <w:r>
        <w:t>after I read it for some time, I felt that all ahadees do not fall under the title of jihad.</w:t>
      </w:r>
    </w:p>
    <w:p>
      <w:pPr>
        <w:jc w:val="right"/>
      </w:pPr>
      <w:r>
        <w:t>After I read it for some time, I felt that all احادیث do not fall under the title of جہاد۔</w:t>
      </w:r>
    </w:p>
    <w:p>
      <w:r>
        <w:rPr>
          <w:b/>
        </w:rPr>
        <w:t xml:space="preserve">[41:18] </w:t>
      </w:r>
      <w:r>
        <w:t>secondly, reading ahadees without their context might mislead you. please comment on my thoughts and give me theright procedure of studying ahadees.</w:t>
      </w:r>
    </w:p>
    <w:p>
      <w:pPr>
        <w:jc w:val="right"/>
      </w:pPr>
      <w:r>
        <w:t>Secondly, reading احادیث without their context might mislead you. Please comment on my thoughts and give me theright procedure of studying احادیث۔</w:t>
      </w:r>
    </w:p>
    <w:p>
      <w:r>
        <w:rPr>
          <w:b/>
        </w:rPr>
        <w:t xml:space="preserve">[41:32] </w:t>
      </w:r>
      <w:r>
        <w:t>haan, dekhen yeh aap ka khayal sahi hai aur hadeeson mein ek cheez hai jis se mujhe zyada ittefaq nahi hai.</w:t>
      </w:r>
    </w:p>
    <w:p>
      <w:pPr>
        <w:jc w:val="right"/>
      </w:pPr>
      <w:r>
        <w:t>ہاں، دیکھیں یہ آپ کا خیال صحیح ہے اور حدیثوں میں ایک چیز ہے جس سے مجھے زیادہ اتفاق نہیں ہے۔</w:t>
      </w:r>
    </w:p>
    <w:p>
      <w:r>
        <w:rPr>
          <w:b/>
        </w:rPr>
        <w:t xml:space="preserve">[41:45] </w:t>
      </w:r>
      <w:r>
        <w:t>dekhen, hadeeson mein ek to hai collection ahadees ka, jo kitaben hain hadees ki, chahe siyasat hon ya doosri kitaben hon, us mein hadeeson ko compile kiya gaya hai.</w:t>
      </w:r>
    </w:p>
    <w:p>
      <w:pPr>
        <w:jc w:val="right"/>
      </w:pPr>
      <w:r>
        <w:t>دیکھیں، حدیثوں میں ایک تو ہے کلیکشن احادیث کا، جو کتابیں ہیں حدیث کی، چاہے سیاست ہوں یا دوسری کتابیں ہوں، اس میں حدیثوں کو کمپائل کیا گیا ہے۔</w:t>
      </w:r>
    </w:p>
    <w:p>
      <w:r>
        <w:rPr>
          <w:b/>
        </w:rPr>
        <w:t xml:space="preserve">[42:00] </w:t>
      </w:r>
      <w:r>
        <w:t>lekin sirf musnad ahmad jo hai, uska tareeqa alag hai. wahi mein sahi samajhta hoon, musnad ahmad ke tareeqe ko mein sahi samajhta hoon.</w:t>
      </w:r>
    </w:p>
    <w:p>
      <w:pPr>
        <w:jc w:val="right"/>
      </w:pPr>
      <w:r>
        <w:t>لیکن صرف مسند احمد جو ہے، اس کا طریقہ الگ ہے۔ وہی میں صحیح سمجھتا ہوں، مسند احمد کے طریقے کو میں صحیح سمجھتا ہوں۔</w:t>
      </w:r>
    </w:p>
    <w:p>
      <w:r>
        <w:rPr>
          <w:b/>
        </w:rPr>
        <w:t xml:space="preserve">[42:11] </w:t>
      </w:r>
      <w:r>
        <w:t>aur doosri kitabon mein kehte hain is ko tarjuma bab, yani chapter banana, is par ek title qaim karna, yeh mujhe is se ittefaq nahi hai.</w:t>
      </w:r>
    </w:p>
    <w:p>
      <w:pPr>
        <w:jc w:val="right"/>
      </w:pPr>
      <w:r>
        <w:t>اور دوسری کتابوں میں کہتے ہیں اس کو ترجمہ باب، یعنی چیپٹر بنانا، اس پر ایک ٹائٹل قائم کرنا، یہ مجھے اس سے اتفاق نہیں ہے۔</w:t>
      </w:r>
    </w:p>
    <w:p>
      <w:r>
        <w:rPr>
          <w:b/>
        </w:rPr>
        <w:t xml:space="preserve">[42:23] </w:t>
      </w:r>
      <w:r>
        <w:t>kyunki muhaddiseen ne aise unwanat qaim kiye hain jis ki wajah se hadeesen bohat mehdood ho jati hain, bohat hi mehdood.</w:t>
      </w:r>
    </w:p>
    <w:p>
      <w:pPr>
        <w:jc w:val="right"/>
      </w:pPr>
      <w:r>
        <w:t>کیونکہ محدثین نے ایسے عنوانات قائم کیے ہیں جس کی وجہ سے حدیثیں بہت محدود ہو جاتی ہیں، بہت ہی محدود۔</w:t>
      </w:r>
    </w:p>
    <w:p>
      <w:r>
        <w:rPr>
          <w:b/>
        </w:rPr>
        <w:t xml:space="preserve">[42:37] </w:t>
      </w:r>
      <w:r>
        <w:t>to</w:t>
      </w:r>
    </w:p>
    <w:p>
      <w:pPr>
        <w:jc w:val="right"/>
      </w:pPr>
      <w:r>
        <w:t>تو</w:t>
      </w:r>
    </w:p>
    <w:p>
      <w:r>
        <w:rPr>
          <w:b/>
        </w:rPr>
        <w:t xml:space="preserve">[42:38] </w:t>
      </w:r>
      <w:r>
        <w:t>mein musnad ahmad ka jo tareeqa hai, usi ko sahi samajhta hoon ke unhon ne rawiyon ke aitbar se chapter banaya hai. lekin doosri jo kitaben hain, us mein unhon ne tarjuma abwab qaim kiya aur aur bohat is ko ahmiyat deti hai, ahmiyat di jati hai.</w:t>
      </w:r>
    </w:p>
    <w:p>
      <w:pPr>
        <w:jc w:val="right"/>
      </w:pPr>
      <w:r>
        <w:t>میں مسند احمد کا جو طریقہ ہے، اسی کو صحیح سمجھتا ہوں کہ انہوں نے راویوں کے اعتبار سے چیپٹر بنایا ہے۔ لیکن دوسری جو کتابیں ہیں، اس میں انہوں نے ترجمہ ابواب قائم کیا اور اور بہت اس کو اہمیت دیتی ہے، اہمیت دی جاتی ہے۔</w:t>
      </w:r>
    </w:p>
    <w:p>
      <w:r>
        <w:rPr>
          <w:b/>
        </w:rPr>
        <w:t xml:space="preserve">[42:55] </w:t>
      </w:r>
      <w:r>
        <w:t>lekin mein is ko ahmiyat nahi deta kyunki bohat zyada mis leading hain yeh, yeh tarajum abwab. to aap ka jo taassur bilkul durust hai, yahi mera ta</w:t>
      </w:r>
    </w:p>
    <w:p>
      <w:pPr>
        <w:jc w:val="right"/>
      </w:pPr>
      <w:r>
        <w:t>لیکن میں اس کو اہمیت نہیں دیتا کیونکہ بہت زیادہ مس لیڈنگ ہیں یہ، یہ تراجم ابواب۔ تو آپ کا جو تاثر بالکل درست ہے، یہی میرا تا</w:t>
      </w:r>
    </w:p>
    <w:p>
      <w:r>
        <w:rPr>
          <w:b/>
        </w:rPr>
        <w:t xml:space="preserve">[43:07] </w:t>
      </w:r>
      <w:r>
        <w:t>assur hai. mein ek misaal deta hoon ke hadees ki kitab mein aap padhenge jo ek ek jis ko kehte hain ke khawateen ko jo ek masla pesh aata hai, hauz al-nifas ka, us ke tehat bab qaim kiya hai.</w:t>
      </w:r>
    </w:p>
    <w:p>
      <w:pPr>
        <w:jc w:val="right"/>
      </w:pPr>
      <w:r>
        <w:t>ثر ہے۔ میں ایک مثال دیتا ہوں کہ حدیث کی کتاب میں آپ پڑھیں گے جو ایک ایک جس کو کہتے ہیں کہ خواتین کو جو ایک مسئلہ پیش آتا ہے، حوض النفاس کا، اس کے تحت باب قائم کیا ہے۔</w:t>
      </w:r>
    </w:p>
    <w:p>
      <w:r>
        <w:rPr>
          <w:b/>
        </w:rPr>
        <w:t xml:space="preserve">[43:26] </w:t>
      </w:r>
      <w:r>
        <w:t>yani hauz al-nifas ka bab. is mein ek hadees hai ke al-nisa'u shaqaiq al-rijal</w:t>
      </w:r>
    </w:p>
    <w:p>
      <w:pPr>
        <w:jc w:val="right"/>
      </w:pPr>
      <w:r>
        <w:t>یعنی حوض النفاس کا باب۔ اس میں ایک حدیث ہے کہ النساء شقائق الرجال</w:t>
      </w:r>
    </w:p>
    <w:p>
      <w:r>
        <w:rPr>
          <w:b/>
        </w:rPr>
        <w:t xml:space="preserve">[43:37] </w:t>
      </w:r>
      <w:r>
        <w:t>iska matlab hai ke yani men and women are two equal halves of a single unit aurat aur mard ek unit ka nisf nisf hain, jaise ek saib hai, 20 se kaaten aap to do shaqeeqa hoga.</w:t>
      </w:r>
    </w:p>
    <w:p>
      <w:pPr>
        <w:jc w:val="right"/>
      </w:pPr>
      <w:r>
        <w:t>اس کا مطلب ہے کہ یعنی men and women are two equal halves of a single unit عورت اور مرد ایک یونٹ کا نصف نصف ہیں، جیسے ایک سیب ہے، 20 سے کاٹیں آپ تو دو شقیقہ ہوگا۔</w:t>
      </w:r>
    </w:p>
    <w:p>
      <w:r>
        <w:rPr>
          <w:b/>
        </w:rPr>
        <w:t xml:space="preserve">[43:59] </w:t>
      </w:r>
      <w:r>
        <w:t>wo to do shaqeeqe hain.</w:t>
      </w:r>
    </w:p>
    <w:p>
      <w:pPr>
        <w:jc w:val="right"/>
      </w:pPr>
      <w:r>
        <w:t>وہ تو دو شقیقے ہیں۔</w:t>
      </w:r>
    </w:p>
    <w:p>
      <w:r>
        <w:rPr>
          <w:b/>
        </w:rPr>
        <w:t xml:space="preserve">[44:02] </w:t>
      </w:r>
      <w:r>
        <w:t>bohat hi zabardast yeh yani ek tareeqa woh hai expression hai aurat aur mard ke equality ko batane ka.</w:t>
      </w:r>
    </w:p>
    <w:p>
      <w:pPr>
        <w:jc w:val="right"/>
      </w:pPr>
      <w:r>
        <w:t>بہت ہی زبردست یہ یعنی ایک طریقہ وہ ہے ایکسپریشن ہے عورت اور مرد کے ایکولٹی کو بتانے کا۔</w:t>
      </w:r>
    </w:p>
    <w:p>
      <w:r>
        <w:rPr>
          <w:b/>
        </w:rPr>
        <w:t xml:space="preserve">[44:14] </w:t>
      </w:r>
      <w:r>
        <w:t>yani both have equal status equal respect lekin is ko kahan unhon ne darj kar diya hai? hauz al-nifas ke bab mein aisi bohat sari misalen hain.</w:t>
      </w:r>
    </w:p>
    <w:p>
      <w:pPr>
        <w:jc w:val="right"/>
      </w:pPr>
      <w:r>
        <w:t>یعنی both have equal status equal respect لیکن اس کو کہاں انہوں نے درج کر دیا ہے؟ حوض النفاس کے باب میں ایسی بہت ساری مثالیں ہیں۔</w:t>
      </w:r>
    </w:p>
    <w:p>
      <w:r>
        <w:rPr>
          <w:b/>
        </w:rPr>
        <w:t xml:space="preserve">[44:26] </w:t>
      </w:r>
      <w:r>
        <w:t>to</w:t>
      </w:r>
    </w:p>
    <w:p>
      <w:pPr>
        <w:jc w:val="right"/>
      </w:pPr>
      <w:r>
        <w:t>تو</w:t>
      </w:r>
    </w:p>
    <w:p>
      <w:r>
        <w:rPr>
          <w:b/>
        </w:rPr>
        <w:t xml:space="preserve">[44:27] </w:t>
      </w:r>
      <w:r>
        <w:t>yeh jo tarjuma hai, tarajum abwab hain hadees ki kitabon ke, mujhe is se zyada ittefaq nahi hai. mein musnad ahmad ke tareeqe ko zyada acha samajhta hoon, zyada scientific samajhta hoon.</w:t>
      </w:r>
    </w:p>
    <w:p>
      <w:pPr>
        <w:jc w:val="right"/>
      </w:pPr>
      <w:r>
        <w:t>یہ جو ترجمہ ہے، تراجم ابواب ہیں حدیث کی کتابوں کے، مجھے اس سے زیادہ اتفاق نہیں ہے۔ میں مسند احمد کے طریقے کو زیادہ اچھا سمجھتا ہوں، زیادہ سائنٹیفک سمجھتا ہوں۔</w:t>
      </w:r>
    </w:p>
    <w:p>
      <w:r>
        <w:rPr>
          <w:b/>
        </w:rPr>
        <w:t xml:space="preserve">[44:41] </w:t>
      </w:r>
      <w:r>
        <w:t>maulana, agla sawal calcutta se hai doctor roshan kumar jha ka</w:t>
      </w:r>
    </w:p>
    <w:p>
      <w:pPr>
        <w:jc w:val="right"/>
      </w:pPr>
      <w:r>
        <w:t>مولانا، اگلا سوال کالکٹہ سے ہے ڈاکٹر روشن کمار جھا کا</w:t>
      </w:r>
    </w:p>
    <w:p>
      <w:r>
        <w:rPr>
          <w:b/>
        </w:rPr>
        <w:t xml:space="preserve">[44:47] </w:t>
      </w:r>
      <w:r>
        <w:t>. unhon ne likha hai: "maulana sahib, I have heard from so many Muslims saying that all the Muslims will enter into paradise irrespective of their deeds in this world.</w:t>
      </w:r>
    </w:p>
    <w:p>
      <w:pPr>
        <w:jc w:val="right"/>
      </w:pPr>
      <w:r>
        <w:t>۔ انہوں نے لکھا ہے: "مولانا صاحب، I have heard from so many Muslims saying that all the Muslims will enter into Paradise irrespective of their deeds in this world.</w:t>
      </w:r>
    </w:p>
    <w:p>
      <w:r>
        <w:rPr>
          <w:b/>
        </w:rPr>
        <w:t xml:space="preserve">[45:02] </w:t>
      </w:r>
      <w:r>
        <w:t>If any Muslim is bad, he will first be put into Hell and after punishment, in the end, all the Muslims will be given Paradise.</w:t>
      </w:r>
    </w:p>
    <w:p>
      <w:pPr>
        <w:jc w:val="right"/>
      </w:pPr>
      <w:r>
        <w:t>If any Muslim is bad, he will first be put into Hell and after punishment, in the end, all the Muslims will be given Paradise.</w:t>
      </w:r>
    </w:p>
    <w:p>
      <w:r>
        <w:rPr>
          <w:b/>
        </w:rPr>
        <w:t xml:space="preserve">[45:15] </w:t>
      </w:r>
      <w:r>
        <w:t>They say that at the time of death of Prophet Muhammad, Allah said keh aap ki ummat ke sath acha sulook karunga.</w:t>
      </w:r>
    </w:p>
    <w:p>
      <w:pPr>
        <w:jc w:val="right"/>
      </w:pPr>
      <w:r>
        <w:t>They say that at the time of death of Prophet Muhammad, Allah said کہ آپ کی امت کے ساتھ اچھا سلوک کروں گا۔</w:t>
      </w:r>
    </w:p>
    <w:p>
      <w:r>
        <w:rPr>
          <w:b/>
        </w:rPr>
        <w:t xml:space="preserve">[45:24] </w:t>
      </w:r>
      <w:r>
        <w:t>They also say that non-Muslims will never enter into Paradise. Maulana sahib, what is your comment on this? Dekhein, isi ko maine kaha hai ke living in falsehood yeh sab false food mein jeena hai,</w:t>
      </w:r>
    </w:p>
    <w:p>
      <w:pPr>
        <w:jc w:val="right"/>
      </w:pPr>
      <w:r>
        <w:t>They also say that non-Muslims will never enter into Paradise. مولانا صاحب، what is your comment on this? دیکھیں، اسی کو میں نے کہا ہے کہ living in falsehood یہ سب فالس فوڈ میں جینا ہے،</w:t>
      </w:r>
    </w:p>
    <w:p>
      <w:r>
        <w:rPr>
          <w:b/>
        </w:rPr>
        <w:t xml:space="preserve">[45:40] </w:t>
      </w:r>
      <w:r>
        <w:t>bilkul hi is ki koi sarpar nahi hai in baaton ka.</w:t>
      </w:r>
    </w:p>
    <w:p>
      <w:pPr>
        <w:jc w:val="right"/>
      </w:pPr>
      <w:r>
        <w:t>بالکل ہی اس کی کوئی سرپر نہیں ہے ان باتوں کا۔</w:t>
      </w:r>
    </w:p>
    <w:p>
      <w:r>
        <w:rPr>
          <w:b/>
        </w:rPr>
        <w:t xml:space="preserve">[45:44] </w:t>
      </w:r>
      <w:r>
        <w:t>Quran mein dekhein, yeh hai ke lays bi amani kum wa la amani ahl al-kitab man ya'mal so yujza bi yani amani ka matlab hota hai wishful thinking,</w:t>
      </w:r>
    </w:p>
    <w:p>
      <w:pPr>
        <w:jc w:val="right"/>
      </w:pPr>
      <w:r>
        <w:t>قرآن میں دیکھیں، یہ ہے کہ ليس بامانيكم ولا اماني اہل الکتاب من یعمل سو یجزبی یعنی امانی کا مطلب ہوتا ہے وش فل تھنکنگ،</w:t>
      </w:r>
    </w:p>
    <w:p>
      <w:r>
        <w:rPr>
          <w:b/>
        </w:rPr>
        <w:t xml:space="preserve">[46:02] </w:t>
      </w:r>
      <w:r>
        <w:t>yani tumhari wishful thinking par kuch nahi hoga, na doosre jo ummaten hain, un ki wishful thinking se kuch hoga. Jo jaisa karega, waisa payega.</w:t>
      </w:r>
    </w:p>
    <w:p>
      <w:pPr>
        <w:jc w:val="right"/>
      </w:pPr>
      <w:r>
        <w:t>یعنی تمہاری وش فل تھنکنگ پر کچھ نہیں ہوگا، نہ دوسرے جو امتیں ہیں، ان کی وش فل تھنکنگ سے کچھ ہوگا۔ جو جیسا کرے گا، ویسا پائے گا۔</w:t>
      </w:r>
    </w:p>
    <w:p>
      <w:r>
        <w:rPr>
          <w:b/>
        </w:rPr>
        <w:t xml:space="preserve">[46:14] </w:t>
      </w:r>
      <w:r>
        <w:t>Lays lil insani illa ma sa to Musalmanon ka isi ko to main kehta hoon ke Musalman false food mein jeete hain, khud hi bana rakha hai sab ek poora false food ka ek ek ek jhaad jhankad.</w:t>
      </w:r>
    </w:p>
    <w:p>
      <w:pPr>
        <w:jc w:val="right"/>
      </w:pPr>
      <w:r>
        <w:t>ليس للانسان الا ما صا تو مسلمانوں کا اسی کو تو میں کہتا ہوں کہ مسلمان فالس فوڈ میں جیتے ہیں، خود ہی بنا رکھا ہے سب ایک پورا فالس فوڈ کا ایک ایک ایک جھاڑ جھنکاڑ۔</w:t>
      </w:r>
    </w:p>
    <w:p>
      <w:r>
        <w:rPr>
          <w:b/>
        </w:rPr>
        <w:t xml:space="preserve">[46:28] </w:t>
      </w:r>
      <w:r>
        <w:t>Aur jab tak Musalmanon ko is false food se bahar na laya jaye, tab tak un ka kuch bhi, yani kuch bhi nahi hone wala hai, kuch bhi nahi hone wala.</w:t>
      </w:r>
    </w:p>
    <w:p>
      <w:pPr>
        <w:jc w:val="right"/>
      </w:pPr>
      <w:r>
        <w:t>اور جب تک مسلمانوں کو اس فالس فوڈ سے باہر نہ لایا جائے، تب تک ان کا کچھ بھی، یعنی کچھ بھی نہیں ہونے والا ہے، کچھ بھی نہیں ہونے والا۔</w:t>
      </w:r>
    </w:p>
    <w:p>
      <w:r>
        <w:rPr>
          <w:b/>
        </w:rPr>
        <w:t xml:space="preserve">[46:39] </w:t>
      </w:r>
      <w:r>
        <w:t>Aisi negativity mein jiyenge, negativity mein marenge.</w:t>
      </w:r>
    </w:p>
    <w:p>
      <w:pPr>
        <w:jc w:val="right"/>
      </w:pPr>
      <w:r>
        <w:t>ایسی نیگیٹیوٹی میں جئیں گے، نیگیٹیوٹی میں مریں گے۔</w:t>
      </w:r>
    </w:p>
    <w:p>
      <w:r>
        <w:rPr>
          <w:b/>
        </w:rPr>
        <w:t xml:space="preserve">[46:46] </w:t>
      </w:r>
      <w:r>
        <w:t>Maulana next question is from Sweden by Mr. Mathias. He has written: "What role does rational thinking have for using methods of non-violence?" It's a very important question.</w:t>
      </w:r>
    </w:p>
    <w:p>
      <w:pPr>
        <w:jc w:val="right"/>
      </w:pPr>
      <w:r>
        <w:t>مولانا next question is from Sweden by Mr. Mathias. He has written: "What role does rational thinking have for using methods of non-violence?" It's a very important question.</w:t>
      </w:r>
    </w:p>
    <w:p>
      <w:r>
        <w:rPr>
          <w:b/>
        </w:rPr>
        <w:t xml:space="preserve">[47:05] </w:t>
      </w:r>
      <w:r>
        <w:t>I think that non-violence or peace is basic to all kinds of thinking.</w:t>
      </w:r>
    </w:p>
    <w:p>
      <w:pPr>
        <w:jc w:val="right"/>
      </w:pPr>
      <w:r>
        <w:t>I think that non-violence or peace is basic to all kinds of thinking.</w:t>
      </w:r>
    </w:p>
    <w:p>
      <w:r>
        <w:rPr>
          <w:b/>
        </w:rPr>
        <w:t xml:space="preserve">[47:16] </w:t>
      </w:r>
      <w:r>
        <w:t>Without a peaceful mind, without non-violent thinking, you cannot understand anything. Because peaceful thinking makes you sincere, well-wisher to all, makes you objective.</w:t>
      </w:r>
    </w:p>
    <w:p>
      <w:pPr>
        <w:jc w:val="right"/>
      </w:pPr>
      <w:r>
        <w:t>Without a peaceful mind, without non-violent thinking, you cannot understand anything. Because peaceful thinking makes you sincere, well-wisher to all, makes you objective.</w:t>
      </w:r>
    </w:p>
    <w:p>
      <w:r>
        <w:rPr>
          <w:b/>
        </w:rPr>
        <w:t xml:space="preserve">[47:37] </w:t>
      </w:r>
      <w:r>
        <w:t>And when you are objective and scientific mind, then you can understand things in theright way.</w:t>
      </w:r>
    </w:p>
    <w:p>
      <w:pPr>
        <w:jc w:val="right"/>
      </w:pPr>
      <w:r>
        <w:t>And when you are objective and scientific mind, then you can understand things in theright way.</w:t>
      </w:r>
    </w:p>
    <w:p>
      <w:r>
        <w:rPr>
          <w:b/>
        </w:rPr>
        <w:t xml:space="preserve">[47:47] </w:t>
      </w:r>
      <w:r>
        <w:t>So I am a great advocate of peaceful thinking or non-violent thinking.</w:t>
      </w:r>
    </w:p>
    <w:p>
      <w:pPr>
        <w:jc w:val="right"/>
      </w:pPr>
      <w:r>
        <w:t>So I am a great advocate of peaceful thinking or non-violent thinking.</w:t>
      </w:r>
    </w:p>
    <w:p>
      <w:r>
        <w:rPr>
          <w:b/>
        </w:rPr>
        <w:t xml:space="preserve">[47:58] </w:t>
      </w:r>
      <w:r>
        <w:t>According to my analysis and according to my experience, peace is the samambodha in Islam. Without peace, there is no development at all</w:t>
      </w:r>
    </w:p>
    <w:p>
      <w:pPr>
        <w:jc w:val="right"/>
      </w:pPr>
      <w:r>
        <w:t>According to my analysis and according to my experience, peace is the samambodha in Islam. Without peace, there is no development at all</w:t>
      </w:r>
    </w:p>
    <w:p>
      <w:r>
        <w:rPr>
          <w:b/>
        </w:rPr>
        <w:t xml:space="preserve">[48:13] </w:t>
      </w:r>
      <w:r>
        <w:t>. All those things that Islam wants to promote, for example,</w:t>
      </w:r>
    </w:p>
    <w:p>
      <w:pPr>
        <w:jc w:val="right"/>
      </w:pPr>
      <w:r>
        <w:t>. All those things that Islam wants to promote, for example,</w:t>
      </w:r>
    </w:p>
    <w:p>
      <w:r>
        <w:rPr>
          <w:b/>
        </w:rPr>
        <w:t xml:space="preserve">[48:25] </w:t>
      </w:r>
      <w:r>
        <w:t>da'wah work, ibadat, constructive work, ilm, all those things that are required in Islam cannot be carried out properly without peace.</w:t>
      </w:r>
    </w:p>
    <w:p>
      <w:pPr>
        <w:jc w:val="right"/>
      </w:pPr>
      <w:r>
        <w:t>da'wah work, ibadat, constructive work, ilm, all those things that are required in Islam cannot be carried out properly without peace.</w:t>
      </w:r>
    </w:p>
    <w:p>
      <w:r>
        <w:rPr>
          <w:b/>
        </w:rPr>
        <w:t xml:space="preserve">[48:46] </w:t>
      </w:r>
      <w:r>
        <w:t>So peace is very, very important. And you know, the method of greeting in Islam is Assalamu Alaikum It means peace be upon you.</w:t>
      </w:r>
    </w:p>
    <w:p>
      <w:pPr>
        <w:jc w:val="right"/>
      </w:pPr>
      <w:r>
        <w:t>So peace is very, very important. And you know, the method of greeting in Islam is السلام علیکم It means peace be upon you.</w:t>
      </w:r>
    </w:p>
    <w:p>
      <w:r>
        <w:rPr>
          <w:b/>
        </w:rPr>
        <w:t xml:space="preserve">[49:00] </w:t>
      </w:r>
      <w:r>
        <w:t>It means that Islam wants to promote peace culture.</w:t>
      </w:r>
    </w:p>
    <w:p>
      <w:pPr>
        <w:jc w:val="right"/>
      </w:pPr>
      <w:r>
        <w:t>It means that Islam wants to promote peace culture.</w:t>
      </w:r>
    </w:p>
    <w:p>
      <w:r>
        <w:rPr>
          <w:b/>
        </w:rPr>
        <w:t xml:space="preserve">[49:11] </w:t>
      </w:r>
      <w:r>
        <w:t>Our way of greeting is Assalamu Alaikum It is not only for Muslims, for every human being. We have to say Assalamu Alaikum for every human being, irrespective of Muslim or non-Muslim.</w:t>
      </w:r>
    </w:p>
    <w:p>
      <w:pPr>
        <w:jc w:val="right"/>
      </w:pPr>
      <w:r>
        <w:t>Our way of greeting is السلام علیکم It is not only for Muslims, for every human being. We have to say السلام علیکم for every human being, irrespective of Muslim or non-Muslim.</w:t>
      </w:r>
    </w:p>
    <w:p>
      <w:r>
        <w:rPr>
          <w:b/>
        </w:rPr>
        <w:t xml:space="preserve">[49:27] </w:t>
      </w:r>
      <w:r>
        <w:t>So it means that Islam tries to promote peace culture. Because peace is the samambodha in Islam.</w:t>
      </w:r>
    </w:p>
    <w:p>
      <w:pPr>
        <w:jc w:val="right"/>
      </w:pPr>
      <w:r>
        <w:t>So it means that Islam tries to promote peace culture. Because peace is the samambodha in Islam.</w:t>
      </w:r>
    </w:p>
    <w:p>
      <w:r>
        <w:rPr>
          <w:b/>
        </w:rPr>
        <w:t xml:space="preserve">[49:36] </w:t>
      </w:r>
      <w:r>
        <w:t>Without peace, there is no development, no progress.</w:t>
      </w:r>
    </w:p>
    <w:p>
      <w:pPr>
        <w:jc w:val="right"/>
      </w:pPr>
      <w:r>
        <w:t>Without peace, there is no development, no progress.</w:t>
      </w:r>
    </w:p>
    <w:p>
      <w:r>
        <w:rPr>
          <w:b/>
        </w:rPr>
        <w:t xml:space="preserve">[49:43] </w:t>
      </w:r>
      <w:r>
        <w:t>Da'wah work, it is a necessary part for da'wah work. Peace normalizes the situation. Without normalcy, we cannot do anything.</w:t>
      </w:r>
    </w:p>
    <w:p>
      <w:pPr>
        <w:jc w:val="right"/>
      </w:pPr>
      <w:r>
        <w:t>Da'wah work, it is a necessary part for da'wah work. Peace normalizes the situation. Without normalcy, we cannot do anything.</w:t>
      </w:r>
    </w:p>
    <w:p>
      <w:r>
        <w:rPr>
          <w:b/>
        </w:rPr>
        <w:t xml:space="preserve">[49:59] </w:t>
      </w:r>
      <w:r>
        <w:t>So I am a great advocate of peace. Maulana, agla sawal Ajmer se hai Dr. Safina Tab</w:t>
      </w:r>
    </w:p>
    <w:p>
      <w:pPr>
        <w:jc w:val="right"/>
      </w:pPr>
      <w:r>
        <w:t>So I am a great advocate of peace. مولانا، اگلا سوال اجمیر سے ہے ڈاکٹر سفینہ تب</w:t>
      </w:r>
    </w:p>
    <w:p>
      <w:r>
        <w:rPr>
          <w:b/>
        </w:rPr>
        <w:t xml:space="preserve">[50:07] </w:t>
      </w:r>
      <w:r>
        <w:t>Sim ka. Unhon ne likha hai: "Moulana, there are many Muslims who are very rational in secular matters.</w:t>
      </w:r>
    </w:p>
    <w:p>
      <w:pPr>
        <w:jc w:val="right"/>
      </w:pPr>
      <w:r>
        <w:t>سم کا۔ انہوں نے لکھا ہے: "Moulana, there are many Muslims who are very rational in secular matters.</w:t>
      </w:r>
    </w:p>
    <w:p>
      <w:r>
        <w:rPr>
          <w:b/>
        </w:rPr>
        <w:t xml:space="preserve">[50:16] </w:t>
      </w:r>
      <w:r>
        <w:t>Still, they don't want to use reasoning in the matters of religion. What can be the reason of this behavior?</w:t>
      </w:r>
    </w:p>
    <w:p>
      <w:pPr>
        <w:jc w:val="right"/>
      </w:pPr>
      <w:r>
        <w:t>Still, they don't want to use reasoning in the matters of religion. What can be the reason of this behavior?"</w:t>
      </w:r>
    </w:p>
    <w:p>
      <w:r>
        <w:rPr>
          <w:b/>
        </w:rPr>
        <w:t xml:space="preserve">[50:26] </w:t>
      </w:r>
      <w:r>
        <w:t>main ne arz kiya isi ko ke hadith jo hai ke rasool Allah ne farmaya ke talab al ilm farizah ala kull muslim ilm seekhna har musalman par farz hai.</w:t>
      </w:r>
    </w:p>
    <w:p>
      <w:pPr>
        <w:jc w:val="right"/>
      </w:pPr>
      <w:r>
        <w:t>میں نے عرض کیا اسی کو کہ حدیث جو ہے کہ رسول اللہ نے فرمایا کہ طلب العلم فریضة علی کل مسلم علم سیکھنا ہر مسلمان پر فرض ہے۔</w:t>
      </w:r>
    </w:p>
    <w:p>
      <w:r>
        <w:rPr>
          <w:b/>
        </w:rPr>
        <w:t xml:space="preserve">[50:41] </w:t>
      </w:r>
      <w:r>
        <w:t>to is ko ilm deen ke mani mein le liya. to deen mein ab reason ko apply nahi karna hai. deen ko doosri cheezon apply karo, deen ko deen mein kuch nahi.</w:t>
      </w:r>
    </w:p>
    <w:p>
      <w:pPr>
        <w:jc w:val="right"/>
      </w:pPr>
      <w:r>
        <w:t>تو اس کو علم دین کے معنی میں لے لیا۔ تو دین میں اب ریزن کو اپلائی نہیں کرنا ہے۔ دین کو دوسری چیزوں اپلائی کرو، دین کو دین میں کچھ نہیں۔</w:t>
      </w:r>
    </w:p>
    <w:p>
      <w:r>
        <w:rPr>
          <w:b/>
        </w:rPr>
        <w:t xml:space="preserve">[50:57] </w:t>
      </w:r>
      <w:r>
        <w:t>halankeh dekhen, main aap ko ek ayat yaad dilata hoon. quran mein hai ke pahadon ke bare mein, pahadon ke bare mein minbar al jibal jo al dan bid al humr mukhtalif anwaruhu wa aghraww basud innama yakhsh Allah min ibadihi al ulama is ka matlab hai ke ilm wale hi darte hain Allah se.</w:t>
      </w:r>
    </w:p>
    <w:p>
      <w:pPr>
        <w:jc w:val="right"/>
      </w:pPr>
      <w:r>
        <w:t>حالانکہ دیکھیں، میں آپ کو ایک آیت یاد دلاتا ہوں۔ قرآن میں ہے کہ پہاڑوں کے بارے میں، پہاڑوں کے بارے میں منبر الجبال جو الدن بید الحمر مختلف انوارہ وغراوی بسود انما یخش اللہ من عباد العلماء اس کا مطلب ہے کہ علم والے ہی ڈرتے ہیں اللہ سے۔</w:t>
      </w:r>
    </w:p>
    <w:p>
      <w:r>
        <w:rPr>
          <w:b/>
        </w:rPr>
        <w:t xml:space="preserve">[51:22] </w:t>
      </w:r>
      <w:r>
        <w:t>to yahan ilm se murad kya hai? ilm al jibal,</w:t>
      </w:r>
    </w:p>
    <w:p>
      <w:pPr>
        <w:jc w:val="right"/>
      </w:pPr>
      <w:r>
        <w:t>تو یہاں علم سے مراد کیا ہے؟ علم الجبال،</w:t>
      </w:r>
    </w:p>
    <w:p>
      <w:r>
        <w:rPr>
          <w:b/>
        </w:rPr>
        <w:t xml:space="preserve">[51:26] </w:t>
      </w:r>
      <w:r>
        <w:t>pahadon ka ilm. yahan is ayat se sabit hota hai ke agar aap ko agar pahadon ka ilm ho to aap ke andar Allah ka dar paida hoga. ab is ko aap generalize kijiye to agar nature ka ilm ho, agar aap ka nature ka ilm ho to aap ke andar Allah ka khauf paida hoga.</w:t>
      </w:r>
    </w:p>
    <w:p>
      <w:pPr>
        <w:jc w:val="right"/>
      </w:pPr>
      <w:r>
        <w:t>پہاڑوں کا علم۔ یہاں اس آیت سے ثابت ہوتا ہے کہ اگر آپ کو اگر پہاڑوں کا علم ہو تو آپ کے اندر اللہ کا ڈر پیدا ہوگا۔ اب اس کو آپ جنرلائز کیجئے تو اگر نیچر کا علم ہو، اگر آپ کا نیچر کا علم ہو تو آپ کے اندر اللہ کا خوف پیدا ہوگا۔</w:t>
      </w:r>
    </w:p>
    <w:p>
      <w:r>
        <w:rPr>
          <w:b/>
        </w:rPr>
        <w:t xml:space="preserve">[51:45] </w:t>
      </w:r>
      <w:r>
        <w:t>ke aap clear taur par dekhen, yahan par yani yani jo jin cheezon ko jo mahdood mani mein liye hain, rakhe hain logon ne deen ke, us se bahar ki cheezon ka ilm bataya ja raha hai.</w:t>
      </w:r>
    </w:p>
    <w:p>
      <w:pPr>
        <w:jc w:val="right"/>
      </w:pPr>
      <w:r>
        <w:t>کہ آپ کلیئر طور پر دیکھیں، یہاں پر یعنی یعنی جو جن چیزوں کو جو محدود معنی میں لیے ہیں، رکھے ہیں لوگوں نے دین کے، اس سے باہر کی چیزوں کا علم بتایا جا رہا ہے۔</w:t>
      </w:r>
    </w:p>
    <w:p>
      <w:r>
        <w:rPr>
          <w:b/>
        </w:rPr>
        <w:t xml:space="preserve">[51:59] </w:t>
      </w:r>
      <w:r>
        <w:t>to ek galat yani cheez phail gayi hai musalmanon mein ke deen ke mamle mein aql nahi, doosri cheezon mein aql istemal karo.</w:t>
      </w:r>
    </w:p>
    <w:p>
      <w:pPr>
        <w:jc w:val="right"/>
      </w:pPr>
      <w:r>
        <w:t>تو ایک غلط یعنی چیز پھیل گئی ہے مسلمانوں میں کہ دین کے معاملے میں عقل نہیں، دوسری چیزوں میں عقل استعمال کرو۔</w:t>
      </w:r>
    </w:p>
    <w:p>
      <w:r>
        <w:rPr>
          <w:b/>
        </w:rPr>
        <w:t xml:space="preserve">[52:09] </w:t>
      </w:r>
      <w:r>
        <w:t>to log job mein, apne business mein, apne family affairs mein reason ko apply karte hain aur jahan deen ka masla aaya hai, bas fatwa, fatwa, fatwa.</w:t>
      </w:r>
    </w:p>
    <w:p>
      <w:pPr>
        <w:jc w:val="right"/>
      </w:pPr>
      <w:r>
        <w:t>تو لوگ جاب میں، اپنے بزنس میں، اپنے فیملی افیئرز میں ریزن کو اپلائی کرتے ہیں اور جہاں دین کا مسئلہ آیا ہے، بس فتویٰ، فتویٰ، فتویٰ۔</w:t>
      </w:r>
    </w:p>
    <w:p>
      <w:r>
        <w:rPr>
          <w:b/>
        </w:rPr>
        <w:t xml:space="preserve">[52:21] </w:t>
      </w:r>
      <w:r>
        <w:t>yeh bilkul hi wrong hai, bilkul galat hai. is ka islam se koi talluq nahi.</w:t>
      </w:r>
    </w:p>
    <w:p>
      <w:pPr>
        <w:jc w:val="right"/>
      </w:pPr>
      <w:r>
        <w:t>یہ بالکل ہی رونگ ہے، بالکل غلط ہے۔ اس کا اسلام سے کوئی تعلق نہیں۔</w:t>
      </w:r>
    </w:p>
    <w:p>
      <w:r>
        <w:rPr>
          <w:b/>
        </w:rPr>
        <w:t xml:space="preserve">[52:30] </w:t>
      </w:r>
      <w:r>
        <w:t>maulana, agla sawal tamil nadu se hai maulana iqbal um</w:t>
      </w:r>
    </w:p>
    <w:p>
      <w:pPr>
        <w:jc w:val="right"/>
      </w:pPr>
      <w:r>
        <w:t>مولانا، اگلا سوال تمل ناڈو سے ہے مولانا اقبال عم</w:t>
      </w:r>
    </w:p>
    <w:p>
      <w:r>
        <w:rPr>
          <w:b/>
        </w:rPr>
        <w:t xml:space="preserve">[52:34] </w:t>
      </w:r>
      <w:r>
        <w:t>ri ka. unhon ne likha hai: "tanqeed aur radd-e-amal mein farq kya hai?" maulana, aap ki ilmi tanqeed ko aur rational tajziye ko ek sahab radd-e-amal ke naam de rahe the.</w:t>
      </w:r>
    </w:p>
    <w:p>
      <w:pPr>
        <w:jc w:val="right"/>
      </w:pPr>
      <w:r>
        <w:t>ری کا۔ انہوں نے لکھا ہے: "तंकीद और रद्देअमल में फर्क क्या है?" مولانا، آپ کی علمی تنقید کو اور رَیشنل تجزیے کو ایک صاحب ردِعمل کے نام دے رہے تھے۔</w:t>
      </w:r>
    </w:p>
    <w:p>
      <w:r>
        <w:rPr>
          <w:b/>
        </w:rPr>
        <w:t xml:space="preserve">[52:49] </w:t>
      </w:r>
      <w:r>
        <w:t>maulana, aisa kyun hai? main khas taur par radd-e-amal ka matlab nahi samajhta, yahi hai. radd-e-amal ka matlab hai reaction.</w:t>
      </w:r>
    </w:p>
    <w:p>
      <w:pPr>
        <w:jc w:val="right"/>
      </w:pPr>
      <w:r>
        <w:t>مولانا، ایسا کیوں ہے؟ میں خاص طور پر ردِعمل کا مطلب نہیں سمجھتا، یہی ہے۔ ردِعمل کا مطلب ہے ری ایکشن۔</w:t>
      </w:r>
    </w:p>
    <w:p>
      <w:r>
        <w:rPr>
          <w:b/>
        </w:rPr>
        <w:t xml:space="preserve">[53:00] </w:t>
      </w:r>
      <w:r>
        <w:t>reaction kya hai?</w:t>
      </w:r>
    </w:p>
    <w:p>
      <w:pPr>
        <w:jc w:val="right"/>
      </w:pPr>
      <w:r>
        <w:t>ری ایکشن کیا ہے؟</w:t>
      </w:r>
    </w:p>
    <w:p>
      <w:r>
        <w:rPr>
          <w:b/>
        </w:rPr>
        <w:t xml:space="preserve">[53:03] </w:t>
      </w:r>
      <w:r>
        <w:t>yani jaise restaurant mein farmaya ke la taghzab ghussa na karo. to ghussa kya hai?</w:t>
      </w:r>
    </w:p>
    <w:p>
      <w:pPr>
        <w:jc w:val="right"/>
      </w:pPr>
      <w:r>
        <w:t>یعنی جیسے ریسٹورنٹ میں فرمایا کہ لا تغضب غصہ نہ کرو۔ تو غصہ کیا ہے؟</w:t>
      </w:r>
    </w:p>
    <w:p>
      <w:r>
        <w:rPr>
          <w:b/>
        </w:rPr>
        <w:t xml:space="preserve">[53:11] </w:t>
      </w:r>
      <w:r>
        <w:t>radd-e-amal hai, reaction hai. kisi ne aap ko provoke kiya, aap ghussa ho kar aap ko patthar marien, that is radeamal.</w:t>
      </w:r>
    </w:p>
    <w:p>
      <w:pPr>
        <w:jc w:val="right"/>
      </w:pPr>
      <w:r>
        <w:t>ردِعمل ہے، ری ایکشن ہے۔ کسی نے آپ کو پرووک کیا، آپ غصہ ہو کر آپ کو پتھر ماریں، that is radeamal.</w:t>
      </w:r>
    </w:p>
    <w:p>
      <w:r>
        <w:rPr>
          <w:b/>
        </w:rPr>
        <w:t xml:space="preserve">[53:22] </w:t>
      </w:r>
      <w:r>
        <w:t>hum jo kehte hain woh to analysis hota hai. yani hamari baat ko aap yeh keh kar agar radd karen to aap ek gunah kar rahe hain.</w:t>
      </w:r>
    </w:p>
    <w:p>
      <w:pPr>
        <w:jc w:val="right"/>
      </w:pPr>
      <w:r>
        <w:t>ہم جو کہتے ہیں وہ تو انالیسس ہوتا ہے۔ یعنی ہماری بات کو آپ یہ کہہ کر اگر رد کریں تو آپ ایک گناہ کر رہے ہیں۔</w:t>
      </w:r>
    </w:p>
    <w:p>
      <w:r>
        <w:rPr>
          <w:b/>
        </w:rPr>
        <w:t xml:space="preserve">[53:31] </w:t>
      </w:r>
      <w:r>
        <w:t>kyunke hum ek daleel de rahe hain, quran o hadith se ek daleel de rahe hain. to aap quran o hadith se is ko radd kijiye. agar aap quran o hadith daleel na den aur kahen ke radd-e-amal hai to yeh to shat b shat mein hai, gaali karo jo jo ke haram hai islam mein.</w:t>
      </w:r>
    </w:p>
    <w:p>
      <w:pPr>
        <w:jc w:val="right"/>
      </w:pPr>
      <w:r>
        <w:t>کیونکہ ہم ایک دلیل دے رہے ہیں، قرآن و حدیث سے ایک دلیل دے رہے ہیں۔ تو آپ قرآن و حدیث سے اس کو رد کیجئے۔ اگر آپ قرآن و حدیث دلیل نہ دیں اور کہیں کہ ردِعمل ہے تو یہ تو شت ب شت میں ہے، گالی کرو جو جو کہ حرام ہے اسلام میں۔</w:t>
      </w:r>
    </w:p>
    <w:p>
      <w:r>
        <w:rPr>
          <w:b/>
        </w:rPr>
        <w:t xml:space="preserve">[53:49] </w:t>
      </w:r>
      <w:r>
        <w:t>haram hai islam mein.</w:t>
      </w:r>
    </w:p>
    <w:p>
      <w:pPr>
        <w:jc w:val="right"/>
      </w:pPr>
      <w:r>
        <w:t>حرام ہے اسلام میں۔</w:t>
      </w:r>
    </w:p>
    <w:p>
      <w:r>
        <w:rPr>
          <w:b/>
        </w:rPr>
        <w:t xml:space="preserve">[53:52] </w:t>
      </w:r>
      <w:r>
        <w:t>misal ke taur par main ek misal deta hoon aap ko ke min husn islami al-birr tarkuhu mala yani ek hadith hai min husn islami al-birr tarkuhu mala yani islam ki ki khubi yeh hai ke aadmi us cheez ko chhod de jis mein koi faida nahi.</w:t>
      </w:r>
    </w:p>
    <w:p>
      <w:pPr>
        <w:jc w:val="right"/>
      </w:pPr>
      <w:r>
        <w:t>مثال کے طور پر میں ایک مثال دیتا ہوں آپ کو کہ من حسن اسلامی البر ترکه بالا یعنی ایک حدیث ہے من حسن اسلامی البر ترکه بالا یعنی اسلام کی کی خوبی یہ ہے کہ آدمی اس چیز کو چھوڑ دے جس میں کوئی فائدہ نہیں۔</w:t>
      </w:r>
    </w:p>
    <w:p>
      <w:r>
        <w:rPr>
          <w:b/>
        </w:rPr>
        <w:t xml:space="preserve">[54:17] </w:t>
      </w:r>
      <w:r>
        <w:t>islam ki khubi yeh hai ke aadmi us ki cheezon hain jis mein koi faida</w:t>
      </w:r>
    </w:p>
    <w:p>
      <w:pPr>
        <w:jc w:val="right"/>
      </w:pPr>
      <w:r>
        <w:t>اسلام کی خوبی یہ ہے کہ آدمی اس کی چیزیں ہیں جس میں کوئی فائدہ</w:t>
      </w:r>
    </w:p>
    <w:p>
      <w:r>
        <w:rPr>
          <w:b/>
        </w:rPr>
        <w:t xml:space="preserve">[54:21] </w:t>
      </w:r>
      <w:r>
        <w:t>nahi. is ka matlab kya hua?</w:t>
      </w:r>
    </w:p>
    <w:p>
      <w:pPr>
        <w:jc w:val="right"/>
      </w:pPr>
      <w:r>
        <w:t>نہیں۔ اس کا مطلب کیا ہوا؟ کہ</w:t>
      </w:r>
    </w:p>
    <w:p>
      <w:r>
        <w:rPr>
          <w:b/>
        </w:rPr>
        <w:t xml:space="preserve">[54:28] </w:t>
      </w:r>
      <w:r>
        <w:t>yani mabni bar result aap ka aap aap ki activity honi chahiye. You have in in every situation you have to see the result.</w:t>
      </w:r>
    </w:p>
    <w:p>
      <w:pPr>
        <w:jc w:val="right"/>
      </w:pPr>
      <w:r>
        <w:t>یعنی مبنی بر رزلٹ آپ کا آپ آپ کی ایکٹیویٹی ہونی چاہیے۔ You have in in every situation you have to see the result.</w:t>
      </w:r>
    </w:p>
    <w:p>
      <w:r>
        <w:rPr>
          <w:b/>
        </w:rPr>
        <w:t xml:space="preserve">[54:39] </w:t>
      </w:r>
      <w:r>
        <w:t>result hai to karna hai, nahi to nahi karna hai.</w:t>
      </w:r>
    </w:p>
    <w:p>
      <w:pPr>
        <w:jc w:val="right"/>
      </w:pPr>
      <w:r>
        <w:t>رزلٹ ہے تو کرنا ہے، نہیں تو نہیں کرنا ہے۔</w:t>
      </w:r>
    </w:p>
    <w:p>
      <w:r>
        <w:rPr>
          <w:b/>
        </w:rPr>
        <w:t xml:space="preserve">[54:41] </w:t>
      </w:r>
      <w:r>
        <w:t>ab ek hadith maine pesh ki ke is ko le kar ke musalman jo hain palestine se le kar kashmir tak jo ladai kar rahe hain, woh result less hai.</w:t>
      </w:r>
    </w:p>
    <w:p>
      <w:pPr>
        <w:jc w:val="right"/>
      </w:pPr>
      <w:r>
        <w:t>اب ایک حدیث میں نے پیش کی کہ اس کو لے کر کے مسلمان جو ہیں فلسطین سے لے کر کشمیر تک جو لڑائی کر رہے ہیں، وہ رزلٹ لیس ہے۔</w:t>
      </w:r>
    </w:p>
    <w:p>
      <w:r>
        <w:rPr>
          <w:b/>
        </w:rPr>
        <w:t xml:space="preserve">[54:50] </w:t>
      </w:r>
      <w:r>
        <w:t>koi nateeja nahin, mar rahe hain, kat rahe hain. abhi jo bangla desh ka maine bataya, koi result iska nahin. aapas mein mar rahe hain, kat rahe hain. aap aap ek aur ayat pesh kijiye iske jawab mein ke nahin, chahe result ho ya na ho, hamein to ladna hai.</w:t>
      </w:r>
    </w:p>
    <w:p>
      <w:pPr>
        <w:jc w:val="right"/>
      </w:pPr>
      <w:r>
        <w:t>کوئی نتیجہ نہیں، مر رہے ہیں، کٹ رہے ہیں۔ ابھی جو بنگلہ دیش کا میں نے بتایا، کوئی رزلٹ اس کا نہیں۔ آپس میں مر رہے ہیں، کٹ رہے ہیں۔ آپ آپ ایک اور آیت پیش کیجئے اس کے جواب میں کہ نہیں، چاہے رزلٹ ہو یا نہ ہو، ہمیں تو لڑنا ہے۔</w:t>
      </w:r>
    </w:p>
    <w:p>
      <w:r>
        <w:rPr>
          <w:b/>
        </w:rPr>
        <w:t xml:space="preserve">[55:06] </w:t>
      </w:r>
      <w:r>
        <w:t>ab aap kahein ke reaction hai to yeh to aap to aap to gunah ka kaam kar rahe hain.</w:t>
      </w:r>
    </w:p>
    <w:p>
      <w:pPr>
        <w:jc w:val="right"/>
      </w:pPr>
      <w:r>
        <w:t>اب آپ کہیں کہ ری ایکشن ہے تو یہ تو آپ تو آپ تو گناہ کا کام کر رہے ہیں۔</w:t>
      </w:r>
    </w:p>
    <w:p>
      <w:r>
        <w:rPr>
          <w:b/>
        </w:rPr>
        <w:t xml:space="preserve">[55:11] </w:t>
      </w:r>
      <w:r>
        <w:t>yaani hum ek daleel pesh kar rahe hain aur aap keh rahe hain ke yeh radd radd amal hai. to aap gaali galoch kar rahe hain.</w:t>
      </w:r>
    </w:p>
    <w:p>
      <w:pPr>
        <w:jc w:val="right"/>
      </w:pPr>
      <w:r>
        <w:t>یعنی ہم ایک دلیل پیش کر رہے ہیں اور آپ کہہ رہے ہیں کہ یہ رد رد عمل ہے۔ تو آپ گالی گلوچ کر رہے ہیں۔</w:t>
      </w:r>
    </w:p>
    <w:p>
      <w:r>
        <w:rPr>
          <w:b/>
        </w:rPr>
        <w:t xml:space="preserve">[55:20] </w:t>
      </w:r>
      <w:r>
        <w:t>yeh to maine dekha. hadees mein aata hai, dekhiye ke hadees mein aata hai ke</w:t>
      </w:r>
    </w:p>
    <w:p>
      <w:pPr>
        <w:jc w:val="right"/>
      </w:pPr>
      <w:r>
        <w:t>یہ تو میں نے دیکھا۔ حدیث میں آتا ہے، دیکھیے کہ حدیث میں آتا ہے کہ</w:t>
      </w:r>
    </w:p>
    <w:p>
      <w:r>
        <w:rPr>
          <w:b/>
        </w:rPr>
        <w:t xml:space="preserve">[55:32] </w:t>
      </w:r>
      <w:r>
        <w:t>man kan yoman billahi wal yawm al-akhir fa la yaqul khayran aw li yusmut</w:t>
      </w:r>
    </w:p>
    <w:p>
      <w:pPr>
        <w:jc w:val="right"/>
      </w:pPr>
      <w:r>
        <w:t>من کان یومن باللہ والیوم الآخر فلیقل خیرا اولی اسموت</w:t>
      </w:r>
    </w:p>
    <w:p>
      <w:r>
        <w:rPr>
          <w:b/>
        </w:rPr>
        <w:t xml:space="preserve">[55:41] </w:t>
      </w:r>
      <w:r>
        <w:t>jo aadmi Allah par aur aakhirat par imaan rakhta ho, to usko chahiye ke woh baat kahe to khair ki baat kahe ya chup rahe.</w:t>
      </w:r>
    </w:p>
    <w:p>
      <w:pPr>
        <w:jc w:val="right"/>
      </w:pPr>
      <w:r>
        <w:t>جو آدمی اللہ پر اور آخرت پر ایمان رکھتا ہو، تو اس کو چاہیے کہ وہ بات کہے تو خیر کی بات کہے یا چپ رہے۔</w:t>
      </w:r>
    </w:p>
    <w:p>
      <w:r>
        <w:rPr>
          <w:b/>
        </w:rPr>
        <w:t xml:space="preserve">[55:53] </w:t>
      </w:r>
      <w:r>
        <w:t>khair ke ma'ne kya hain? mudallal baat, rational baat, jo Quran o hadees par mabni baat. to aap aap jo keh rahe hain radd amal, yeh kaun si ayat par mabni hai?</w:t>
      </w:r>
    </w:p>
    <w:p>
      <w:pPr>
        <w:jc w:val="right"/>
      </w:pPr>
      <w:r>
        <w:t>خیر کے معنی کیا ہیں؟ مدلل بات، ریشنل بات، جو قرآن و حدیث پر مبنی بات۔ تو آپ آپ جو کہہ رہے ہیں رد عمل، یہ کون سی آیت پر مبنی ہے؟</w:t>
      </w:r>
    </w:p>
    <w:p>
      <w:r>
        <w:rPr>
          <w:b/>
        </w:rPr>
        <w:t xml:space="preserve">[56:07] </w:t>
      </w:r>
      <w:r>
        <w:t>kis ayat se nikalta hai yeh?</w:t>
      </w:r>
    </w:p>
    <w:p>
      <w:pPr>
        <w:jc w:val="right"/>
      </w:pPr>
      <w:r>
        <w:t>کس آیت سے نکلتا ہے یہ؟</w:t>
      </w:r>
    </w:p>
    <w:p>
      <w:r>
        <w:rPr>
          <w:b/>
        </w:rPr>
        <w:t xml:space="preserve">[56:09] </w:t>
      </w:r>
      <w:r>
        <w:t>ke koi shakhs daleel se guftagu kar raha ho, aap kahein radd amal, yeh kaun si ayat se nikalta hai? aisa yeh to gaali galoch hai, sab o shat hai, gunah hai, haram hai.</w:t>
      </w:r>
    </w:p>
    <w:p>
      <w:pPr>
        <w:jc w:val="right"/>
      </w:pPr>
      <w:r>
        <w:t>کہ کوئی شخص دلیل سے گفتگو کر رہا ہو، آپ کہیں رد عمل، یہ کون سی آیت سے نکلتا ہے؟ ایسا یہ تو گالی گلوچ ہے، سب و شت ہے، گناہ ہے، حرام ہے۔</w:t>
      </w:r>
    </w:p>
    <w:p>
      <w:r>
        <w:rPr>
          <w:b/>
        </w:rPr>
        <w:t xml:space="preserve">[56:21] </w:t>
      </w:r>
      <w:r>
        <w:t>to unhein khud apne bare mein, yaani apne is ko revise karna chahiye, na ke mujh se taqaza karein ke tum revise karo.</w:t>
      </w:r>
    </w:p>
    <w:p>
      <w:pPr>
        <w:jc w:val="right"/>
      </w:pPr>
      <w:r>
        <w:t>تو انہیں خود اپنے بارے میں، یعنی اپنے اس کو ریوائز کرنا چاہیے، نہ کہ مجھ سے تقاضا کریں کہ تم ریوائز کرو۔</w:t>
      </w:r>
    </w:p>
    <w:p>
      <w:r>
        <w:rPr>
          <w:b/>
        </w:rPr>
        <w:t xml:space="preserve">[56:33] </w:t>
      </w:r>
      <w:r>
        <w:t>maulana, agla sawal dhampur se kiya hai mehtab ahmad sahab ne</w:t>
      </w:r>
    </w:p>
    <w:p>
      <w:pPr>
        <w:jc w:val="right"/>
      </w:pPr>
      <w:r>
        <w:t>مولانا، اگلا سوال دھامپور سے کیا ہے مہتاب احمد صاحب نے</w:t>
      </w:r>
    </w:p>
    <w:p>
      <w:r>
        <w:rPr>
          <w:b/>
        </w:rPr>
        <w:t xml:space="preserve">[56:38] </w:t>
      </w:r>
      <w:r>
        <w:t>unhone likha hai: "maulana, ek hadees mein bataya gaya hai ke musalman musalman ka aaina hai." woh chahte hain ke aap is hadees ko wazeh karein.</w:t>
      </w:r>
    </w:p>
    <w:p>
      <w:pPr>
        <w:jc w:val="right"/>
      </w:pPr>
      <w:r>
        <w:t>۔ انہوں نے لکھا ہے: "مولانا، ایک حدیث میں بتایا گیا ہے کہ مسلمان مسلمان کا آئینہ ہے۔" وہ چاہتے ہیں کہ آپ اس حدیث کو واضح کریں۔</w:t>
      </w:r>
    </w:p>
    <w:p>
      <w:r>
        <w:rPr>
          <w:b/>
        </w:rPr>
        <w:t xml:space="preserve">[56:52] </w:t>
      </w:r>
      <w:r>
        <w:t>hadees ke alfaaz yeh hain: mu'minun mir'atun mu'min. aaina kya karta hai?</w:t>
      </w:r>
    </w:p>
    <w:p>
      <w:pPr>
        <w:jc w:val="right"/>
      </w:pPr>
      <w:r>
        <w:t>حدیث کے الفاظ یہ ہیں: مُؤْمِنٌ مِرَآةٌ مُؤْمِنٌ ۔ آئینہ کیا کرتا ہے؟</w:t>
      </w:r>
    </w:p>
    <w:p>
      <w:r>
        <w:rPr>
          <w:b/>
        </w:rPr>
        <w:t xml:space="preserve">[57:00] </w:t>
      </w:r>
      <w:r>
        <w:t>aaine mein aap dekhein apna chehra to agar kahin kuch mitti lag gayi hai, koi koi baat hai to woh aaina dikhata hai.</w:t>
      </w:r>
    </w:p>
    <w:p>
      <w:pPr>
        <w:jc w:val="right"/>
      </w:pPr>
      <w:r>
        <w:t>آئینہ میں آپ دیکھیں اپنا چہرہ تو اگر کہیں کچھ مٹی لگ گئی ہے، کوئی کوئی بات ہے تو وہ آئینہ دکھاتا ہے۔</w:t>
      </w:r>
    </w:p>
    <w:p>
      <w:r>
        <w:rPr>
          <w:b/>
        </w:rPr>
        <w:t xml:space="preserve">[57:10] </w:t>
      </w:r>
      <w:r>
        <w:t>phir usko aap saaf karte hain. to aaina goya wahi karta hai jis ko hum kehte hain criticism. wahi to hai aaina.</w:t>
      </w:r>
    </w:p>
    <w:p>
      <w:pPr>
        <w:jc w:val="right"/>
      </w:pPr>
      <w:r>
        <w:t>پھر اس کو آپ صاف کرتے ہیں۔ تو آئینہ گویا وہی کرتا ہے جس کو ہم کہتے ہیں کریٹیسزم۔ وہی تو ہے آئینہ۔</w:t>
      </w:r>
    </w:p>
    <w:p>
      <w:r>
        <w:rPr>
          <w:b/>
        </w:rPr>
        <w:t xml:space="preserve">[57:19] </w:t>
      </w:r>
      <w:r>
        <w:t>yaani ghalati ki nishandahi. criticism ka matlab hota hai ghalati ki nishandahi.</w:t>
      </w:r>
    </w:p>
    <w:p>
      <w:pPr>
        <w:jc w:val="right"/>
      </w:pPr>
      <w:r>
        <w:t>یعنی غلطی کی نشاندہی۔ کریٹیسزم کا مطلب ہوتا ہے غلطی کی نشاندہی۔</w:t>
      </w:r>
    </w:p>
    <w:p>
      <w:r>
        <w:rPr>
          <w:b/>
        </w:rPr>
        <w:t xml:space="preserve">[57:26] </w:t>
      </w:r>
      <w:r>
        <w:t>to momin ka kaam kya hai? theek theek nishandahi kare aur jo suna hai woh theek theek usko sahi tareeqe se response de ke bhai tum ne acha kiya, mujhe ghalati bata di, main us ko ab islaah karta hoon.</w:t>
      </w:r>
    </w:p>
    <w:p>
      <w:pPr>
        <w:jc w:val="right"/>
      </w:pPr>
      <w:r>
        <w:t>تو مومن کا کام کیا ہے؟ ٹھیک ٹھیک نشاندہی کرے اور جو سنا ہے وہ ٹھیک ٹھیک اس کو صحیح طریقے سے رسپانس دے کہ بھئی تم نے اچھا کیا، مجھے غلطی بتا دی، میں اس کو اب اصلاح کرتا ہوں۔</w:t>
      </w:r>
    </w:p>
    <w:p>
      <w:r>
        <w:rPr>
          <w:b/>
        </w:rPr>
        <w:t xml:space="preserve">[57:46] </w:t>
      </w:r>
      <w:r>
        <w:t>to is mein dono ki baat batai gayi hai.</w:t>
      </w:r>
    </w:p>
    <w:p>
      <w:pPr>
        <w:jc w:val="right"/>
      </w:pPr>
      <w:r>
        <w:t>تو اس میں دونوں کی بات بتائی گئی ہے۔</w:t>
      </w:r>
    </w:p>
    <w:p>
      <w:r>
        <w:rPr>
          <w:b/>
        </w:rPr>
        <w:t xml:space="preserve">[57:48] </w:t>
      </w:r>
      <w:r>
        <w:t>yaani jo bataye aur jo sune, dono ki baat hai ke aaina kabhi bhi koi ghalat nishandahi nahin karta.</w:t>
      </w:r>
    </w:p>
    <w:p>
      <w:pPr>
        <w:jc w:val="right"/>
      </w:pPr>
      <w:r>
        <w:t>یعنی جو بتائے اور جو سنے، دونوں کی بات ہے کہ آئینہ کبھی بھی کوئی غلط نشاندہی نہیں کرتا۔</w:t>
      </w:r>
    </w:p>
    <w:p>
      <w:r>
        <w:rPr>
          <w:b/>
        </w:rPr>
        <w:t xml:space="preserve">[57:57] </w:t>
      </w:r>
      <w:r>
        <w:t>matlab yeh ke agar yahan par daagh na ho tab bhi dikha de woh daagh aap ko. aisa koi aaina nahin karega. to true picture jo hai woh dikhata hai aaina.</w:t>
      </w:r>
    </w:p>
    <w:p>
      <w:pPr>
        <w:jc w:val="right"/>
      </w:pPr>
      <w:r>
        <w:t>مطلب یہ کہ اگر یہاں پر داغ نہ ہو تب بھی دکھا دے وہ داغ آپ کو۔ ایسا کوئی آئینہ نہیں کرے گا۔ تو ٹرو پکچر جو ہے وہ دکھاتا ہے آئینہ۔</w:t>
      </w:r>
    </w:p>
    <w:p>
      <w:r>
        <w:rPr>
          <w:b/>
        </w:rPr>
        <w:t xml:space="preserve">[58:08] </w:t>
      </w:r>
      <w:r>
        <w:t>to momin ko chahiye ke woh kisi nafsaniyat ke tehat, kisi zid ke tehat, kisi yaani negative thinking ke tehat kisi par kuch na kahe.</w:t>
      </w:r>
    </w:p>
    <w:p>
      <w:pPr>
        <w:jc w:val="right"/>
      </w:pPr>
      <w:r>
        <w:t>تو مومن کو چاہیے کہ وہ کسی نفسانیت کے تحت، کسی ضد کے تحت، کسی یعنی نیگیٹیو تھنکنگ کے تحت کسی پر کچھ نہ کہے۔</w:t>
      </w:r>
    </w:p>
    <w:p>
      <w:r>
        <w:rPr>
          <w:b/>
        </w:rPr>
        <w:t xml:space="preserve">[58:21] </w:t>
      </w:r>
      <w:r>
        <w:t>balkeh wahi kahe jo bilkul objectively woh correct ho. woh kahe bilkul sahi sahi. aur sunne wale ko chahiye ke jaldi se qabool kar le.</w:t>
      </w:r>
    </w:p>
    <w:p>
      <w:pPr>
        <w:jc w:val="right"/>
      </w:pPr>
      <w:r>
        <w:t>بلکہ وہی کہے جو بالکل ابجیکٹولی وہ کریکٹ ہو۔ وہ کہے بالکل صحیح صحیح۔ اور سننے والے کو چاہیے کہ جلدی سے قبول کر لے۔</w:t>
      </w:r>
    </w:p>
    <w:p>
      <w:r>
        <w:rPr>
          <w:b/>
        </w:rPr>
        <w:t xml:space="preserve">[58:30] </w:t>
      </w:r>
      <w:r>
        <w:t>haan bhai tum ne meri ghalati bata di, ab main is ki islaah karunga. yeh matlab hai is hadees ka.</w:t>
      </w:r>
    </w:p>
    <w:p>
      <w:pPr>
        <w:jc w:val="right"/>
      </w:pPr>
      <w:r>
        <w:t>ہاں بھئی تم نے میری غلطی بتا دی، اب میں اس کی اصلاح کروں گا۔ یہ مطلب ہے اس حدیث کا۔</w:t>
      </w:r>
    </w:p>
    <w:p>
      <w:r>
        <w:rPr>
          <w:b/>
        </w:rPr>
        <w:t xml:space="preserve">[58:39] </w:t>
      </w:r>
      <w:r>
        <w:t>maulana, agla sawal lete hain jo roorkee se hai. sajid anwar sahab ne kiya hai. unhone likha hai: "During a tour, I met one person to whom I had given the Prophet of Peace a few years back.</w:t>
      </w:r>
    </w:p>
    <w:p>
      <w:pPr>
        <w:jc w:val="right"/>
      </w:pPr>
      <w:r>
        <w:t>مولانا، اگلا سوال لیتے ہیں جو روڑکی سے ہے۔ ساجد انور صاحب نے کیا ہے۔ انہوں نے لکھا ہے: "During a tour, I met one person to whom I had given the Prophet of Peace a few years back.</w:t>
      </w:r>
    </w:p>
    <w:p>
      <w:r>
        <w:rPr>
          <w:b/>
        </w:rPr>
        <w:t xml:space="preserve">[58:56] </w:t>
      </w:r>
      <w:r>
        <w:t>When I met him, he told me that he had read the book and two more of his family members also read the book.</w:t>
      </w:r>
    </w:p>
    <w:p>
      <w:pPr>
        <w:jc w:val="right"/>
      </w:pPr>
      <w:r>
        <w:t>When I met him, he told me that he had read the book and two more of his family members also read the book.</w:t>
      </w:r>
    </w:p>
    <w:p>
      <w:r>
        <w:rPr>
          <w:b/>
        </w:rPr>
        <w:t xml:space="preserve">[59:04] </w:t>
      </w:r>
      <w:r>
        <w:t>Then he mentioned to me that if instead of the book, if the author himself had talked to me on this topic, then I would have argued with him.</w:t>
      </w:r>
    </w:p>
    <w:p>
      <w:pPr>
        <w:jc w:val="right"/>
      </w:pPr>
      <w:r>
        <w:t>Then he mentioned to me that if instead of the book, if the author himself had talked to me on this topic, then I would have argued with him.</w:t>
      </w:r>
    </w:p>
    <w:p>
      <w:r>
        <w:rPr>
          <w:b/>
        </w:rPr>
        <w:t xml:space="preserve">[59:15] </w:t>
      </w:r>
      <w:r>
        <w:t>But while reading, I had no option but to read the book, and thus the author was successful in communicating what he wanted to say.</w:t>
      </w:r>
    </w:p>
    <w:p>
      <w:pPr>
        <w:jc w:val="right"/>
      </w:pPr>
      <w:r>
        <w:t>But while reading, I had no option but to read the book, and thus the author was successful in communicating what he wanted to say.</w:t>
      </w:r>
    </w:p>
    <w:p>
      <w:r>
        <w:rPr>
          <w:b/>
        </w:rPr>
        <w:t xml:space="preserve">[59:27] </w:t>
      </w:r>
      <w:r>
        <w:t>From this incident, I could discover the role of spreading literature in our mission, as it has not only the multiplying effect but also the power of successfully communicating the ideology.</w:t>
      </w:r>
    </w:p>
    <w:p>
      <w:pPr>
        <w:jc w:val="right"/>
      </w:pPr>
      <w:r>
        <w:t>From this incident, I could discover the role of spreading literature in our mission, as it has not only the multiplying effect but also the power of successfully communicating the ideology.</w:t>
      </w:r>
    </w:p>
    <w:p>
      <w:r>
        <w:rPr>
          <w:b/>
        </w:rPr>
        <w:t xml:space="preserve">[59:42] </w:t>
      </w:r>
      <w:r>
        <w:t>Maulana, is my understanding correct? Dekhiye baat sahi hai.</w:t>
      </w:r>
    </w:p>
    <w:p>
      <w:pPr>
        <w:jc w:val="right"/>
      </w:pPr>
      <w:r>
        <w:t>مولانا، is my understanding correct? دیکھیے بات صحیح ہے۔</w:t>
      </w:r>
    </w:p>
    <w:p>
      <w:r>
        <w:rPr>
          <w:b/>
        </w:rPr>
        <w:t xml:space="preserve">[59:47] </w:t>
      </w:r>
      <w:r>
        <w:t>Hota yeh hai ke agar aap kisi se baat karein aur uski jo soch hai uske against mein koi baat aap karein to foran ego clash ho jata hai.</w:t>
      </w:r>
    </w:p>
    <w:p>
      <w:pPr>
        <w:jc w:val="right"/>
      </w:pPr>
      <w:r>
        <w:t>ہوتا یہ ہے کہ اگر آپ کسی سے بات کریں اور اس کی جو سوچ ہے اس کے اگینسٹ میں کوئی بات آپ کریں تو فوراً ایگو کلیش ہو جاتا ہے۔</w:t>
      </w:r>
    </w:p>
    <w:p>
      <w:r>
        <w:rPr>
          <w:b/>
        </w:rPr>
        <w:t xml:space="preserve">[59:58] </w:t>
      </w:r>
      <w:r>
        <w:t>Woh defensive psychology aa jati hai uske andar. Defensive psychology. Ke ek aadmi negative soch wala hai, ladai bhadai mein involve hai, aap bolein uske khilaf to foran woh defensive ban jayega.</w:t>
      </w:r>
    </w:p>
    <w:p>
      <w:pPr>
        <w:jc w:val="right"/>
      </w:pPr>
      <w:r>
        <w:t>وہ ڈیفنسو سائیکالوجی آ جاتی ہے اس کے اندر۔ ڈیفنسو سائیکالوجی۔ کہ ایک آدمی نیگیٹیو سوچ والا ہے، لڑائی بھڑائی میں انوالو ہے، آپ بولیں اس کے خلاف تو فوراً وہ ڈیفنسو بن جائے گا۔</w:t>
      </w:r>
    </w:p>
    <w:p>
      <w:r>
        <w:rPr>
          <w:b/>
        </w:rPr>
        <w:t xml:space="preserve">[1:00:15] </w:t>
      </w:r>
      <w:r>
        <w:t>Defensive psychology develop karegi. Aur phir ego clash ho jayega. Lekin jab aap usko kitaab dete hain, woh ja kar apne kamre mein padhta hai jahan woh akela hai to wahan koi doosra nahi hota jisse uska koi ego clash ho.</w:t>
      </w:r>
    </w:p>
    <w:p>
      <w:pPr>
        <w:jc w:val="right"/>
      </w:pPr>
      <w:r>
        <w:t>ڈیفنسو سائیکالوجی ڈیولپ کرے گی۔ اور پھر ایگو کلیش ہو جائے گا۔ لیکن جب آپ اس کو کتاب دیتے ہیں، وہ جا کر اپنے کمرے میں پڑھتا ہے جہاں وہ اکیلا ہے تو وہاں کوئی دوسرا نہیں ہوتا جس سے اس کا کوئی ایگو کلیش ہو۔</w:t>
      </w:r>
    </w:p>
    <w:p>
      <w:r>
        <w:rPr>
          <w:b/>
        </w:rPr>
        <w:t xml:space="preserve">[1:00:30] </w:t>
      </w:r>
      <w:r>
        <w:t>To zyada behtar taur par kitaab ke andar jo likha hua hai usko samajh pata hai.</w:t>
      </w:r>
    </w:p>
    <w:p>
      <w:pPr>
        <w:jc w:val="right"/>
      </w:pPr>
      <w:r>
        <w:t>تو زیادہ بہتر طور پر کتاب کے اندر جو لکھا ہوا ہے اس کو سمجھ پاتا ہے۔</w:t>
      </w:r>
    </w:p>
    <w:p>
      <w:r>
        <w:rPr>
          <w:b/>
        </w:rPr>
        <w:t xml:space="preserve">[1:00:37] </w:t>
      </w:r>
      <w:r>
        <w:t>To main samajhta hoon ke literature ko phailana yeh bahut hi basic kaam hai. Aur woh bhi ek kaam hai ke aap is cheez dein, aap logon se baat cheet karein, woh bhi ek kaam hai.</w:t>
      </w:r>
    </w:p>
    <w:p>
      <w:pPr>
        <w:jc w:val="right"/>
      </w:pPr>
      <w:r>
        <w:t>تو میں سمجھتا ہوں کہ لٹریچر کو پھیلانا یہ بہت ہی بیسک کام ہے۔ اور وہ بھی ایک کام ہے کہ آپ اس چیز دیں، آپ لوگوں سے بات چیت کریں، وہ بھی ایک کام ہے۔</w:t>
      </w:r>
    </w:p>
    <w:p>
      <w:r>
        <w:rPr>
          <w:b/>
        </w:rPr>
        <w:t xml:space="preserve">[1:00:48] </w:t>
      </w:r>
      <w:r>
        <w:t>Beshak woh bhi karna hi karna hai. Lekin main ek farq bata raha hoon. Ke koi tanqeed agar aap karein kisi aadmi se jab ke woh us mein involve hai to foran woh defensive mein taraf chala jayega.</w:t>
      </w:r>
    </w:p>
    <w:p>
      <w:pPr>
        <w:jc w:val="right"/>
      </w:pPr>
      <w:r>
        <w:t>بلاشبہ وہ بھی کرنا ہی کرنا ہے۔ لیکن میں ایک فرق بتا رہا ہوں۔ کہ کوئی تنقید اگر آپ کریں کسی آدمی سے جب کہ وہ اس میں انوالو ہے تو فوراً وہ ڈیفنس میں طرف چلا جائے گا۔</w:t>
      </w:r>
    </w:p>
    <w:p>
      <w:r>
        <w:rPr>
          <w:b/>
        </w:rPr>
        <w:t xml:space="preserve">[1:01:02] </w:t>
      </w:r>
      <w:r>
        <w:t>Foran apna difaa karne lagega woh. Lekin kitaab mein kya difaa karega</w:t>
      </w:r>
    </w:p>
    <w:p>
      <w:pPr>
        <w:jc w:val="right"/>
      </w:pPr>
      <w:r>
        <w:t>فوراً اپنا دفاع کرنے لگے گا وہ۔ لیکن کتاب میں کیا دفاع کرے گا</w:t>
      </w:r>
    </w:p>
    <w:p>
      <w:r>
        <w:rPr>
          <w:b/>
        </w:rPr>
        <w:t xml:space="preserve">[1:01:07] </w:t>
      </w:r>
      <w:r>
        <w:t>? Kitaab mein to saamne koi hai hi nahi jisse difaa kare woh. To Quran ka distribution aur yeh jo literature jisko main kehta hoon supporting literature, uska distribution bahut hi important hai.</w:t>
      </w:r>
    </w:p>
    <w:p>
      <w:pPr>
        <w:jc w:val="right"/>
      </w:pPr>
      <w:r>
        <w:t>؟ کتاب میں تو سامنے کوئی ہے ہی نہیں جس سے دفاع کرے وہ۔ تو قرآن کا ڈسٹریبیوشن اور یہ جو لٹریچر جس کو میں کہتا ہوں سپورٹنگ لٹریچر، اس کا ڈسٹریبیوشن بہت ہی امپورٹنٹ ہے۔</w:t>
      </w:r>
    </w:p>
    <w:p>
      <w:r>
        <w:rPr>
          <w:b/>
        </w:rPr>
        <w:t xml:space="preserve">[1:01:19] </w:t>
      </w:r>
      <w:r>
        <w:t>Bahut zyada important hai. Isko filter karne ki zaroorat hai.</w:t>
      </w:r>
    </w:p>
    <w:p>
      <w:pPr>
        <w:jc w:val="right"/>
      </w:pPr>
      <w:r>
        <w:t>بہت زیادہ امپورٹنٹ ہے۔ اس کو فلٹ کرنے کی ضرورت ہے۔</w:t>
      </w:r>
    </w:p>
    <w:p>
      <w:r>
        <w:rPr>
          <w:b/>
        </w:rPr>
        <w:t xml:space="preserve">[1:01:23] </w:t>
      </w:r>
      <w:r>
        <w:t>Jo maine pichli baar 28 November ko Hyderabad mein ek call di thi. Yani operation filter. To woh bahut soch samajh kar woh call di thi maine ke Quran ko aur supporting literature ko filter kar dijiye.</w:t>
      </w:r>
    </w:p>
    <w:p>
      <w:pPr>
        <w:jc w:val="right"/>
      </w:pPr>
      <w:r>
        <w:t>جو میں نے پچھلی بار 28 نومبر کو حیدرآباد میں ایک کال دی تھی۔ یعنی آپریشن فلٹ۔ تو وہ بہت سوچ سمجھ کر وہ کال دی تھی میں نے کہ قرآن کو اور سپورٹنگ لٹریچر کو فلٹ کر دیجئے۔</w:t>
      </w:r>
    </w:p>
    <w:p>
      <w:r>
        <w:rPr>
          <w:b/>
        </w:rPr>
        <w:t xml:space="preserve">[1:01:37] </w:t>
      </w:r>
      <w:r>
        <w:t>Saari duniya mein. Mukhtalif language mein tayyar kar ke. Saari duniya mein filter kar dijiye. Quran ko aur supporting literature ko.</w:t>
      </w:r>
    </w:p>
    <w:p>
      <w:pPr>
        <w:jc w:val="right"/>
      </w:pPr>
      <w:r>
        <w:t>ساری دنیا میں۔ مختلف لینگویج میں تیار کر کے۔ ساری دنیا میں فلٹ کر دیجئے۔ قرآن کو اور سپورٹنگ لٹریچر کو۔</w:t>
      </w:r>
    </w:p>
    <w:p>
      <w:r>
        <w:rPr>
          <w:b/>
        </w:rPr>
        <w:t xml:space="preserve">[1:01:47] </w:t>
      </w:r>
      <w:r>
        <w:t>Yeh bahut hi powerful tareeqa hai yani da'wah work ka.</w:t>
      </w:r>
    </w:p>
    <w:p>
      <w:pPr>
        <w:jc w:val="right"/>
      </w:pPr>
      <w:r>
        <w:t>یہ بہت ہی پاورفل طریقہ ہے یعنی داؤ ورک کا۔</w:t>
      </w:r>
    </w:p>
    <w:p>
      <w:r>
        <w:rPr>
          <w:b/>
        </w:rPr>
        <w:t xml:space="preserve">[1:01:57] </w:t>
      </w:r>
      <w:r>
        <w:t>Maulana, agla sawal Maulana Iqbal Umri ne kiya hai Chennai se. Unhone likha hai: "Tawakkul aur wisdom pe base ki hui planning mein kya farq hai?" Iske bare mein bataein.</w:t>
      </w:r>
    </w:p>
    <w:p>
      <w:pPr>
        <w:jc w:val="right"/>
      </w:pPr>
      <w:r>
        <w:t>مولانا، اگلا سوال مولانا اقبال عمری نے کیا ہے چنئی سے۔ انہوں نے لکھا ہے: "तवक्कुल और विज़डम पे बेस की हुई प्लानिंग में क्या फर्क है?" اس کے بارے میں بتائیں۔</w:t>
      </w:r>
    </w:p>
    <w:p>
      <w:r>
        <w:rPr>
          <w:b/>
        </w:rPr>
        <w:t xml:space="preserve">[1:02:11] </w:t>
      </w:r>
      <w:r>
        <w:t>Bhai yeh to hadith mein iska jawab maujood hai.</w:t>
      </w:r>
    </w:p>
    <w:p>
      <w:pPr>
        <w:jc w:val="right"/>
      </w:pPr>
      <w:r>
        <w:t>بھئی یہ تو حدیث میں اس کا جواب موجود ہے۔</w:t>
      </w:r>
    </w:p>
    <w:p>
      <w:r>
        <w:rPr>
          <w:b/>
        </w:rPr>
        <w:t xml:space="preserve">[1:02:15] </w:t>
      </w:r>
      <w:r>
        <w:t>Ek shakhs ne Rasool Allah (SAW) se poocha ke main apne mere paas oont jo hai, is oont ko main baat ka tawakkul karoon ya chhod kar tawakkul karoon?</w:t>
      </w:r>
    </w:p>
    <w:p>
      <w:pPr>
        <w:jc w:val="right"/>
      </w:pPr>
      <w:r>
        <w:t>ایک شخص نے رسول اللہ صلی اللہ علیہ وسلم سے پوچھا کہ میں اپنے میرے پاس اونٹ جو ہے، اس اونٹ کو میں بات کا توکل کروں یا چھوڑ کر توکل کروں؟</w:t>
      </w:r>
    </w:p>
    <w:p>
      <w:r>
        <w:rPr>
          <w:b/>
        </w:rPr>
        <w:t xml:space="preserve">[1:02:27] </w:t>
      </w:r>
      <w:r>
        <w:t>Aap ne farmaya ke "iqlaaf tawakkal". Isko pehle baandho phir tawakkal karo. To tawakkal ka matlab yeh jo liya liya gaya hai, bas Allah par daalna, yeh tawakkal nahi hai.</w:t>
      </w:r>
    </w:p>
    <w:p>
      <w:pPr>
        <w:jc w:val="right"/>
      </w:pPr>
      <w:r>
        <w:t>آپ نے فرمایا کہ "إِقْلَافَ تَوَكَّلْ" ۔ اس کو پہلے باندھو پر توکل کرو۔ تو توکل کا مطلب یہ جو لیا لیا گیا ہے، بس اللہ پر ڈالنا، یہ توکل نہیں ہے۔</w:t>
      </w:r>
    </w:p>
    <w:p>
      <w:r>
        <w:rPr>
          <w:b/>
        </w:rPr>
        <w:t xml:space="preserve">[1:02:39] </w:t>
      </w:r>
      <w:r>
        <w:t>Yeh to yeh to be danisti ki baat hai, iska Islam se koi ta'alluq nahi hai.</w:t>
      </w:r>
    </w:p>
    <w:p>
      <w:pPr>
        <w:jc w:val="right"/>
      </w:pPr>
      <w:r>
        <w:t>یہ تو یہ تو بے دانستی کی بات ہے، اس کا اسلام سے کوئی تعلق نہیں ہے۔</w:t>
      </w:r>
    </w:p>
    <w:p>
      <w:r>
        <w:rPr>
          <w:b/>
        </w:rPr>
        <w:t xml:space="preserve">[1:02:45] </w:t>
      </w:r>
      <w:r>
        <w:t>Dekhein tawakkal ka matlab kya hai, main jo samjhaun woh yeh hai ke jitni aap ke bas mein hai, aap apni aqal ko istemal karein, apni soch ko istemal karein, apni resources ko istemal karein, aur bahut hi realistic way mein planning karein aap.</w:t>
      </w:r>
    </w:p>
    <w:p>
      <w:pPr>
        <w:jc w:val="right"/>
      </w:pPr>
      <w:r>
        <w:t>دیکھیں توکل کا مطلب کیا ہے، میں جو سمجھاؤں وہ یہ ہے کہ جتنی آپ کے بس میں ہے، آپ اپنی عقل کو استعمال کریں، اپنی سوچ کو استعمال کریں، اپنی ریسورسز کو استعمال کریں، اور بہت ہی ریلسٹک وے میں پلاننگ کریں آپ۔</w:t>
      </w:r>
    </w:p>
    <w:p>
      <w:r>
        <w:rPr>
          <w:b/>
        </w:rPr>
        <w:t xml:space="preserve">[1:03:02] </w:t>
      </w:r>
      <w:r>
        <w:t>Lekin dekhein insaan ki limitations hoti hain, kahin na kahin insaan ki had aa jati hai.</w:t>
      </w:r>
    </w:p>
    <w:p>
      <w:pPr>
        <w:jc w:val="right"/>
      </w:pPr>
      <w:r>
        <w:t>لیکن دیکھیں انسان کی لیمیٹیشنز ہوتی ہیں، کہیں نہ کہیں انسان کی حد آ جاتی ہے۔</w:t>
      </w:r>
    </w:p>
    <w:p>
      <w:r>
        <w:rPr>
          <w:b/>
        </w:rPr>
        <w:t xml:space="preserve">[1:03:09] </w:t>
      </w:r>
      <w:r>
        <w:t>To agar aap ne apne aap ko poori tarah exert kiya hai to jo aap ki kami hai woh Allah poori kar dega. Tawakkul ka matlab yeh hai "man yatawakkal 'alallahi fa hasbuhu".</w:t>
      </w:r>
    </w:p>
    <w:p>
      <w:pPr>
        <w:jc w:val="right"/>
      </w:pPr>
      <w:r>
        <w:t>تو اگر آپ نے اپنے آپ کو پوری طرح ایگزیکٹ کیا ہے تو جو آپ کی کمی ہے وہ اللہ پوری کر دے گا۔ توکل کا مطلب یہ ہے "مَنْ يَتَوَكَّلْ عَلَى اللَّهِ فَحَزْبُهُ" ۔</w:t>
      </w:r>
    </w:p>
    <w:p>
      <w:r>
        <w:rPr>
          <w:b/>
        </w:rPr>
        <w:t xml:space="preserve">[1:03:21] </w:t>
      </w:r>
      <w:r>
        <w:t>Matlab apna sab kuch kar ke aap yeh kahein: Khuda yahan to meri had aa gayi, ab aage to meri madad farma.</w:t>
      </w:r>
    </w:p>
    <w:p>
      <w:pPr>
        <w:jc w:val="right"/>
      </w:pPr>
      <w:r>
        <w:t>مطلب اپنا سب کچھ کر کے آپ یہ کہیں: خدائے یہاں تو میری حد آ گئی، اب آگے تو میری مدد فرما۔</w:t>
      </w:r>
    </w:p>
    <w:p>
      <w:r>
        <w:rPr>
          <w:b/>
        </w:rPr>
        <w:t xml:space="preserve">[1:03:29] </w:t>
      </w:r>
      <w:r>
        <w:t>to wahan par aap ki madad hogi. yeh matlab hai tawakkul ka. yaani aap yun kahein ke 50% aap ka hissa hai, jab hissa aap ada karte hain to baqiya 50% Allah ki taraf poora kar diya jata hai.</w:t>
      </w:r>
    </w:p>
    <w:p>
      <w:pPr>
        <w:jc w:val="right"/>
      </w:pPr>
      <w:r>
        <w:t>تو وہاں پر آپ کی مدد ہوگی۔ یہ مطلب ہے توکل کا۔ یعنی آپ یوں کہیں کہ 50% آپ کا حصہ ہے، جب حصہ آپ ادا کرتے ہیں تو بقیہ 50% اللہ کی طرف پورا کر دیا جاتا ہے۔</w:t>
      </w:r>
    </w:p>
    <w:p>
      <w:r>
        <w:rPr>
          <w:b/>
        </w:rPr>
        <w:t xml:space="preserve">[1:03:46] </w:t>
      </w:r>
      <w:r>
        <w:t>jaise ek aayat hai ke "ilahi yas'adul kalim-ut-tayyib wal-'amal-us-salih 'arfuhu" .</w:t>
      </w:r>
    </w:p>
    <w:p>
      <w:pPr>
        <w:jc w:val="right"/>
      </w:pPr>
      <w:r>
        <w:t>جیسے ایک آیت ہے کہ "إِلَهِ يَسَعَدُ الْكَلَمُ الطَّيِّبِ وَالْعَمْلُ الصَّالِحِ عَرْفُهُ" ۔</w:t>
      </w:r>
    </w:p>
    <w:p>
      <w:r>
        <w:rPr>
          <w:b/>
        </w:rPr>
        <w:t xml:space="preserve">[1:03:54] </w:t>
      </w:r>
      <w:r>
        <w:t>"ilahi yas'adul kalim-ut-tayyib wal-'amal-us-salih 'arf</w:t>
      </w:r>
    </w:p>
    <w:p>
      <w:pPr>
        <w:jc w:val="right"/>
      </w:pPr>
      <w:r>
        <w:t>"إِلَهِ يَسَعَدُ الْكَلَمُ الطَّيِّبِ وَالْعَمْلُ الصَّالِحِ عَرْف</w:t>
      </w:r>
    </w:p>
    <w:p>
      <w:r>
        <w:rPr>
          <w:b/>
        </w:rPr>
        <w:t xml:space="preserve">[1:03:58] </w:t>
      </w:r>
      <w:r>
        <w:t>uhu" . yaani ek hai kalima tayyib, ek hai amal salih. to kalima tayyib aap ko pesh karna hai. yaani kalima ke ma'ni la ilaha nahi yahan par hai, koi bhi positive baat.</w:t>
      </w:r>
    </w:p>
    <w:p>
      <w:pPr>
        <w:jc w:val="right"/>
      </w:pPr>
      <w:r>
        <w:t>ُهُ" ۔ یعنی ایک ہے کلمہ طیب، ایک ہے عمل صالح۔ تو کلمہ طیب آپ کو پیش کرنا ہے۔ یعنی کلمہ کے معنی لا الہ نہیں یہاں پر ہے، کوئی بھی پازیٹیو بات۔</w:t>
      </w:r>
    </w:p>
    <w:p>
      <w:r>
        <w:rPr>
          <w:b/>
        </w:rPr>
        <w:t xml:space="preserve">[1:04:10] </w:t>
      </w:r>
      <w:r>
        <w:t>to aap positive baat jo aap ke paas hai, koi positive planning, koi positive maqsad, koi positive target, jaiz qism ka, us mein bharpoor tor par aap ke paas jo kuch ho woh laga dein aap.</w:t>
      </w:r>
    </w:p>
    <w:p>
      <w:pPr>
        <w:jc w:val="right"/>
      </w:pPr>
      <w:r>
        <w:t>تو آپ پازیٹیو بات جو آپ کے پاس ہے، کوئی پازیٹیو پلاننگ، کوئی پازیٹیو مقصد، کوئی پازیٹیو ٹارگٹ، جائز قسم کا، اس میں بھرپور طور پر آپ کے پاس جو کچھ ہو وہ لگا دیں آپ۔</w:t>
      </w:r>
    </w:p>
    <w:p>
      <w:r>
        <w:rPr>
          <w:b/>
        </w:rPr>
        <w:t xml:space="preserve">[1:04:24] </w:t>
      </w:r>
      <w:r>
        <w:t>to is ke baad baqiya jo hai Allah ki taraf poora kiya</w:t>
      </w:r>
    </w:p>
    <w:p>
      <w:pPr>
        <w:jc w:val="right"/>
      </w:pPr>
      <w:r>
        <w:t>تو اس کے بعد بقیہ جو ہے اللہ کی طرف پورا کیا</w:t>
      </w:r>
    </w:p>
    <w:p>
      <w:r>
        <w:rPr>
          <w:b/>
        </w:rPr>
        <w:t xml:space="preserve">[1:04:27] </w:t>
      </w:r>
      <w:r>
        <w:t>jayega. yeh matlab hai yaani "man yatawakkal 'alal-lahi fa-hasbuhu" . woh hadith mein khud is ka jawab hai ke aap ne farmaya ke oont ko bandho par toakkal karo.</w:t>
      </w:r>
    </w:p>
    <w:p>
      <w:pPr>
        <w:jc w:val="right"/>
      </w:pPr>
      <w:r>
        <w:t>جائے گا۔ یہ مطلب ہے یعنی "مَنْ يَتَوَكَّلْ عَلَى اللَّهِ فَحَزْبُهُ" ۔ وہ حدیث میں خود اس کا جواب ہے کہ آپ نے فرمایا کہ اونٹ کو باندھو پر توکل کرو۔</w:t>
      </w:r>
    </w:p>
    <w:p>
      <w:r>
        <w:rPr>
          <w:b/>
        </w:rPr>
        <w:t xml:space="preserve">[1:04:39] </w:t>
      </w:r>
      <w:r>
        <w:t>yeh nahi ke chhod do phir toakkal, yaani Allah par toakkal karte hue chhod do us ko. yeh yeh nahi farmaya aap ne. to hadith ka yeh jo hadith hai bohat wazeh tor par batati hai ke ke toakkal ka concept Islam mein kya hai.</w:t>
      </w:r>
    </w:p>
    <w:p>
      <w:pPr>
        <w:jc w:val="right"/>
      </w:pPr>
      <w:r>
        <w:t>یہ نہیں کہ چھوڑ دو پھر توکل، یعنی اللہ پر توکل کرتے ہوئے چھوڑ دو اس کو۔ یہ یہ نہیں فرمایا آپ نے۔ تو حدیث کا یہ جو حدیث ہے بہت واضح طور پر بتاتی ہے کہ کہ توکل کا کانسیپٹ اسلام میں کیا ہے۔</w:t>
      </w:r>
    </w:p>
    <w:p>
      <w:r>
        <w:rPr>
          <w:b/>
        </w:rPr>
        <w:t xml:space="preserve">[1:04:54] </w:t>
      </w:r>
      <w:r>
        <w:t>maulana, agla sawal Doha, Qatar se hai.</w:t>
      </w:r>
    </w:p>
    <w:p>
      <w:pPr>
        <w:jc w:val="right"/>
      </w:pPr>
      <w:r>
        <w:t>مولانا، اگلا سوال دوحہ، قطر سے ہے۔</w:t>
      </w:r>
    </w:p>
    <w:p>
      <w:r>
        <w:rPr>
          <w:b/>
        </w:rPr>
        <w:t xml:space="preserve">[1:04:57] </w:t>
      </w:r>
      <w:r>
        <w:t>maulana Abdul Basit Umri ne kiya hai. unhone likha hai: "Maulana, aksar doosron ki ghaltiyan fori discover hoti hain, lekin apni ghalti sochne par bhi discover nahi hoti." Maulana, yeh kya masla hai is ke bare mein aap hamein batayein.</w:t>
      </w:r>
    </w:p>
    <w:p>
      <w:pPr>
        <w:jc w:val="right"/>
      </w:pPr>
      <w:r>
        <w:t>مولانا عبدالباسط عمری نے کیا ہے۔ انہوں نے لکھا ہے: "مولانا، अक्सर दूसरों की गलतियाँ فوری ڈسکور होती हैं, लेकिन अपनी गलती सोचने पर भी ڈسکور नहीं होती।" مولانا، یہ کیا مسئلہ ہے اس کے بارے میں آپ ہمیں بتائیں۔</w:t>
      </w:r>
    </w:p>
    <w:p>
      <w:r>
        <w:rPr>
          <w:b/>
        </w:rPr>
        <w:t xml:space="preserve">[1:05:16] </w:t>
      </w:r>
      <w:r>
        <w:t>dekhein aadmi ke andar bohat zyada yeh bhara hua hai ke "I am right, I am right."</w:t>
      </w:r>
    </w:p>
    <w:p>
      <w:pPr>
        <w:jc w:val="right"/>
      </w:pPr>
      <w:r>
        <w:t>دیکھیں آدمی کے اندر بہت زیادہ یہ بھرا ہوا ہے کہ "I amright, I amright."</w:t>
      </w:r>
    </w:p>
    <w:p>
      <w:r>
        <w:rPr>
          <w:b/>
        </w:rPr>
        <w:t xml:space="preserve">[1:05:25] </w:t>
      </w:r>
      <w:r>
        <w:t>"I am wrong" yeh bhara hua nahi hai. apne aap ko sahi samajhna, yaani Right Wish Thinking, yeh bohat bhara hua hai insaan ke andar.</w:t>
      </w:r>
    </w:p>
    <w:p>
      <w:pPr>
        <w:jc w:val="right"/>
      </w:pPr>
      <w:r>
        <w:t>"I am wrong" یہ بھرا ہوا نہیں ہے۔ اپنے آپ کو صحیح سمجھنا، یعنی Right Wish Thinking، یہ بہت بھرا ہوا ہے انسان کے اندر۔</w:t>
      </w:r>
    </w:p>
    <w:p>
      <w:r>
        <w:rPr>
          <w:b/>
        </w:rPr>
        <w:t xml:space="preserve">[1:05:34] </w:t>
      </w:r>
      <w:r>
        <w:t>to jab tak aap apne khilaf sochne ka zehan develop na karein, tab tak aap nahi samajh payenge.</w:t>
      </w:r>
    </w:p>
    <w:p>
      <w:pPr>
        <w:jc w:val="right"/>
      </w:pPr>
      <w:r>
        <w:t>تو جب تک آپ اپنے خلاف سوچنے کا ذہن ڈیولپ نہ کریں، تب تک آپ نہیں سمجھ پائیں گے۔</w:t>
      </w:r>
    </w:p>
    <w:p>
      <w:r>
        <w:rPr>
          <w:b/>
        </w:rPr>
        <w:t xml:space="preserve">[1:05:51] </w:t>
      </w:r>
      <w:r>
        <w:t>yaani Anti-Self Thinking agar aap ke andar hogi, tab aisa hoga ke aap apne ghaltiyon ko pakad payenge.</w:t>
      </w:r>
    </w:p>
    <w:p>
      <w:pPr>
        <w:jc w:val="right"/>
      </w:pPr>
      <w:r>
        <w:t>یعنی Anti-Self Thinking اگر آپ کے اندر ہوگی، تب ایسا ہوگا کہ آپ اپنے غلطیوں کو پکڑ پائیں گے۔</w:t>
      </w:r>
    </w:p>
    <w:p>
      <w:r>
        <w:rPr>
          <w:b/>
        </w:rPr>
        <w:t xml:space="preserve">[1:06:02] </w:t>
      </w:r>
      <w:r>
        <w:t>to main samajhta hoon ke is ka ek tareeqa yeh hai ke ek to aap apne andar Anti-Self Thinking paida</w:t>
      </w:r>
    </w:p>
    <w:p>
      <w:pPr>
        <w:jc w:val="right"/>
      </w:pPr>
      <w:r>
        <w:t>تو میں سمجھتا ہوں کہ اس کا ایک طریقہ یہ ہے کہ ایک تو آپ اپنے اندر Anti-Self Thinking پیدا</w:t>
      </w:r>
    </w:p>
    <w:p>
      <w:r>
        <w:rPr>
          <w:b/>
        </w:rPr>
        <w:t xml:space="preserve">[1:06:09] </w:t>
      </w:r>
      <w:r>
        <w:t>karein. doosri baat yeh honi chahiye ke doosra shakhs agar aap par criticize karta hai to bohat positively leijiye, react mat kijiye.</w:t>
      </w:r>
    </w:p>
    <w:p>
      <w:pPr>
        <w:jc w:val="right"/>
      </w:pPr>
      <w:r>
        <w:t>کریں۔ دوسری بات یہ ہونی چاہیے کہ دوسرا شخص اگر آپ پر Criticize کرتا ہے تو بہت Positively لیجیے، React مت کیجیے۔</w:t>
      </w:r>
    </w:p>
    <w:p>
      <w:r>
        <w:rPr>
          <w:b/>
        </w:rPr>
        <w:t xml:space="preserve">[1:06:19] </w:t>
      </w:r>
      <w:r>
        <w:t>kyun ke doosra aadmi jo hai woh kisi obsession mein nahi hai aap ke bare mein. aap ko dekhta hai woh bohat hi, yaani</w:t>
      </w:r>
    </w:p>
    <w:p>
      <w:pPr>
        <w:jc w:val="right"/>
      </w:pPr>
      <w:r>
        <w:t>کیونکہ دوسرا آدمی جو ہے وہ کسی Obsession میں نہیں ہے آپ کے بارے میں۔ آپ کو دیکھتا ہے وہ بہت ہی، یعنی</w:t>
      </w:r>
    </w:p>
    <w:p>
      <w:r>
        <w:rPr>
          <w:b/>
        </w:rPr>
        <w:t xml:space="preserve">[1:06:33] </w:t>
      </w:r>
      <w:r>
        <w:t>indifferent ho kar ke. to kai baar aisa hota hai ke woh point out kar pata hai doosra aadmi.</w:t>
      </w:r>
    </w:p>
    <w:p>
      <w:pPr>
        <w:jc w:val="right"/>
      </w:pPr>
      <w:r>
        <w:t>Indifferent ہو کر کے۔ تو کئی بار ایسا ہوتا ہے کہ وہ Point Out کر پاتا ہے دوسرا آدمی۔</w:t>
      </w:r>
    </w:p>
    <w:p>
      <w:r>
        <w:rPr>
          <w:b/>
        </w:rPr>
        <w:t xml:space="preserve">[1:06:39] </w:t>
      </w:r>
      <w:r>
        <w:t>to aadmi ke andar agar do sifat hain, ek to ek apna muhasiba, jo kehte hain Anti-Self Thinking. muhasibe hi ka doosra naam Anti-Self Thinking.</w:t>
      </w:r>
    </w:p>
    <w:p>
      <w:pPr>
        <w:jc w:val="right"/>
      </w:pPr>
      <w:r>
        <w:t>تو آدمی کے اندر اگر دو صفت ہیں، ایک تو ایک اپنا محاسبہ، جو کہتے ہیں Anti-Self Thinking۔ محاسبے ہی کا دوسرا نام Anti-Self Thinking۔</w:t>
      </w:r>
    </w:p>
    <w:p>
      <w:r>
        <w:rPr>
          <w:b/>
        </w:rPr>
        <w:t xml:space="preserve">[1:06:50] </w:t>
      </w:r>
      <w:r>
        <w:t>yeh ho. aur doosri baat yeh ke criticism ko woh hamesha positively par le. criticism par provoke na ho, criticism par ghussa na ho. criticism ko kisi ghalt ma'ni mein na le.</w:t>
      </w:r>
    </w:p>
    <w:p>
      <w:pPr>
        <w:jc w:val="right"/>
      </w:pPr>
      <w:r>
        <w:t>یہ ہو۔ اور دوسری بات یہ کہ Criticism کو وہ ہمیشہ Positively پر لے۔ Criticism پر Provoke نہ ہو، Criticism پر غصہ نہ ہو۔ Criticism کو کسی غلط معنی میں نہ لے۔</w:t>
      </w:r>
    </w:p>
    <w:p>
      <w:r>
        <w:rPr>
          <w:b/>
        </w:rPr>
        <w:t xml:space="preserve">[1:07:01] </w:t>
      </w:r>
      <w:r>
        <w:t>yeh do sifatें hain. to yaqeenan insaan sachai tak pahunch sakta hai.</w:t>
      </w:r>
    </w:p>
    <w:p>
      <w:pPr>
        <w:jc w:val="right"/>
      </w:pPr>
      <w:r>
        <w:t>یہ دو صفتیں ہیں۔ تو یقینی طور پر انسان سچائی تک پہنچ سکتا ہے۔</w:t>
      </w:r>
    </w:p>
    <w:p>
      <w:r>
        <w:rPr>
          <w:b/>
        </w:rPr>
        <w:t xml:space="preserve">[1:07:10] </w:t>
      </w:r>
      <w:r>
        <w:t>So it is two point formula.</w:t>
      </w:r>
    </w:p>
    <w:p>
      <w:pPr>
        <w:jc w:val="right"/>
      </w:pPr>
      <w:r>
        <w:t>So it is two point formula.</w:t>
      </w:r>
    </w:p>
    <w:p>
      <w:r>
        <w:rPr>
          <w:b/>
        </w:rPr>
        <w:t xml:space="preserve">[1:07:15] </w:t>
      </w:r>
      <w:r>
        <w:t>maulana, agla sawal Chennai se hai. Khalil ur Rehman sahib ka. unhone likha hai: "Molana, your thought-provoking speeches inspire us.</w:t>
      </w:r>
    </w:p>
    <w:p>
      <w:pPr>
        <w:jc w:val="right"/>
      </w:pPr>
      <w:r>
        <w:t>مولانا، اگلا سوال چنئی سے ہے۔ خلیل الرحمان صاحب کا۔ انہوں نے لکھا ہے: "Molana, your thought-provoking speeches inspire us.</w:t>
      </w:r>
    </w:p>
    <w:p>
      <w:r>
        <w:rPr>
          <w:b/>
        </w:rPr>
        <w:t xml:space="preserve">[1:07:27] </w:t>
      </w:r>
      <w:r>
        <w:t>Why is it that we are living in falsehood? Is it because that we have forgotten the Holy Quran? What is your comment?" nahi dekhein yeh sahi nahi hai.</w:t>
      </w:r>
    </w:p>
    <w:p>
      <w:pPr>
        <w:jc w:val="right"/>
      </w:pPr>
      <w:r>
        <w:t>Why is it that we are living in falsehood? Is it because that we have forgotten the Holy Quran? What is your comment?" نہیں دیکھیں یہ صحیح نہیں ہے۔</w:t>
      </w:r>
    </w:p>
    <w:p>
      <w:r>
        <w:rPr>
          <w:b/>
        </w:rPr>
        <w:t xml:space="preserve">[1:07:41] </w:t>
      </w:r>
      <w:r>
        <w:t>forget kahan kiya, Quran to har ghar mein hai, har aadmi Quran ki tilawat kar raha hai, aur Quran ki dhoom machi hui hai har jagah. yeh zawal ka phenomenon hai.</w:t>
      </w:r>
    </w:p>
    <w:p>
      <w:pPr>
        <w:jc w:val="right"/>
      </w:pPr>
      <w:r>
        <w:t>Forget کہاں کیا، قرآن تو ہر گھر میں ہے، ہر آدمی قرآن کی تلاوت کر رہا ہے، اور قرآن کی دھوم مچی ہوئی ہے ہر جگہ۔ یہ زوال کا فیناومینا ہے۔</w:t>
      </w:r>
    </w:p>
    <w:p>
      <w:r>
        <w:rPr>
          <w:b/>
        </w:rPr>
        <w:t xml:space="preserve">[1:07:54] </w:t>
      </w:r>
      <w:r>
        <w:t>yeh cheez jo hai woh har ummat par zawal aata hai, aur yeh zawal ka phenomenon</w:t>
      </w:r>
    </w:p>
    <w:p>
      <w:pPr>
        <w:jc w:val="right"/>
      </w:pPr>
      <w:r>
        <w:t>یہ چیز جو ہے وہ ہر امت پر زوال آتا ہے، اور یہ زوال کا فیناومینا</w:t>
      </w:r>
    </w:p>
    <w:p>
      <w:r>
        <w:rPr>
          <w:b/>
        </w:rPr>
        <w:t xml:space="preserve">[1:08:00] </w:t>
      </w:r>
      <w:r>
        <w:t>hai. Dekhein woh jo hadithain hain jo hain is mafhoom ki ke "latatba'un sarra man kana qablakum" .</w:t>
      </w:r>
    </w:p>
    <w:p>
      <w:pPr>
        <w:jc w:val="right"/>
      </w:pPr>
      <w:r>
        <w:t>ہے۔ دیکھیں وہ جو حدیثیں ہیں جو ہیں اس مفہوم کی کہ "لَتَتَّبَعُونَّ سُرًّا مَنْ كَانَ قَبْلُكُمْ" ۔</w:t>
      </w:r>
    </w:p>
    <w:p>
      <w:r>
        <w:rPr>
          <w:b/>
        </w:rPr>
        <w:t xml:space="preserve">[1:08:09] </w:t>
      </w:r>
      <w:r>
        <w:t>Tum pichli ummaton ko follow karoge. Is ko bhi hamare ulama samajh nahi paye. Is ka matlab hai ke jis tarah pichli ummaton par zawal aaya, tumhare upar zawal ayega.</w:t>
      </w:r>
    </w:p>
    <w:p>
      <w:pPr>
        <w:jc w:val="right"/>
      </w:pPr>
      <w:r>
        <w:t>تم پچھلی امتوں کو فالو کرو گے۔ اس کو بھی ہمارے علماء سمجھ نہیں پائے۔ اس کا مطلب ہے کہ جس طرح پچھلی امتوں پر زوال آیا، تمہارے اوپر زوال آئے گا۔</w:t>
      </w:r>
    </w:p>
    <w:p>
      <w:r>
        <w:rPr>
          <w:b/>
        </w:rPr>
        <w:t xml:space="preserve">[1:08:20] </w:t>
      </w:r>
      <w:r>
        <w:t>The law of nature. To jab zawal ayega to yeh sab se achi siftain paida hongi.</w:t>
      </w:r>
    </w:p>
    <w:p>
      <w:pPr>
        <w:jc w:val="right"/>
      </w:pPr>
      <w:r>
        <w:t>The law of nature. تو جب زوال آئے گا تو یہ سب سے اچھی صفتیں پیدا ہوں گی۔</w:t>
      </w:r>
    </w:p>
    <w:p>
      <w:r>
        <w:rPr>
          <w:b/>
        </w:rPr>
        <w:t xml:space="preserve">[1:08:27] </w:t>
      </w:r>
      <w:r>
        <w:t>Musalman yeh samajhte hain, yani hamare ulama ne yeh in ko samjha rakha hai ke tum khair ummat ho, tum khair ummat ho, tum khair ummat ho. Yeh bohat zyada is cheez ne logon ko Mislead kiya hai.</w:t>
      </w:r>
    </w:p>
    <w:p>
      <w:pPr>
        <w:jc w:val="right"/>
      </w:pPr>
      <w:r>
        <w:t>مسلمان یہ سمجھتے ہیں، یعنی ہمارے علماء نے یہ ان کو سمجھا رکھا ہے کہ تم خیر امت ہو، تم خیر امت ہو، تم خیر امت ہو۔ یہ بہت زیادہ اس چیز نے لوگوں کو Mislead کیا ہے۔</w:t>
      </w:r>
    </w:p>
    <w:p>
      <w:r>
        <w:rPr>
          <w:b/>
        </w:rPr>
        <w:t xml:space="preserve">[1:08:41] </w:t>
      </w:r>
      <w:r>
        <w:t>Bohat zyada Mislead kiya hai. Kyun ke is ki wajah se yeh bhool gaya musalman ke hum par zawal ayega.</w:t>
      </w:r>
    </w:p>
    <w:p>
      <w:pPr>
        <w:jc w:val="right"/>
      </w:pPr>
      <w:r>
        <w:t>بہت زیادہ Mislead کیا ہے۔ کیونکہ اس کی وجہ سے یہ بھول گیا مسلمان کہ ہم پر زوال آئے گا۔</w:t>
      </w:r>
    </w:p>
    <w:p>
      <w:r>
        <w:rPr>
          <w:b/>
        </w:rPr>
        <w:t xml:space="preserve">[1:08:47] </w:t>
      </w:r>
      <w:r>
        <w:t>Yeh jo woh ummat laqab jis ko khair ul umum tha, yeh jo zehan hai ke hum khair ummat hain, is ne musalmanon ko is Reality se bekhabar kar diya ke zawal har ummat par aata hai aur musalmanon pe bhi ayega.</w:t>
      </w:r>
    </w:p>
    <w:p>
      <w:pPr>
        <w:jc w:val="right"/>
      </w:pPr>
      <w:r>
        <w:t>یہ جو وہ امت لقب جس کو خیر العموم تھا، یہ جو ذہن ہے کہ ہم خیر امت ہیں، اس نے مسلمانوں کو اس Reality سے بے خبر کر دیا کہ زوال ہر امت پر آتا ہے اور مسلمانوں پہ بھی آئے گا۔</w:t>
      </w:r>
    </w:p>
    <w:p>
      <w:r>
        <w:rPr>
          <w:b/>
        </w:rPr>
        <w:t xml:space="preserve">[1:09:03] </w:t>
      </w:r>
      <w:r>
        <w:t>To aaj musalman apne daur zawal mein hain. Sirf Quran ki tilawat karne se masla hal nahi hoga. Quran ka tarjuma parhne se masla hal nahi hua.</w:t>
      </w:r>
    </w:p>
    <w:p>
      <w:pPr>
        <w:jc w:val="right"/>
      </w:pPr>
      <w:r>
        <w:t>تو آج مسلمان اپنے دور زوال میں ہیں۔ صرف قرآن کی تلاوت کرنے سے مسئلہ حل نہیں ہوگا۔ قرآن کا ترجمہ پڑھنے سے مسئلہ حل نہیں ہوا۔</w:t>
      </w:r>
    </w:p>
    <w:p>
      <w:r>
        <w:rPr>
          <w:b/>
        </w:rPr>
        <w:t xml:space="preserve">[1:09:12] </w:t>
      </w:r>
      <w:r>
        <w:t>Balke in ki Deconditioning karni padegi.</w:t>
      </w:r>
    </w:p>
    <w:p>
      <w:pPr>
        <w:jc w:val="right"/>
      </w:pPr>
      <w:r>
        <w:t>بلکہ ان کی Deconditioning کرنی پڑے گی۔</w:t>
      </w:r>
    </w:p>
    <w:p>
      <w:r>
        <w:rPr>
          <w:b/>
        </w:rPr>
        <w:t xml:space="preserve">[1:09:16] </w:t>
      </w:r>
      <w:r>
        <w:t>In ko in ko aik aik cheez ko Analysis kar ke batana padega ke yahan ghalti, yahan ghalti, yahan ghalti. Is ko Point Out karna padega.</w:t>
      </w:r>
    </w:p>
    <w:p>
      <w:pPr>
        <w:jc w:val="right"/>
      </w:pPr>
      <w:r>
        <w:t>ان کو ان کو ایک ایک چیز کو Analysis کر کے بتانا پڑے گا کہ یہاں غلطی، یہاں غلطی، یہاں غلطی۔ اس کو Point Out کرنا پڑے گا۔</w:t>
      </w:r>
    </w:p>
    <w:p>
      <w:r>
        <w:rPr>
          <w:b/>
        </w:rPr>
        <w:t xml:space="preserve">[1:09:26] </w:t>
      </w:r>
      <w:r>
        <w:t>Sirf yeh ke tarjuma parha dein aap, yeh kafi nahi hai. Isi liye main Quran ke sath Supportive Literature ki shart lagata hoon. Aap Quran ka tarjuma phailayen logon ko.</w:t>
      </w:r>
    </w:p>
    <w:p>
      <w:pPr>
        <w:jc w:val="right"/>
      </w:pPr>
      <w:r>
        <w:t>صرف یہ کہ ترجمہ پڑھا دیں آپ، یہ کافی نہیں ہے۔ اسی لیے میں قرآن کے ساتھ Supportive Literature کی شرط لگاتا ہوں۔ آپ قرآن کا ترجمہ پھیلائیں لوگوں کو۔</w:t>
      </w:r>
    </w:p>
    <w:p>
      <w:r>
        <w:rPr>
          <w:b/>
        </w:rPr>
        <w:t xml:space="preserve">[1:09:37] </w:t>
      </w:r>
      <w:r>
        <w:t>That is not enough. Supportive Literature bhi dena hai aap ko. Tab ja kar ke woh faida hasil hoga.</w:t>
      </w:r>
    </w:p>
    <w:p>
      <w:pPr>
        <w:jc w:val="right"/>
      </w:pPr>
      <w:r>
        <w:t>That is not enough. Supportive Literature بھی دینا ہے آپ کو۔ تب جا کر کے وہ فائدہ حاصل ہوگا۔</w:t>
      </w:r>
    </w:p>
    <w:p>
      <w:r>
        <w:rPr>
          <w:b/>
        </w:rPr>
        <w:t xml:space="preserve">[1:09:47] </w:t>
      </w:r>
      <w:r>
        <w:t>Maulana, agla sawal bhi Chennai se hai. Nadeem sahab ne kiya hai. Unhon ne likha hai: "Maulana, ek sahab ne kaha jo hadith ko nahi mante ke azmat-e-Quran aur azmat-e-Khuda ki buniyad par hum hadith ko nahi mante hain.</w:t>
      </w:r>
    </w:p>
    <w:p>
      <w:pPr>
        <w:jc w:val="right"/>
      </w:pPr>
      <w:r>
        <w:t>مولانا، اگلا سوال بھی چنئی سے ہے۔ ندیم صاحب نے کیا ہے۔ انہوں نے لکھا ہے: "مولانا، एक साहब ने कहा जो حدیث کو نہیں مانتے کہ عظمتِ قرآن اور عظمتِ خدا کی بنیاد پر ہم حدیث کو نہیں مانتے ہیں۔</w:t>
      </w:r>
    </w:p>
    <w:p>
      <w:r>
        <w:rPr>
          <w:b/>
        </w:rPr>
        <w:t xml:space="preserve">[1:10:05] </w:t>
      </w:r>
      <w:r>
        <w:t>Maulana, is mein kahan Falsehood hai, is ko wazeh karein."</w:t>
      </w:r>
    </w:p>
    <w:p>
      <w:pPr>
        <w:jc w:val="right"/>
      </w:pPr>
      <w:r>
        <w:t>مولانا، اس میں کہاں Falsehood ہے، اس کو واضح کریں۔"</w:t>
      </w:r>
    </w:p>
    <w:p>
      <w:r>
        <w:rPr>
          <w:b/>
        </w:rPr>
        <w:t xml:space="preserve">[1:10:12] </w:t>
      </w:r>
      <w:r>
        <w:t>Main samajhta hoon ke aap aisa karein ke hamara jo Rasool Allah Salallahu Alaihi Wasallam ka tasawwur ka Issue hai, woh poora ka poora hadith par hai. Is ko un ko parhwaiye.</w:t>
      </w:r>
    </w:p>
    <w:p>
      <w:pPr>
        <w:jc w:val="right"/>
      </w:pPr>
      <w:r>
        <w:t>میں سمجھتا ہوں کہ آپ ایسا کریں کہ ہمارا جو رسول اللہ صلی اللہ علیہ وسلم کا تصور کا Issue ہے، وہ پورا کا پورا حدیث پر ہے۔ اس کو ان کو پڑھوائیے۔</w:t>
      </w:r>
    </w:p>
    <w:p>
      <w:r>
        <w:rPr>
          <w:b/>
        </w:rPr>
        <w:t xml:space="preserve">[1:10:22] </w:t>
      </w:r>
      <w:r>
        <w:t>Main samajhta hoon ke hadith ke bare mein logon ko jo galat fehmiyan hain, woh sari ki sari is mein aa gayi hain. To kuch chand jumlon mein jawab nahi hoga, un ke zehan Address nahi hoga.</w:t>
      </w:r>
    </w:p>
    <w:p>
      <w:pPr>
        <w:jc w:val="right"/>
      </w:pPr>
      <w:r>
        <w:t>میں سمجھتا ہوں کہ حدیث کے بارے میں لوگوں کو جو غلط فہمیاں ہیں، وہ ساری کی ساری اس میں آ گئی ہیں۔ تو کچھ چند جملوں میں جواب نہیں ہوگا، ان کے ذہن Address نہیں ہوگا۔</w:t>
      </w:r>
    </w:p>
    <w:p>
      <w:r>
        <w:rPr>
          <w:b/>
        </w:rPr>
        <w:t xml:space="preserve">[1:10:35] </w:t>
      </w:r>
      <w:r>
        <w:t>Aap woh December ka jo risala hai, yani December do hazar terah ka jo risala hai, is ko parhwaiye. Inshallah mujhe qawi umeed hai ke un ka zehan jo hai mutma'in ho jayega.</w:t>
      </w:r>
    </w:p>
    <w:p>
      <w:pPr>
        <w:jc w:val="right"/>
      </w:pPr>
      <w:r>
        <w:t>آپ وہ دسمبر کا جو رسالہ ہے، یعنی دسمبر دو ہزار تیرہ کا جو رسالہ ہے، اس کو پڑھوائیے۔ انشاءاللہ مجھے قوی امید ہے کہ ان کا ذہن جو ہے مطمئن ہو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