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Age of Opportunity Explosion December 2, 2018 Maulana Wahiduddin Khan</w:t>
      </w:r>
    </w:p>
    <w:p>
      <w:r>
        <w:t>https://www.youtube.com/watch?v=LqGWdCG81hc</w:t>
      </w:r>
    </w:p>
    <w:p>
      <w:r>
        <w:rPr>
          <w:b/>
        </w:rPr>
        <w:t xml:space="preserve">[00:14] </w:t>
      </w:r>
      <w:r>
        <w:t>bismillah hir rahman nir rahim, wa salallahu ala nabiyyil karim.</w:t>
      </w:r>
    </w:p>
    <w:p>
      <w:pPr>
        <w:jc w:val="right"/>
      </w:pPr>
      <w:r>
        <w:t>بسم اللہ الرحمن الرحیم، وصلی اللہ علی نبی الکریم۔</w:t>
      </w:r>
    </w:p>
    <w:p>
      <w:r>
        <w:rPr>
          <w:b/>
        </w:rPr>
        <w:t xml:space="preserve">[00:23]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[00:42] </w:t>
      </w:r>
      <w:r>
        <w:t>aaj mujhe fitna dohma ke mozu par bolna hai.</w:t>
      </w:r>
    </w:p>
    <w:p>
      <w:pPr>
        <w:jc w:val="right"/>
      </w:pPr>
      <w:r>
        <w:t>آج مجھے فتنہ دوہما کے موضوع پر بولنا ہے۔</w:t>
      </w:r>
    </w:p>
    <w:p>
      <w:r>
        <w:rPr>
          <w:b/>
        </w:rPr>
        <w:t xml:space="preserve">[00:50] </w:t>
      </w:r>
      <w:r>
        <w:t>yeh</w:t>
      </w:r>
    </w:p>
    <w:p>
      <w:pPr>
        <w:jc w:val="right"/>
      </w:pPr>
      <w:r>
        <w:t>یہ</w:t>
      </w:r>
    </w:p>
    <w:p>
      <w:r>
        <w:rPr>
          <w:b/>
        </w:rPr>
        <w:t xml:space="preserve">[00:53] </w:t>
      </w:r>
      <w:r>
        <w:t>shayad islam ka</w:t>
      </w:r>
    </w:p>
    <w:p>
      <w:pPr>
        <w:jc w:val="right"/>
      </w:pPr>
      <w:r>
        <w:t>شاید اسلام کا</w:t>
      </w:r>
    </w:p>
    <w:p>
      <w:r>
        <w:rPr>
          <w:b/>
        </w:rPr>
        <w:t xml:space="preserve">[00:57] </w:t>
      </w:r>
      <w:r>
        <w:t>amalain sab se zyada aham mozu hai. is mein jo hawala jat hain, woh main apni speech mein nahi bayan karunga.</w:t>
      </w:r>
    </w:p>
    <w:p>
      <w:pPr>
        <w:jc w:val="right"/>
      </w:pPr>
      <w:r>
        <w:t>عملاً سب سے زیادہ اہم موضوع ہے۔ اس میں جو حوالہ جات ہیں، وہ میں اپنی اسپیچ میں نہیں بیان کروں گا۔</w:t>
      </w:r>
    </w:p>
    <w:p>
      <w:r>
        <w:rPr>
          <w:b/>
        </w:rPr>
        <w:t xml:space="preserve">[01:11] </w:t>
      </w:r>
      <w:r>
        <w:t>aap ko agar hawala jat chahiye to aap Maulana Farhad Omri se rabta kar sakte hain, un se pooch sakte hain.</w:t>
      </w:r>
    </w:p>
    <w:p>
      <w:pPr>
        <w:jc w:val="right"/>
      </w:pPr>
      <w:r>
        <w:t>آپ کو اگر حوالہ جات چاہییں تو آپ مولانا فرہاد عمری سے رابطہ کر سکتے ہیں، ان سے پوچھ سکتے ہیں۔</w:t>
      </w:r>
    </w:p>
    <w:p>
      <w:r>
        <w:rPr>
          <w:b/>
        </w:rPr>
        <w:t xml:space="preserve">[01:23] </w:t>
      </w:r>
      <w:r>
        <w:t>baqi jo main keh raha hoon, woh sab quran o hadith par mabni kar ke keh raha hoon.</w:t>
      </w:r>
    </w:p>
    <w:p>
      <w:pPr>
        <w:jc w:val="right"/>
      </w:pPr>
      <w:r>
        <w:t>باقی جو میں کہہ رہا ہوں، وہ سب قرآن و حدیث پر مبنی کر کے کہہ رہا ہوں۔</w:t>
      </w:r>
    </w:p>
    <w:p>
      <w:r>
        <w:rPr>
          <w:b/>
        </w:rPr>
        <w:t xml:space="preserve">[01:31] </w:t>
      </w:r>
      <w:r>
        <w:t>dekhiye,</w:t>
      </w:r>
    </w:p>
    <w:p>
      <w:pPr>
        <w:jc w:val="right"/>
      </w:pPr>
      <w:r>
        <w:t>دیکھیے،</w:t>
      </w:r>
    </w:p>
    <w:p>
      <w:r>
        <w:rPr>
          <w:b/>
        </w:rPr>
        <w:t xml:space="preserve">[01:35] </w:t>
      </w:r>
      <w:r>
        <w:t>aap quran o hadith ko parhen gehrai ke sath, to quran o hadith mein do super news hain mustaqbil ke bare mein.</w:t>
      </w:r>
    </w:p>
    <w:p>
      <w:pPr>
        <w:jc w:val="right"/>
      </w:pPr>
      <w:r>
        <w:t>آپ قرآن و حدیث کو پڑھیں گہرائی کے ساتھ، تو قرآن و حدیث میں دو سپر نیوز ہیں مستقبل کے بارے میں۔</w:t>
      </w:r>
    </w:p>
    <w:p>
      <w:r>
        <w:rPr>
          <w:b/>
        </w:rPr>
        <w:t xml:space="preserve">[01:51] </w:t>
      </w:r>
      <w:r>
        <w:t>quran mein yeh news ishare ki zaban mein hai, aur hadith mein yeh news sarahat ki zaban mein hai.</w:t>
      </w:r>
    </w:p>
    <w:p>
      <w:pPr>
        <w:jc w:val="right"/>
      </w:pPr>
      <w:r>
        <w:t>قرآن میں یہ نیوز اشارے کی زبان میں ہے، اور حدیث میں یہ نیوز صراحت کی زبان میں ہے۔</w:t>
      </w:r>
    </w:p>
    <w:p>
      <w:r>
        <w:rPr>
          <w:b/>
        </w:rPr>
        <w:t xml:space="preserve">[02:07] </w:t>
      </w:r>
      <w:r>
        <w:t>jab se rasool allah duniya mein aaye, yeh news tab se logon ko pata hai. lekin bohat hi ziyada ajeeb baat hai ke poori islam ki tareekh mein yeh do news ek purasrar news bani rahen.</w:t>
      </w:r>
    </w:p>
    <w:p>
      <w:pPr>
        <w:jc w:val="right"/>
      </w:pPr>
      <w:r>
        <w:t>جب سے رسول اللہ دنیا میں آئے، یہ نیوز تب سے لوگوں کو پتہ ہے۔ لیکن بہت ہی زیادہ عجیب بات ہے کہ پوری اسلام کی تاریخ میں یہ دو نیوز ایک پراسرار نیوز بنی رہیں۔</w:t>
      </w:r>
    </w:p>
    <w:p>
      <w:r>
        <w:rPr>
          <w:b/>
        </w:rPr>
        <w:t xml:space="preserve">[02:30] </w:t>
      </w:r>
      <w:r>
        <w:t>poori tareekh mein, jahan tak maine parha hai, shayad poori islam ki poori tareekh mein koi ek shakhs bhi nahi hai jo jaan paya ho ke is news ka matlab kya hai.</w:t>
      </w:r>
    </w:p>
    <w:p>
      <w:pPr>
        <w:jc w:val="right"/>
      </w:pPr>
      <w:r>
        <w:t>پوری تاریخ میں، جہاں تک میں نے پڑھا ہے، شاید پوری اسلام کی پوری تاریخ میں کوئی ایک شخص بھی نہیں ہے جو جان پایا ہو کہ اس نیوز کا مطلب کیا ہے۔</w:t>
      </w:r>
    </w:p>
    <w:p>
      <w:r>
        <w:rPr>
          <w:b/>
        </w:rPr>
        <w:t xml:space="preserve">[02:53] </w:t>
      </w:r>
      <w:r>
        <w:t>yeh is news ke do pehlu hain: ek bura aur ek acha. ek lihaz se woh achi news hai, doosre lihaz se woh buri news hai.</w:t>
      </w:r>
    </w:p>
    <w:p>
      <w:pPr>
        <w:jc w:val="right"/>
      </w:pPr>
      <w:r>
        <w:t>یہ اس نیوز کے دو پہلو ہیں: ایک برا اور ایک اچھا۔ ایک لحاظ سے وہ اچھی نیوز ہے، دوسرے لحاظ سے وہ بری نیوز ہے۔</w:t>
      </w:r>
    </w:p>
    <w:p>
      <w:r>
        <w:rPr>
          <w:b/>
        </w:rPr>
        <w:t xml:space="preserve">[03:09] </w:t>
      </w:r>
      <w:r>
        <w:t>dekhiye, yeh hadith ki kitabon mein kaha gaya hai: fitna dohama.</w:t>
      </w:r>
    </w:p>
    <w:p>
      <w:pPr>
        <w:jc w:val="right"/>
      </w:pPr>
      <w:r>
        <w:t>دیکھیے، یہ حدیث کی کتابوں میں کہا گیا ہے: فتنہ دوہما۔</w:t>
      </w:r>
    </w:p>
    <w:p>
      <w:r>
        <w:rPr>
          <w:b/>
        </w:rPr>
        <w:t xml:space="preserve">[03:20] </w:t>
      </w:r>
      <w:r>
        <w:t>fitna dohama ke maani hain ke utter darkness ka fitna. utter darkness ka fitna.</w:t>
      </w:r>
    </w:p>
    <w:p>
      <w:pPr>
        <w:jc w:val="right"/>
      </w:pPr>
      <w:r>
        <w:t>فتنہ دوہما کے معنی ہیں کہ اٹر ڈارکنس کا فتنہ۔ اٹر ڈارکنس کا فتنہ۔</w:t>
      </w:r>
    </w:p>
    <w:p>
      <w:r>
        <w:rPr>
          <w:b/>
        </w:rPr>
        <w:t xml:space="preserve">[03:32] </w:t>
      </w:r>
      <w:r>
        <w:t>yani ek aisa zamana jab ke islam bohat hi ziyada darkness mein chhup jayega. utter darkness. is ko kehte hain fitna dohama.</w:t>
      </w:r>
    </w:p>
    <w:p>
      <w:pPr>
        <w:jc w:val="right"/>
      </w:pPr>
      <w:r>
        <w:t>یعنی ایک ایسا زمانہ جب کہ اسلام بہت ہی زیادہ ڈارکنس میں چھپ جائے گا۔ اٹر ڈارکنس۔ اس کو کہتے ہیں فتنہ دوہما۔</w:t>
      </w:r>
    </w:p>
    <w:p>
      <w:r>
        <w:rPr>
          <w:b/>
        </w:rPr>
        <w:t xml:space="preserve">[03:45] </w:t>
      </w:r>
      <w:r>
        <w:t>lekin ek aur news isi ke sath sath hai. main samajhta hoon ke woh utter brightness ka maamla hai.</w:t>
      </w:r>
    </w:p>
    <w:p>
      <w:pPr>
        <w:jc w:val="right"/>
      </w:pPr>
      <w:r>
        <w:t>لیکن ایک اور نیوز اسی کے ساتھ ساتھ ہے۔ میں سمجھتا ہوں کہ وہ اٹر برائٹنس کا معاملہ ہے۔</w:t>
      </w:r>
    </w:p>
    <w:p>
      <w:r>
        <w:rPr>
          <w:b/>
        </w:rPr>
        <w:t xml:space="preserve">[03:54] </w:t>
      </w:r>
      <w:r>
        <w:t>yani achi news hai, super sense mein. to ek achi news hai aur ek buri news hai.</w:t>
      </w:r>
    </w:p>
    <w:p>
      <w:pPr>
        <w:jc w:val="right"/>
      </w:pPr>
      <w:r>
        <w:t>یعنی اچھی نیوز ہے، سپر سینس میں۔ تو ایک اچھی نیوز ہے اور ایک بری نیوز ہے۔</w:t>
      </w:r>
    </w:p>
    <w:p>
      <w:r>
        <w:rPr>
          <w:b/>
        </w:rPr>
        <w:t xml:space="preserve">[04:05] </w:t>
      </w:r>
      <w:r>
        <w:t>achi news to yeh hai ke hadith ke mutabiq, sarahatan aur quran ke mutabiq, isharaatan,</w:t>
      </w:r>
    </w:p>
    <w:p>
      <w:pPr>
        <w:jc w:val="right"/>
      </w:pPr>
      <w:r>
        <w:t>اچھی نیوز تو یہ ہے کہ حدیث کے مطابق، صراحتاً اور قرآن کے مطابق، اشارتاً،</w:t>
      </w:r>
    </w:p>
    <w:p>
      <w:r>
        <w:rPr>
          <w:b/>
        </w:rPr>
        <w:t xml:space="preserve">[04:19] </w:t>
      </w:r>
      <w:r>
        <w:t>yeh aaya tha</w:t>
      </w:r>
    </w:p>
    <w:p>
      <w:pPr>
        <w:jc w:val="right"/>
      </w:pPr>
      <w:r>
        <w:t>یہ آیا تھا</w:t>
      </w:r>
    </w:p>
    <w:p>
      <w:r>
        <w:rPr>
          <w:b/>
        </w:rPr>
        <w:t xml:space="preserve">[04:24] </w:t>
      </w:r>
      <w:r>
        <w:t>ke ek zamana aayega jab ke</w:t>
      </w:r>
    </w:p>
    <w:p>
      <w:pPr>
        <w:jc w:val="right"/>
      </w:pPr>
      <w:r>
        <w:t>کہ ایک زمانہ آئے گا جب کہ</w:t>
      </w:r>
    </w:p>
    <w:p>
      <w:r>
        <w:rPr>
          <w:b/>
        </w:rPr>
        <w:t xml:space="preserve">[04:29] </w:t>
      </w:r>
      <w:r>
        <w:t>poori insaniyat islam ki</w:t>
      </w:r>
    </w:p>
    <w:p>
      <w:pPr>
        <w:jc w:val="right"/>
      </w:pPr>
      <w:r>
        <w:t>پوری انسانیت اسلام کی</w:t>
      </w:r>
    </w:p>
    <w:p>
      <w:r>
        <w:rPr>
          <w:b/>
        </w:rPr>
        <w:t xml:space="preserve">[04:37] </w:t>
      </w:r>
      <w:r>
        <w:t>mueed, yani supporter ban jayegi.</w:t>
      </w:r>
    </w:p>
    <w:p>
      <w:pPr>
        <w:jc w:val="right"/>
      </w:pPr>
      <w:r>
        <w:t>معید، یعنی سپورٹر بن جائے گی۔</w:t>
      </w:r>
    </w:p>
    <w:p>
      <w:r>
        <w:rPr>
          <w:b/>
        </w:rPr>
        <w:t xml:space="preserve">[04:43] </w:t>
      </w:r>
      <w:r>
        <w:t>bukhari ke alfaaz to yeh hain ke fajir log bhi supporter ban jayenge. fajir yani secular.</w:t>
      </w:r>
    </w:p>
    <w:p>
      <w:pPr>
        <w:jc w:val="right"/>
      </w:pPr>
      <w:r>
        <w:t>بخاری کے الفاظ تو یہ ہیں کہ فاجر لوگ بھی سپورٹر بن جائیں گے۔ فاجر یعنی سیکولر۔</w:t>
      </w:r>
    </w:p>
    <w:p>
      <w:r>
        <w:rPr>
          <w:b/>
        </w:rPr>
        <w:t xml:space="preserve">[04:53] </w:t>
      </w:r>
      <w:r>
        <w:t>yani secular duniya aur non secular duniya dono hi islam ki supporter ban jayengi. yeh achi news hai. lekin aaj tak kisi tafsir mein, kisi sharah mein,</w:t>
      </w:r>
    </w:p>
    <w:p>
      <w:pPr>
        <w:jc w:val="right"/>
      </w:pPr>
      <w:r>
        <w:t>یعنی سیکولر دنیا اور نان سیکولر دنیا دونوں ہی اسلام کی سپورٹر بن جائیں گی۔ یہ اچھی نیوز ہے۔ لیکن آج تک کسی تفسیر میں، کسی شرح میں،</w:t>
      </w:r>
    </w:p>
    <w:p>
      <w:r>
        <w:rPr>
          <w:b/>
        </w:rPr>
        <w:t xml:space="preserve">[05:07] </w:t>
      </w:r>
      <w:r>
        <w:t>kisi aalim ki kisi</w:t>
      </w:r>
    </w:p>
    <w:p>
      <w:pPr>
        <w:jc w:val="right"/>
      </w:pPr>
      <w:r>
        <w:t>کسی عالم کی کسی</w:t>
      </w:r>
    </w:p>
    <w:p>
      <w:r>
        <w:rPr>
          <w:b/>
        </w:rPr>
        <w:t xml:space="preserve">[05:12] </w:t>
      </w:r>
      <w:r>
        <w:t>taqreer o tehreer mein aap nahi payenge ke yeh kya hai. yeh achi news kya hai.</w:t>
      </w:r>
    </w:p>
    <w:p>
      <w:pPr>
        <w:jc w:val="right"/>
      </w:pPr>
      <w:r>
        <w:t>تقریر و تحریر میں آپ نہیں پائیں گے کہ یہ کیا ہے۔ یہ اچھی نیوز کیا ہے۔</w:t>
      </w:r>
    </w:p>
    <w:p>
      <w:r>
        <w:rPr>
          <w:b/>
        </w:rPr>
        <w:t xml:space="preserve">[05:21] </w:t>
      </w:r>
      <w:r>
        <w:t>aur doosri cheez jo hai woh fitna dohama hai. yani utter darkness ka fitna. woh bhi kisi ko pata nahi ke woh kya hai, kab aayega.</w:t>
      </w:r>
    </w:p>
    <w:p>
      <w:pPr>
        <w:jc w:val="right"/>
      </w:pPr>
      <w:r>
        <w:t>اور دوسری چیز جو ہے وہ فتنہ دوہما ہے۔ یعنی اٹر ڈارکنس کا فتنہ۔ وہ بھی کسی کو پتہ نہیں کہ وہ کیا ہے، کب آئے گا۔</w:t>
      </w:r>
    </w:p>
    <w:p>
      <w:r>
        <w:rPr>
          <w:b/>
        </w:rPr>
        <w:t xml:space="preserve">[05:38] </w:t>
      </w:r>
      <w:r>
        <w:t>to super achi news aur super buri news dono hi abhi tak ek mystery bani hui hain.</w:t>
      </w:r>
    </w:p>
    <w:p>
      <w:pPr>
        <w:jc w:val="right"/>
      </w:pPr>
      <w:r>
        <w:t>تو سپر اچھی نیوز اور سپر بری نیوز دونوں ہی ابھی تک ایک مستری بنی ہوئی ہیں۔</w:t>
      </w:r>
    </w:p>
    <w:p>
      <w:r>
        <w:rPr>
          <w:b/>
        </w:rPr>
        <w:t xml:space="preserve">[05:50] </w:t>
      </w:r>
      <w:r>
        <w:t>main is waqt isi ke bare mein arz karna chahta hoon.</w:t>
      </w:r>
    </w:p>
    <w:p>
      <w:pPr>
        <w:jc w:val="right"/>
      </w:pPr>
      <w:r>
        <w:t>میں اس وقت اسی کے بارے میں عرض کرنا چاہتا ہوں۔</w:t>
      </w:r>
    </w:p>
    <w:p>
      <w:r>
        <w:rPr>
          <w:b/>
        </w:rPr>
        <w:t xml:space="preserve">[06:00] </w:t>
      </w:r>
      <w:r>
        <w:t>sab se pehle aap leejie fitna dohama ko, buri news ko. main barson se sochta raha hoon ke yeh buri news kya hai.</w:t>
      </w:r>
    </w:p>
    <w:p>
      <w:pPr>
        <w:jc w:val="right"/>
      </w:pPr>
      <w:r>
        <w:t>سب سے پہلے آپ لیجیے فتنہ دوہما کو، بری نیوز کو۔ میں برسوں سے سوچتا رہا ہوں کہ یہ بری نیوز کیا ہے۔</w:t>
      </w:r>
    </w:p>
    <w:p>
      <w:r>
        <w:rPr>
          <w:b/>
        </w:rPr>
        <w:t xml:space="preserve">[06:11] </w:t>
      </w:r>
      <w:r>
        <w:t>fitna dohama kya hai.</w:t>
      </w:r>
    </w:p>
    <w:p>
      <w:pPr>
        <w:jc w:val="right"/>
      </w:pPr>
      <w:r>
        <w:t>فتنہ دوہما کیا ہے۔</w:t>
      </w:r>
    </w:p>
    <w:p>
      <w:r>
        <w:rPr>
          <w:b/>
        </w:rPr>
        <w:t xml:space="preserve">[06:18] </w:t>
      </w:r>
      <w:r>
        <w:t>to dekhiye, dohama ke maani to hain tareek, utter darkness. lekin is ka matlab hai ek aisa zamana jab ke musalman, yeh musalman ki nisbat se hai,</w:t>
      </w:r>
    </w:p>
    <w:p>
      <w:pPr>
        <w:jc w:val="right"/>
      </w:pPr>
      <w:r>
        <w:t>تو دیکھیے، دوہما کے معنی تو ہیں تاریک، اٹر ڈارکنس۔ لیکن اس کا مطلب ہے ایک ایسا زمانہ جب کہ مسلمان، یہ مسلمان کی نسبت سے ہے،</w:t>
      </w:r>
    </w:p>
    <w:p>
      <w:r>
        <w:rPr>
          <w:b/>
        </w:rPr>
        <w:t xml:space="preserve">[06:35] </w:t>
      </w:r>
      <w:r>
        <w:t>musalman</w:t>
      </w:r>
    </w:p>
    <w:p>
      <w:pPr>
        <w:jc w:val="right"/>
      </w:pPr>
      <w:r>
        <w:t>مسلمان</w:t>
      </w:r>
    </w:p>
    <w:p>
      <w:r>
        <w:rPr>
          <w:b/>
        </w:rPr>
        <w:t xml:space="preserve">[06:39] </w:t>
      </w:r>
      <w:r>
        <w:t>islam ke taqaze ko samajhne ke liye ek dam andhere mein ho jayenge.</w:t>
      </w:r>
    </w:p>
    <w:p>
      <w:pPr>
        <w:jc w:val="right"/>
      </w:pPr>
      <w:r>
        <w:t>اسلام کے تقاضے کو سمجھنے کے لیے ایک دم اندھیرے میں ہو جائیں گے۔</w:t>
      </w:r>
    </w:p>
    <w:p>
      <w:r>
        <w:rPr>
          <w:b/>
        </w:rPr>
        <w:t xml:space="preserve">[06:49] </w:t>
      </w:r>
      <w:r>
        <w:t>bahut zyada tehqeeq aur research aur ghor o fikr ke baad maine samjha hai ke fitna dohama se murad hai westophobia.</w:t>
      </w:r>
    </w:p>
    <w:p>
      <w:pPr>
        <w:jc w:val="right"/>
      </w:pPr>
      <w:r>
        <w:t>بہت زیادہ تحقیق اور ریسرچ اور غور و فکر کے بعد میں نے سمجھا ہے کہ فتنہ دوہما سے مراد ہے ویسٹو فوبیا۔</w:t>
      </w:r>
    </w:p>
    <w:p>
      <w:r>
        <w:rPr>
          <w:b/>
        </w:rPr>
        <w:t xml:space="preserve">[07:04] </w:t>
      </w:r>
      <w:r>
        <w:t>westophobia. yani maghrib ke bare mein bahut zyada negativity, maghrib ke bare mein bahut zyada</w:t>
      </w:r>
    </w:p>
    <w:p>
      <w:pPr>
        <w:jc w:val="right"/>
      </w:pPr>
      <w:r>
        <w:t>ویسٹو فوبیا۔ یعنی مغرب کے بارے میں بہت زیادہ نیگیٹیوٹی، مغرب کے بارے میں بہت زیادہ</w:t>
      </w:r>
    </w:p>
    <w:p>
      <w:r>
        <w:rPr>
          <w:b/>
        </w:rPr>
        <w:t xml:space="preserve">[07:16] </w:t>
      </w:r>
      <w:r>
        <w:t>nafrat. to fitna dohama ke bare mein aaya hai ke woh itni zyada aam ho gayi, itna zyada aam hoga ke har ek ko iska latma, latma jisko kehte hain,</w:t>
      </w:r>
    </w:p>
    <w:p>
      <w:pPr>
        <w:jc w:val="right"/>
      </w:pPr>
      <w:r>
        <w:t>نفرت۔ تو فتنہ دوہما کے بارے میں آیا ہے کہ وہ اتنی زیادہ عام ہو گئی، اتنا زیادہ عام ہوگا کہ ہر ایک کو اس کا لطمہ، لطمہ جس کو کہتے ہیں،</w:t>
      </w:r>
    </w:p>
    <w:p>
      <w:r>
        <w:rPr>
          <w:b/>
        </w:rPr>
        <w:t xml:space="preserve">[07:39] </w:t>
      </w:r>
      <w:r>
        <w:t>tamasha, thapad padega. yani har musalman iska victim ban jayega.</w:t>
      </w:r>
    </w:p>
    <w:p>
      <w:pPr>
        <w:jc w:val="right"/>
      </w:pPr>
      <w:r>
        <w:t>تماشا، تھپڑ پڑے گا۔ یعنی ہر مسلمان اس کا وکٹم بن جائے گا۔</w:t>
      </w:r>
    </w:p>
    <w:p>
      <w:r>
        <w:rPr>
          <w:b/>
        </w:rPr>
        <w:t xml:space="preserve">[07:49] </w:t>
      </w:r>
      <w:r>
        <w:t>iska shikar ban jayega. ismein mubtala ho jayega. ab aap poori tareekh mein dekhiye, woh kaun sa waqea tha islam ki tareekh mein jiska victim har har musalman ban raha hai, ban gaya.</w:t>
      </w:r>
    </w:p>
    <w:p>
      <w:pPr>
        <w:jc w:val="right"/>
      </w:pPr>
      <w:r>
        <w:t>اس کا شکار بن جائے گا۔ اس میں مبتلا ہو جائے گا۔ اب آپ پوری تاریخ میں دیکھیے، وہ کون سا واقعہ تھا اسلام کی تاریخ میں جس کا وکٹم ہر ہر مسلمان بن رہا ہے، بن گیا۔</w:t>
      </w:r>
    </w:p>
    <w:p>
      <w:r>
        <w:rPr>
          <w:b/>
        </w:rPr>
        <w:t xml:space="preserve">[08:11] </w:t>
      </w:r>
      <w:r>
        <w:t>to woh sirf ek hai. woh hai nafrat maghrib. yani westophobia.</w:t>
      </w:r>
    </w:p>
    <w:p>
      <w:pPr>
        <w:jc w:val="right"/>
      </w:pPr>
      <w:r>
        <w:t>تو وہ صرف ایک ہے۔ وہ ہے نفرت مغرب۔ یعنی ویسٹو فوبیا۔</w:t>
      </w:r>
    </w:p>
    <w:p>
      <w:r>
        <w:rPr>
          <w:b/>
        </w:rPr>
        <w:t xml:space="preserve">[08:22] </w:t>
      </w:r>
      <w:r>
        <w:t>aaj duniya mein kahin bhi aap jayen, sari duniya ka safar karen aap, aur sare musalmanon se milen, har musalman maghrib se nafrat mein mubtala hoga.</w:t>
      </w:r>
    </w:p>
    <w:p>
      <w:pPr>
        <w:jc w:val="right"/>
      </w:pPr>
      <w:r>
        <w:t>آج دنیا میں کہیں بھی آپ جائیں، ساری دنیا کا سفر کریں آپ، اور سارے مسلمانوں سے ملیں، ہر مسلمان مغرب سے نفرت میں مبتلا ہوگا۔</w:t>
      </w:r>
    </w:p>
    <w:p>
      <w:r>
        <w:rPr>
          <w:b/>
        </w:rPr>
        <w:t xml:space="preserve">[08:36] </w:t>
      </w:r>
      <w:r>
        <w:t>hata ke woh musalman jo west mein, maghribi mulkon mein settle ho gaye hain, wahan iske bachche rehte hain, woh bhi nafrat ki boli bolte hain west ke bare mein.</w:t>
      </w:r>
    </w:p>
    <w:p>
      <w:pPr>
        <w:jc w:val="right"/>
      </w:pPr>
      <w:r>
        <w:t>حتیٰ کہ وہ مسلمان جو ویسٹ میں، مغربی ملکوں میں سیٹل ہو گئے ہیں، وہاں اس کے بچے رہتے ہیں، وہ بھی نفرت کی بولی بولتے ہیں ویسٹ کے بارے میں۔</w:t>
      </w:r>
    </w:p>
    <w:p>
      <w:r>
        <w:rPr>
          <w:b/>
        </w:rPr>
        <w:t xml:space="preserve">[08:50] </w:t>
      </w:r>
      <w:r>
        <w:t>to yeh hai westophobia. westophobia.</w:t>
      </w:r>
    </w:p>
    <w:p>
      <w:pPr>
        <w:jc w:val="right"/>
      </w:pPr>
      <w:r>
        <w:t>تو یہ ہے ویسٹو فوبیا۔ ویسٹو فوبیا۔</w:t>
      </w:r>
    </w:p>
    <w:p>
      <w:r>
        <w:rPr>
          <w:b/>
        </w:rPr>
        <w:t xml:space="preserve">[09:00] </w:t>
      </w:r>
      <w:r>
        <w:t>to sari duniya ke musalman aaj baghair kisi istasna ke westophobia ka shikar hain.</w:t>
      </w:r>
    </w:p>
    <w:p>
      <w:pPr>
        <w:jc w:val="right"/>
      </w:pPr>
      <w:r>
        <w:t>تو ساری دنیا کے مسلمان آج بغیر کسی استثنا کے ویسٹو فوبیا کا شکار ہیں۔</w:t>
      </w:r>
    </w:p>
    <w:p>
      <w:r>
        <w:rPr>
          <w:b/>
        </w:rPr>
        <w:t xml:space="preserve">[09:12] </w:t>
      </w:r>
      <w:r>
        <w:t>har maghribi mulk se nafrat. poore western world se nafrat.</w:t>
      </w:r>
    </w:p>
    <w:p>
      <w:pPr>
        <w:jc w:val="right"/>
      </w:pPr>
      <w:r>
        <w:t>ہر مغربی ملک سے نفرت۔ پورے ویسٹرن ورلڈ سے نفرت۔</w:t>
      </w:r>
    </w:p>
    <w:p>
      <w:r>
        <w:rPr>
          <w:b/>
        </w:rPr>
        <w:t xml:space="preserve">[09:21] </w:t>
      </w:r>
      <w:r>
        <w:t>kyun nafrat hai? is nafrat ka aaghaz hua, yeh yeh yeh jo yeh jo nafrat hai, ek hi zamane mein hui jab ke civilization zahoor mein aayi.</w:t>
      </w:r>
    </w:p>
    <w:p>
      <w:pPr>
        <w:jc w:val="right"/>
      </w:pPr>
      <w:r>
        <w:t>کیوں نفرت ہے؟ اس نفرت کا آغاز ہوا، یہ یہ یہ جو یہ جو نفرت ہے، ایک ہی زمانے میں ہوئی جب کہ سویلائزیشن ظہور میں آئی۔</w:t>
      </w:r>
    </w:p>
    <w:p>
      <w:r>
        <w:rPr>
          <w:b/>
        </w:rPr>
        <w:t xml:space="preserve">[09:37] </w:t>
      </w:r>
      <w:r>
        <w:t>dekhiye, modern civilization ya western civilization jo thi, woh poore maanon mein pro islam civilization thi.</w:t>
      </w:r>
    </w:p>
    <w:p>
      <w:pPr>
        <w:jc w:val="right"/>
      </w:pPr>
      <w:r>
        <w:t>دیکھیے، ماڈرن سویلائزیشن یا ویسٹرن سویلائزیشن جو تھی، وہ پورے معنوں میں پرو اسلام سویلائزیشن تھی۔</w:t>
      </w:r>
    </w:p>
    <w:p>
      <w:r>
        <w:rPr>
          <w:b/>
        </w:rPr>
        <w:t xml:space="preserve">[09:49] </w:t>
      </w:r>
      <w:r>
        <w:t>modern science ki,</w:t>
      </w:r>
    </w:p>
    <w:p>
      <w:pPr>
        <w:jc w:val="right"/>
      </w:pPr>
      <w:r>
        <w:t>ماڈرن سائنس کی،</w:t>
      </w:r>
    </w:p>
    <w:p>
      <w:r>
        <w:rPr>
          <w:b/>
        </w:rPr>
        <w:t xml:space="preserve">[09:53] </w:t>
      </w:r>
      <w:r>
        <w:t>modern world ki ya western world ki science, science, iski technology, iski facilities, iska jo revolution aaya iski wajah se, woh sab poora ka poora</w:t>
      </w:r>
    </w:p>
    <w:p>
      <w:pPr>
        <w:jc w:val="right"/>
      </w:pPr>
      <w:r>
        <w:t>ماڈرن ورلڈ کی یا ویسٹرن ورلڈ کی سائنس، سائنس، اس کی ٹیکنالوجی، اس کی فیسلیٹیز، اس کا جو ریولوشن آیا اس کی وجہ سے، وہ سب پورا کا پورا</w:t>
      </w:r>
    </w:p>
    <w:p>
      <w:r>
        <w:rPr>
          <w:b/>
        </w:rPr>
        <w:t xml:space="preserve">[10:16] </w:t>
      </w:r>
      <w:r>
        <w:t>pro islam tha.</w:t>
      </w:r>
    </w:p>
    <w:p>
      <w:pPr>
        <w:jc w:val="right"/>
      </w:pPr>
      <w:r>
        <w:t>پرو اسلام تھا۔</w:t>
      </w:r>
    </w:p>
    <w:p>
      <w:r>
        <w:rPr>
          <w:b/>
        </w:rPr>
        <w:t xml:space="preserve">[10:20] </w:t>
      </w:r>
      <w:r>
        <w:t>lekin ismein ek culture ya political pehlu bhi shamil tha. western civilization jo thi, uske sath civilization ke sath sath kacha shamil tha, political policy shamil thi.</w:t>
      </w:r>
    </w:p>
    <w:p>
      <w:pPr>
        <w:jc w:val="right"/>
      </w:pPr>
      <w:r>
        <w:t>لیکن اس میں ایک کلچر یا پولیٹیکل پہلو بھی شامل تھا۔ ویسٹرن سویلائزیشن جو تھی، اس کے ساتھ سویلائزیشن کے ساتھ ساتھ کچا شامل تھا، پولیٹیکل پالیسی شامل تھی۔</w:t>
      </w:r>
    </w:p>
    <w:p>
      <w:r>
        <w:rPr>
          <w:b/>
        </w:rPr>
        <w:t xml:space="preserve">[10:43] </w:t>
      </w:r>
      <w:r>
        <w:t>jo bazahir musalmanon ko negative dikhai di. to musalman dealing kar ke nahi dekh sake. jitne bhi chahe mister hon ya molvi hon, woh is mamle ko dealing kar ke na dekh sake.</w:t>
      </w:r>
    </w:p>
    <w:p>
      <w:pPr>
        <w:jc w:val="right"/>
      </w:pPr>
      <w:r>
        <w:t>جو بظاہر مسلمانوں کو نیگیٹیو دکھائی دی۔ تو مسلمان ڈیلنگ کر کے نہیں دیکھ سکے۔ جتنے بھی چاہے مسٹر ہوں یا مولوی ہوں، وہ اس معاملے کو ڈیلنگ کر کے نہ دیکھ سکے۔</w:t>
      </w:r>
    </w:p>
    <w:p>
      <w:r>
        <w:rPr>
          <w:b/>
        </w:rPr>
        <w:t xml:space="preserve">[11:01] </w:t>
      </w:r>
      <w:r>
        <w:t>yani western civilization alag cheez hai, aur western politics, western culture alag cheez hai.</w:t>
      </w:r>
    </w:p>
    <w:p>
      <w:pPr>
        <w:jc w:val="right"/>
      </w:pPr>
      <w:r>
        <w:t>یعنی ویسٹرن سویلائزیشن الگ چیز ہے، اور ویسٹرن پولیٹکس، ویسٹرن کلچر الگ چیز ہے۔</w:t>
      </w:r>
    </w:p>
    <w:p>
      <w:r>
        <w:rPr>
          <w:b/>
        </w:rPr>
        <w:t xml:space="preserve">[11:10] </w:t>
      </w:r>
      <w:r>
        <w:t>yeh nahi kar sake woh. is liye sari duniya ke musalman maghrib ki nafrat mein mubtala ho gaye.</w:t>
      </w:r>
    </w:p>
    <w:p>
      <w:pPr>
        <w:jc w:val="right"/>
      </w:pPr>
      <w:r>
        <w:t>یہ نہیں کر سکے وہ۔ اس لیے ساری دنیا کے مسلمان مغرب کی نفرت میں مبتلا ہو گئے۔</w:t>
      </w:r>
    </w:p>
    <w:p>
      <w:r>
        <w:rPr>
          <w:b/>
        </w:rPr>
        <w:t xml:space="preserve">[11:22] </w:t>
      </w:r>
      <w:r>
        <w:t>jisko main kahunga ke westophobia. to fitna dohama jo hai, mere nazdeek,</w:t>
      </w:r>
    </w:p>
    <w:p>
      <w:pPr>
        <w:jc w:val="right"/>
      </w:pPr>
      <w:r>
        <w:t>جس کو میں کہوں گا کہ ویسٹو فوبیا۔ تو فتنہ دوہما جو ہے، میرے نزدیک،</w:t>
      </w:r>
    </w:p>
    <w:p>
      <w:r>
        <w:rPr>
          <w:b/>
        </w:rPr>
        <w:t xml:space="preserve">[11:34] </w:t>
      </w:r>
      <w:r>
        <w:t>meri research ke mutabiq, wahi cheez hai jisko hum kahenge westophobia. westophobia.</w:t>
      </w:r>
    </w:p>
    <w:p>
      <w:pPr>
        <w:jc w:val="right"/>
      </w:pPr>
      <w:r>
        <w:t>میری ریسرچ کے مطابق، وہی چیز ہے جس کو ہم کہیں گے ویسٹو فوبیا۔ ویسٹو فوبیا۔</w:t>
      </w:r>
    </w:p>
    <w:p>
      <w:r>
        <w:rPr>
          <w:b/>
        </w:rPr>
        <w:t xml:space="preserve">[11:48] </w:t>
      </w:r>
      <w:r>
        <w:t>lekin dekhiye, allah allah taala ki rehmat ko dekhiye.</w:t>
      </w:r>
    </w:p>
    <w:p>
      <w:pPr>
        <w:jc w:val="right"/>
      </w:pPr>
      <w:r>
        <w:t>لیکن دیکھیے، اللہ اللہ تعالیٰ کی رحمت کو دیکھیے۔</w:t>
      </w:r>
    </w:p>
    <w:p>
      <w:r>
        <w:rPr>
          <w:b/>
        </w:rPr>
        <w:t xml:space="preserve">[11:56] </w:t>
      </w:r>
      <w:r>
        <w:t>ain isi zamane mein jab ke cold days aaya, maghrib ka saitra aaya, maghrib chha gaya poori dunya par,</w:t>
      </w:r>
    </w:p>
    <w:p>
      <w:pPr>
        <w:jc w:val="right"/>
      </w:pPr>
      <w:r>
        <w:t>عین اسی زمانے میں جب کہ کولڈ ڈیز آیا، مغرب کا سائترہ آیا، مغرب چھا گیا پوری دنیا پر،</w:t>
      </w:r>
    </w:p>
    <w:p>
      <w:r>
        <w:rPr>
          <w:b/>
        </w:rPr>
        <w:t xml:space="preserve">[12:14] </w:t>
      </w:r>
      <w:r>
        <w:t>isi zamane mein</w:t>
      </w:r>
    </w:p>
    <w:p>
      <w:pPr>
        <w:jc w:val="right"/>
      </w:pPr>
      <w:r>
        <w:t>اسی زمانے میں</w:t>
      </w:r>
    </w:p>
    <w:p>
      <w:r>
        <w:rPr>
          <w:b/>
        </w:rPr>
        <w:t xml:space="preserve">[12:19] </w:t>
      </w:r>
      <w:r>
        <w:t>aik aur cheez aai. woh hai pro islam civilization. yeh jo civilization jis ko hum kehte hain, woh kya hai?</w:t>
      </w:r>
    </w:p>
    <w:p>
      <w:pPr>
        <w:jc w:val="right"/>
      </w:pPr>
      <w:r>
        <w:t>ایک اور چیز آئی۔ وہ ہے پرو اسلام سویلائزیشن۔ یہ جو سویلائزیشن جس کو ہم کہتے ہیں، وہ کیا ہے؟</w:t>
      </w:r>
    </w:p>
    <w:p>
      <w:r>
        <w:rPr>
          <w:b/>
        </w:rPr>
        <w:t xml:space="preserve">[12:35] </w:t>
      </w:r>
      <w:r>
        <w:t>woh yeh hai ke nature ki taqaton ko discover kar ke us ko sab ke liye qabil-e-istemal banana.</w:t>
      </w:r>
    </w:p>
    <w:p>
      <w:pPr>
        <w:jc w:val="right"/>
      </w:pPr>
      <w:r>
        <w:t>وہ یہ ہے کہ نیچر کی طاقتوں کو ڈسکور کر کے اس کو سب کے لیے قابل استعمال بنانا۔</w:t>
      </w:r>
    </w:p>
    <w:p>
      <w:r>
        <w:rPr>
          <w:b/>
        </w:rPr>
        <w:t xml:space="preserve">[12:47] </w:t>
      </w:r>
      <w:r>
        <w:t>mislan car nature mein chupa hua tha, in terms of technology. hawai jahaz nature mein chupa hua tha, in terms of technology.</w:t>
      </w:r>
    </w:p>
    <w:p>
      <w:pPr>
        <w:jc w:val="right"/>
      </w:pPr>
      <w:r>
        <w:t>مثلاً کار نیچر میں چھپا ہوا تھا، ان ٹرمز آف ٹیکنالوجی۔ ہوائی جہاز نیچر میں چھپا ہوا تھا، ان ٹرمز آف ٹیکنالوجی۔</w:t>
      </w:r>
    </w:p>
    <w:p>
      <w:r>
        <w:rPr>
          <w:b/>
        </w:rPr>
        <w:t xml:space="preserve">[13:00] </w:t>
      </w:r>
      <w:r>
        <w:t>aur sari hazaron hazar item jin ko hum kehte hain civilization, woh sab ke sab nature yani khuda ki creation mein, khuda ki takhleeq mein chhupe hue thay.</w:t>
      </w:r>
    </w:p>
    <w:p>
      <w:pPr>
        <w:jc w:val="right"/>
      </w:pPr>
      <w:r>
        <w:t>اور ساری ہزاروں ہزار آئٹم جن کو ہم کہتے ہیں سویلائزیشن، وہ سب کے سب نیچر یعنی خدا کی کریشن میں، خدا کی تخلیق میں چھپے ہوئے تھے۔</w:t>
      </w:r>
    </w:p>
    <w:p>
      <w:r>
        <w:rPr>
          <w:b/>
        </w:rPr>
        <w:t xml:space="preserve">[13:17] </w:t>
      </w:r>
      <w:r>
        <w:t>in terms of law of nature, in terms of technology. toh west ke logon ne is ko daryaft kiya. yeh silsila shuru hua crusades ke baad.</w:t>
      </w:r>
    </w:p>
    <w:p>
      <w:pPr>
        <w:jc w:val="right"/>
      </w:pPr>
      <w:r>
        <w:t>ان ٹرمز آف لاء آف نیچر، ان ٹرمز آف ٹیکنالوجی۔ تو ویسٹ کے لوگوں نے اس کو دریافت کیا۔ یہ سلسلہ شروع ہوا کروسیڈز کے بعد۔</w:t>
      </w:r>
    </w:p>
    <w:p>
      <w:r>
        <w:rPr>
          <w:b/>
        </w:rPr>
        <w:t xml:space="preserve">[13:31] </w:t>
      </w:r>
      <w:r>
        <w:t>crusade aik shock tha bohat bara western world ke liye. unhon ne jana ke ladaai ke maidan mein woh musalmanon se jeet nahin sakte.</w:t>
      </w:r>
    </w:p>
    <w:p>
      <w:pPr>
        <w:jc w:val="right"/>
      </w:pPr>
      <w:r>
        <w:t>کروسیڈ ایک شاک تھا بہت بڑا ویسٹرن ورلڈ کے لیے۔ انہوں نے جانا کہ لڑائی کے میدان میں وہ مسلمانوں سے جیت نہیں سکتے۔</w:t>
      </w:r>
    </w:p>
    <w:p>
      <w:r>
        <w:rPr>
          <w:b/>
        </w:rPr>
        <w:t xml:space="preserve">[13:46] </w:t>
      </w:r>
      <w:r>
        <w:t>Gavin ke alfaaz mein, crusades mein west ko humiliated defeat hui thi.</w:t>
      </w:r>
    </w:p>
    <w:p>
      <w:pPr>
        <w:jc w:val="right"/>
      </w:pPr>
      <w:r>
        <w:t>گیون کے الفاظ میں، کروسیڈز میں ویسٹ کو ہیومیلیٹڈ ڈیفیٹ ہوئی تھی۔</w:t>
      </w:r>
    </w:p>
    <w:p>
      <w:r>
        <w:rPr>
          <w:b/>
        </w:rPr>
        <w:t xml:space="preserve">[13:57] </w:t>
      </w:r>
      <w:r>
        <w:t>humiliated defeat.</w:t>
      </w:r>
    </w:p>
    <w:p>
      <w:pPr>
        <w:jc w:val="right"/>
      </w:pPr>
      <w:r>
        <w:t>ہیومیلیٹڈ ڈیفیٹ۔</w:t>
      </w:r>
    </w:p>
    <w:p>
      <w:r>
        <w:rPr>
          <w:b/>
        </w:rPr>
        <w:t xml:space="preserve">[14:01] </w:t>
      </w:r>
      <w:r>
        <w:t>toh unhon ne socha objective</w:t>
      </w:r>
    </w:p>
    <w:p>
      <w:pPr>
        <w:jc w:val="right"/>
      </w:pPr>
      <w:r>
        <w:t>تو انہوں نے سوچا آبجیکٹو</w:t>
      </w:r>
    </w:p>
    <w:p>
      <w:r>
        <w:rPr>
          <w:b/>
        </w:rPr>
        <w:t xml:space="preserve">[14:08] </w:t>
      </w:r>
      <w:r>
        <w:t>thinking ke zariye</w:t>
      </w:r>
    </w:p>
    <w:p>
      <w:pPr>
        <w:jc w:val="right"/>
      </w:pPr>
      <w:r>
        <w:t>تھنکنگ کے ذریعے</w:t>
      </w:r>
    </w:p>
    <w:p>
      <w:r>
        <w:rPr>
          <w:b/>
        </w:rPr>
        <w:t xml:space="preserve">[14:13] </w:t>
      </w:r>
      <w:r>
        <w:t>ke jang ke maidan mein hum jeet nahin sakte musalmanon se. toh ab maidan ko badalna hai. kuch logon ne is ko kaha tha ke jang ke maidan ke bajaye aik spiritual crusade humein chherna hai.</w:t>
      </w:r>
    </w:p>
    <w:p>
      <w:pPr>
        <w:jc w:val="right"/>
      </w:pPr>
      <w:r>
        <w:t>کہ جنگ کے میدان میں ہم جیت نہیں سکتے مسلمانوں سے۔ تو اب میدان کو بدلنا ہے۔ کچھ لوگوں نے اس کو کہا تھا کہ جنگ کے میدان کے بجائے ایک اسپریچول کروسیڈ ہمیں چھیڑنا ہے۔</w:t>
      </w:r>
    </w:p>
    <w:p>
      <w:r>
        <w:rPr>
          <w:b/>
        </w:rPr>
        <w:t xml:space="preserve">[14:34] </w:t>
      </w:r>
      <w:r>
        <w:t>isi zehn ne un ko pahuncha diya technology ki daryaft tak. is ke baad aik cheez daryaft hui.</w:t>
      </w:r>
    </w:p>
    <w:p>
      <w:pPr>
        <w:jc w:val="right"/>
      </w:pPr>
      <w:r>
        <w:t>اسی ذہن نے ان کو پہنچا دیا ٹیکنالوجی کی دریافت تک۔ اس کے بعد ایک چیز دریافت ہوئی۔</w:t>
      </w:r>
    </w:p>
    <w:p>
      <w:r>
        <w:rPr>
          <w:b/>
        </w:rPr>
        <w:t xml:space="preserve">[14:46] </w:t>
      </w:r>
      <w:r>
        <w:t>yani steam power daryaft hua, bijli daryaft hui, atomi ki energy daryaft hui. aur beshumar cheezein hain jo nature mein chupi hui theen.</w:t>
      </w:r>
    </w:p>
    <w:p>
      <w:pPr>
        <w:jc w:val="right"/>
      </w:pPr>
      <w:r>
        <w:t>یعنی اسٹیم پاور دریافت ہوا، بجلی دریافت ہوئی، ایٹمی کی انرجی دریافت ہوئی۔ اور بے شمار چیزیں ہیں جو نیچر میں چھپی ہوئی تھیں۔</w:t>
      </w:r>
    </w:p>
    <w:p>
      <w:r>
        <w:rPr>
          <w:b/>
        </w:rPr>
        <w:t xml:space="preserve">[14:59] </w:t>
      </w:r>
      <w:r>
        <w:t>jin ka ishara quran mein maujood tha. wa-akhluqu ma'allahi ta'lamoon. yeh isi ka ishara tha ke nature mein jo technology chupi hui hai,</w:t>
      </w:r>
    </w:p>
    <w:p>
      <w:pPr>
        <w:jc w:val="right"/>
      </w:pPr>
      <w:r>
        <w:t>جن کا اشارہ قرآن میں موجود تھا۔ وَاَخْلُقُوا مَعَ اللّٰهِ تَعْلَمُونَ۔ یہ اسی کا اشارہ تھا کہ نیچر میں جو ٹیکنالوجی چھپی ہوئی ہے،</w:t>
      </w:r>
    </w:p>
    <w:p>
      <w:r>
        <w:rPr>
          <w:b/>
        </w:rPr>
        <w:t xml:space="preserve">[15:12] </w:t>
      </w:r>
      <w:r>
        <w:t>us ko daryaft karo toh tum ko aik nai dunya, nai kainat tumhare samne aa jayegi. woh hua.</w:t>
      </w:r>
    </w:p>
    <w:p>
      <w:pPr>
        <w:jc w:val="right"/>
      </w:pPr>
      <w:r>
        <w:t>اس کو دریافت کرو تو تم کو ایک نئی دنیا، نئی کائنات تمہارے سامنے آ جائے گی۔ وہ ہوا۔</w:t>
      </w:r>
    </w:p>
    <w:p>
      <w:r>
        <w:rPr>
          <w:b/>
        </w:rPr>
        <w:t xml:space="preserve">[15:24] </w:t>
      </w:r>
      <w:r>
        <w:t>toh is ke maani kya hue? ke western civilization western nahin thi woh. woh divine civilization thi.</w:t>
      </w:r>
    </w:p>
    <w:p>
      <w:pPr>
        <w:jc w:val="right"/>
      </w:pPr>
      <w:r>
        <w:t>تو اس کے معنی کیا ہوئے؟ کہ ویسٹرن سویلائزیشن ویسٹرن نہیں تھی وہ۔ وہ ڈیوائن سویلائزیشن تھی۔</w:t>
      </w:r>
    </w:p>
    <w:p>
      <w:r>
        <w:rPr>
          <w:b/>
        </w:rPr>
        <w:t xml:space="preserve">[15:37] </w:t>
      </w:r>
      <w:r>
        <w:t>divine. kyunke khuda ne nature mein jo lash chupa di thi wohi toh, woh isi ko unhon ne discover kiya. west ne is ke siwa kuch nahin kiya.</w:t>
      </w:r>
    </w:p>
    <w:p>
      <w:pPr>
        <w:jc w:val="right"/>
      </w:pPr>
      <w:r>
        <w:t>ڈیوائن۔ کیونکہ خدا نے نیچر میں جو لاش چھپا دی تھی وہی تو، وہ اسی کو انہوں نے ڈسکور کیا۔ ویسٹ نے اس کے سوا کچھ نہیں کیا۔</w:t>
      </w:r>
    </w:p>
    <w:p>
      <w:r>
        <w:rPr>
          <w:b/>
        </w:rPr>
        <w:t xml:space="preserve">[15:51] </w:t>
      </w:r>
      <w:r>
        <w:t>ke nature mein bijli ki taqat chupi hui thi. nature mein steam power chupa hua tha. steam mein nuclear energy chupi hui thi.</w:t>
      </w:r>
    </w:p>
    <w:p>
      <w:pPr>
        <w:jc w:val="right"/>
      </w:pPr>
      <w:r>
        <w:t>کہ نیچر میں بجلی کی طاقت چھپی ہوئی تھی۔ نیچر میں اسٹیم پاور چھپا ہوا تھا۔ اسٹیم میں نیوکلیئر انرجی چھپی ہوئی تھی۔</w:t>
      </w:r>
    </w:p>
    <w:p>
      <w:r>
        <w:rPr>
          <w:b/>
        </w:rPr>
        <w:t xml:space="preserve">[16:05] </w:t>
      </w:r>
      <w:r>
        <w:t>us ko daryaft kar ke unhon ne us ko qabil-e-istemal banaya.</w:t>
      </w:r>
    </w:p>
    <w:p>
      <w:pPr>
        <w:jc w:val="right"/>
      </w:pPr>
      <w:r>
        <w:t>اس کو دریافت کر کے انہوں نے اس کو قابل استعمال بنایا۔</w:t>
      </w:r>
    </w:p>
    <w:p>
      <w:r>
        <w:rPr>
          <w:b/>
        </w:rPr>
        <w:t xml:space="preserve">[16:13] </w:t>
      </w:r>
      <w:r>
        <w:t>toh naam pada is ka western civilization. haqeeqat mein woh thi divine civilization. lekin sath sath kyunke is mein west ka culture, west ki political policy shamil ho gayi bazahir.</w:t>
      </w:r>
    </w:p>
    <w:p>
      <w:pPr>
        <w:jc w:val="right"/>
      </w:pPr>
      <w:r>
        <w:t>تو نام پڑا اس کا ویسٹرن سویلائزیشن۔ حقیقت میں وہ تھی ڈیوائن سویلائزیشن۔ لیکن ساتھ ساتھ چونکہ اس میں ویسٹ کا کلچر، ویسٹ کی پولیٹیکل پالیسی شامل ہو گئی بظاہر۔</w:t>
      </w:r>
    </w:p>
    <w:p>
      <w:r>
        <w:rPr>
          <w:b/>
        </w:rPr>
        <w:t xml:space="preserve">[16:34] </w:t>
      </w:r>
      <w:r>
        <w:t>toh musalman jo thinkers thay, woh dealing kar ke dekh nahin sake. dealing kar ke dekh nahin sake.</w:t>
      </w:r>
    </w:p>
    <w:p>
      <w:pPr>
        <w:jc w:val="right"/>
      </w:pPr>
      <w:r>
        <w:t>تو مسلمان جو تھنکرز تھے، وہ ڈیلنگ کر کے دیکھ نہیں سکے۔ ڈیلنگ کر کے دیکھ نہیں سکے۔</w:t>
      </w:r>
    </w:p>
    <w:p>
      <w:r>
        <w:rPr>
          <w:b/>
        </w:rPr>
        <w:t xml:space="preserve">[16:46] </w:t>
      </w:r>
      <w:r>
        <w:t>is ke positive pehlu ko nahin pakra unhon ne. aur jo un ke nazdeek apne khayal ke mutabiq jo negative pehlu tha, bas usi pe stick kiya.</w:t>
      </w:r>
    </w:p>
    <w:p>
      <w:pPr>
        <w:jc w:val="right"/>
      </w:pPr>
      <w:r>
        <w:t>اس کے پوزیٹیو پہلو کو نہیں پکڑا انہوں نے۔ اور جو ان کے نزدیک اپنے خیال کے مطابق جو نیگیٹیو پہلو تھا، بس اسی پہ اسٹک کیا۔</w:t>
      </w:r>
    </w:p>
    <w:p>
      <w:r>
        <w:rPr>
          <w:b/>
        </w:rPr>
        <w:t xml:space="preserve">[17:01] </w:t>
      </w:r>
      <w:r>
        <w:t>agar aap Syed Qutb ki kitab padhein, America allati ra'ay tu. America allati ra'ay tu.</w:t>
      </w:r>
    </w:p>
    <w:p>
      <w:pPr>
        <w:jc w:val="right"/>
      </w:pPr>
      <w:r>
        <w:t>اگر آپ سید قطب کی کتاب پڑھیں، امریکہ الّتی رائے تو۔ امریکہ الّتی رائے تو۔</w:t>
      </w:r>
    </w:p>
    <w:p>
      <w:r>
        <w:rPr>
          <w:b/>
        </w:rPr>
        <w:t xml:space="preserve">[17:11] </w:t>
      </w:r>
      <w:r>
        <w:t>to yeh is ki aik alamati misaal hai. is ka matlab hai amreeka jis ko main ne dekha.</w:t>
      </w:r>
    </w:p>
    <w:p>
      <w:pPr>
        <w:jc w:val="right"/>
      </w:pPr>
      <w:r>
        <w:t>تو یہ اس کی ایک علامتی مثال ہے۔ اس کا مطلب ہے امریکہ جس کو میں نے دیکھا۔</w:t>
      </w:r>
    </w:p>
    <w:p>
      <w:r>
        <w:rPr>
          <w:b/>
        </w:rPr>
        <w:t xml:space="preserve">[17:21] </w:t>
      </w:r>
      <w:r>
        <w:t>haalankeh sahih tarjuma hai keh amreeka jahan ke culture ko main ne dekha aur real amreeka ko nahin dekha.</w:t>
      </w:r>
    </w:p>
    <w:p>
      <w:pPr>
        <w:jc w:val="right"/>
      </w:pPr>
      <w:r>
        <w:t>حالانکہ صحیح ترجمہ ہے کہ امریکہ جہاں کے کلچر کو میں نے دیکھا اور رئیل امریکہ کو نہیں دیکھا۔</w:t>
      </w:r>
    </w:p>
    <w:p>
      <w:r>
        <w:rPr>
          <w:b/>
        </w:rPr>
        <w:t xml:space="preserve">[17:33] </w:t>
      </w:r>
      <w:r>
        <w:t>amreeka ki asal taaqat ko main ne nahin dekha, sirf culture ko dekha. click shop bhi rahay hain, aurtain kapra banana hai kapray se.</w:t>
      </w:r>
    </w:p>
    <w:p>
      <w:pPr>
        <w:jc w:val="right"/>
      </w:pPr>
      <w:r>
        <w:t>امریکہ کی اصل طاقت کو میں نے نہیں دیکھا، صرف کلچر کو دیکھا۔ کلک شاپ بھی رہے ہیں، عورتیں کپڑا بنانا ہے کپڑے سے۔</w:t>
      </w:r>
    </w:p>
    <w:p>
      <w:r>
        <w:rPr>
          <w:b/>
        </w:rPr>
        <w:t xml:space="preserve">[17:46] </w:t>
      </w:r>
      <w:r>
        <w:t>isi qism ki kuch cheezen.</w:t>
      </w:r>
    </w:p>
    <w:p>
      <w:pPr>
        <w:jc w:val="right"/>
      </w:pPr>
      <w:r>
        <w:t>اسی قسم کی کچھ چیزیں۔</w:t>
      </w:r>
    </w:p>
    <w:p>
      <w:r>
        <w:rPr>
          <w:b/>
        </w:rPr>
        <w:t xml:space="preserve">[17:51] </w:t>
      </w:r>
      <w:r>
        <w:t>to dekhiye yeh aik aanay wala mustaqbil jo tha, aanay wala daur jo tha, is mein aik taraf</w:t>
      </w:r>
    </w:p>
    <w:p>
      <w:pPr>
        <w:jc w:val="right"/>
      </w:pPr>
      <w:r>
        <w:t>تو دیکھیے یہ ایک آنے والا مستقبل جو تھا، آنے والا دور جو تھا، اس میں ایک طرف</w:t>
      </w:r>
    </w:p>
    <w:p>
      <w:r>
        <w:rPr>
          <w:b/>
        </w:rPr>
        <w:t xml:space="preserve">[18:05] </w:t>
      </w:r>
      <w:r>
        <w:t>fitna dohama paida honay wala tha. aur doosri taraf isi ke sath sath super good news keh saaray mawaaqe khulnay walay thay.</w:t>
      </w:r>
    </w:p>
    <w:p>
      <w:pPr>
        <w:jc w:val="right"/>
      </w:pPr>
      <w:r>
        <w:t>فتنہ دوہما پیدا ہونے والا تھا۔ اور دوسری طرف اسی کے ساتھ ساتھ سپر گڈ نیوز کہ سارے مواقع کھلنے والے تھے۔</w:t>
      </w:r>
    </w:p>
    <w:p>
      <w:r>
        <w:rPr>
          <w:b/>
        </w:rPr>
        <w:t xml:space="preserve">[18:18] </w:t>
      </w:r>
      <w:r>
        <w:t>dekhiye west ka kaarnama bohat hi bara hai. sirf technology ki baat nahin hai.</w:t>
      </w:r>
    </w:p>
    <w:p>
      <w:pPr>
        <w:jc w:val="right"/>
      </w:pPr>
      <w:r>
        <w:t>دیکھیے ویسٹ کا کارنامہ بہت ہی بڑا ہے۔ صرف ٹیکنالوجی کی بات نہیں ہے۔</w:t>
      </w:r>
    </w:p>
    <w:p>
      <w:r>
        <w:rPr>
          <w:b/>
        </w:rPr>
        <w:t xml:space="preserve">[18:27] </w:t>
      </w:r>
      <w:r>
        <w:t>ab west ke kaarnamay ka aik pehlu hai technology. jis se car bana, jis se hawa jahaz bana, jis se railen banin, aur hazaron hazar cheezen.</w:t>
      </w:r>
    </w:p>
    <w:p>
      <w:pPr>
        <w:jc w:val="right"/>
      </w:pPr>
      <w:r>
        <w:t>اب ویسٹ کے کارنامے کا ایک پہلو ہے ٹیکنالوجی۔ جس سے کار بنا، جس سے ہوا جہاز بنا، جس سے ریلیں بنیں، اور ہزاروں ہزار چیزیں۔</w:t>
      </w:r>
    </w:p>
    <w:p>
      <w:r>
        <w:rPr>
          <w:b/>
        </w:rPr>
        <w:t xml:space="preserve">[18:40] </w:t>
      </w:r>
      <w:r>
        <w:t>doosra pehlu yeh hai keh yeh west hi tha jis ne dunya mein pehli baar azaadi ka daur laya. shamshir ke daur ko khatam kiya.</w:t>
      </w:r>
    </w:p>
    <w:p>
      <w:pPr>
        <w:jc w:val="right"/>
      </w:pPr>
      <w:r>
        <w:t>دوسرا پہلو یہ ہے کہ یہ ویسٹ ہی تھا جس نے دنیا میں پہلی بار آزادی کا دور لایا۔ شمشیر کے دور کو ختم کیا۔</w:t>
      </w:r>
    </w:p>
    <w:p>
      <w:r>
        <w:rPr>
          <w:b/>
        </w:rPr>
        <w:t xml:space="preserve">[18:57] </w:t>
      </w:r>
      <w:r>
        <w:t>peace dunya mein aaya pehli baar inhi ki wajah se. dekhiye peace kaisay aaya? peace ki baat poori tareekh mein log karte rahay hain.</w:t>
      </w:r>
    </w:p>
    <w:p>
      <w:pPr>
        <w:jc w:val="right"/>
      </w:pPr>
      <w:r>
        <w:t>پیس دنیا میں آیا پہلی بار انہی کی وجہ سے۔ دیکھیے پیس کیسے آیا؟ پیس کی بات پوری تاریخ میں لوگ کرتے رہے ہیں۔</w:t>
      </w:r>
    </w:p>
    <w:p>
      <w:r>
        <w:rPr>
          <w:b/>
        </w:rPr>
        <w:t xml:space="preserve">[19:08] </w:t>
      </w:r>
      <w:r>
        <w:t>lekin peace aaya kaisay?</w:t>
      </w:r>
    </w:p>
    <w:p>
      <w:pPr>
        <w:jc w:val="right"/>
      </w:pPr>
      <w:r>
        <w:t>لیکن پیس آیا کیسے؟</w:t>
      </w:r>
    </w:p>
    <w:p>
      <w:r>
        <w:rPr>
          <w:b/>
        </w:rPr>
        <w:t xml:space="preserve">[19:12] </w:t>
      </w:r>
      <w:r>
        <w:t>peace darasal west ka aik negative nateeja tha. second world war mein west ne do atom bomb istemaal kiye.</w:t>
      </w:r>
    </w:p>
    <w:p>
      <w:pPr>
        <w:jc w:val="right"/>
      </w:pPr>
      <w:r>
        <w:t>پیس دراصل ویسٹ کا ایک نیگیٹیو نتیجہ تھا۔ سیکنڈ ورلڈ وار میں ویسٹ نے دو ایٹم بم استعمال کیے۔</w:t>
      </w:r>
    </w:p>
    <w:p>
      <w:r>
        <w:rPr>
          <w:b/>
        </w:rPr>
        <w:t xml:space="preserve">[19:28] </w:t>
      </w:r>
      <w:r>
        <w:t>aur bohat bari tabahi hui. do nuclear bomb japan mein. is tabahi ke baad</w:t>
      </w:r>
    </w:p>
    <w:p>
      <w:pPr>
        <w:jc w:val="right"/>
      </w:pPr>
      <w:r>
        <w:t>اور بہت بڑی تباہی ہوئی۔ دو نیوکلیئر بم جاپان میں۔ اس تباہی کے بعد</w:t>
      </w:r>
    </w:p>
    <w:p>
      <w:r>
        <w:rPr>
          <w:b/>
        </w:rPr>
        <w:t xml:space="preserve">[19:41] </w:t>
      </w:r>
      <w:r>
        <w:t>logon ne yeh jaana, jis ko kehte hain weapons of mass destruction. aik naya term dunya mein aaya keh weapons of mass destruction.</w:t>
      </w:r>
    </w:p>
    <w:p>
      <w:pPr>
        <w:jc w:val="right"/>
      </w:pPr>
      <w:r>
        <w:t>لوگوں نے یہ جانا، جس کو کہتے ہیں ویپنز آف ماس ڈسٹرکشن۔ ایک نیا ٹرم دنیا میں آیا کہ ویپنز آف ماس ڈسٹرکشن۔</w:t>
      </w:r>
    </w:p>
    <w:p>
      <w:r>
        <w:rPr>
          <w:b/>
        </w:rPr>
        <w:t xml:space="preserve">[19:55] </w:t>
      </w:r>
      <w:r>
        <w:t>to logon ne kya discover kiya? logon ne yeh discover kiya keh ab jang ka zamana hi khatam ho gaya, hathiyar ka zamana hi khatam ho gaya.</w:t>
      </w:r>
    </w:p>
    <w:p>
      <w:pPr>
        <w:jc w:val="right"/>
      </w:pPr>
      <w:r>
        <w:t>تو لوگوں نے کیا ڈسکور کیا؟ لوگوں نے یہ ڈسکور کیا کہ اب جنگ کا زمانہ ہی ختم ہو گیا، ہتھیار کا زمانہ ہی ختم ہو گیا۔</w:t>
      </w:r>
    </w:p>
    <w:p>
      <w:r>
        <w:rPr>
          <w:b/>
        </w:rPr>
        <w:t xml:space="preserve">[20:08] </w:t>
      </w:r>
      <w:r>
        <w:t>kyun? ab agar aap jang karte hain, ab agar aap hathiyar istemaal karte hain to woh kya hoga?</w:t>
      </w:r>
    </w:p>
    <w:p>
      <w:pPr>
        <w:jc w:val="right"/>
      </w:pPr>
      <w:r>
        <w:t>کیوں؟ اب اگر آپ جنگ کرتے ہیں، اب اگر آپ ہتھیار استعمال کرتے ہیں تو وہ کیا ہوگا؟</w:t>
      </w:r>
    </w:p>
    <w:p>
      <w:r>
        <w:rPr>
          <w:b/>
        </w:rPr>
        <w:t xml:space="preserve">[20:18] </w:t>
      </w:r>
      <w:r>
        <w:t>woh sirf dushman ko nahin marega, aap ko hi marega.</w:t>
      </w:r>
    </w:p>
    <w:p>
      <w:pPr>
        <w:jc w:val="right"/>
      </w:pPr>
      <w:r>
        <w:t>وہ صرف دشمن کو نہیں مارے گا، آپ کو ہی مارے گا۔</w:t>
      </w:r>
    </w:p>
    <w:p>
      <w:r>
        <w:rPr>
          <w:b/>
        </w:rPr>
        <w:t xml:space="preserve">[20:24] </w:t>
      </w:r>
      <w:r>
        <w:t>aaj ka jo hathiyar hai, woh sirf dushman ko nahin marega, woh aap ko hi marega. weapons of mass destruction.</w:t>
      </w:r>
    </w:p>
    <w:p>
      <w:pPr>
        <w:jc w:val="right"/>
      </w:pPr>
      <w:r>
        <w:t>آج کا جو ہتھیار ہے، وہ صرف دشمن کو نہیں مارے گا، وہ آپ کو ہی مارے گا۔ ویپنز آف ماس ڈسٹرکشن۔</w:t>
      </w:r>
    </w:p>
    <w:p>
      <w:r>
        <w:rPr>
          <w:b/>
        </w:rPr>
        <w:t xml:space="preserve">[20:36] </w:t>
      </w:r>
      <w:r>
        <w:t>is ko hitler ne sab se pehle samjha tha, is raaz ko. hitler ne jab woh, aap jante hain keh is woh khudkushi kar ke mara tha woh.</w:t>
      </w:r>
    </w:p>
    <w:p>
      <w:pPr>
        <w:jc w:val="right"/>
      </w:pPr>
      <w:r>
        <w:t>اس کو ہٹلر نے سب سے پہلے سمجھا تھا، اس راز کو۔ ہٹلر نے جب وہ، آپ جانتے ہیں کہ اس وہ خودکشی کر کے مرا تھا وہ۔</w:t>
      </w:r>
    </w:p>
    <w:p>
      <w:r>
        <w:rPr>
          <w:b/>
        </w:rPr>
        <w:t xml:space="preserve">[20:50] </w:t>
      </w:r>
      <w:r>
        <w:t>yaani hitler ki mayoosi is par taari ho gayi. kyunkeh ladaai chheeri, paaya kuch nahin.</w:t>
      </w:r>
    </w:p>
    <w:p>
      <w:pPr>
        <w:jc w:val="right"/>
      </w:pPr>
      <w:r>
        <w:t>یعنی اٹر کی مایوسی اس پر طاری ہو گئی۔ کیونکہ لڑائی چھیڑی، پایا کچھ نہیں۔</w:t>
      </w:r>
    </w:p>
    <w:p>
      <w:r>
        <w:rPr>
          <w:b/>
        </w:rPr>
        <w:t xml:space="preserve">[21:03] </w:t>
      </w:r>
      <w:r>
        <w:t>hitler ne ladaai chheeri aur paaya kuch nahin. to jab us ne khudkushi ki, berlin ke</w:t>
      </w:r>
    </w:p>
    <w:p>
      <w:pPr>
        <w:jc w:val="right"/>
      </w:pPr>
      <w:r>
        <w:t>ہٹلر نے لڑائی چھیڑی اور پایا کچھ نہیں۔ تو جب اس نے خودکشی کی، برلن کے</w:t>
      </w:r>
    </w:p>
    <w:p>
      <w:r>
        <w:rPr>
          <w:b/>
        </w:rPr>
        <w:t xml:space="preserve">[21:15] </w:t>
      </w:r>
      <w:r>
        <w:t>jail mein, to aakhri baat jo us ne kahi thi woh yeh kahi thi: ab agar jang hoti hai, us ne kaha tha keh no third war, ab koi jang nahin hogi.</w:t>
      </w:r>
    </w:p>
    <w:p>
      <w:pPr>
        <w:jc w:val="right"/>
      </w:pPr>
      <w:r>
        <w:t>جیل میں، تو آخری بات جو اس نے کہی تھی وہ یہ کہی تھی: اب اگر جنگ ہوتی ہے، اس نے کہا تھا کہ نو تھرڈ وار، اب کوئی جنگ نہیں ہوگی۔</w:t>
      </w:r>
    </w:p>
    <w:p>
      <w:r>
        <w:rPr>
          <w:b/>
        </w:rPr>
        <w:t xml:space="preserve">[21:31] </w:t>
      </w:r>
      <w:r>
        <w:t>first world war aur second world war ke baad ab no third war. agar jang hoti hai to us ne kaha tha</w:t>
      </w:r>
    </w:p>
    <w:p>
      <w:pPr>
        <w:jc w:val="right"/>
      </w:pPr>
      <w:r>
        <w:t>فرسٹ ورلڈ وار اور سیکنڈ ورلڈ وار کے بعد اب نو تھرڈ وار۔ اگر جنگ ہوتی ہے تو اس نے کہا تھا</w:t>
      </w:r>
    </w:p>
    <w:p>
      <w:r>
        <w:rPr>
          <w:b/>
        </w:rPr>
        <w:t xml:space="preserve">[21:42] </w:t>
      </w:r>
      <w:r>
        <w:t>keh no victor only survivor.</w:t>
      </w:r>
    </w:p>
    <w:p>
      <w:pPr>
        <w:jc w:val="right"/>
      </w:pPr>
      <w:r>
        <w:t>کہ نو وکٹر اونلی سروائیور۔</w:t>
      </w:r>
    </w:p>
    <w:p>
      <w:r>
        <w:rPr>
          <w:b/>
        </w:rPr>
        <w:t xml:space="preserve">[21:48] </w:t>
      </w:r>
      <w:r>
        <w:t>to jeetnay wala koi nahin hoga. sirf yeh hai keh chand log bach jayen ge ittefaq se.</w:t>
      </w:r>
    </w:p>
    <w:p>
      <w:pPr>
        <w:jc w:val="right"/>
      </w:pPr>
      <w:r>
        <w:t>تو جیتنے والا کوئی نہیں ہوگا۔ صرف یہ ہے کہ چند لوگ بچ جائیں گے اتفاق سے۔</w:t>
      </w:r>
    </w:p>
    <w:p>
      <w:r>
        <w:rPr>
          <w:b/>
        </w:rPr>
        <w:t xml:space="preserve">[22:02] </w:t>
      </w:r>
      <w:r>
        <w:t>matlab sab sabhaarne wale honge, jeetne wala koi bhi nahi hoga.</w:t>
      </w:r>
    </w:p>
    <w:p>
      <w:pPr>
        <w:jc w:val="right"/>
      </w:pPr>
      <w:r>
        <w:t>مطلب سب سب ہارنے والے ہوں گے، جیتنے والا کوئی بھی نہیں ہوگا۔</w:t>
      </w:r>
    </w:p>
    <w:p>
      <w:r>
        <w:rPr>
          <w:b/>
        </w:rPr>
        <w:t xml:space="preserve">[22:11] </w:t>
      </w:r>
      <w:r>
        <w:t>yeh cheez hai jis ne, yaani matlab nuclear bomb jo hai, woh pehli baar is ne dunya mein compression create kiya.</w:t>
      </w:r>
    </w:p>
    <w:p>
      <w:pPr>
        <w:jc w:val="right"/>
      </w:pPr>
      <w:r>
        <w:t>یہ چیز ہے جس نے، یعنی مطلب نیوکلیئر بم جو ہے، وہ پہلی بار اس نے دنیا میں کمپریشن کریٹ کیا۔</w:t>
      </w:r>
    </w:p>
    <w:p>
      <w:r>
        <w:rPr>
          <w:b/>
        </w:rPr>
        <w:t xml:space="preserve">[22:20] </w:t>
      </w:r>
      <w:r>
        <w:t>compression. ke jang chodo. nuclear bomb bazahir to ek ek faida mand cheez thi.</w:t>
      </w:r>
    </w:p>
    <w:p>
      <w:pPr>
        <w:jc w:val="right"/>
      </w:pPr>
      <w:r>
        <w:t>کمپریشن۔ کہ جنگ چھوڑو۔ نیوکلیئر بم بظاہر تو ایک ایک فائدہ مند چیز تھی۔</w:t>
      </w:r>
    </w:p>
    <w:p>
      <w:r>
        <w:rPr>
          <w:b/>
        </w:rPr>
        <w:t xml:space="preserve">[22:32] </w:t>
      </w:r>
      <w:r>
        <w:t>lekin is ne ek compression create kiya.</w:t>
      </w:r>
    </w:p>
    <w:p>
      <w:pPr>
        <w:jc w:val="right"/>
      </w:pPr>
      <w:r>
        <w:t>لیکن اس نے ایک کمپریشن کریٹ کیا۔</w:t>
      </w:r>
    </w:p>
    <w:p>
      <w:r>
        <w:rPr>
          <w:b/>
        </w:rPr>
        <w:t xml:space="preserve">[22:36] </w:t>
      </w:r>
      <w:r>
        <w:t>yeh ek compression create kiya. aap jante hain ke nuclear bomb ka asal moojid jo hai woh Germany hai. America ne to is ko istemal kiya.</w:t>
      </w:r>
    </w:p>
    <w:p>
      <w:pPr>
        <w:jc w:val="right"/>
      </w:pPr>
      <w:r>
        <w:t>یہ ایک کمپریشن کریٹ کیا۔ آپ جانتے ہیں کہ نیوکلیئر بم کا اصل موجد جو ہے وہ جرمنی ہے۔ امریکہ نے تو اس کو استعمال کیا۔</w:t>
      </w:r>
    </w:p>
    <w:p>
      <w:r>
        <w:rPr>
          <w:b/>
        </w:rPr>
        <w:t xml:space="preserve">[22:52] </w:t>
      </w:r>
      <w:r>
        <w:t>to western powers ne yeh discover kiya ke ab ab koi, ab kisi ke liye fateh nahi hai, har ek ke liye haar hai, haar hai, haar hai.</w:t>
      </w:r>
    </w:p>
    <w:p>
      <w:pPr>
        <w:jc w:val="right"/>
      </w:pPr>
      <w:r>
        <w:t>تو ویسٹرن پاورز نے یہ ڈسکور کیا کہ اب اب کوئی، اب کسی کے لیے فتح نہیں ہے، ہر ایک کے لیے ہار ہے، ہار ہے، ہار ہے۔</w:t>
      </w:r>
    </w:p>
    <w:p>
      <w:r>
        <w:rPr>
          <w:b/>
        </w:rPr>
        <w:t xml:space="preserve">[23:06] </w:t>
      </w:r>
      <w:r>
        <w:t>to ab jang ke mani kya hain? khudkushi. jang ke mani kya hain? khudkushi.</w:t>
      </w:r>
    </w:p>
    <w:p>
      <w:pPr>
        <w:jc w:val="right"/>
      </w:pPr>
      <w:r>
        <w:t>تو اب جنگ کے معنی کیا ہیں؟ خودکشی۔ جنگ کے معنی کیا ہیں؟ خودکشی۔</w:t>
      </w:r>
    </w:p>
    <w:p>
      <w:r>
        <w:rPr>
          <w:b/>
        </w:rPr>
        <w:t xml:space="preserve">[23:15] </w:t>
      </w:r>
      <w:r>
        <w:t>yeh ek compression create hua jis ki wajah se insan ne ek nayi soch aayi insan ke jang ke bare mein.</w:t>
      </w:r>
    </w:p>
    <w:p>
      <w:pPr>
        <w:jc w:val="right"/>
      </w:pPr>
      <w:r>
        <w:t>یہ ایک کمپریشن کریٹ ہوا جس کی وجہ سے انسان نے ایک نئی سوچ آئی انسان کے جنگ کے بارے میں۔</w:t>
      </w:r>
    </w:p>
    <w:p>
      <w:r>
        <w:rPr>
          <w:b/>
        </w:rPr>
        <w:t xml:space="preserve">[23:26] </w:t>
      </w:r>
      <w:r>
        <w:t>insan ke zehan mein ek nayi soch aayi ke jang to koi option nahi hai.</w:t>
      </w:r>
    </w:p>
    <w:p>
      <w:pPr>
        <w:jc w:val="right"/>
      </w:pPr>
      <w:r>
        <w:t>انسان کے ذہن میں ایک نئی سوچ آئی کہ جنگ تو کوئی آپشن نہیں ہے۔</w:t>
      </w:r>
    </w:p>
    <w:p>
      <w:r>
        <w:rPr>
          <w:b/>
        </w:rPr>
        <w:t xml:space="preserve">[23:37] </w:t>
      </w:r>
      <w:r>
        <w:t>Alexander the Great samajhta tha ke jang ek option hai. us waqt se le kar baad baat tak log samajhte rahe ke jang bhi ek option hai.</w:t>
      </w:r>
    </w:p>
    <w:p>
      <w:pPr>
        <w:jc w:val="right"/>
      </w:pPr>
      <w:r>
        <w:t>الیگزینڈر دا گریٹ سمجھتا تھا کہ جنگ ایک آپشن ہے۔ اس وقت سے لے کے بعد بات تک لوگ سمجھتے رہے کہ جنگ بھی ایک آپشن ہے۔</w:t>
      </w:r>
    </w:p>
    <w:p>
      <w:r>
        <w:rPr>
          <w:b/>
        </w:rPr>
        <w:t xml:space="preserve">[23:47] </w:t>
      </w:r>
      <w:r>
        <w:t>lekin second world war ne ek ek aisa creation, ek aisa compression create kiya jis ke nateejay mein saare dunya ke insan mein yeh soch aa gayi ke ke jang koi option nahi hai.</w:t>
      </w:r>
    </w:p>
    <w:p>
      <w:pPr>
        <w:jc w:val="right"/>
      </w:pPr>
      <w:r>
        <w:t>لیکن سیکنڈ ورلڈ وار نے ایک ایک ایسا کریشن، ایک ایسا کمپریشن کریٹ کیا جس کے نتیجے میں سارے دنیا کے انسان میں یہ سوچ آ گئی کہ کہ جنگ کوئی آپشن نہیں ہے۔</w:t>
      </w:r>
    </w:p>
    <w:p>
      <w:r>
        <w:rPr>
          <w:b/>
        </w:rPr>
        <w:t xml:space="preserve">[24:05] </w:t>
      </w:r>
      <w:r>
        <w:t>to peace aayi. to dunya mein jab peace aayi aur</w:t>
      </w:r>
    </w:p>
    <w:p>
      <w:pPr>
        <w:jc w:val="right"/>
      </w:pPr>
      <w:r>
        <w:t>تو پیس آئی۔ تو دنیا میں جب پیس آئی اور</w:t>
      </w:r>
    </w:p>
    <w:p>
      <w:r>
        <w:rPr>
          <w:b/>
        </w:rPr>
        <w:t xml:space="preserve">[24:13] </w:t>
      </w:r>
      <w:r>
        <w:t>masawaat aayi aur hazaron cheezein aayin jis ki wajah se ek pur aman dour bana.</w:t>
      </w:r>
    </w:p>
    <w:p>
      <w:pPr>
        <w:jc w:val="right"/>
      </w:pPr>
      <w:r>
        <w:t>مساوات آئی اور ہزاروں چیزیں آئیں جس کی وجہ سے ایک پُرامن دور بنا۔</w:t>
      </w:r>
    </w:p>
    <w:p>
      <w:r>
        <w:rPr>
          <w:b/>
        </w:rPr>
        <w:t xml:space="preserve">[24:25] </w:t>
      </w:r>
      <w:r>
        <w:t>aap dekhiye ke aap paighambaron ki poori tareekh padhiye. poori tareekh, Adam se le kar ke Rasool Allah tak.</w:t>
      </w:r>
    </w:p>
    <w:p>
      <w:pPr>
        <w:jc w:val="right"/>
      </w:pPr>
      <w:r>
        <w:t>آپ دیکھیے کہ آپ پیغمبروں کی پوری تاریخ پڑھئیے۔ پوری تاریخ، آدم سے لے کر کے رسول اللہ تک۔</w:t>
      </w:r>
    </w:p>
    <w:p>
      <w:r>
        <w:rPr>
          <w:b/>
        </w:rPr>
        <w:t xml:space="preserve">[24:38] </w:t>
      </w:r>
      <w:r>
        <w:t>to aap paayenge ke hamesha khoon kharaba, hamesha jang. Adam ki jo aulad thi pehli, usi ne apne bhai ko pathar se maar dala.</w:t>
      </w:r>
    </w:p>
    <w:p>
      <w:pPr>
        <w:jc w:val="right"/>
      </w:pPr>
      <w:r>
        <w:t>تو آپ پائیں گے کہ ہمیشہ خون خرابہ، ہمیشہ جنگ۔ آدم کی جو اولاد تھی پہلی، اسی نے اپنے بھائی کو پتھر سے مار ڈالا۔</w:t>
      </w:r>
    </w:p>
    <w:p>
      <w:r>
        <w:rPr>
          <w:b/>
        </w:rPr>
        <w:t xml:space="preserve">[24:51] </w:t>
      </w:r>
      <w:r>
        <w:t>Qabil ne Habil ko maar dala. aisi jang har paighambar ke zamanay mein, Hazrat Ibrahim ko aag mein daal diya gaya. Rasool Allah ke khilaf jangain cheri gaein.</w:t>
      </w:r>
    </w:p>
    <w:p>
      <w:pPr>
        <w:jc w:val="right"/>
      </w:pPr>
      <w:r>
        <w:t>قابیل نے ہابیل کو مار ڈالا۔ ایسی جنگ ہر پیغمبر کے زمانے میں، حضرت ابراہیم کو آگ میں ڈال دیا گیا۔ رسول اللہ کے خلاف جنگیں چھڑی گئیں۔</w:t>
      </w:r>
    </w:p>
    <w:p>
      <w:r>
        <w:rPr>
          <w:b/>
        </w:rPr>
        <w:t xml:space="preserve">[25:05] </w:t>
      </w:r>
      <w:r>
        <w:t>aaj hum jee rahe hain dour e aman mein. aaj saari dunya aap sabar kar sakte hain. koi aap ko talwar se maarne wala nahi hai.</w:t>
      </w:r>
    </w:p>
    <w:p>
      <w:pPr>
        <w:jc w:val="right"/>
      </w:pPr>
      <w:r>
        <w:t>آج ہم جی رہے ہیں دورِ امن میں۔ آج ساری دنیا آپ صبر کر سکتے ہیں۔ کوئی آپ کو تلوار سے مارنے والا نہیں ہے۔</w:t>
      </w:r>
    </w:p>
    <w:p>
      <w:r>
        <w:rPr>
          <w:b/>
        </w:rPr>
        <w:t xml:space="preserve">[25:18] </w:t>
      </w:r>
      <w:r>
        <w:t>koi aap ko talwar se maarne wala nahi hai. ek naya dour aaya hai jis mein ek mulk se doosre mulk mein jaane ke liye is ko fateh is ko karne ki zaroorat nahi hai.</w:t>
      </w:r>
    </w:p>
    <w:p>
      <w:pPr>
        <w:jc w:val="right"/>
      </w:pPr>
      <w:r>
        <w:t>کوئی آپ کو تلوار سے مارنے والا نہیں ہے۔ ایک نیا دور آیا ہے جس میں ایک ملک سے دوسرے ملک میں جانے کے لیے اس کو فتح اس کو کرنے کی ضرورت نہیں ہے۔</w:t>
      </w:r>
    </w:p>
    <w:p>
      <w:r>
        <w:rPr>
          <w:b/>
        </w:rPr>
        <w:t xml:space="preserve">[25:34] </w:t>
      </w:r>
      <w:r>
        <w:t>jab dunya mein colonialism aaya, France ne qabza kiya Africa par, Britain ne qabza kiya Asia par.</w:t>
      </w:r>
    </w:p>
    <w:p>
      <w:pPr>
        <w:jc w:val="right"/>
      </w:pPr>
      <w:r>
        <w:t>جب دنیا میں کالونیلزم آیا، فرانس نے قبضہ کیا افریقہ پر، برٹن نے قبضہ کیا ایشیا پر۔</w:t>
      </w:r>
    </w:p>
    <w:p>
      <w:r>
        <w:rPr>
          <w:b/>
        </w:rPr>
        <w:t xml:space="preserve">[25:46] </w:t>
      </w:r>
      <w:r>
        <w:t>tab tak yahi dunya mein tha tasawwur ke talwar chalao tab dakhla milega. kisi mulk mein tum ko dakhla lena hai to talwar chalao tab dakhla milega.</w:t>
      </w:r>
    </w:p>
    <w:p>
      <w:pPr>
        <w:jc w:val="right"/>
      </w:pPr>
      <w:r>
        <w:t>تب تک یہی دنیا میں تھا تصور کہ تلوار چلاؤ تب داخلہ ملے گا۔ کسی ملک میں تم کو داخلہ لینا ہے تو تلوار چلاؤ تب داخلہ ملے گا۔</w:t>
      </w:r>
    </w:p>
    <w:p>
      <w:r>
        <w:rPr>
          <w:b/>
        </w:rPr>
        <w:t xml:space="preserve">[26:03] </w:t>
      </w:r>
      <w:r>
        <w:t>aaj kya hai? aaj aap ke pocket mein passport aur visa hona chahiye. kaisi ajeeb tabdeeli aayi hai dunya mein ke pehle logon ko ek mulk se doosre mulk mein dakhil hone ke liye talwar honi chahiye thi.</w:t>
      </w:r>
    </w:p>
    <w:p>
      <w:pPr>
        <w:jc w:val="right"/>
      </w:pPr>
      <w:r>
        <w:t>آج کیا ہے؟ آج آپ کے پاکٹ میں پاسپورٹ اور ویزا ہونا چاہیے۔ کیسی عجیب تبدیلی آئی ہے دنیا میں کہ پہلے لوگوں کو ایک ملک سے دوسرے ملک میں داخل ہونے کے لیے تلوار ہونی چاہیے تھی۔</w:t>
      </w:r>
    </w:p>
    <w:p>
      <w:r>
        <w:rPr>
          <w:b/>
        </w:rPr>
        <w:t xml:space="preserve">[26:22] </w:t>
      </w:r>
      <w:r>
        <w:t>aaj kya hai? aap ki jeeb mein passport aur visa hai to aap jahan chahein jaiye. aur jahan chahein ja kar ke aap Allah ke deen ko phailaiye.</w:t>
      </w:r>
    </w:p>
    <w:p>
      <w:pPr>
        <w:jc w:val="right"/>
      </w:pPr>
      <w:r>
        <w:t>آج کیا ہے؟ آپ کی جیب میں پاسپورٹ اور ویزا ہے تو آپ جہاں چاہیں جائیے۔ اور جہاں چاہیں جا کر کے آپ اللہ کے دین کو پھیلائیے۔</w:t>
      </w:r>
    </w:p>
    <w:p>
      <w:r>
        <w:rPr>
          <w:b/>
        </w:rPr>
        <w:t xml:space="preserve">[26:34] </w:t>
      </w:r>
      <w:r>
        <w:t>koi rukawat nahi. aur Allah ke fazal se hamari jo team hai, hamare jo saathi hain, woh yeh to kar rahe hain ke saari dunya mein Quran phaila rahe hain.</w:t>
      </w:r>
    </w:p>
    <w:p>
      <w:pPr>
        <w:jc w:val="right"/>
      </w:pPr>
      <w:r>
        <w:t>کوئی رکاوٹ نہیں۔ اور اللہ کے فضل سے ہماری جو ٹیم ہے، ہمارے جو ساتھی ہیں، وہ یہ تو کر رہے ہیں کہ ساری دنیا میں قرآن پھیلا رہے ہیں۔</w:t>
      </w:r>
    </w:p>
    <w:p>
      <w:r>
        <w:rPr>
          <w:b/>
        </w:rPr>
        <w:t xml:space="preserve">[26:47] </w:t>
      </w:r>
      <w:r>
        <w:t>no rukawat bilkul. kuch musalman jo bomb maarte hain, woh kya hai? woh haqeeqat mein bomb nahi hai, woh hai</w:t>
      </w:r>
    </w:p>
    <w:p>
      <w:pPr>
        <w:jc w:val="right"/>
      </w:pPr>
      <w:r>
        <w:t>نو رکاوٹ بالکل۔ کچھ مسلمان جو بم مارتے ہیں، وہ کیا ہے؟ وہ حقیقت میں بم نہیں ہے، وہ ہے</w:t>
      </w:r>
    </w:p>
    <w:p>
      <w:r>
        <w:rPr>
          <w:b/>
        </w:rPr>
        <w:t xml:space="preserve">[27:03] </w:t>
      </w:r>
      <w:r>
        <w:t>be khabari ka hathyar.</w:t>
      </w:r>
    </w:p>
    <w:p>
      <w:pPr>
        <w:jc w:val="right"/>
      </w:pPr>
      <w:r>
        <w:t>بے خبری کا ہتھیار۔</w:t>
      </w:r>
    </w:p>
    <w:p>
      <w:r>
        <w:rPr>
          <w:b/>
        </w:rPr>
        <w:t xml:space="preserve">[27:07] </w:t>
      </w:r>
      <w:r>
        <w:t>yeh bilkul be khabar hain ke kis dunya mein Allah ne in ko pohanchaya hai. Yeh jo militancy hai musalmanon ki, muslim militancy, woh muslim militancy nahi hai,</w:t>
      </w:r>
    </w:p>
    <w:p>
      <w:pPr>
        <w:jc w:val="right"/>
      </w:pPr>
      <w:r>
        <w:t>یہ بالکل بے خبر ہیں کہ کس دنیا میں اللہ نے ان کو پہنچایا ہے۔ یہ جو ملٹنسی ہے مسلمانوں کی، مسلم ملٹنسی، وہ مسلم ملٹنسی نہیں ہے،</w:t>
      </w:r>
    </w:p>
    <w:p>
      <w:r>
        <w:rPr>
          <w:b/>
        </w:rPr>
        <w:t xml:space="preserve">[27:22] </w:t>
      </w:r>
      <w:r>
        <w:t>woh be khabari ki militancy hai. Yeh saare musalman jo jang ki baatein karte hain, jo tashaddud ki baatein karte hain, woh be khabari ki baat woh bolte rahe hain.</w:t>
      </w:r>
    </w:p>
    <w:p>
      <w:pPr>
        <w:jc w:val="right"/>
      </w:pPr>
      <w:r>
        <w:t>وہ بے خبری کی ملٹنسی ہے۔ یہ سارے مسلمان جو جنگ کی باتیں کرتے ہیں، جو تشدد کی باتیں کرتے ہیں، وہ بے خبری کی بات وہ بولتے رہے ہیں۔</w:t>
      </w:r>
    </w:p>
    <w:p>
      <w:r>
        <w:rPr>
          <w:b/>
        </w:rPr>
        <w:t xml:space="preserve">[27:41] </w:t>
      </w:r>
      <w:r>
        <w:t>toh dekhiye yeh dunya moqa ki dunya hai har aitbaar se.</w:t>
      </w:r>
    </w:p>
    <w:p>
      <w:pPr>
        <w:jc w:val="right"/>
      </w:pPr>
      <w:r>
        <w:t>تو دیکھیے یہ دنیا موقع کی دنیا ہے ہر اعتبار سے۔</w:t>
      </w:r>
    </w:p>
    <w:p>
      <w:r>
        <w:rPr>
          <w:b/>
        </w:rPr>
        <w:t xml:space="preserve">[27:51] </w:t>
      </w:r>
      <w:r>
        <w:t>har aitbaar se. Lekin musalmanon ki be khabari ne kya kiya? In ko in ke andar westo phobia bana diya.</w:t>
      </w:r>
    </w:p>
    <w:p>
      <w:pPr>
        <w:jc w:val="right"/>
      </w:pPr>
      <w:r>
        <w:t>ہر اعتبار سے۔ لیکن مسلمانوں کی بے خبری نے کیا کیا؟ ان کو ان کے اندر ویسٹو فوبیا بنا دیا۔</w:t>
      </w:r>
    </w:p>
    <w:p>
      <w:r>
        <w:rPr>
          <w:b/>
        </w:rPr>
        <w:t xml:space="preserve">[28:04] </w:t>
      </w:r>
      <w:r>
        <w:t>nafrat ka kacha chala diya. Ab har musalman jis ko dekhein nafrat ki boli bolta hai, mazloom ki boli bolta hai, mazloomiyat ki, woh be khabari ki boli.</w:t>
      </w:r>
    </w:p>
    <w:p>
      <w:pPr>
        <w:jc w:val="right"/>
      </w:pPr>
      <w:r>
        <w:t>نفرت کا کچا چلا دیا۔ اب ہر مسلمان جس کو دیکھیں نفرت کی بولی بولتا ہے، مظلوم کی بولی بولتا ہے، مظلومیت کی، وہ بے خبری کی بولی۔</w:t>
      </w:r>
    </w:p>
    <w:p>
      <w:r>
        <w:rPr>
          <w:b/>
        </w:rPr>
        <w:t xml:space="preserve">[28:19] </w:t>
      </w:r>
      <w:r>
        <w:t>toh jis cheez ko hadith mein kaha gaya hai fitna dohama, woh hai in lihaaz se nateeja. Yaad rakhiye, tareek nahi hoga woh.</w:t>
      </w:r>
    </w:p>
    <w:p>
      <w:pPr>
        <w:jc w:val="right"/>
      </w:pPr>
      <w:r>
        <w:t>تو جس چیز کو حدیث میں کہا گیا ہے فتنہ دوہما، وہ ہے ان لحاظ سے نتیجہ۔ یاد رکھیے، تاریک نہیں ہوگا وہ۔</w:t>
      </w:r>
    </w:p>
    <w:p>
      <w:r>
        <w:rPr>
          <w:b/>
        </w:rPr>
        <w:t xml:space="preserve">[28:31] </w:t>
      </w:r>
      <w:r>
        <w:t>Allah ki dunya mein tareeki ki koi cheez nahi. Saari kahkashan roshni ka pahaad hain.</w:t>
      </w:r>
    </w:p>
    <w:p>
      <w:pPr>
        <w:jc w:val="right"/>
      </w:pPr>
      <w:r>
        <w:t>اللہ کی دنیا میں تاریکی کی کوئی چیز نہیں۔ ساری کہکشائیں روشنی کا پہاڑ ہیں۔</w:t>
      </w:r>
    </w:p>
    <w:p>
      <w:r>
        <w:rPr>
          <w:b/>
        </w:rPr>
        <w:t xml:space="preserve">[28:41] </w:t>
      </w:r>
      <w:r>
        <w:t>saare suraj roshni ka pahaad hain. Toh Allah ki dunya mein koi dohama nahi, koi tareeki nahi.</w:t>
      </w:r>
    </w:p>
    <w:p>
      <w:pPr>
        <w:jc w:val="right"/>
      </w:pPr>
      <w:r>
        <w:t>سارے سورج روشنی کا پہاڑ ہیں۔ تو اللہ کی دنیا میں کوئی دوہما نہیں، کوئی تاریکی نہیں۔</w:t>
      </w:r>
    </w:p>
    <w:p>
      <w:r>
        <w:rPr>
          <w:b/>
        </w:rPr>
        <w:t xml:space="preserve">[28:51] </w:t>
      </w:r>
      <w:r>
        <w:t>Allah ki dunya mein sirf roshni roshni hai. Lekin musalmanon ke tarz-e-fikr ne aisa kiya hai ke yeh dunya dohama ka fitna ban gayi hai.</w:t>
      </w:r>
    </w:p>
    <w:p>
      <w:pPr>
        <w:jc w:val="right"/>
      </w:pPr>
      <w:r>
        <w:t>اللہ کی دنیا میں صرف روشنی روشنی ہے۔ لیکن مسلمانوں کے طرزِ فکر نے ایسا کیا ہے کہ یہ دنیا دوہما کا فتنہ بن گئی ہے۔</w:t>
      </w:r>
    </w:p>
    <w:p>
      <w:r>
        <w:rPr>
          <w:b/>
        </w:rPr>
        <w:t xml:space="preserve">[29:06] </w:t>
      </w:r>
      <w:r>
        <w:t>is baat ko samjhiye ke fitna dohama tareeki ka fitna nahi hoga, woh be khabari ka fitna hoga.</w:t>
      </w:r>
    </w:p>
    <w:p>
      <w:pPr>
        <w:jc w:val="right"/>
      </w:pPr>
      <w:r>
        <w:t>اس بات کو سمجھئے کہ فتنہ دوہما تاریکی کا فتنہ نہیں ہوگا، وہ بے خبری کا فتنہ ہوگا۔</w:t>
      </w:r>
    </w:p>
    <w:p>
      <w:r>
        <w:rPr>
          <w:b/>
        </w:rPr>
        <w:t xml:space="preserve">[29:21] </w:t>
      </w:r>
      <w:r>
        <w:t>ke jahan moqa ka aik sira aaya hua hai, Islam ke liye moqa ka sira aaya hua hai, is ko apne ghalat zaawiye se dekhne ki wajah se is ko dohama bana diya gaya hai, tareeki bana diya gaya hai.</w:t>
      </w:r>
    </w:p>
    <w:p>
      <w:pPr>
        <w:jc w:val="right"/>
      </w:pPr>
      <w:r>
        <w:t>کہ جہاں موقع کا ایک سرا آیا ہوا ہے، اسلام کے لیے موقع کا سرا آیا ہوا ہے، اس کو اپنے غلط زاویے سے دیکھنے کی وجہ سے اس کو دوہما بنا دیا گیا ہے، تاریکی بنا دیا گیا ہے۔</w:t>
      </w:r>
    </w:p>
    <w:p>
      <w:r>
        <w:rPr>
          <w:b/>
        </w:rPr>
        <w:t xml:space="preserve">[29:41] </w:t>
      </w:r>
      <w:r>
        <w:t>yani western world, western tehzeeb, woh sau feesad pro Islam tehzeeb hai.</w:t>
      </w:r>
    </w:p>
    <w:p>
      <w:pPr>
        <w:jc w:val="right"/>
      </w:pPr>
      <w:r>
        <w:t>یعنی ویسٹرن ورلڈ، ویسٹرن تہذیب، وہ سو فیصد پرو اسلام تہذیب ہے۔</w:t>
      </w:r>
    </w:p>
    <w:p>
      <w:r>
        <w:rPr>
          <w:b/>
        </w:rPr>
        <w:t xml:space="preserve">[29:49] </w:t>
      </w:r>
      <w:r>
        <w:t>sau feesad. Lekin hamari be khabari ne is ko kya kiya hai? Westo phobia bana diya. Westo phobia.</w:t>
      </w:r>
    </w:p>
    <w:p>
      <w:pPr>
        <w:jc w:val="right"/>
      </w:pPr>
      <w:r>
        <w:t>سو فیصد۔ لیکن ہماری بے خبری نے اس کو کیا کیا ہے؟ ویسٹو فوبیا بنا دیا۔ ویسٹو فوبیا۔</w:t>
      </w:r>
    </w:p>
    <w:p>
      <w:r>
        <w:rPr>
          <w:b/>
        </w:rPr>
        <w:t xml:space="preserve">[30:02] </w:t>
      </w:r>
      <w:r>
        <w:t>toh fitna dohama naam hai westo phobia ka. Aur woh jo hai hadith mein ke in Allah</w:t>
      </w:r>
    </w:p>
    <w:p>
      <w:pPr>
        <w:jc w:val="right"/>
      </w:pPr>
      <w:r>
        <w:t>تو فتنہ دوہما نام ہے ویسٹو فوبیا کا۔ اور وہ جو ہے حدیث میں کہ ان اللہ</w:t>
      </w:r>
    </w:p>
    <w:p>
      <w:r>
        <w:rPr>
          <w:b/>
        </w:rPr>
        <w:t xml:space="preserve">[30:15] </w:t>
      </w:r>
      <w:r>
        <w:t>Allah father ke zariye bhi is deen ki madad karega. Is ka matlab kya hai? Ke saari dunya insaan, saari dunya Islam ki haami ban jayegi.</w:t>
      </w:r>
    </w:p>
    <w:p>
      <w:pPr>
        <w:jc w:val="right"/>
      </w:pPr>
      <w:r>
        <w:t>اللہ فادر کے ذریعے بھی اس دین کی مدد کرے گا۔ اس کا معنی کیا ہے؟ کہ ساری دنیا انسان، ساری دنیا اسلام کی حامی بن جائے گی۔</w:t>
      </w:r>
    </w:p>
    <w:p>
      <w:r>
        <w:rPr>
          <w:b/>
        </w:rPr>
        <w:t xml:space="preserve">[30:29] </w:t>
      </w:r>
      <w:r>
        <w:t>bashmul secular log. Toh father ke matlab hain secular. Yani saare hi log Islam ke haami ban jayenge.</w:t>
      </w:r>
    </w:p>
    <w:p>
      <w:pPr>
        <w:jc w:val="right"/>
      </w:pPr>
      <w:r>
        <w:t>بشمول سیکولر لوگ۔ تو فادر کے معنی ہیں سیکولر۔ یعنی سارے ہی لوگ اسلام کے حامی بن جائیں گے۔</w:t>
      </w:r>
    </w:p>
    <w:p>
      <w:r>
        <w:rPr>
          <w:b/>
        </w:rPr>
        <w:t xml:space="preserve">[30:42] </w:t>
      </w:r>
      <w:r>
        <w:t>hata ke secular log bhi. Yeh wohi toh dunya hai. Lafz bizzar ka kaha hai toh openness.</w:t>
      </w:r>
    </w:p>
    <w:p>
      <w:pPr>
        <w:jc w:val="right"/>
      </w:pPr>
      <w:r>
        <w:t>حتیٰ کہ سیکولر لوگ بھی۔ یہ وہی تو دنیا ہے۔ لفظ بذر کا کہا ہے تو اوپننس۔</w:t>
      </w:r>
    </w:p>
    <w:p>
      <w:r>
        <w:rPr>
          <w:b/>
        </w:rPr>
        <w:t xml:space="preserve">[30:52] </w:t>
      </w:r>
      <w:r>
        <w:t>yeh openness ka karishma hai ke aaj saare log Islam ke nateeje mein haami ban gaye hain. Aap dekhiye ke yeh jo dunya jis mein peace hai, jis mein hawai jahaz hai, car hai, sadkein hain, communication hai,</w:t>
      </w:r>
    </w:p>
    <w:p>
      <w:pPr>
        <w:jc w:val="right"/>
      </w:pPr>
      <w:r>
        <w:t>یہ اوپننس کا کرشمہ ہے کہ آج سارے لوگ اسلام کے نتیجے میں حامی بن گئے ہیں۔ آپ دیکھیے کہ یہ جو دنیا جس میں پیس ہے، جس میں ہوائی جہاز ہے، کار ہے، سڑکیں ہیں، کمیونیکیشن ہے،</w:t>
      </w:r>
    </w:p>
    <w:p>
      <w:r>
        <w:rPr>
          <w:b/>
        </w:rPr>
        <w:t xml:space="preserve">[31:12] </w:t>
      </w:r>
      <w:r>
        <w:t>yeh sab secular logon ne, yeh sab secular logon ne ijaad kiya hai. Yeh saara jo modern world hai, woh secular logon ka paida kardah hai.</w:t>
      </w:r>
    </w:p>
    <w:p>
      <w:pPr>
        <w:jc w:val="right"/>
      </w:pPr>
      <w:r>
        <w:t>یہ سب سیکولر لوگوں نے، یہ سب سیکولر لوگوں نے ایجاد کیا ہے۔ یہ سارا جو ماڈرن ورلڈ ہے، وہ سیکولر لوگوں کا پیدا کردہ ہے۔</w:t>
      </w:r>
    </w:p>
    <w:p>
      <w:r>
        <w:rPr>
          <w:b/>
        </w:rPr>
        <w:t xml:space="preserve">[31:26] </w:t>
      </w:r>
      <w:r>
        <w:t>lekin woh poora ka poora Islam ke muwafiq hai. Islam ki dawat ke liye, Quran ke phailane ke liye muwafiq hai woh.</w:t>
      </w:r>
    </w:p>
    <w:p>
      <w:pPr>
        <w:jc w:val="right"/>
      </w:pPr>
      <w:r>
        <w:t>لیکن وہ پورا کا پورا اسلام کے موافق ہے۔ اسلام کی دعوت کے لیے، قرآن کے پھیلانے کے لیے موافق ہے وہ۔</w:t>
      </w:r>
    </w:p>
    <w:p>
      <w:r>
        <w:rPr>
          <w:b/>
        </w:rPr>
        <w:t xml:space="preserve">[31:37] </w:t>
      </w:r>
      <w:r>
        <w:t>koi rukawat nahi hai. Hamare saathi hain, jahan jaate hain har jagah woh Quran ko phaila rahe hain, Allah ke deen ko phaila rahe hain.</w:t>
      </w:r>
    </w:p>
    <w:p>
      <w:pPr>
        <w:jc w:val="right"/>
      </w:pPr>
      <w:r>
        <w:t>کوئی رکاوٹ نہیں ہے۔ ہمارے ساتھی ہیں، جہاں جاتے ہیں ہر جگہ وہ قرآن کو پھیلا رہے ہیں، اللہ کے دین کو پھیلا رہے ہیں۔</w:t>
      </w:r>
    </w:p>
    <w:p>
      <w:r>
        <w:rPr>
          <w:b/>
        </w:rPr>
        <w:t xml:space="preserve">[31:49] </w:t>
      </w:r>
      <w:r>
        <w:t>koi bhi rukawat nahi. Har taraf azaadi azaadi.</w:t>
      </w:r>
    </w:p>
    <w:p>
      <w:pPr>
        <w:jc w:val="right"/>
      </w:pPr>
      <w:r>
        <w:t>کوئی بھی رکاوٹ نہیں۔ ہر طرف آزادی آزادی۔</w:t>
      </w:r>
    </w:p>
    <w:p>
      <w:r>
        <w:rPr>
          <w:b/>
        </w:rPr>
        <w:t xml:space="preserve">[31:58] </w:t>
      </w:r>
      <w:r>
        <w:t>toh yeh super news thi ke aik daur aayega ke jab ke saare hi log Islam ke haami ban jayenge.</w:t>
      </w:r>
    </w:p>
    <w:p>
      <w:pPr>
        <w:jc w:val="right"/>
      </w:pPr>
      <w:r>
        <w:t>تو یہ سپر نیوز تھی کہ ایک دور آئے گا کہ جب کہ سارے ہی لوگ اسلام کے حامی بن جائیں گے۔</w:t>
      </w:r>
    </w:p>
    <w:p>
      <w:r>
        <w:rPr>
          <w:b/>
        </w:rPr>
        <w:t xml:space="preserve">[32:11] </w:t>
      </w:r>
      <w:r>
        <w:t>lekin doosri taraf yeh hoga ke musalman apni ghalat soch ki bina par westo phobia ka shikaar ho jayenge.</w:t>
      </w:r>
    </w:p>
    <w:p>
      <w:pPr>
        <w:jc w:val="right"/>
      </w:pPr>
      <w:r>
        <w:t>لیکن دوسری طرف یہ ہوگا کہ مسلمان اپنی غلط سوچ کی بنا پر ویسٹو فوبیا کا شکار ہو جائیں گے۔</w:t>
      </w:r>
    </w:p>
    <w:p>
      <w:r>
        <w:rPr>
          <w:b/>
        </w:rPr>
        <w:t xml:space="preserve">[32:22] </w:t>
      </w:r>
      <w:r>
        <w:t>westo phobia musalmanon ki ghalat fehmi ka nateeja hai, inhone aagahi ka nateeja hai. Toh yaad rakhiye fitna dohama yeh sirf koi fitna dohama nahi hai.</w:t>
      </w:r>
    </w:p>
    <w:p>
      <w:pPr>
        <w:jc w:val="right"/>
      </w:pPr>
      <w:r>
        <w:t>ویسٹو فوبیا مسلمانوں کی غلط فہمی کا نتیجہ ہے، ان آگاہی کا نتیجہ ہے۔ تو یاد رکھیے فتنہ دوہما یہ صرف کوئی فتنہ دوہما نہیں ہے۔</w:t>
      </w:r>
    </w:p>
    <w:p>
      <w:r>
        <w:rPr>
          <w:b/>
        </w:rPr>
        <w:t xml:space="preserve">[32:40] </w:t>
      </w:r>
      <w:r>
        <w:t>yeh naam ke liye ke dunya mein andhera chha jae. jitne sitare hain sab roshni ka pahad hain. suraj roshni ka pahad hai.</w:t>
      </w:r>
    </w:p>
    <w:p>
      <w:pPr>
        <w:jc w:val="right"/>
      </w:pPr>
      <w:r>
        <w:t>یہ نام کے لیے کہ دنیا میں اندھیرا چھا جائے۔ جتنے ستارے ہیں سب روشنی کا پہاڑ ہیں۔ سورج روشنی کا پہاڑ ہے۔</w:t>
      </w:r>
    </w:p>
    <w:p>
      <w:r>
        <w:rPr>
          <w:b/>
        </w:rPr>
        <w:t xml:space="preserve">[32:54] </w:t>
      </w:r>
      <w:r>
        <w:t>to taariki hitler ke nizam mein dunya mein kabhi na aane wali hai, na aegi. fitna dohama ke mani hain taariki ka fitna.</w:t>
      </w:r>
    </w:p>
    <w:p>
      <w:pPr>
        <w:jc w:val="right"/>
      </w:pPr>
      <w:r>
        <w:t>تو تاریکی ہٹلر کے نظام میں دنیا میں کبھی نہ آنے والی ہے، نہ آئے گی۔ فتنہ دوہما کے معنی ہیں تاریکی کا فتنہ۔</w:t>
      </w:r>
    </w:p>
    <w:p>
      <w:r>
        <w:rPr>
          <w:b/>
        </w:rPr>
        <w:t xml:space="preserve">[33:07] </w:t>
      </w:r>
      <w:r>
        <w:t>to hitler ke nizam mein dunya mein kabhi bhi taariki ka fitna aane hi wala nahin. kyon ke Allah ne roshni ke pahad har taraf khade kar rakhe hain.</w:t>
      </w:r>
    </w:p>
    <w:p>
      <w:pPr>
        <w:jc w:val="right"/>
      </w:pPr>
      <w:r>
        <w:t>تو ہٹلر کے نظام میں دنیا میں کبھی بھی تاریکی کا فتنہ آنے ہی والا نہیں۔ کیوں کہ اللہ نے روشنی کے پہاڑ ہر طرف کھڑے کر رکھے ہیں۔</w:t>
      </w:r>
    </w:p>
    <w:p>
      <w:r>
        <w:rPr>
          <w:b/>
        </w:rPr>
        <w:t xml:space="preserve">[33:18] </w:t>
      </w:r>
      <w:r>
        <w:t>har taraf roshni hi roshni hai. roshni hi roshni hai. musalmanon ki apni galat soch ki wajah se taariki roshni ban jaegi.</w:t>
      </w:r>
    </w:p>
    <w:p>
      <w:pPr>
        <w:jc w:val="right"/>
      </w:pPr>
      <w:r>
        <w:t>ہر طرف روشنی ہی روشنی ہے۔ روشنی ہی روشنی ہے۔ مسلمانوں کی اپنی غلط سوچ کی وجہ سے تاریکی روشنی بن جائے گی۔</w:t>
      </w:r>
    </w:p>
    <w:p>
      <w:r>
        <w:rPr>
          <w:b/>
        </w:rPr>
        <w:t xml:space="preserve">[33:28] </w:t>
      </w:r>
      <w:r>
        <w:t>un ke un ke apne liye. yaad rakhiye fitna dohama ghair musalmanon ke liye nahin hai. dunya ke liye nahin hai. yeh khud musalmanon ke liye hai.</w:t>
      </w:r>
    </w:p>
    <w:p>
      <w:pPr>
        <w:jc w:val="right"/>
      </w:pPr>
      <w:r>
        <w:t>ان کے ان کے اپنے لیے۔ یاد رکھیے فتنہ دوہما غیر مسلموں کے لیے نہیں ہے۔ دنیا کے لیے نہیں ہے۔ یہ خود مسلمانوں کے لیے ہے۔</w:t>
      </w:r>
    </w:p>
    <w:p>
      <w:r>
        <w:rPr>
          <w:b/>
        </w:rPr>
        <w:t xml:space="preserve">[33:41] </w:t>
      </w:r>
      <w:r>
        <w:t>dunya ke liye koi taariki nahin hai. doosri qaumon ke liye koi taariki nahin hai. yeh musalman hain jo ek roshan din ko, apne roshan din ko apni nasamjhi se taariki ka daur bana len ge.</w:t>
      </w:r>
    </w:p>
    <w:p>
      <w:pPr>
        <w:jc w:val="right"/>
      </w:pPr>
      <w:r>
        <w:t>دنیا کے لیے کوئی تاریکی نہیں ہے۔ دوسری قوموں کے لیے کوئی تاریکی نہیں ہے۔ یہ مسلمان ہیں جو ایک روشن دن کو، اپنے روشن دن کو اپنی ناسمجھی سے تاریکی کا دور بنا لیں گے۔</w:t>
      </w:r>
    </w:p>
    <w:p>
      <w:r>
        <w:rPr>
          <w:b/>
        </w:rPr>
        <w:t xml:space="preserve">[33:59] </w:t>
      </w:r>
      <w:r>
        <w:t>wohi aaj hua hai ke khwamkhwah westophobia. westophobia kya hai? sara west aap ki taeed kar raha hai.</w:t>
      </w:r>
    </w:p>
    <w:p>
      <w:pPr>
        <w:jc w:val="right"/>
      </w:pPr>
      <w:r>
        <w:t>وہی آج ہوا ہے کہ خوامخواہ ویسٹو فوبیا۔ ویسٹو فوبیا کیا ہے؟ سارا ویسٹ آپ کی تائید کر رہا ہے۔</w:t>
      </w:r>
    </w:p>
    <w:p>
      <w:r>
        <w:rPr>
          <w:b/>
        </w:rPr>
        <w:t xml:space="preserve">[34:12] </w:t>
      </w:r>
      <w:r>
        <w:t>sara west. to westophobia kya hai? west ki technology se yeh mumkin hua hai ke aap Quran ko sari dunya mein failaen.</w:t>
      </w:r>
    </w:p>
    <w:p>
      <w:pPr>
        <w:jc w:val="right"/>
      </w:pPr>
      <w:r>
        <w:t>سارا ویسٹ۔ تو ویسٹو فوبیا کیا ہے؟ ویسٹ کی ٹیکنالوجی سے یہ ممکن ہوا ہے کہ آپ قرآن کو ساری دنیا میں پھیلائیں۔</w:t>
      </w:r>
    </w:p>
    <w:p>
      <w:r>
        <w:rPr>
          <w:b/>
        </w:rPr>
        <w:t xml:space="preserve">[34:23] </w:t>
      </w:r>
      <w:r>
        <w:t>aap ghaur kijiye ke Quran jab utra to is mein yeh ayat thi ke</w:t>
      </w:r>
    </w:p>
    <w:p>
      <w:pPr>
        <w:jc w:val="right"/>
      </w:pPr>
      <w:r>
        <w:t>آپ غور کیجیے کہ قرآن جب اترا تو اس میں یہ آیت تھی کہ</w:t>
      </w:r>
    </w:p>
    <w:p>
      <w:r>
        <w:rPr>
          <w:b/>
        </w:rPr>
        <w:t xml:space="preserve">[34:37] </w:t>
      </w:r>
      <w:r>
        <w:t>sare alam ke liye woh guide bane. sare alam ke liye guide bane. nazeer ke mani hain guide book.</w:t>
      </w:r>
    </w:p>
    <w:p>
      <w:pPr>
        <w:jc w:val="right"/>
      </w:pPr>
      <w:r>
        <w:t>سارے عالم کے لیے وہ گائیڈ بنے۔ سارے عالم کے لیے گائیڈ بنے۔ نظیر کے معنی ہیں گائیڈ بک۔</w:t>
      </w:r>
    </w:p>
    <w:p>
      <w:r>
        <w:rPr>
          <w:b/>
        </w:rPr>
        <w:t xml:space="preserve">[34:48] </w:t>
      </w:r>
      <w:r>
        <w:t>nazeer ke mani hain koi driver bane. Quran is liye utra ke logon ke liye driver bane. Allah ki kitab aisi ho sakti hai.</w:t>
      </w:r>
    </w:p>
    <w:p>
      <w:pPr>
        <w:jc w:val="right"/>
      </w:pPr>
      <w:r>
        <w:t>نظیر کے معنی ہیں کوئی ڈرائیور بنے۔ قرآن اس لیے اترا کہ لوگوں کے لیے ڈرائیور بنے۔ اللہ کی کتاب ایسی ہو سکتی ہے۔</w:t>
      </w:r>
    </w:p>
    <w:p>
      <w:r>
        <w:rPr>
          <w:b/>
        </w:rPr>
        <w:t xml:space="preserve">[34:58] </w:t>
      </w:r>
      <w:r>
        <w:t>driver nahin, guide book. ba-khabar karne wala. to is ko aam banaya kis ne?</w:t>
      </w:r>
    </w:p>
    <w:p>
      <w:pPr>
        <w:jc w:val="right"/>
      </w:pPr>
      <w:r>
        <w:t>ڈرائیور نہیں، گائیڈ بک۔ باخبر کرنے والا۔ تو اس کو عمومی بنایا کس نے؟</w:t>
      </w:r>
    </w:p>
    <w:p>
      <w:r>
        <w:rPr>
          <w:b/>
        </w:rPr>
        <w:t xml:space="preserve">[35:11] </w:t>
      </w:r>
      <w:r>
        <w:t>kya aap jante hain ke jab Quran utra to yeh itna mumkin tha ke aap munh se bol kar ke logon ko suna den.</w:t>
      </w:r>
    </w:p>
    <w:p>
      <w:pPr>
        <w:jc w:val="right"/>
      </w:pPr>
      <w:r>
        <w:t>کیا آپ جانتے ہیں کہ جب قرآن اترا تو یہ اتنا ممکن تھا کہ آپ منہ سے بول کر کے لوگوں کو سنا دیں۔</w:t>
      </w:r>
    </w:p>
    <w:p>
      <w:r>
        <w:rPr>
          <w:b/>
        </w:rPr>
        <w:t xml:space="preserve">[35:20] </w:t>
      </w:r>
      <w:r>
        <w:t>is se zyada kuch mumkin hi nahin tha.</w:t>
      </w:r>
    </w:p>
    <w:p>
      <w:pPr>
        <w:jc w:val="right"/>
      </w:pPr>
      <w:r>
        <w:t>اس سے زیادہ کچھ ممکن ہی نہیں تھا۔</w:t>
      </w:r>
    </w:p>
    <w:p>
      <w:r>
        <w:rPr>
          <w:b/>
        </w:rPr>
        <w:t xml:space="preserve">[35:25] </w:t>
      </w:r>
      <w:r>
        <w:t>munh se parhen aur log kaan se sun len. aap ghaur kijiye jab Quran utra to kya tha? yahi to tha.</w:t>
      </w:r>
    </w:p>
    <w:p>
      <w:pPr>
        <w:jc w:val="right"/>
      </w:pPr>
      <w:r>
        <w:t>منہ سے پڑھیں اور لوگ کان سے سن لیں۔ آپ غور کیجیے جب قرآن اترا تو کیا تھا؟ یہی تو تھا۔</w:t>
      </w:r>
    </w:p>
    <w:p>
      <w:r>
        <w:rPr>
          <w:b/>
        </w:rPr>
        <w:t xml:space="preserve">[35:38] </w:t>
      </w:r>
      <w:r>
        <w:t>is liye muqarririn Quran ka kaha jata hai, woh muqarririn. Quran ko parh kar sunane wale. to Sahaba ke daur mein jo mumkin tha woh sirf yeh ke aap yaad kar len, munh se parhen aur log apne kaan se sun len.</w:t>
      </w:r>
    </w:p>
    <w:p>
      <w:pPr>
        <w:jc w:val="right"/>
      </w:pPr>
      <w:r>
        <w:t>اس لیے مقررین قرآن کا کہا جاتا ہے، وہ مقررین۔ قرآن کو پڑھ کر سنانے والے۔ تو صحابہ کے دور میں جو ممکن تھا وہ صرف یہ کہ آپ یاد کر لیں، منہ سے پڑھیں اور لوگ اپنے کان سے سن لیں۔</w:t>
      </w:r>
    </w:p>
    <w:p>
      <w:r>
        <w:rPr>
          <w:b/>
        </w:rPr>
        <w:t xml:space="preserve">[35:58] </w:t>
      </w:r>
      <w:r>
        <w:t>aaj ajeeb ghareeb zamana hai. pehle printing press aya, phir electronic ka daur aya. computer ka daur aya.</w:t>
      </w:r>
    </w:p>
    <w:p>
      <w:pPr>
        <w:jc w:val="right"/>
      </w:pPr>
      <w:r>
        <w:t>آج عجیب غریب زمانہ ہے۔ پہلے پرنٹنگ پریس آیا، پھر الیکٹرانک کا دور آیا۔ کمپیوٹر کا دور آیا۔</w:t>
      </w:r>
    </w:p>
    <w:p>
      <w:r>
        <w:rPr>
          <w:b/>
        </w:rPr>
        <w:t xml:space="preserve">[36:10] </w:t>
      </w:r>
      <w:r>
        <w:t>ab to ajeeb ghareeb zamana hai</w:t>
      </w:r>
    </w:p>
    <w:p>
      <w:pPr>
        <w:jc w:val="right"/>
      </w:pPr>
      <w:r>
        <w:t>اب تو عجیب غریب زمانہ ہے</w:t>
      </w:r>
    </w:p>
    <w:p>
      <w:r>
        <w:rPr>
          <w:b/>
        </w:rPr>
        <w:t xml:space="preserve">[36:16] </w:t>
      </w:r>
      <w:r>
        <w:t>ke sari dunya mein aap ki awaz pahunch rahi hai.</w:t>
      </w:r>
    </w:p>
    <w:p>
      <w:pPr>
        <w:jc w:val="right"/>
      </w:pPr>
      <w:r>
        <w:t>کہ ساری دنیا میں آپ کی آواز پہنچ رہی ہے۔</w:t>
      </w:r>
    </w:p>
    <w:p>
      <w:r>
        <w:rPr>
          <w:b/>
        </w:rPr>
        <w:t xml:space="preserve">[36:25] </w:t>
      </w:r>
      <w:r>
        <w:t>modern communication ke zariye. yeh sab pehle kahan tha? to yaad rakhiye fitna dohama hargiz hargiz hitler ke nizam mein nahin hai.</w:t>
      </w:r>
    </w:p>
    <w:p>
      <w:pPr>
        <w:jc w:val="right"/>
      </w:pPr>
      <w:r>
        <w:t>ماڈرن کمیونیکیشن کے ذریعے۔ یہ سب پہلے کہاں تھا؟ تو یاد رکھیے فتنہ دوہما ہرگز ہرگز ہٹلر کے نظام میں نہیں ہے۔</w:t>
      </w:r>
    </w:p>
    <w:p>
      <w:r>
        <w:rPr>
          <w:b/>
        </w:rPr>
        <w:t xml:space="preserve">[36:40] </w:t>
      </w:r>
      <w:r>
        <w:t>woh yeh hai ke musalman apni be-khabari ki wajah se ujala ko andhera samajh len ge.</w:t>
      </w:r>
    </w:p>
    <w:p>
      <w:pPr>
        <w:jc w:val="right"/>
      </w:pPr>
      <w:r>
        <w:t>وہ یہ ہے کہ مسلمان اپنی بے خبری کی وجہ سے اجالا کو اندھیرا سمجھ لیں گے۔</w:t>
      </w:r>
    </w:p>
    <w:p>
      <w:r>
        <w:rPr>
          <w:b/>
        </w:rPr>
        <w:t xml:space="preserve">[36:49] </w:t>
      </w:r>
      <w:r>
        <w:t>din ko raat samajh len ge. mauqa ko masla samajh len ge.</w:t>
      </w:r>
    </w:p>
    <w:p>
      <w:pPr>
        <w:jc w:val="right"/>
      </w:pPr>
      <w:r>
        <w:t>دن کو رات سمجھ لیں گے۔ موقع کو مسئلہ سمجھ لیں گے۔</w:t>
      </w:r>
    </w:p>
    <w:p>
      <w:r>
        <w:rPr>
          <w:b/>
        </w:rPr>
        <w:t xml:space="preserve">[36:57] </w:t>
      </w:r>
      <w:r>
        <w:t>yahi hai fitna dohama.</w:t>
      </w:r>
    </w:p>
    <w:p>
      <w:pPr>
        <w:jc w:val="right"/>
      </w:pPr>
      <w:r>
        <w:t>یہی ہے فتنہ دوہما۔</w:t>
      </w:r>
    </w:p>
    <w:p>
      <w:r>
        <w:rPr>
          <w:b/>
        </w:rPr>
        <w:t xml:space="preserve">[37:03] </w:t>
      </w:r>
      <w:r>
        <w:t>aur itna zyada hadithon ko parha gaya hai. ek aalim ne likha hai ke hadith ko itna, hadith par itna zyada kaam kiya hai ke is ka nuzh ho gaya.</w:t>
      </w:r>
    </w:p>
    <w:p>
      <w:pPr>
        <w:jc w:val="right"/>
      </w:pPr>
      <w:r>
        <w:t>اور اتنا زیادہ حدیثوں کو پڑھا گیا ہے۔ ایک عالم نے لکھا ہے کہ حدیث کو اتنا، حدیث پر اتنا زیادہ کام کیا ہے کہ اس کا نضج ہو گیا۔</w:t>
      </w:r>
    </w:p>
    <w:p>
      <w:r>
        <w:rPr>
          <w:b/>
        </w:rPr>
        <w:t xml:space="preserve">[37:15] </w:t>
      </w:r>
      <w:r>
        <w:t>yani unhon ne mawazna kiya hai Quran ko hadith ko. ke is ne kaha hai ke mawazna taur par Quran par kaam kahan hua?</w:t>
      </w:r>
    </w:p>
    <w:p>
      <w:pPr>
        <w:jc w:val="right"/>
      </w:pPr>
      <w:r>
        <w:t>یعنی انہوں نے موازنہ کیا ہے قرآن کو حدیث کو۔ کہ اس نے کہا ہے کہ موازنہ طور پر قرآن پر کام کہاں ہوا؟</w:t>
      </w:r>
    </w:p>
    <w:p>
      <w:r>
        <w:rPr>
          <w:b/>
        </w:rPr>
        <w:t xml:space="preserve">[37:26] </w:t>
      </w:r>
      <w:r>
        <w:t>hadis par itna zyada kaam hua ke is ka nujh hoga. no, zaad, jeem. yani aakhri had tak.</w:t>
      </w:r>
    </w:p>
    <w:p>
      <w:pPr>
        <w:jc w:val="right"/>
      </w:pPr>
      <w:r>
        <w:t>حدیث پر اتنا زیادہ کام ہوا کہ اس کا نضج ہوگا۔ نو، ذاد، جیم۔ یعنی آخری حد تک۔</w:t>
      </w:r>
    </w:p>
    <w:p>
      <w:r>
        <w:rPr>
          <w:b/>
        </w:rPr>
        <w:t xml:space="preserve">[37:35] </w:t>
      </w:r>
      <w:r>
        <w:t>lekin aap ghor kijiye isi bekhabari mein. yani bukhariyah jo tamam mazhabon mein parhi jati hai, us mein yeh likha hua hai ke innalah</w:t>
      </w:r>
    </w:p>
    <w:p>
      <w:pPr>
        <w:jc w:val="right"/>
      </w:pPr>
      <w:r>
        <w:t>لیکن آپ غور کیجیے اسی بے خبری میں۔ یعنی بخاریہ جو تمام مذہبوں میں پڑھی جاتی ہے، اس میں یہ لکھا ہوا ہے کہ ان اللہ</w:t>
      </w:r>
    </w:p>
    <w:p>
      <w:r>
        <w:rPr>
          <w:b/>
        </w:rPr>
        <w:t xml:space="preserve">[37:50] </w:t>
      </w:r>
      <w:r>
        <w:t>ke Allah is deen ko faajir ke zariye madad karega. faajir ke maani hain bed log. mein kehta hoon bed koi insaan nahi hota.</w:t>
      </w:r>
    </w:p>
    <w:p>
      <w:pPr>
        <w:jc w:val="right"/>
      </w:pPr>
      <w:r>
        <w:t>کہ اللہ اس دین کو فاجر کے ذریعے مدد کرے گا۔ فاجر کے معنی ہیں بیڈ لوگ۔ میں کہتا ہوں بیڈ کوئی انسان نہیں ہوتا۔</w:t>
      </w:r>
    </w:p>
    <w:p>
      <w:r>
        <w:rPr>
          <w:b/>
        </w:rPr>
        <w:t xml:space="preserve">[38:01] </w:t>
      </w:r>
      <w:r>
        <w:t>saanp bichhoo bhi bed nahi hote.</w:t>
      </w:r>
    </w:p>
    <w:p>
      <w:pPr>
        <w:jc w:val="right"/>
      </w:pPr>
      <w:r>
        <w:t>سانپ بچھو بھی بیڈ نہیں ہوتے۔</w:t>
      </w:r>
    </w:p>
    <w:p>
      <w:r>
        <w:rPr>
          <w:b/>
        </w:rPr>
        <w:t xml:space="preserve">[38:07] </w:t>
      </w:r>
      <w:r>
        <w:t>is ke maani hain secular log. nan believer.</w:t>
      </w:r>
    </w:p>
    <w:p>
      <w:pPr>
        <w:jc w:val="right"/>
      </w:pPr>
      <w:r>
        <w:t>اس کے معنی ہیں سیکولر لوگ۔ نان بیلیور۔</w:t>
      </w:r>
    </w:p>
    <w:p>
      <w:r>
        <w:rPr>
          <w:b/>
        </w:rPr>
        <w:t xml:space="preserve">[38:17] </w:t>
      </w:r>
      <w:r>
        <w:t>to bukhari mein yeh riwayat maujood thi ke ek zamana aayega jab ke nan believers, seculars doosri qaumein bhi Islam ke haami ban jayengi.</w:t>
      </w:r>
    </w:p>
    <w:p>
      <w:pPr>
        <w:jc w:val="right"/>
      </w:pPr>
      <w:r>
        <w:t>تو بخاری میں یہ روایت موجود تھی کہ ایک زمانہ آئے گا جب کہ نان بیلیورز، سیکولرز دوسری قومیں بھی اسلام کے حامی بن جائیں گے۔</w:t>
      </w:r>
    </w:p>
    <w:p>
      <w:r>
        <w:rPr>
          <w:b/>
        </w:rPr>
        <w:t xml:space="preserve">[38:31] </w:t>
      </w:r>
      <w:r>
        <w:t>is zamane mein fitna dohama aagaya. kaise aagaya? aap ke apne nasamjhi ki wajah se.</w:t>
      </w:r>
    </w:p>
    <w:p>
      <w:pPr>
        <w:jc w:val="right"/>
      </w:pPr>
      <w:r>
        <w:t>اس زمانے میں فتنہ دوہما آگیا۔ کیسے آگیا؟ آپ کے اپنے ناسمجھی کی وجہ سے۔</w:t>
      </w:r>
    </w:p>
    <w:p>
      <w:r>
        <w:rPr>
          <w:b/>
        </w:rPr>
        <w:t xml:space="preserve">[38:40] </w:t>
      </w:r>
      <w:r>
        <w:t>aap ke in aagah hone ki wajah se.</w:t>
      </w:r>
    </w:p>
    <w:p>
      <w:pPr>
        <w:jc w:val="right"/>
      </w:pPr>
      <w:r>
        <w:t>آپ کے ان آگاہ ہونے کی وجہ سے۔</w:t>
      </w:r>
    </w:p>
    <w:p>
      <w:r>
        <w:rPr>
          <w:b/>
        </w:rPr>
        <w:t xml:space="preserve">[38:47] </w:t>
      </w:r>
      <w:r>
        <w:t>to aaj ikkeeswein sadi mein back waqt hum do cheezon ka shikar hain. ek good news, ek bad news.</w:t>
      </w:r>
    </w:p>
    <w:p>
      <w:pPr>
        <w:jc w:val="right"/>
      </w:pPr>
      <w:r>
        <w:t>تو آج اکیسویں صدی میں بیک وقت ہم دو چیزوں کا شکار ہیں۔ ایک گڈ نیوز، ایک بیڈ نیوز۔</w:t>
      </w:r>
    </w:p>
    <w:p>
      <w:r>
        <w:rPr>
          <w:b/>
        </w:rPr>
        <w:t xml:space="preserve">[38:56] </w:t>
      </w:r>
      <w:r>
        <w:t>lekin yeh sab musalmanon ki apni galat soch ka nateeja hai.</w:t>
      </w:r>
    </w:p>
    <w:p>
      <w:pPr>
        <w:jc w:val="right"/>
      </w:pPr>
      <w:r>
        <w:t>لیکن یہ سب مسلمانوں کی اپنی غلط سوچ کا نتیجہ ہے۔</w:t>
      </w:r>
    </w:p>
    <w:p>
      <w:r>
        <w:rPr>
          <w:b/>
        </w:rPr>
        <w:t xml:space="preserve">[39:03] </w:t>
      </w:r>
      <w:r>
        <w:t>fitna dohama koi fitna nahi. yeh soch ka fitna hai. yani galat zaavie se cheezon ko dekhne ka fitna hai.</w:t>
      </w:r>
    </w:p>
    <w:p>
      <w:pPr>
        <w:jc w:val="right"/>
      </w:pPr>
      <w:r>
        <w:t>فتنہ دوہما کوئی فتنہ نہیں۔ یہ سوچ کا فتنہ ہے۔ یعنی غلط زاویے سے چیزوں کو دیکھنے کا فتنہ ہے۔</w:t>
      </w:r>
    </w:p>
    <w:p>
      <w:r>
        <w:rPr>
          <w:b/>
        </w:rPr>
        <w:t xml:space="preserve">[39:15] </w:t>
      </w:r>
      <w:r>
        <w:t>bekhabari ka fitna hai. westophobia bekhabari ka fitna hai. yani fitna dohama se murad hai westophobia.</w:t>
      </w:r>
    </w:p>
    <w:p>
      <w:pPr>
        <w:jc w:val="right"/>
      </w:pPr>
      <w:r>
        <w:t>بے خبری کا فتنہ ہے۔ ویسٹو فوبیا بے خبری کا فتنہ ہے۔ یعنی فتنہ دوہما سے مراد ہے ویسٹو فوبیا۔</w:t>
      </w:r>
    </w:p>
    <w:p>
      <w:r>
        <w:rPr>
          <w:b/>
        </w:rPr>
        <w:t xml:space="preserve">[39:29] </w:t>
      </w:r>
      <w:r>
        <w:t>aur westophobia apni bekhabari ka nateeja hai. warna west to hamare liye ek blessing hai, Allah ki nemat hai.</w:t>
      </w:r>
    </w:p>
    <w:p>
      <w:pPr>
        <w:jc w:val="right"/>
      </w:pPr>
      <w:r>
        <w:t>اور ویسٹو فوبیا اپنی بے خبری کا نتیجہ ہے۔ ورنہ ویسٹ تو ہمارے لیے ایک بلیسنگ ہے، اللہ کی نعمت ہے۔</w:t>
      </w:r>
    </w:p>
    <w:p>
      <w:r>
        <w:rPr>
          <w:b/>
        </w:rPr>
        <w:t xml:space="preserve">[39:45] </w:t>
      </w:r>
      <w:r>
        <w:t>jo aaj communication ka zamana hai, kitni badi nemat hai hamare liye. yeh kabhi aisa nahi tha.</w:t>
      </w:r>
    </w:p>
    <w:p>
      <w:pPr>
        <w:jc w:val="right"/>
      </w:pPr>
      <w:r>
        <w:t>جو آج کمیونیکیشن کا زمانہ ہے، کتنی بڑی نعمت ہے ہمارے لیے۔ یہ کبھی ایسا نہیں تھا۔</w:t>
      </w:r>
    </w:p>
    <w:p>
      <w:r>
        <w:rPr>
          <w:b/>
        </w:rPr>
        <w:t xml:space="preserve">[39:57] </w:t>
      </w:r>
      <w:r>
        <w:t>abhi jab mein washroom mein gaya to aisa laga ke mein to hawai jahaz ke first class ke washroom mein hoon. yeh kya hai?</w:t>
      </w:r>
    </w:p>
    <w:p>
      <w:pPr>
        <w:jc w:val="right"/>
      </w:pPr>
      <w:r>
        <w:t>ابھی جب میں واش روم میں گیا تو ایسا لگا کہ میں تو ہوائی جہاز کے فرسٹ کلاس کے واش روم میں ہوں۔ یہ کیا ہے؟</w:t>
      </w:r>
    </w:p>
    <w:p>
      <w:r>
        <w:rPr>
          <w:b/>
        </w:rPr>
        <w:t xml:space="preserve">[40:08] </w:t>
      </w:r>
      <w:r>
        <w:t>yeh west ka din hai. is qism ka washroom kisi badshah ke mahal mein nahi hota tha pehle zamane mein.</w:t>
      </w:r>
    </w:p>
    <w:p>
      <w:pPr>
        <w:jc w:val="right"/>
      </w:pPr>
      <w:r>
        <w:t>یہ ویسٹ کا دن ہے۔ اس قسم کا واش روم کسی بادشاہ کے محل میں نہیں ہوتا تھا پہلے زمانے میں۔</w:t>
      </w:r>
    </w:p>
    <w:p>
      <w:r>
        <w:rPr>
          <w:b/>
        </w:rPr>
        <w:t xml:space="preserve">[40:25] </w:t>
      </w:r>
      <w:r>
        <w:t>aaj ek aam insaan ke daftar mein hai.</w:t>
      </w:r>
    </w:p>
    <w:p>
      <w:pPr>
        <w:jc w:val="right"/>
      </w:pPr>
      <w:r>
        <w:t>آج ایک عام انسان کے دفتر میں ہے۔</w:t>
      </w:r>
    </w:p>
    <w:p>
      <w:r>
        <w:rPr>
          <w:b/>
        </w:rPr>
        <w:t xml:space="preserve">[40:32] </w:t>
      </w:r>
      <w:r>
        <w:t>to. to kahan hai woh fitna dohama? kahan hai woh</w:t>
      </w:r>
    </w:p>
    <w:p>
      <w:pPr>
        <w:jc w:val="right"/>
      </w:pPr>
      <w:r>
        <w:t>تو۔ تو کہاں ہے وہ فتنہ دوہما؟ کہاں ہے وہ</w:t>
      </w:r>
    </w:p>
    <w:p>
      <w:r>
        <w:rPr>
          <w:b/>
        </w:rPr>
        <w:t xml:space="preserve">[40:38] </w:t>
      </w:r>
      <w:r>
        <w:t>fitna of darkness? sab ujala hi ujala hai. sab misbat hi misbat hai. sab acha hi acha hai.</w:t>
      </w:r>
    </w:p>
    <w:p>
      <w:pPr>
        <w:jc w:val="right"/>
      </w:pPr>
      <w:r>
        <w:t>فتنہ آف ڈارکنس؟ سب اجالا ہی اجالا ہے۔ سب مثبت ہی مثبت ہے۔ سب اچھا ہی اچھا ہے۔</w:t>
      </w:r>
    </w:p>
    <w:p>
      <w:r>
        <w:rPr>
          <w:b/>
        </w:rPr>
        <w:t xml:space="preserve">[40:50] </w:t>
      </w:r>
      <w:r>
        <w:t>lekin musalmanon ki apni in aagahi ki wajah se. to hadis mein jo hai yaad rakhiye fitna dohama koi bayroni fitna nahi hoga.</w:t>
      </w:r>
    </w:p>
    <w:p>
      <w:pPr>
        <w:jc w:val="right"/>
      </w:pPr>
      <w:r>
        <w:t>لیکن مسلمانوں کی اپنی ان آگاہی کی وجہ سے۔ تو حدیث میں جو ہے یاد رکھیے فتنہ دوہما کوئی بیرونی فتنہ نہیں ہوگا۔</w:t>
      </w:r>
    </w:p>
    <w:p>
      <w:r>
        <w:rPr>
          <w:b/>
        </w:rPr>
        <w:t xml:space="preserve">[41:08] </w:t>
      </w:r>
      <w:r>
        <w:t>bayroni fitna nahi hoga. musalmanon ki apni bekhabari ka fitna hoga.</w:t>
      </w:r>
    </w:p>
    <w:p>
      <w:pPr>
        <w:jc w:val="right"/>
      </w:pPr>
      <w:r>
        <w:t>بیرونی فتنہ نہیں ہوگا۔ مسلمانوں کی اپنی بے خبری کا فتنہ ہوگا۔</w:t>
      </w:r>
    </w:p>
    <w:p>
      <w:r>
        <w:rPr>
          <w:b/>
        </w:rPr>
        <w:t xml:space="preserve">[41:16] </w:t>
      </w:r>
      <w:r>
        <w:t>aisa nahi ke sari duniya tareek ho jayegi. koi dikhai nahi dega.</w:t>
      </w:r>
    </w:p>
    <w:p>
      <w:pPr>
        <w:jc w:val="right"/>
      </w:pPr>
      <w:r>
        <w:t>ایسا نہیں کہ ساری دنیا تاریک ہو جائے گی۔ کوئی دکھائی نہیں دے گا۔</w:t>
      </w:r>
    </w:p>
    <w:p>
      <w:r>
        <w:rPr>
          <w:b/>
        </w:rPr>
        <w:t xml:space="preserve">[41:22] </w:t>
      </w:r>
      <w:r>
        <w:t>fitna dohama ke maani hain darkness ka fitna. achi tarah yaad rakhiye Allah ki is duniya mein kabhi bhi darkness nahi ho sakta.</w:t>
      </w:r>
    </w:p>
    <w:p>
      <w:pPr>
        <w:jc w:val="right"/>
      </w:pPr>
      <w:r>
        <w:t>فتنہ دوہما کے معنی ہیں ڈارکنس کا فتنہ۔ اچھی طرح یاد رکھیے اللہ کی اس دنیا میں کبھی بھی ڈارکنس نہیں ہو سکتا۔</w:t>
      </w:r>
    </w:p>
    <w:p>
      <w:r>
        <w:rPr>
          <w:b/>
        </w:rPr>
        <w:t xml:space="preserve">[41:37] </w:t>
      </w:r>
      <w:r>
        <w:t>yeh to har taraf ujala ujala rahega qayamat tak. Allah noor hai, noor hai, noor hai. is ki takhleeq mein har taraf noor hi noor phaila hua hai.</w:t>
      </w:r>
    </w:p>
    <w:p>
      <w:pPr>
        <w:jc w:val="right"/>
      </w:pPr>
      <w:r>
        <w:t>یہ تو ہر طرف اجالا اجالا رہے گا قیامت تک۔ اللہ نور ہے، نور ہے، نور ہے۔ اس کی تخلیق میں ہر طرف نور ہی نور پھیلا ہوا ہے۔</w:t>
      </w:r>
    </w:p>
    <w:p>
      <w:r>
        <w:rPr>
          <w:b/>
        </w:rPr>
        <w:t xml:space="preserve">[41:52] </w:t>
      </w:r>
      <w:r>
        <w:t>Allah noor al samawat wal arz. noor Allah hai to sari samawat mein noor phaila hua hai. Allah noor al samawat wal arz.</w:t>
      </w:r>
    </w:p>
    <w:p>
      <w:pPr>
        <w:jc w:val="right"/>
      </w:pPr>
      <w:r>
        <w:t>اللہ نور السماوات وارض۔ نور اللہ ہے تو ساری سماوات میں نور پھیلا ہوا ہے۔ اللہ نور السماوات وارض۔</w:t>
      </w:r>
    </w:p>
    <w:p>
      <w:r>
        <w:rPr>
          <w:b/>
        </w:rPr>
        <w:t xml:space="preserve">[42:04] </w:t>
      </w:r>
      <w:r>
        <w:t>to fitna dohama ya darkness ka fitna</w:t>
      </w:r>
    </w:p>
    <w:p>
      <w:pPr>
        <w:jc w:val="right"/>
      </w:pPr>
      <w:r>
        <w:t>تو فتنہ دوہما یا ڈارکنس کا فتنہ</w:t>
      </w:r>
    </w:p>
    <w:p>
      <w:r>
        <w:rPr>
          <w:b/>
        </w:rPr>
        <w:t xml:space="preserve">[42:10] </w:t>
      </w:r>
      <w:r>
        <w:t>bairooni nizaam mein nahin hai. musalmanon ki apni soch ke aitbaar se hai ke woh mawaqe ko mushkil samajh rahe hain.</w:t>
      </w:r>
    </w:p>
    <w:p>
      <w:pPr>
        <w:jc w:val="right"/>
      </w:pPr>
      <w:r>
        <w:t>بیرونی نظام میں نہیں ہے۔ مسلمانوں کی اپنی سوچ کے اعتبار سے ہے کہ وہ مواقع کو مشکل سمجھ رہے ہیں۔</w:t>
      </w:r>
    </w:p>
    <w:p>
      <w:r>
        <w:rPr>
          <w:b/>
        </w:rPr>
        <w:t xml:space="preserve">[42:23] </w:t>
      </w:r>
      <w:r>
        <w:t>west jo aap ka supporter hai, us ke samajh lein ke dushman hai. yeh to wahi daur hai jis ke baray mein quran mein kaha gaya tha ke</w:t>
      </w:r>
    </w:p>
    <w:p>
      <w:pPr>
        <w:jc w:val="right"/>
      </w:pPr>
      <w:r>
        <w:t>ویسٹ جو آپ کا سپورٹر ہے، اس کے سمجھ لیں کہ دشمن ہے۔ یہ تو وہی دور ہے جس کے بارے میں قرآن میں کہا گیا تھا کہ</w:t>
      </w:r>
    </w:p>
    <w:p>
      <w:r>
        <w:rPr>
          <w:b/>
        </w:rPr>
        <w:t xml:space="preserve">[42:42] </w:t>
      </w:r>
      <w:r>
        <w:t>kisi ajeeb ayat hai quran majeed mein.</w:t>
      </w:r>
    </w:p>
    <w:p>
      <w:pPr>
        <w:jc w:val="right"/>
      </w:pPr>
      <w:r>
        <w:t>کیسی عجیب آیت ہے قرآن مجید میں۔</w:t>
      </w:r>
    </w:p>
    <w:p>
      <w:r>
        <w:rPr>
          <w:b/>
        </w:rPr>
        <w:t xml:space="preserve">[42:51] </w:t>
      </w:r>
      <w:r>
        <w:t>ke jo tumhara jigri dushman hai bazahir, woh tumhara jigri dost ban jayega.</w:t>
      </w:r>
    </w:p>
    <w:p>
      <w:pPr>
        <w:jc w:val="right"/>
      </w:pPr>
      <w:r>
        <w:t>کہ جو تمہارا جگری دشمن ہے بظاہر، وہ تمہارا جگری دوست بن جائے گا۔</w:t>
      </w:r>
    </w:p>
    <w:p>
      <w:r>
        <w:rPr>
          <w:b/>
        </w:rPr>
        <w:t xml:space="preserve">[43:08] </w:t>
      </w:r>
      <w:r>
        <w:t>to fitna dohama jo hai sach poochien to moqa ke dhamake ka zamana hai.</w:t>
      </w:r>
    </w:p>
    <w:p>
      <w:pPr>
        <w:jc w:val="right"/>
      </w:pPr>
      <w:r>
        <w:t>تو فتنہ دوہما جو ہے سچ پوچھیں تو موقع کے دھماکے کا زمانہ ہے۔</w:t>
      </w:r>
    </w:p>
    <w:p>
      <w:r>
        <w:rPr>
          <w:b/>
        </w:rPr>
        <w:t xml:space="preserve">[43:19] </w:t>
      </w:r>
      <w:r>
        <w:t>fitna dohama jo hai woh umar ka dhamaka, moqa ke dhamake ka zamana hai.</w:t>
      </w:r>
    </w:p>
    <w:p>
      <w:pPr>
        <w:jc w:val="right"/>
      </w:pPr>
      <w:r>
        <w:t>فتنہ دوہما جو ہے وہ عمر کا دھماکہ، موقع کے دھماکے کا زمانہ ہے۔</w:t>
      </w:r>
    </w:p>
    <w:p>
      <w:r>
        <w:rPr>
          <w:b/>
        </w:rPr>
        <w:t xml:space="preserve">[43:30] </w:t>
      </w:r>
      <w:r>
        <w:t>lekin bekhabri ke nateejay mein kya hai? ke lad rahe hain, bomb maar rahe hain, gun chala rahe hain.</w:t>
      </w:r>
    </w:p>
    <w:p>
      <w:pPr>
        <w:jc w:val="right"/>
      </w:pPr>
      <w:r>
        <w:t>لیکن بے خبری کے نتیجے میں کیا ہے؟ کہ لڑ رہے ہیں، بم مار رہے ہیں، گن چلا رہے ہیں۔</w:t>
      </w:r>
    </w:p>
    <w:p>
      <w:r>
        <w:rPr>
          <w:b/>
        </w:rPr>
        <w:t xml:space="preserve">[43:38] </w:t>
      </w:r>
      <w:r>
        <w:t>jabke saari taaqat, saari tawanai lagana chahiye moqa ko istemaal karne mein. achi tarah samajh lijiye ek aisa daur jabke saari taaqat lagana chahiye moqa ko istemaal karne mein.</w:t>
      </w:r>
    </w:p>
    <w:p>
      <w:pPr>
        <w:jc w:val="right"/>
      </w:pPr>
      <w:r>
        <w:t>جبکہ ساری طاقت، ساری توانائی لگانا چاہیے موقع کو استعمال کرنے میں۔ اچھی طرح سمجھ لیجیے ایک ایسا دور جبکہ ساری طاقت لگانا چاہیے موقع کو استعمال کرنے میں۔</w:t>
      </w:r>
    </w:p>
    <w:p>
      <w:r>
        <w:rPr>
          <w:b/>
        </w:rPr>
        <w:t xml:space="preserve">[44:01] </w:t>
      </w:r>
      <w:r>
        <w:t>is zamane mein kya kar rahe hain? bomb maar rahe hain, gun maar rahe hain. yaani kaam ko bigaad rahe hain.</w:t>
      </w:r>
    </w:p>
    <w:p>
      <w:pPr>
        <w:jc w:val="right"/>
      </w:pPr>
      <w:r>
        <w:t>اس زمانے میں کیا کر رہے ہیں؟ بم مار رہے ہیں، گن مار رہے ہیں۔ یعنی کام کو بگاڑ رہے ہیں۔</w:t>
      </w:r>
    </w:p>
    <w:p>
      <w:r>
        <w:rPr>
          <w:b/>
        </w:rPr>
        <w:t xml:space="preserve">[44:10] </w:t>
      </w:r>
      <w:r>
        <w:t>maamlaat ko bigaad rahe hain. kyun ke sochte hain ke ulti soch paida hogi. to fitna dohama ke mani hain ulti soch ka zamana.</w:t>
      </w:r>
    </w:p>
    <w:p>
      <w:pPr>
        <w:jc w:val="right"/>
      </w:pPr>
      <w:r>
        <w:t>معاملات کو بگاڑ رہے ہیں۔ کیوں کہ سوچتے ہیں کہ الٹی سوچ پیدا ہوگی۔ تو فتنہ دوہما کے معنی ہیں الٹی سوچ کا زمانہ۔</w:t>
      </w:r>
    </w:p>
    <w:p>
      <w:r>
        <w:rPr>
          <w:b/>
        </w:rPr>
        <w:t xml:space="preserve">[44:31] </w:t>
      </w:r>
      <w:r>
        <w:t>to aaj ka zamana jis ko hum kehte hain western tehzeeb, woh pro islam tehzeeb hai.</w:t>
      </w:r>
    </w:p>
    <w:p>
      <w:pPr>
        <w:jc w:val="right"/>
      </w:pPr>
      <w:r>
        <w:t>تو آج کا زمانہ جس کو ہم کہتے ہیں ویسٹرن تہذیب، وہ پرو اسلام تہذیب ہے۔</w:t>
      </w:r>
    </w:p>
    <w:p>
      <w:r>
        <w:rPr>
          <w:b/>
        </w:rPr>
        <w:t xml:space="preserve">[44:39] </w:t>
      </w:r>
      <w:r>
        <w:t>woh hamein chahiye ke hum us ko jaanein, us ko daryaft karein aur us ko istemaal karein planning ke zariye.</w:t>
      </w:r>
    </w:p>
    <w:p>
      <w:pPr>
        <w:jc w:val="right"/>
      </w:pPr>
      <w:r>
        <w:t>وہ ہمیں چاہیے کہ ہم اس کو جانیں، اس کو دریافت کریں اور اس کو استعمال کریں پلاننگ کے ذریعے۔</w:t>
      </w:r>
    </w:p>
    <w:p>
      <w:r>
        <w:rPr>
          <w:b/>
        </w:rPr>
        <w:t xml:space="preserve">[44:51] </w:t>
      </w:r>
      <w:r>
        <w:t>puramn planning ke zariye.</w:t>
      </w:r>
    </w:p>
    <w:p>
      <w:pPr>
        <w:jc w:val="right"/>
      </w:pPr>
      <w:r>
        <w:t>پُرامن پلاننگ کے ذریعے۔</w:t>
      </w:r>
    </w:p>
    <w:p>
      <w:r>
        <w:rPr>
          <w:b/>
        </w:rPr>
        <w:t xml:space="preserve">[44:55] </w:t>
      </w:r>
      <w:r>
        <w:t>ke to mein dua karta hoon ke Allah taala hum ko samajh de. hum ko samajh de, hum jaanein ke hum Allah taala ne hum ko ek daur mein pohanchaya hai.</w:t>
      </w:r>
    </w:p>
    <w:p>
      <w:pPr>
        <w:jc w:val="right"/>
      </w:pPr>
      <w:r>
        <w:t>کے تو میں دعا کرتا ہوں کہ اللہ تعالیٰ ہم کو سمجھ دے۔ ہم کو سمجھ دے، ہم جانیں کہ ہم اللہ تعالیٰ نے ہم کو ایک دور میں پہنچایا ہے۔</w:t>
      </w:r>
    </w:p>
    <w:p>
      <w:r>
        <w:rPr>
          <w:b/>
        </w:rPr>
        <w:t xml:space="preserve">[45:12] </w:t>
      </w:r>
      <w:r>
        <w:t>yaani ikisveen sadi mein hum ek aise daur mein pohanchaye hain jabke har taraf roshni hi roshni hai. har taraf ujala hi ujala hai. har taraf mawaqe hi mawaqe hain.</w:t>
      </w:r>
    </w:p>
    <w:p>
      <w:pPr>
        <w:jc w:val="right"/>
      </w:pPr>
      <w:r>
        <w:t>یعنی اکیسویں صدی میں ہم ایک ایسے دور میں پہنچائے ہیں جبکہ ہر طرف روشنی ہی روشنی ہے۔ ہر طرف اجالا ہی اجالا ہے۔ ہر طرف مواقع ہی مواقع ہیں۔</w:t>
      </w:r>
    </w:p>
    <w:p>
      <w:r>
        <w:rPr>
          <w:b/>
        </w:rPr>
        <w:t xml:space="preserve">[45:22] </w:t>
      </w:r>
      <w:r>
        <w:t>har taraf moqa hi moqa hai. har taraf islam hi islam hai. har taraf Allah hi Allah hai. is ko janiye aur us ke mutabiq planning kijiye.</w:t>
      </w:r>
    </w:p>
    <w:p>
      <w:pPr>
        <w:jc w:val="right"/>
      </w:pPr>
      <w:r>
        <w:t>ہر طرف موقع ہی موقع ہے۔ ہر طرف اسلام ہی اسلام ہے۔ ہر طرف اللہ ہی اللہ ہے۔ اس کو جانیے اور اس کے مطابق پلاننگ کیجیے۔</w:t>
      </w:r>
    </w:p>
    <w:p>
      <w:r>
        <w:rPr>
          <w:b/>
        </w:rPr>
        <w:t xml:space="preserve">[45:38] </w:t>
      </w:r>
      <w:r>
        <w:t>planning, planning, planning. assalam o alaikum wa rehmatullah.</w:t>
      </w:r>
    </w:p>
    <w:p>
      <w:pPr>
        <w:jc w:val="right"/>
      </w:pPr>
      <w:r>
        <w:t>پلاننگ، پلاننگ، پلاننگ۔ السلام علیکم ورحمۃ اللہ۔</w:t>
      </w:r>
    </w:p>
    <w:p>
      <w:r>
        <w:rPr>
          <w:b/>
        </w:rPr>
        <w:t xml:space="preserve">[45:50] </w:t>
      </w:r>
      <w:r>
        <w:t>okay, hum shuru karenge sawal jawab aur tabsarah session ab. Maulana, aaj sawal kaafi kam hain lekin tabsaray zyada hain.</w:t>
      </w:r>
    </w:p>
    <w:p>
      <w:pPr>
        <w:jc w:val="right"/>
      </w:pPr>
      <w:r>
        <w:t>اوکے، ہم شروع کریں گے سوال جواب اور تبصرہ سیشن اب۔ مولانا، آج سوال کافی کم ہیں لیکن تبصرے زیادہ ہیں۔</w:t>
      </w:r>
    </w:p>
    <w:p>
      <w:r>
        <w:rPr>
          <w:b/>
        </w:rPr>
        <w:t xml:space="preserve">[46:01] </w:t>
      </w:r>
      <w:r>
        <w:t>to hum tabsaray padhna chahenge pehle. yeh tabsarah Maulana ne bheja hai, miss sarah fatima ne bangalore se.</w:t>
      </w:r>
    </w:p>
    <w:p>
      <w:pPr>
        <w:jc w:val="right"/>
      </w:pPr>
      <w:r>
        <w:t>تو ہم تبصرے پڑھنا چاہیں گے پہلے۔ یہ تبصرہ مولانا نے بھیجا ہے، مس سارہ فاطمہ نے بنگلور سے۔</w:t>
      </w:r>
    </w:p>
    <w:p>
      <w:r>
        <w:rPr>
          <w:b/>
        </w:rPr>
        <w:t xml:space="preserve">[46:12] </w:t>
      </w:r>
      <w:r>
        <w:t>un ko yeh email aaya tha spirit of islam reader ki taraf se. aur yeh email, tabsarah unhone doctor farida khano ko address kiya hai.</w:t>
      </w:r>
    </w:p>
    <w:p>
      <w:pPr>
        <w:jc w:val="right"/>
      </w:pPr>
      <w:r>
        <w:t>ان کو یہ ای میل آیا تھا سپرٹ آف اسلام ریڈر کی طرف سے۔ اور یہ ای میل، تبصرہ انہوں نے ڈاکٹر فریدہ خانم کو ایڈریس کیا ہے۔</w:t>
      </w:r>
    </w:p>
    <w:p>
      <w:r>
        <w:rPr>
          <w:b/>
        </w:rPr>
        <w:t xml:space="preserve">[46:23] </w:t>
      </w:r>
      <w:r>
        <w:t>unhone likha hai,</w:t>
      </w:r>
    </w:p>
    <w:p>
      <w:pPr>
        <w:jc w:val="right"/>
      </w:pPr>
      <w:r>
        <w:t>انہوں نے لکھا ہے،</w:t>
      </w:r>
    </w:p>
    <w:p>
      <w:r>
        <w:rPr>
          <w:b/>
        </w:rPr>
        <w:t xml:space="preserve">[46:27] </w:t>
      </w:r>
      <w:r>
        <w:t>Maulana, jis ne yeh tabsarah likha hai un ka naam hai professor ejaz ahmed khan, jo Pakistan mein rehte hain. aur unhone likha hai, "ehtiram ki jati hai doctor farida khano.</w:t>
      </w:r>
    </w:p>
    <w:p>
      <w:pPr>
        <w:jc w:val="right"/>
      </w:pPr>
      <w:r>
        <w:t>مولانا، جس نے یہ تبصرہ لکھا ہے ان کا نام ہے پروفیسر اعجاز احمد خان، جو پاکستان میں رہتے ہیں۔ اور انہوں نے لکھا ہے، "احترام کی جاتی ہے ڈاکٹر فریدہ خانم۔</w:t>
      </w:r>
    </w:p>
    <w:p>
      <w:r>
        <w:rPr>
          <w:b/>
        </w:rPr>
        <w:t xml:space="preserve">[46:38] </w:t>
      </w:r>
      <w:r>
        <w:t>ummeed hai aap aur aap ki team members theek hain aur aap apni poori koshish kar rahe hain." i would like to present a tribute to your great father Maulana Wahiduddin Khan sahib aur aap ke liye great contribution to promote the true image and spirit of Islam through your esteem monthly magazine the spirit of Islam.</w:t>
      </w:r>
    </w:p>
    <w:p>
      <w:pPr>
        <w:jc w:val="right"/>
      </w:pPr>
      <w:r>
        <w:t>امید ہے آپ اور آپ کی ٹیم ممبرز ٹھیک ہیں اور آپ اپنی پوری کوشش کر رہے ہیں۔" آئی وڈ لائک ٹو پریزنٹ ا ٹریبیوٹ ٹو یور گریٹ فادر مولانا وحید الدین خان صاحب اور آپ کے لیے گریٹ کنٹریبیوشن ٹو پروموٹ دا ٹرو امیج اینڈ سپرٹ آف اسلام تھرو یور اسٹیم منتھلی میگزین دا سپرٹ آف اسلام۔</w:t>
      </w:r>
    </w:p>
    <w:p>
      <w:r>
        <w:rPr>
          <w:b/>
        </w:rPr>
        <w:t xml:space="preserve">[47:00] </w:t>
      </w:r>
      <w:r>
        <w:t>i read the issue of june 2018 soft version and found it a value effort for a noble cause.</w:t>
      </w:r>
    </w:p>
    <w:p>
      <w:pPr>
        <w:jc w:val="right"/>
      </w:pPr>
      <w:r>
        <w:t>آئی ریڈ دی ایشو آف جون 2018 سافٹ ورژن اینڈ فاؤنڈ اٹ ا ویلیو ایفرٹ فار ا نوبل کاز۔</w:t>
      </w:r>
    </w:p>
    <w:p>
      <w:r>
        <w:rPr>
          <w:b/>
        </w:rPr>
        <w:t xml:space="preserve">[47:10] </w:t>
      </w:r>
      <w:r>
        <w:t>I am an assistant professor in mass communication in a post graduate college in Pakistan. I am keen to take advantage of your knowledge and vision and will further disseminate the value contribution and knowledge based thoughts.</w:t>
      </w:r>
    </w:p>
    <w:p>
      <w:pPr>
        <w:jc w:val="right"/>
      </w:pPr>
      <w:r>
        <w:t>آئی ایم این اسسٹنٹ پروفیسر ان ماس کمیونیکیشن ان ا پوسٹ گریجویٹ کالج ان پاکستان۔ آئی ایم کین ٹو ٹیک ایڈوانٹیج آف یور نالج اینڈ ویژن اینڈ ویل فردر ڈسیمینیٹ دا ویلیو کنٹریبیوشن اینڈ نالج بیسڈ تھاٹس۔</w:t>
      </w:r>
    </w:p>
    <w:p>
      <w:r>
        <w:rPr>
          <w:b/>
        </w:rPr>
        <w:t xml:space="preserve">[47:27] </w:t>
      </w:r>
      <w:r>
        <w:t>you are kindly requested to include me in your online mailing list for getting the soft copy of your magazine. especially if possible, please share your contents regarding peace building and conflict resolution, as i am also contributing as the provincial vice chairman of national peace council in pakistan.</w:t>
      </w:r>
    </w:p>
    <w:p>
      <w:pPr>
        <w:jc w:val="right"/>
      </w:pPr>
      <w:r>
        <w:t>یو آر کائنڈلی ریکویسٹڈ ٹو انکلوڈ می ان یور آن لائن میلنگ لسٹ فار گیٹنگ دا سافٹ کاپی آف یور میگزین۔ اسپیشلی اف پوسیبل، پلیز شیئر یور کنٹینٹس ریگارڈنگ پیس بلڈنگ اینڈ کنفلکٹ ریزولیوشن، ایز آئی ایم السو کنٹریبیوٹنگ ایز دی پروونشل وائس چیئرمین آف نیشنل پیس کونسل ان پاکستان۔</w:t>
      </w:r>
    </w:p>
    <w:p>
      <w:r>
        <w:rPr>
          <w:b/>
        </w:rPr>
        <w:t xml:space="preserve">[47:48] </w:t>
      </w:r>
      <w:r>
        <w:t>aai pray that almighty allah help and strengthen your efforts for the noble cause. jazak allah, jazak allah.</w:t>
      </w:r>
    </w:p>
    <w:p>
      <w:pPr>
        <w:jc w:val="right"/>
      </w:pPr>
      <w:r>
        <w:t>آئی پری دیٹ المائٹی اللہ ہیلپ اینڈ سٹرینتھن یور ایفرٹس فار دی نوبل کاز۔ جزاک اللہ، جزاک اللہ۔</w:t>
      </w:r>
    </w:p>
    <w:p>
      <w:r>
        <w:rPr>
          <w:b/>
        </w:rPr>
        <w:t xml:space="preserve">[48:00] </w:t>
      </w:r>
      <w:r>
        <w:t>molana, agla tabasra bheja hai muhammad rafiq tese wale ne. unhon ne likha hai, "molana sahib, karnataka mein quran distribution ke das naye center ho chuke hain.</w:t>
      </w:r>
    </w:p>
    <w:p>
      <w:pPr>
        <w:jc w:val="right"/>
      </w:pPr>
      <w:r>
        <w:t>مولانا، اگلا تبصرہ بھیجا ہے محمد رفیق ٹیسے والے نے۔ انہوں نے لکھا ہے، "مولانا صاحب، کرناٹکا میں قرآن ڈسٹریبیوشن کے دس نئے سینٹر ہو چکے ہیں۔</w:t>
      </w:r>
    </w:p>
    <w:p>
      <w:r>
        <w:rPr>
          <w:b/>
        </w:rPr>
        <w:t xml:space="preserve">[48:14] </w:t>
      </w:r>
      <w:r>
        <w:t>logon ki kafi madad mil rahi hai." phir unhon ne likha hai ke "ikhtilafat ko nazar andaz kar ke quran distribution ke kaam mein lagna chahiye aur logon ko is kaam ki ahmiyat ko batana chahiye." irshad maqbool sahib ne kashmir se likha hai, "tons of thanks to molana sahib for presenting the real face, real islam in the present age.</w:t>
      </w:r>
    </w:p>
    <w:p>
      <w:pPr>
        <w:jc w:val="right"/>
      </w:pPr>
      <w:r>
        <w:t>لوگوں کی کافی مدد مل رہی ہے۔" پھر انہوں نے لکھا ہے کہ "اختلافات کو نظر انداز کر کے قرآن ڈسٹریبیوشن کے کام میں لگنا چاہیے اور لوگوں کو اس کام کی اہمیت کو بتانا چاہیے۔" ارشاد مقبول صاحب نے کشمیر سے لکھا ہے، "ٹنز آف تھینکس ٹو مولانا صاحب فار پریزنٹنگ دا ریل فیس، ریل اسلام ان دی پریزنٹ ایج۔</w:t>
      </w:r>
    </w:p>
    <w:p>
      <w:r>
        <w:rPr>
          <w:b/>
        </w:rPr>
        <w:t xml:space="preserve">[48:39] </w:t>
      </w:r>
      <w:r>
        <w:t>god bless you, sir." doctor safina tabassum ne saharanpur se likha hai, "i think that no one can explain in a more clear way as you did molana.</w:t>
      </w:r>
    </w:p>
    <w:p>
      <w:pPr>
        <w:jc w:val="right"/>
      </w:pPr>
      <w:r>
        <w:t>گاڈ بلیس یو، سر۔" ڈاکٹر سفینہ تبسم نے سارن پور سے لکھا ہے، "آئی تھنک دیٹ نو ون کین ایکسپلین ان ا مور کلیئر وے ایز یو ڈیڈ مولانا۔</w:t>
      </w:r>
    </w:p>
    <w:p>
      <w:r>
        <w:rPr>
          <w:b/>
        </w:rPr>
        <w:t xml:space="preserve">[48:52] </w:t>
      </w:r>
      <w:r>
        <w:t>i believe that if still we are unable to comprehend this era, then we will be considered as blind." phir unhon ne likha hai ke "dohmiya, dohmiya is nothing but our own wrong thinking which has concealed all opportunities by a shield of hatred." zahoor, zahoor aur rehman sahib ne auckland, new zealand se likha hai,</w:t>
      </w:r>
    </w:p>
    <w:p>
      <w:pPr>
        <w:jc w:val="right"/>
      </w:pPr>
      <w:r>
        <w:t>آئی بیلیو دیٹ اف سٹل وی آر ان ایبل ٹو کمپریہینڈ دس ایرا، دین وی ویل بی کنسیڈرڈ ایز بلائنڈ۔" پھر انہوں نے لکھا ہے کہ "دوہمیہ، دوہمیہ از نتھنگ بٹ اور اون رونگ تھنکنگ وچ ہیز کنسیلڈ ال اپرچونیٹیز بائے ا شیلڈ آف ہیٹریڈ۔" ظہور، ظہور اور رحمان صاحب نے اوکلینڈ، نیوزی لینڈ سے لکھا ہے،</w:t>
      </w:r>
    </w:p>
    <w:p>
      <w:r>
        <w:rPr>
          <w:b/>
        </w:rPr>
        <w:t xml:space="preserve">[49:18] </w:t>
      </w:r>
      <w:r>
        <w:t>"without any doubt, you possess mominana firasat. masha allah, you see this world with right approach. most of muslim scholars have failed to understand the need of our time.</w:t>
      </w:r>
    </w:p>
    <w:p>
      <w:pPr>
        <w:jc w:val="right"/>
      </w:pPr>
      <w:r>
        <w:t>"وِد آؤٹ اینی ڈاؤٹ، یو پوزیس مومنانہ فراست۔ ماشاءاللہ، یو سی دس ورلڈ ود رائٹ اپروچ۔ موسٹ آف مسلم سکالرز ہیو فیل ٹو انڈرسٹینڈ دا نیڈ آف اور ٹائم۔</w:t>
      </w:r>
    </w:p>
    <w:p>
      <w:r>
        <w:rPr>
          <w:b/>
        </w:rPr>
        <w:t xml:space="preserve">[49:33] </w:t>
      </w:r>
      <w:r>
        <w:t>no muslim country has freedom of expression which is one of the boundaries of western civilization. you are absolutely right, there is no rukawat at all." molana, agle tabasre parhne se pehle ek sawal lena chahenge.</w:t>
      </w:r>
    </w:p>
    <w:p>
      <w:pPr>
        <w:jc w:val="right"/>
      </w:pPr>
      <w:r>
        <w:t>نو مسلم کنٹری ہیز فریڈم آف ایکسپریشن وچ از دی ون آف دا باؤنڈریز آف ویسٹرن سیولائزیشن۔ یو آر ایبسولیوٹلی رائٹ، دیر از نو رکاوٹ ایٹ آل۔" مولانا، اگلے تبصرے پڑھنے سے پہلے ایک سوال لینا چاہیں گے۔</w:t>
      </w:r>
    </w:p>
    <w:p>
      <w:r>
        <w:rPr>
          <w:b/>
        </w:rPr>
        <w:t xml:space="preserve">[49:51] </w:t>
      </w:r>
      <w:r>
        <w:t>yeh sawal bheja hai fawad kadoi sahib ne bhopal se. unhon ne likha hai, "molana, if muslims change their approach towards western powers, then do you think west will change their attitude towards the muslim world immediately?</w:t>
      </w:r>
    </w:p>
    <w:p>
      <w:pPr>
        <w:jc w:val="right"/>
      </w:pPr>
      <w:r>
        <w:t>یہ سوال بھیجا ہے فواد کدوئی صاحب نے بھوپال سے۔ انہوں نے لکھا ہے، "مولانا، اف مسلمز چینج دیر اپروچ ٹورڈز ویسٹرن پاورز، دین ڈو یو تھنک ویسٹ ویل چینج دیر ایٹیٹیوڈ ٹورڈز دا مسلم ورلڈ امیڈیٹلی؟</w:t>
      </w:r>
    </w:p>
    <w:p>
      <w:r>
        <w:rPr>
          <w:b/>
        </w:rPr>
        <w:t xml:space="preserve">[50:11] </w:t>
      </w:r>
      <w:r>
        <w:t>what is your comment on this?" dekhiye, mujhe aap ke is sawal par bible ka ek</w:t>
      </w:r>
    </w:p>
    <w:p>
      <w:pPr>
        <w:jc w:val="right"/>
      </w:pPr>
      <w:r>
        <w:t>واٹ از یور کمنٹ ان دس؟" دیکھیے، مجھے آپ کے اس سوال پر بائبل کا ایک</w:t>
      </w:r>
    </w:p>
    <w:p>
      <w:r>
        <w:rPr>
          <w:b/>
        </w:rPr>
        <w:t xml:space="preserve">[50:25] </w:t>
      </w:r>
      <w:r>
        <w:t>ek bible ki ek ayat yaad aa gayi jo ek paighambar ka qaul hai. ek paighambar ka qaul hai,</w:t>
      </w:r>
    </w:p>
    <w:p>
      <w:pPr>
        <w:jc w:val="right"/>
      </w:pPr>
      <w:r>
        <w:t>ایک بائبل کی ایک آیت یاد آگئی جو ایک پیغمبر کا قول ہے۔ ایک پیغمبر کا قول ہے،</w:t>
      </w:r>
    </w:p>
    <w:p>
      <w:r>
        <w:rPr>
          <w:b/>
        </w:rPr>
        <w:t xml:space="preserve">[50:38] </w:t>
      </w:r>
      <w:r>
        <w:t>bible mein paighambaron ka kalam hai tarjume ki shakal mein.</w:t>
      </w:r>
    </w:p>
    <w:p>
      <w:pPr>
        <w:jc w:val="right"/>
      </w:pPr>
      <w:r>
        <w:t>بائبل میں پیغمبروں کا کلام ہے ترجمے کی شکل میں۔</w:t>
      </w:r>
    </w:p>
    <w:p>
      <w:r>
        <w:rPr>
          <w:b/>
        </w:rPr>
        <w:t xml:space="preserve">[50:46] </w:t>
      </w:r>
      <w:r>
        <w:t>to ek ek ek paighambar ne kaha tha apne zamane ke logon ko khitab karte hue, "main tum se kehta hoon ke agar insan chup chup rahen to pathar chalayenge."</w:t>
      </w:r>
    </w:p>
    <w:p>
      <w:pPr>
        <w:jc w:val="right"/>
      </w:pPr>
      <w:r>
        <w:t>تو ایک ایک ایک پیغمبر نے کہا تھا اپنے زمانے کے لوگوں کو خطاب کرتے ہوئے، "میں تم سے کہتا ہوں کہ اگر انسان چپ چپ رہیں تو پتھر چلائیں گے۔"</w:t>
      </w:r>
    </w:p>
    <w:p>
      <w:r>
        <w:rPr>
          <w:b/>
        </w:rPr>
        <w:t xml:space="preserve">[51:06] </w:t>
      </w:r>
      <w:r>
        <w:t>kaisi ajib baat thi</w:t>
      </w:r>
    </w:p>
    <w:p>
      <w:pPr>
        <w:jc w:val="right"/>
      </w:pPr>
      <w:r>
        <w:t>کیسی عجیب بات تھی</w:t>
      </w:r>
    </w:p>
    <w:p>
      <w:r>
        <w:rPr>
          <w:b/>
        </w:rPr>
        <w:t xml:space="preserve">[51:07] </w:t>
      </w:r>
      <w:r>
        <w:t>! yeh future ki zaban bol rahe the woh ke aaj tum pathar ban jao to ban jao, ek waqt aayega ke ke pathar ko bhi zaban ho jayegi, west ko bhi zaban ho jayegi, east ko bhi zaban ho jayegi.</w:t>
      </w:r>
    </w:p>
    <w:p>
      <w:pPr>
        <w:jc w:val="right"/>
      </w:pPr>
      <w:r>
        <w:t>! یہ فیوچر کی زبان بول رہے تھے وہ کہ آج تم پتھر بن جاؤ تو بن جاؤ، ایک وقت آئے گا کہ کہ پتھر کو بھی زبان ہو جائے گی، ویسٹ کو بھی زبان ہو جائے گی، ایسٹ کو بھی زبان ہو جائے گی۔</w:t>
      </w:r>
    </w:p>
    <w:p>
      <w:r>
        <w:rPr>
          <w:b/>
        </w:rPr>
        <w:t xml:space="preserve">[51:23] </w:t>
      </w:r>
      <w:r>
        <w:t>yeh future ki zaban thi. paighambar ne kaha tha ke, "ae mere mukhatibeen!</w:t>
      </w:r>
    </w:p>
    <w:p>
      <w:pPr>
        <w:jc w:val="right"/>
      </w:pPr>
      <w:r>
        <w:t>یہ فیوچر کی زبان تھی۔ پیغمبر نے کہا تھا کہ، "اے میرے مخاطبین!</w:t>
      </w:r>
    </w:p>
    <w:p>
      <w:r>
        <w:rPr>
          <w:b/>
        </w:rPr>
        <w:t xml:space="preserve">[51:31] </w:t>
      </w:r>
      <w:r>
        <w:t>agar tum meri baat na mano, agar tum chup ho jao sachai ke itraf mein, ek zamana aayega jab allah patharon ko zaban dega,</w:t>
      </w:r>
    </w:p>
    <w:p>
      <w:pPr>
        <w:jc w:val="right"/>
      </w:pPr>
      <w:r>
        <w:t>اگر تم میری بات نہ مانو، اگر تم چپ ہو جاؤ سچائی کے اعتراف میں، ایک زمانہ آئے گا جب اللہ پتھروں کو زبان دے گا،</w:t>
      </w:r>
    </w:p>
    <w:p>
      <w:r>
        <w:rPr>
          <w:b/>
        </w:rPr>
        <w:t xml:space="preserve">[51:43] </w:t>
      </w:r>
      <w:r>
        <w:t>fajir logon ko bhi zaban dega bukhari ki zaban mein, aur fajir log bhi sachai ki zaban bolna shuru kar denge." to aap allah ki rehmat ko dekhiye,</w:t>
      </w:r>
    </w:p>
    <w:p>
      <w:pPr>
        <w:jc w:val="right"/>
      </w:pPr>
      <w:r>
        <w:t>فاجر لوگوں کو بھی زبان دے گا بخاری کی زبان میں، اور فاجر لوگ بھی سچائی کی زبان بولنا شروع کر دیں گے۔" تو آپ اللہ کی رحمت کو دیکھیے،</w:t>
      </w:r>
    </w:p>
    <w:p>
      <w:r>
        <w:rPr>
          <w:b/>
        </w:rPr>
        <w:t xml:space="preserve">[51:57] </w:t>
      </w:r>
      <w:r>
        <w:t>kaun kya kar raha hai, us ko na dekhiye.</w:t>
      </w:r>
    </w:p>
    <w:p>
      <w:pPr>
        <w:jc w:val="right"/>
      </w:pPr>
      <w:r>
        <w:t>کون کیا کر رہا ہے، اس کو نہ دیکھیے۔</w:t>
      </w:r>
    </w:p>
    <w:p>
      <w:r>
        <w:rPr>
          <w:b/>
        </w:rPr>
        <w:t xml:space="preserve">[52:02] </w:t>
      </w:r>
      <w:r>
        <w:t>allah ne kya ailan kar rakha hai, us ko dekhiye. musalmanon ka mizaj ban gaya hai ke bas negative baat, negative baat bolte hain. jo isi mein positive aspect hai, woh us ko dekh dekh nahi paate hain.</w:t>
      </w:r>
    </w:p>
    <w:p>
      <w:pPr>
        <w:jc w:val="right"/>
      </w:pPr>
      <w:r>
        <w:t>اللہ نے کیا اعلان کر رکھا ہے، اس کو دیکھیے۔ مسلمانوں کا مزاج بن گیا ہے کہ بس نیگیٹیو بات، نیگیٹیو بات بولتے ہیں۔ جو اسی میں پازیٹیو ایسپیکٹ ہے، وہ اس کو دیکھ دیکھ نہیں پاتے ہیں۔</w:t>
      </w:r>
    </w:p>
    <w:p>
      <w:r>
        <w:rPr>
          <w:b/>
        </w:rPr>
        <w:t xml:space="preserve">[52:17] </w:t>
      </w:r>
      <w:r>
        <w:t>main dunya ke future ko bright dekh raha hoon, aap bhi yahi adat daliye.</w:t>
      </w:r>
    </w:p>
    <w:p>
      <w:pPr>
        <w:jc w:val="right"/>
      </w:pPr>
      <w:r>
        <w:t>میں دنیا کے فیوچر کو برائٹ دیکھ رہا ہوں، آپ بھی یہی عادت ڈالی ہے۔</w:t>
      </w:r>
    </w:p>
    <w:p>
      <w:r>
        <w:rPr>
          <w:b/>
        </w:rPr>
        <w:t xml:space="preserve">[52:30] </w:t>
      </w:r>
      <w:r>
        <w:t>molana ayaz ahmed sahib ne jamshedpur se likha hai, "alhamdulillah! dunya mein aayi hui tabdili ko molana ne bilkul naye andaaz mein pesh kiya.</w:t>
      </w:r>
    </w:p>
    <w:p>
      <w:pPr>
        <w:jc w:val="right"/>
      </w:pPr>
      <w:r>
        <w:t>مولانا ایاز احمد صاحب نے جمشید پور سے لکھا ہے، "الحمدللہ! دنیا میں آئی ہوئی تبدیلی کو مولانا نے بالکل نئے انداز میں پیش کیا۔</w:t>
      </w:r>
    </w:p>
    <w:p>
      <w:r>
        <w:rPr>
          <w:b/>
        </w:rPr>
        <w:t xml:space="preserve">[52:40] </w:t>
      </w:r>
      <w:r>
        <w:t>aaj har insan ko jitni asaniyan moassar hain, woh dawat ke imkan ko bohat badal deti hain.</w:t>
      </w:r>
    </w:p>
    <w:p>
      <w:pPr>
        <w:jc w:val="right"/>
      </w:pPr>
      <w:r>
        <w:t>آج ہر انسان کو جتنی آسانیاں موثر ہیں، وہ دعوت کے امکان کو بہت بدل دیتی ہیں۔</w:t>
      </w:r>
    </w:p>
    <w:p>
      <w:r>
        <w:rPr>
          <w:b/>
        </w:rPr>
        <w:t xml:space="preserve">[52:50] </w:t>
      </w:r>
      <w:r>
        <w:t>allah hum sab ko in imkanat ko istemal karne ki tofeeq ata kar." doctor aslam sahib ne saharanpur se likha hai, "jab dimagh se creativity nikal jati hai to nafrat is dimagh mein apna ghar bana leti hai." miss qurtulain ne kashmir se likha hai,</w:t>
      </w:r>
    </w:p>
    <w:p>
      <w:pPr>
        <w:jc w:val="right"/>
      </w:pPr>
      <w:r>
        <w:t>اللہ ہم سب کو ان امکانات کو استعمال کرنے کی توفیق عطا کرے۔" ڈاکٹر اسلم صاحب نے سارن پور سے لکھا ہے، "جب دماغ سے کریٹیوٹی نکل جاتی ہے تو نفرت اس دماغ میں اپنا گھر بنا لیتی ہے۔" مس قرتلین نے کشمیر سے لکھا ہے،</w:t>
      </w:r>
    </w:p>
    <w:p>
      <w:r>
        <w:rPr>
          <w:b/>
        </w:rPr>
        <w:t xml:space="preserve">[53:09] </w:t>
      </w:r>
      <w:r>
        <w:t>explaining atar darkness and positive aspect of Islamic age is a starting, is a startling revelation for Muslims.</w:t>
      </w:r>
    </w:p>
    <w:p>
      <w:pPr>
        <w:jc w:val="right"/>
      </w:pPr>
      <w:r>
        <w:t>"ایکسپلیننگ اٹر ڈارکنس اینڈ پازیٹیو ایسپیکٹ آف اسلامک ایج از ا سٹارٹنگ، از ا سٹارٹلنگ ریولیشن فار مسلمز۔</w:t>
      </w:r>
    </w:p>
    <w:p>
      <w:r>
        <w:rPr>
          <w:b/>
        </w:rPr>
        <w:t xml:space="preserve">[53:18] </w:t>
      </w:r>
      <w:r>
        <w:t>equating western civilization, which in fact is pro Islam with western culture, is a maznomar of Muslims.</w:t>
      </w:r>
    </w:p>
    <w:p>
      <w:pPr>
        <w:jc w:val="right"/>
      </w:pPr>
      <w:r>
        <w:t>ایکویٹنگ ویسٹرن سیولائزیشن، وچ ان فیکٹ از پرو اسلام ود ویسٹرن کلچر، از ا مزنومر آف مسلمز۔</w:t>
      </w:r>
    </w:p>
    <w:p>
      <w:r>
        <w:rPr>
          <w:b/>
        </w:rPr>
        <w:t xml:space="preserve">[53:27] </w:t>
      </w:r>
      <w:r>
        <w:t>this resulted in westophobia and prove suicidal and stumbling block in the war work of Muslims.</w:t>
      </w:r>
    </w:p>
    <w:p>
      <w:pPr>
        <w:jc w:val="right"/>
      </w:pPr>
      <w:r>
        <w:t>دس رزلٹڈ ان ویسٹو فوبیا اینڈ پروف سوسائیڈل اینڈ سٹمبلنگ بلاک ان داور ورک آف مسلمز۔</w:t>
      </w:r>
    </w:p>
    <w:p>
      <w:r>
        <w:rPr>
          <w:b/>
        </w:rPr>
        <w:t xml:space="preserve">[53:37] </w:t>
      </w:r>
      <w:r>
        <w:t>the sooner we get rid of this phobia, better it is. Western civilization is exploring natural laws and it is most beneficial in spreading word of God.</w:t>
      </w:r>
    </w:p>
    <w:p>
      <w:pPr>
        <w:jc w:val="right"/>
      </w:pPr>
      <w:r>
        <w:t>دا سونر وی گیٹ ریڈ آف دس فوبیا، بیٹر اٹ از۔ ویسٹرن سیولائزیشن از ایکسپلورنگ نیچرل لاز اینڈ اٹ از موسٹ بینیفیشل ان سپریڈنگ ورڈ آف گاڈ۔</w:t>
      </w:r>
    </w:p>
    <w:p>
      <w:r>
        <w:rPr>
          <w:b/>
        </w:rPr>
        <w:t xml:space="preserve">[53:49] </w:t>
      </w:r>
      <w:r>
        <w:t>Muslims dilemma not is not to dealing culture from civilization is unfortunate. So it is high time we overcome this dilemma and istemal the western progress and scientific achievements in favor of the war work.</w:t>
      </w:r>
    </w:p>
    <w:p>
      <w:pPr>
        <w:jc w:val="right"/>
      </w:pPr>
      <w:r>
        <w:t>مسلمز ڈیلیمہ ناٹ از ناٹ ٹو ڈیلنگ کلچر فرام سیولائزیشن از انفارچونیٹ۔ سو اٹ از ہائی ٹائم وی اوورکم دس ڈیلیمہ اینڈ استعمال دا ویسٹرن پروگریس اینڈ سائنٹیفک اچیومنٹس ان فیور آف داور ورک۔</w:t>
      </w:r>
    </w:p>
    <w:p>
      <w:r>
        <w:rPr>
          <w:b/>
        </w:rPr>
        <w:t xml:space="preserve">[54:05] </w:t>
      </w:r>
      <w:r>
        <w:t>it is age of peace, opportunity and tolerance, and we must istemal this opportunity." Jazakumullah.</w:t>
      </w:r>
    </w:p>
    <w:p>
      <w:pPr>
        <w:jc w:val="right"/>
      </w:pPr>
      <w:r>
        <w:t>اٹ از ایج آف پیس، اپرچونیٹی اینڈ ٹولرنس، اینڈ وی مسٹ استعمال دس اپرچونیٹی۔" جزاکم اللہ۔</w:t>
      </w:r>
    </w:p>
    <w:p>
      <w:r>
        <w:rPr>
          <w:b/>
        </w:rPr>
        <w:t xml:space="preserve">[54:13] </w:t>
      </w:r>
      <w:r>
        <w:t>Mus Rubhana Ansari ne likha hai, "Pakistan se negativity is the darkness. Dohema is in terms of result which made it westophobia because of unawareness of Muslims.</w:t>
      </w:r>
    </w:p>
    <w:p>
      <w:pPr>
        <w:jc w:val="right"/>
      </w:pPr>
      <w:r>
        <w:t>مس ربحانہ انصاری نے لکھا ہے، "پاکستان سے نیگیٹیوٹی از دی ڈارکنس۔ دوہیما از ان ٹرمز آف رزلٹ وچ میڈ اٹ ویسٹو فوبیا بیکاز آف ان اویرنس آف مسلمز۔</w:t>
      </w:r>
    </w:p>
    <w:p>
      <w:r>
        <w:rPr>
          <w:b/>
        </w:rPr>
        <w:t xml:space="preserve">[54:28] </w:t>
      </w:r>
      <w:r>
        <w:t>although it was a super news for support of Islam and Muslims. Jazak Allah Maulana sahib! Its only you who enlighten us always." Maulana Maulana Iqbal Umri ne Chennai se likha hai, "Maulana!</w:t>
      </w:r>
    </w:p>
    <w:p>
      <w:pPr>
        <w:jc w:val="right"/>
      </w:pPr>
      <w:r>
        <w:t>الدو اٹ واز ا سپر نیوز فار سپورٹ آف اسلام اینڈ مسلمز۔ جزاک اللہ مولانا صاحب! اٹس اونلی یو ہو انلائٹن اس الویز۔" مولانا مولانا اقبال عمری نے چنئی سے لکھا ہے، "مولانا!</w:t>
      </w:r>
    </w:p>
    <w:p>
      <w:r>
        <w:rPr>
          <w:b/>
        </w:rPr>
        <w:t xml:space="preserve">[54:44] </w:t>
      </w:r>
      <w:r>
        <w:t>aaj mujhe fitna dohema kya hai, yeh wazeh hua. Musalmanon ki fikri halat hai." Maulana, ab ek sawal lena chahenge.</w:t>
      </w:r>
    </w:p>
    <w:p>
      <w:pPr>
        <w:jc w:val="right"/>
      </w:pPr>
      <w:r>
        <w:t>آج مجھے فتنہ دوہیما کیا ہے، یہ واضح ہوا۔ مسلمانوں کی فکری حالت ہے۔" مولانا، اب ایک سوال لینا چاہیں گے۔</w:t>
      </w:r>
    </w:p>
    <w:p>
      <w:r>
        <w:rPr>
          <w:b/>
        </w:rPr>
        <w:t xml:space="preserve">[54:55] </w:t>
      </w:r>
      <w:r>
        <w:t>yeh bheja hai Kanpur se Ayaz sahib ne. Unhon ne likha hai, "Maulana!</w:t>
      </w:r>
    </w:p>
    <w:p>
      <w:pPr>
        <w:jc w:val="right"/>
      </w:pPr>
      <w:r>
        <w:t>یہ بھیجا ہے کانپور سے ایاز صاحب نے۔ انہوں نے لکھا ہے، "مولانا!</w:t>
      </w:r>
    </w:p>
    <w:p>
      <w:r>
        <w:rPr>
          <w:b/>
        </w:rPr>
        <w:t xml:space="preserve">[55:04] </w:t>
      </w:r>
      <w:r>
        <w:t>if conveying the message of Islam to the whole world is the biggest priority of every Muslim. Then why Muslims don't understand that?</w:t>
      </w:r>
    </w:p>
    <w:p>
      <w:pPr>
        <w:jc w:val="right"/>
      </w:pPr>
      <w:r>
        <w:t>اف کنوینگ دا میسج آف اسلام ٹو دا ہولڈ ورلڈ از دا بگسٹ پرائرٹی آف ایوری مسلم۔ دین وائی مسلمز ڈونٹ انڈرسٹینڈ دیٹ؟</w:t>
      </w:r>
    </w:p>
    <w:p>
      <w:r>
        <w:rPr>
          <w:b/>
        </w:rPr>
        <w:t xml:space="preserve">[55:14] </w:t>
      </w:r>
      <w:r>
        <w:t>that the whole world includes western world also, and that they will not listen to your message if you talk, or you try if you talk in a negative way by hurting them or killing them.</w:t>
      </w:r>
    </w:p>
    <w:p>
      <w:pPr>
        <w:jc w:val="right"/>
      </w:pPr>
      <w:r>
        <w:t>دیٹ دا ہولڈ ورلڈ انکلوڈز ویسٹرن ورلڈ السو، اینڈ دیٹ دے ویل ناٹ لسن ٹو یور میسج اف یو ٹاک، اور یو ٹرائی اف یو ٹاک ان ا نیگیٹیو وے بائے ہرٹنگ دیم اور کلنگ دیم۔</w:t>
      </w:r>
    </w:p>
    <w:p>
      <w:r>
        <w:rPr>
          <w:b/>
        </w:rPr>
        <w:t xml:space="preserve">[55:29] </w:t>
      </w:r>
      <w:r>
        <w:t>the negative talk will further take the maddo community away from receiving Quran. Maulana! Why this disconnect is so rampant among Muslims?" Dekhiye, rampant nahi hai, naya daur shuru ho chuka hai.</w:t>
      </w:r>
    </w:p>
    <w:p>
      <w:pPr>
        <w:jc w:val="right"/>
      </w:pPr>
      <w:r>
        <w:t>دا نیگیٹیو ٹاک ویل فردر ٹیک دا مدو کمیونٹی اوے فرام ریسیونگ قرآن۔ مولانا! وائی دس ڈسکنیکٹ از سو ریمپنٹ امنگ مسلمز؟" دیکھیے، ریمپنٹ نہیں ہے، نیا دور شروع ہو چکا ہے۔</w:t>
      </w:r>
    </w:p>
    <w:p>
      <w:r>
        <w:rPr>
          <w:b/>
        </w:rPr>
        <w:t xml:space="preserve">[55:45] </w:t>
      </w:r>
      <w:r>
        <w:t>suraj nikal raha hai, nikal chuka hai. Suraj nikal chuka hai, naya daur shuru ho chuka hai.</w:t>
      </w:r>
    </w:p>
    <w:p>
      <w:pPr>
        <w:jc w:val="right"/>
      </w:pPr>
      <w:r>
        <w:t>سورج نکل رہا ہے، نکل چکا ہے۔ سورج نکل چکا ہے، نیا دور شروع ہو چکا ہے۔</w:t>
      </w:r>
    </w:p>
    <w:p>
      <w:r>
        <w:rPr>
          <w:b/>
        </w:rPr>
        <w:t xml:space="preserve">[55:55] </w:t>
      </w:r>
      <w:r>
        <w:t>aap hamari mission ki jo activities hain,</w:t>
      </w:r>
    </w:p>
    <w:p>
      <w:pPr>
        <w:jc w:val="right"/>
      </w:pPr>
      <w:r>
        <w:t>آپ ہماری مشن کی جو ایکٹیویٹیز ہیں،</w:t>
      </w:r>
    </w:p>
    <w:p>
      <w:r>
        <w:rPr>
          <w:b/>
        </w:rPr>
        <w:t xml:space="preserve">[56:01] </w:t>
      </w:r>
      <w:r>
        <w:t>aaj subah ko main ne apne qareebi saathi se kaha, aaj hi subah ki baat hai ke mera dream tha ke hamare saathi khud se karne lagen, khud program banayein, khud is ko execute karein,</w:t>
      </w:r>
    </w:p>
    <w:p>
      <w:pPr>
        <w:jc w:val="right"/>
      </w:pPr>
      <w:r>
        <w:t>آج صبح کو میں نے اپنے قریبی ساتھی سے کہا، آج ہی صبح کی بات ہے کہ میرا ڈریم تھا کہ ہمارے ساتھی خود سے کرنے لگیں، خود پروگرام بنائیں، خود اس کو ایگزیکیوٹ کریں،</w:t>
      </w:r>
    </w:p>
    <w:p>
      <w:r>
        <w:rPr>
          <w:b/>
        </w:rPr>
        <w:t xml:space="preserve">[56:18] </w:t>
      </w:r>
      <w:r>
        <w:t>baghair kisi central direction ke. To us ne kaha ke yeh to already ho chuka hai.</w:t>
      </w:r>
    </w:p>
    <w:p>
      <w:pPr>
        <w:jc w:val="right"/>
      </w:pPr>
      <w:r>
        <w:t>بغیر کسی سینٹرل ڈائریکشن کے۔ تو اس نے کہا کہ یہ تو الریڈی ہو چکا ہے۔</w:t>
      </w:r>
    </w:p>
    <w:p>
      <w:r>
        <w:rPr>
          <w:b/>
        </w:rPr>
        <w:t xml:space="preserve">[56:28] </w:t>
      </w:r>
      <w:r>
        <w:t>har din hamare saathi dunya bhar mein, yahan se wahan, wahan se wahan ja rahe hain aur Allah ke paigham ko pahuncha rahe hain, Quran ko phaila rahe hain. Lekin hum kaam kar rahe hain low profile mein.</w:t>
      </w:r>
    </w:p>
    <w:p>
      <w:pPr>
        <w:jc w:val="right"/>
      </w:pPr>
      <w:r>
        <w:t>ہر دن ہمارے ساتھی دنیا بھر میں، یہاں سے وہاں، وہاں سے وہاں جا رہے ہیں اور اللہ کے پیغام کو پہنچا رہے ہیں، قرآن کو پھیلا رہے ہیں۔ لیکن ہم کام کر رہے ہیں لو پروفائل میں۔</w:t>
      </w:r>
    </w:p>
    <w:p>
      <w:r>
        <w:rPr>
          <w:b/>
        </w:rPr>
        <w:t xml:space="preserve">[56:42] </w:t>
      </w:r>
      <w:r>
        <w:t>jo log kuch karte nahi, high profile mein chala rahe hain to log samajhte hain ke woh kaam kar rahe hain. Sir ki yaad rakhiye, sir ki taqat hai.</w:t>
      </w:r>
    </w:p>
    <w:p>
      <w:pPr>
        <w:jc w:val="right"/>
      </w:pPr>
      <w:r>
        <w:t>جو لوگ کچھ کرتے نہیں، ہائی پروفائل میں چلا رہے ہیں تو لوگ سمجھتے ہیں کہ وہ کام کر رہے ہیں۔ سر کی یاد رکھیے، سر کی طاقت ہے۔</w:t>
      </w:r>
    </w:p>
    <w:p>
      <w:r>
        <w:rPr>
          <w:b/>
        </w:rPr>
        <w:t xml:space="preserve">[56:53] </w:t>
      </w:r>
      <w:r>
        <w:t>high profile mein cheekh rahe hain to aap samajhte hain ke woh kar rahe hain kuch. Hamare saathi low profile mein kaam kar rahe hain to aap ko dikhai nahi deta.</w:t>
      </w:r>
    </w:p>
    <w:p>
      <w:pPr>
        <w:jc w:val="right"/>
      </w:pPr>
      <w:r>
        <w:t>ہائی پروفائل میں چیخ رہے ہیں تو آپ سمجھتے ہیں کہ وہ کر رہے ہیں کچھ۔ ہمارے ساتھی لو پروفائل میں کام کر رہے ہیں تو آپ کو دکھائی نہیں دیتا۔</w:t>
      </w:r>
    </w:p>
    <w:p>
      <w:r>
        <w:rPr>
          <w:b/>
        </w:rPr>
        <w:t xml:space="preserve">[57:04] </w:t>
      </w:r>
      <w:r>
        <w:t>sara mamla yeh hai ke aap shar ki taqaton ke high profile ko lete hain aur khair ki taqaton ke low profile ko nahi pakad paate.</w:t>
      </w:r>
    </w:p>
    <w:p>
      <w:pPr>
        <w:jc w:val="right"/>
      </w:pPr>
      <w:r>
        <w:t>سارا معاملہ یہ ہے کہ آپ شر کی طاقتوں کے ہائی پروفائل کو لیتے ہیں اور خیر کی طاقتوں کے لو پروفائل کو نہیں پکڑ پاتے۔</w:t>
      </w:r>
    </w:p>
    <w:p>
      <w:r>
        <w:rPr>
          <w:b/>
        </w:rPr>
        <w:t xml:space="preserve">[57:15] </w:t>
      </w:r>
      <w:r>
        <w:t>aaj woh daur aa chuka hai, aa chuka hai.</w:t>
      </w:r>
    </w:p>
    <w:p>
      <w:pPr>
        <w:jc w:val="right"/>
      </w:pPr>
      <w:r>
        <w:t>آج وہ دور آ چکا ہے، آ چکا ہے۔</w:t>
      </w:r>
    </w:p>
    <w:p>
      <w:r>
        <w:rPr>
          <w:b/>
        </w:rPr>
        <w:t xml:space="preserve">[57:22] </w:t>
      </w:r>
      <w:r>
        <w:t>lekin woh hamesha yaad rakhiye, paighambar bhi. Aap ko maloom hai ke sare paighambar history mein record nahi ho paye,</w:t>
      </w:r>
    </w:p>
    <w:p>
      <w:pPr>
        <w:jc w:val="right"/>
      </w:pPr>
      <w:r>
        <w:t>لیکن وہ ہمیشہ یاد رکھیے، پیغمبر بھی۔ آپ کو معلوم ہے کہ سارے پیغمبر ہسٹری میں ریکارڈ نہیں ہو پائے،</w:t>
      </w:r>
    </w:p>
    <w:p>
      <w:r>
        <w:rPr>
          <w:b/>
        </w:rPr>
        <w:t xml:space="preserve">[57:40] </w:t>
      </w:r>
      <w:r>
        <w:t>sirf Rasool Allah ke mission ka record hua, woh bhi Roman Empire ke reference mein. Is ko, is ko samajh lijiye ke Rasool Allah ka mission jo hai, history mein record hua hai Roman Empire ke reference mein.</w:t>
      </w:r>
    </w:p>
    <w:p>
      <w:pPr>
        <w:jc w:val="right"/>
      </w:pPr>
      <w:r>
        <w:t>صرف رسول اللہ کے مشن کا ریکارڈ ہوا، وہ بھی رومن ایمپائر کے ریفرنس میں۔ اس کو، اس کو سمجھ لیجئے کہ رسول اللہ کا مشن جو ہے، ہسٹری میں ریکارڈ ہوا ہے رومن ایمپائر کے ریفرنس میں۔</w:t>
      </w:r>
    </w:p>
    <w:p>
      <w:r>
        <w:rPr>
          <w:b/>
        </w:rPr>
        <w:t xml:space="preserve">[57:59] </w:t>
      </w:r>
      <w:r>
        <w:t>bahut ajeeb baat hai. Aur doosre paighambar to record hi nahi hue.</w:t>
      </w:r>
    </w:p>
    <w:p>
      <w:pPr>
        <w:jc w:val="right"/>
      </w:pPr>
      <w:r>
        <w:t>بہت عجیب بات ہے۔ اور دوسرے پیغمبر تو ریکارڈ ہی نہیں ہوئے۔</w:t>
      </w:r>
    </w:p>
    <w:p>
      <w:r>
        <w:rPr>
          <w:b/>
        </w:rPr>
        <w:t xml:space="preserve">[58:06] </w:t>
      </w:r>
      <w:r>
        <w:t>is ko samajh lijiye, phir se sochiye aap ke rasool Allah ka mission jo tareekh mein record ho gaya hai, aap ek paighambar of history ban rahe hain, woh Roman Empire ke reference mein hua.</w:t>
      </w:r>
    </w:p>
    <w:p>
      <w:pPr>
        <w:jc w:val="right"/>
      </w:pPr>
      <w:r>
        <w:t>اس کو سمجھ لیجئے، پھر سے سوچیے آپ کہ رسول اللہ کا مشن جو تاریخ میں ریکارڈ ہو گیا ہے، آپ ایک پیغمبر آف ہسٹری بن رہے ہیں، وہ رومن ایمپائر کے ریفرنس میں ہوا۔</w:t>
      </w:r>
    </w:p>
    <w:p>
      <w:r>
        <w:rPr>
          <w:b/>
        </w:rPr>
        <w:t xml:space="preserve">[58:23] </w:t>
      </w:r>
      <w:r>
        <w:t>to hamare saathi chuki kaam kar rahe hain low profile mein, is liye logon ko dikhai nahi deta. abhi hum high profile mein karein, bomb marein to sari dunya mein khabar phail jayegi.</w:t>
      </w:r>
    </w:p>
    <w:p>
      <w:pPr>
        <w:jc w:val="right"/>
      </w:pPr>
      <w:r>
        <w:t>تو ہمارے ساتھی چونکہ کام کر رہے ہیں لو پروفائل میں، اس لیے لوگوں کو دکھائی نہیں دیتا۔ ابھی ہم ہائی پروفائل میں کریں، بم ماریں تو ساری دنیا میں خبر پھیل جائے گی۔</w:t>
      </w:r>
    </w:p>
    <w:p>
      <w:r>
        <w:rPr>
          <w:b/>
        </w:rPr>
        <w:t xml:space="preserve">[58:36] </w:t>
      </w:r>
      <w:r>
        <w:t>to shukr ki jiye, shukr, shikayat mat kijiye. main aap sab logon se kahunga ke aap shikayat ki boli chhod dijiye, shor ki boli boliye.</w:t>
      </w:r>
    </w:p>
    <w:p>
      <w:pPr>
        <w:jc w:val="right"/>
      </w:pPr>
      <w:r>
        <w:t>تو شکر کیجئے، شکر، شکایت مت کیجئے۔ میں آپ سب لوگوں سے کہوں گا کہ آپ شکایت کی بولی چھوڑ دیجئے، شور کی بولی بولیے۔</w:t>
      </w:r>
    </w:p>
    <w:p>
      <w:r>
        <w:rPr>
          <w:b/>
        </w:rPr>
        <w:t xml:space="preserve">[58:48] </w:t>
      </w:r>
      <w:r>
        <w:t>Allah ke aage sajde mein gir padiye ke Allah ne jise log, jis jis ko log kehte the, firqa dohima, woh ulta ho gaya, ujale ke, ujale ka zamana ban gaya.</w:t>
      </w:r>
    </w:p>
    <w:p>
      <w:pPr>
        <w:jc w:val="right"/>
      </w:pPr>
      <w:r>
        <w:t>اللہ کے آگے سجدے میں گر پڑیے کہ اللہ نے جسے لوگ، جس جس کو لوگ کہتے تھے، فرقہ دوہیما، وہ الٹا ہو گیا، اجالے کے، اجالے کا زمانہ بن گیا۔</w:t>
      </w:r>
    </w:p>
    <w:p>
      <w:r>
        <w:rPr>
          <w:b/>
        </w:rPr>
        <w:t xml:space="preserve">[59:03] </w:t>
      </w:r>
      <w:r>
        <w:t>is par sab logon ko chahiye ke gir padein is sajde mein ke jis cheez ko log tareeki ki fateh keh rahe the, woh ujale ka zamana ban gaya.</w:t>
      </w:r>
    </w:p>
    <w:p>
      <w:pPr>
        <w:jc w:val="right"/>
      </w:pPr>
      <w:r>
        <w:t>اس پر سب لوگوں کو چاہیے کہ گر پڑیں اس سجدے میں کہ جس چیز کو لوگ تاریکی کی فتح کہہ رہے تھے، وہ اجالے کا زمانہ بن گیا۔</w:t>
      </w:r>
    </w:p>
    <w:p>
      <w:r>
        <w:rPr>
          <w:b/>
        </w:rPr>
        <w:t xml:space="preserve">[59:16] </w:t>
      </w:r>
      <w:r>
        <w:t>shukr, shukr, shukr, aur kuch nahi.</w:t>
      </w:r>
    </w:p>
    <w:p>
      <w:pPr>
        <w:jc w:val="right"/>
      </w:pPr>
      <w:r>
        <w:t>شکر، شکر، شکر، اور کچھ نہیں۔</w:t>
      </w:r>
    </w:p>
    <w:p>
      <w:r>
        <w:rPr>
          <w:b/>
        </w:rPr>
        <w:t xml:space="preserve">[59:23] </w:t>
      </w:r>
      <w:r>
        <w:t>Muhammad Irfan Rasheedi sahib ne Nagpur se likha hai, "af we want to come out of fitne dohima, we must develop positive thinking.</w:t>
      </w:r>
    </w:p>
    <w:p>
      <w:pPr>
        <w:jc w:val="right"/>
      </w:pPr>
      <w:r>
        <w:t>محمد عرفان رشیدی صاحب نے ناکپور سے لکھا ہے، "اف وی وانٹ ٹو کم آؤٹ آف فتنے دوہیما، وی مسٹ ڈیویلپ پازیٹیو تھنکنگ۔</w:t>
      </w:r>
    </w:p>
    <w:p>
      <w:r>
        <w:rPr>
          <w:b/>
        </w:rPr>
        <w:t xml:space="preserve">[59:33] </w:t>
      </w:r>
      <w:r>
        <w:t>Maulana sahib, no person is more positive thinker than you." Muhammad Shafiq sahib ne Ambur, Tamil Nadu se likha hai, "that is true, many non muslim brothers are following teachings of Islam perfectly compare to our muslim brothers, because of either our laziness or lack of spirit in us." Tariq Badar sahib ne Pakistan, Lahore se likha hai, "Maulana sahib, today lecture made us positive again.</w:t>
      </w:r>
    </w:p>
    <w:p>
      <w:pPr>
        <w:jc w:val="right"/>
      </w:pPr>
      <w:r>
        <w:t>مولانا صاحب، نو پرسن از مور پازیٹیو تھنکر دین یو۔" محمد شفیق صاحب نے ایمبر، تمل ناڈو سے لکھا ہے، "دیٹ از ٹرو، مینی نان مسلم برادرز آر فالونگ ٹیچنگز آف اسلام پرفیکٹلی کمپیر ٹو اور مسلم برادرز، بیکاز آف ایدر اور لیزینس اور لیک آف سپرٹ ان اس۔" طارق بدر صاحب نے پاکستان، لاہور سے لکھا ہے، "مولانا صاحب، ٹوڈے لیکچر میڈ اس پازیٹیو اگین۔</w:t>
      </w:r>
    </w:p>
    <w:p>
      <w:r>
        <w:rPr>
          <w:b/>
        </w:rPr>
        <w:t xml:space="preserve">[1:00:02] </w:t>
      </w:r>
      <w:r>
        <w:t>we will explore opportunities and focus on planning. jazak Allah." Mahboob bhai ne Mumbai se likha hai, "Maulana team Mumbai is listening to today class together.</w:t>
      </w:r>
    </w:p>
    <w:p>
      <w:pPr>
        <w:jc w:val="right"/>
      </w:pPr>
      <w:r>
        <w:t>وی ویل ایکسپلور اپرچونیٹیز اینڈ فوکس ان پلاننگ۔ جزاک اللہ۔" محبوب بھائی نے ممبئی سے لکھا ہے، "مولانا ٹیم ممبئی از لسننگ ٹو ٹوڈے کلاس ٹوگیدر۔</w:t>
      </w:r>
    </w:p>
    <w:p>
      <w:r>
        <w:rPr>
          <w:b/>
        </w:rPr>
        <w:t xml:space="preserve">[1:00:17] </w:t>
      </w:r>
      <w:r>
        <w:t>jazak Allah Maulana for another wonderful session." Shahid Hussain sahib ne Kashmir se likha hai, "an illustration of two great predictions of Quran and Hadith, which symbolize great opportunities for the divine mission and apprehension of misguided muslim perception.</w:t>
      </w:r>
    </w:p>
    <w:p>
      <w:pPr>
        <w:jc w:val="right"/>
      </w:pPr>
      <w:r>
        <w:t>جزاک اللہ مولانا فار انادر ونڈرفل سیشن۔" شاہد حسین صاحب نے کشمیر سے لکھا ہے، "این السٹریشن آف ٹو گریٹ پریڈکشنز آف قرآن اینڈ حدیث، وچ سمبلائز گریٹ اپرچونیٹیز فار دا ڈیوائن مشن اینڈ ایپریہنشن آف مس گائیڈڈ مسلم پرسیپشن۔</w:t>
      </w:r>
    </w:p>
    <w:p>
      <w:r>
        <w:rPr>
          <w:b/>
        </w:rPr>
        <w:t xml:space="preserve">[1:00:38] </w:t>
      </w:r>
      <w:r>
        <w:t>what a beautiful analysis, which should awaken us to rise to the occasion." thank you, beloved Maulana. Maulana sahib, Maulana agla sawal lete hain.</w:t>
      </w:r>
    </w:p>
    <w:p>
      <w:pPr>
        <w:jc w:val="right"/>
      </w:pPr>
      <w:r>
        <w:t>واٹ ا بیوٹیفل انالیسز، وچ شوڈ اویکن اس ٹو رائز ٹو دی اوکیژن۔" تھینک یو، بیلوڈ مولانا۔ مولانا صاحب، مولانا اگلا سوال لیتے ہیں۔</w:t>
      </w:r>
    </w:p>
    <w:p>
      <w:r>
        <w:rPr>
          <w:b/>
        </w:rPr>
        <w:t xml:space="preserve">[1:00:52] </w:t>
      </w:r>
      <w:r>
        <w:t>yeh sawal bheja hai Lucknow se Qurban Ali sahib ne. unhone likha hai, "Maulana, you always talk about peaceful aspect, but when we share the same thing with other,</w:t>
      </w:r>
    </w:p>
    <w:p>
      <w:pPr>
        <w:jc w:val="right"/>
      </w:pPr>
      <w:r>
        <w:t>یہ سوال بھیجا ہے لکھنو سے قربان علی صاحب نے۔ انہوں نے لکھا ہے، "مولانا، یو الویز ٹاک اباؤٹ پیس فل ایسپیکٹ، بٹ وین وی شیئر دا سیم تھنگ ود ادر،</w:t>
      </w:r>
    </w:p>
    <w:p>
      <w:r>
        <w:rPr>
          <w:b/>
        </w:rPr>
        <w:t xml:space="preserve">[1:01:07] </w:t>
      </w:r>
      <w:r>
        <w:t>then some other muslim friends tell us that peace is fine, but we should take the complete model of prophet.</w:t>
      </w:r>
    </w:p>
    <w:p>
      <w:pPr>
        <w:jc w:val="right"/>
      </w:pPr>
      <w:r>
        <w:t>دین سم ادر مسلم فرینڈز ٹیل اس دیٹ پیس از فائن، بٹ وی شوڈ ٹیک دا کمپلیٹ ماڈل آف پرافٹ۔</w:t>
      </w:r>
    </w:p>
    <w:p>
      <w:r>
        <w:rPr>
          <w:b/>
        </w:rPr>
        <w:t xml:space="preserve">[1:01:16] </w:t>
      </w:r>
      <w:r>
        <w:t>and it is a fact, which can not be denied, that prophet and later companions fought wars and battles whenever the opposite party refused to accept Islam.</w:t>
      </w:r>
    </w:p>
    <w:p>
      <w:pPr>
        <w:jc w:val="right"/>
      </w:pPr>
      <w:r>
        <w:t>اینڈ اٹ از ا فیکٹ، وچ کین ناٹ بی ڈینائیڈ، دیٹ پرافٹ اینڈ لیٹر کمپینینز فاٹ وارز اینڈ بیٹلز وین ایور دی اپوزٹ پارٹی ریفیوز ٹو ایکسیپٹ اسلام۔</w:t>
      </w:r>
    </w:p>
    <w:p>
      <w:r>
        <w:rPr>
          <w:b/>
        </w:rPr>
        <w:t xml:space="preserve">[1:01:28] </w:t>
      </w:r>
      <w:r>
        <w:t>so some muslim groups are rightfully engaged in war with west, till they accept Islam.</w:t>
      </w:r>
    </w:p>
    <w:p>
      <w:pPr>
        <w:jc w:val="right"/>
      </w:pPr>
      <w:r>
        <w:t>سو سم مسلم گروپس ار رائٹ فلی انگیجڈ ان وار ود ویسٹ، ٹل دے ایکسیپٹ اسلام۔</w:t>
      </w:r>
    </w:p>
    <w:p>
      <w:r>
        <w:rPr>
          <w:b/>
        </w:rPr>
        <w:t xml:space="preserve">[1:01:36] </w:t>
      </w:r>
      <w:r>
        <w:t>what is your? what is your? yeh bilkul jhooti baat hai. main interfere karke bolta hoon ke jhooti baat hai, jhooti baat hai, jhooti baat hai ke lad kar ke musalman banao.</w:t>
      </w:r>
    </w:p>
    <w:p>
      <w:pPr>
        <w:jc w:val="right"/>
      </w:pPr>
      <w:r>
        <w:t>واٹ از یور؟ واٹ از یور؟ یہ بالکل جھوٹی بات ہے۔ میں انٹرفیئر کر کے بولتا ہوں کہ جھوٹی بات ہے، جھوٹی بات ہے، جھوٹی بات ہے کہ لڑ کر کے مسلمان بناؤ۔</w:t>
      </w:r>
    </w:p>
    <w:p>
      <w:r>
        <w:rPr>
          <w:b/>
        </w:rPr>
        <w:t xml:space="preserve">[1:01:48] </w:t>
      </w:r>
      <w:r>
        <w:t>yeh yeh jo loan nikala hai, woh shaitan ki boli bolte hain. Islam peaceful mazhab hai, Islam samjhane ka mazhab hai, Islam dawat ka mazhab hai.</w:t>
      </w:r>
    </w:p>
    <w:p>
      <w:pPr>
        <w:jc w:val="right"/>
      </w:pPr>
      <w:r>
        <w:t>یہ یہ جو لون نکالا ہے، وہ شیطان کی بولی بولتے ہیں۔ اسلام پیس فل مذہب ہے، اسلام سمجھانے کا مذہب ہے، اسلام دعوت کا مذہب ہے۔</w:t>
      </w:r>
    </w:p>
    <w:p>
      <w:r>
        <w:rPr>
          <w:b/>
        </w:rPr>
        <w:t xml:space="preserve">[1:02:02] </w:t>
      </w:r>
      <w:r>
        <w:t>ji, padhiye. ji, Maulana, woh itna hi tha. woh</w:t>
      </w:r>
    </w:p>
    <w:p>
      <w:pPr>
        <w:jc w:val="right"/>
      </w:pPr>
      <w:r>
        <w:t>جی، پڑھیے۔ جی، مولانا، وہ اتنا ہی تھا۔ وہ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