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Contemplation on The Quran December 16, 2018 Maulana Wahiduddin Khan</w:t>
      </w:r>
    </w:p>
    <w:p>
      <w:r>
        <w:t>https://www.youtube.com/watch?v=bSOe1_KKEYk</w:t>
      </w:r>
    </w:p>
    <w:p>
      <w:r>
        <w:rPr>
          <w:b/>
        </w:rPr>
        <w:t xml:space="preserve">[00:13] </w:t>
      </w:r>
      <w:r>
        <w:t>bismillah rahman rahim,</w:t>
      </w:r>
    </w:p>
    <w:p>
      <w:pPr>
        <w:jc w:val="right"/>
      </w:pPr>
      <w:r>
        <w:t>بسم اللہ الرحمن الرحیم،</w:t>
      </w:r>
    </w:p>
    <w:p>
      <w:r>
        <w:rPr>
          <w:b/>
        </w:rPr>
        <w:t xml:space="preserve">[00:18] </w:t>
      </w:r>
      <w:r>
        <w:t>wasallallahu ala nabiyil karim. rab ishrah li sadri, wa yassir li amri, wahlul uqdatan min lisani yafqahu qawli.</w:t>
      </w:r>
    </w:p>
    <w:p>
      <w:pPr>
        <w:jc w:val="right"/>
      </w:pPr>
      <w:r>
        <w:t>وصلی اللہ علی نبی الکریم۔ رب اشرح لی صدری، ویسر لی امری، واحل العقدۃ من لسانی یفقہ قولی۔</w:t>
      </w:r>
    </w:p>
    <w:p>
      <w:r>
        <w:rPr>
          <w:b/>
        </w:rPr>
        <w:t xml:space="preserve">[00:37] </w:t>
      </w:r>
      <w:r>
        <w:t>16 december 2018.</w:t>
      </w:r>
    </w:p>
    <w:p>
      <w:pPr>
        <w:jc w:val="right"/>
      </w:pPr>
      <w:r>
        <w:t>16 دسمبر 2018۔</w:t>
      </w:r>
    </w:p>
    <w:p>
      <w:r>
        <w:rPr>
          <w:b/>
        </w:rPr>
        <w:t xml:space="preserve">[00:48] </w:t>
      </w:r>
      <w:r>
        <w:t>Quran ke bare mein ek hadith hai, is mein kai baatein batai gayi hain.</w:t>
      </w:r>
    </w:p>
    <w:p>
      <w:pPr>
        <w:jc w:val="right"/>
      </w:pPr>
      <w:r>
        <w:t>قرآن کے بارے میں ایک حدیث ہے، اس میں کئی باتیں بتائی گئی ہیں۔</w:t>
      </w:r>
    </w:p>
    <w:p>
      <w:r>
        <w:rPr>
          <w:b/>
        </w:rPr>
        <w:t xml:space="preserve">[00:59] </w:t>
      </w:r>
      <w:r>
        <w:t>is mein se ek baat yeh hai ke "la tanqadi ajaibuhu" yaani Quran ke ajaib kabhi khatm nahi honge.</w:t>
      </w:r>
    </w:p>
    <w:p>
      <w:pPr>
        <w:jc w:val="right"/>
      </w:pPr>
      <w:r>
        <w:t>اس میں سے ایک بات یہ ہے کہ "لا تنقضی عجائبہ" یعنی قرآن کے عجائب کبھی ختم نہیں ہوں گے۔</w:t>
      </w:r>
    </w:p>
    <w:p>
      <w:r>
        <w:rPr>
          <w:b/>
        </w:rPr>
        <w:t xml:space="preserve">[01:20] </w:t>
      </w:r>
      <w:r>
        <w:t>ajaib ka matlab</w:t>
      </w:r>
    </w:p>
    <w:p>
      <w:pPr>
        <w:jc w:val="right"/>
      </w:pPr>
      <w:r>
        <w:t>عجائب کا مطلب</w:t>
      </w:r>
    </w:p>
    <w:p>
      <w:r>
        <w:rPr>
          <w:b/>
        </w:rPr>
        <w:t xml:space="preserve">[01:25] </w:t>
      </w:r>
      <w:r>
        <w:t>is ke maani, is ki</w:t>
      </w:r>
    </w:p>
    <w:p>
      <w:pPr>
        <w:jc w:val="right"/>
      </w:pPr>
      <w:r>
        <w:t>اس کے معنی، اس کی</w:t>
      </w:r>
    </w:p>
    <w:p>
      <w:r>
        <w:rPr>
          <w:b/>
        </w:rPr>
        <w:t xml:space="preserve">[01:30] </w:t>
      </w:r>
      <w:r>
        <w:t>wisdom, us ki baatein.</w:t>
      </w:r>
    </w:p>
    <w:p>
      <w:pPr>
        <w:jc w:val="right"/>
      </w:pPr>
      <w:r>
        <w:t>وزڈم، اس کی باتیں۔</w:t>
      </w:r>
    </w:p>
    <w:p>
      <w:r>
        <w:rPr>
          <w:b/>
        </w:rPr>
        <w:t xml:space="preserve">[01:37] </w:t>
      </w:r>
      <w:r>
        <w:t>to dekhiye, is hadith ke mutabiq aap ko peshgi taur par yeh jaanna chahiye ke qadeem logon ne quran ke ka jo matlab bataya hai, wahi kaafi nahi hai.</w:t>
      </w:r>
    </w:p>
    <w:p>
      <w:pPr>
        <w:jc w:val="right"/>
      </w:pPr>
      <w:r>
        <w:t>تو دیکھیے، اس حدیث کے مطابق آپ کو پیشگی طور پر یہ جاننا چاہیے کہ قدیم لوگوں نے قرآن کے کا جو مطلب بتایا ہے، وہی کافی نہیں ہے۔</w:t>
      </w:r>
    </w:p>
    <w:p>
      <w:r>
        <w:rPr>
          <w:b/>
        </w:rPr>
        <w:t xml:space="preserve">[02:01] </w:t>
      </w:r>
      <w:r>
        <w:t>baad ke zamane mein jo daryaften hongi, jo naye pehlu saamne aayenge, quran is ko bhi cover kar raha hoga.</w:t>
      </w:r>
    </w:p>
    <w:p>
      <w:pPr>
        <w:jc w:val="right"/>
      </w:pPr>
      <w:r>
        <w:t>بعد کے زمانے میں جو دریافتیں ہوں گی، جو نئے پہلو سامنے آئیں گے، قرآن اس کو بھی کور کر رہا ہوگا۔</w:t>
      </w:r>
    </w:p>
    <w:p>
      <w:r>
        <w:rPr>
          <w:b/>
        </w:rPr>
        <w:t xml:space="preserve">[02:14] </w:t>
      </w:r>
      <w:r>
        <w:t>quran maazi, haal, mustaqbil sab ko cover kar raha hai. is liye baad ke log jo maani daryaft karein quran ke,</w:t>
      </w:r>
    </w:p>
    <w:p>
      <w:pPr>
        <w:jc w:val="right"/>
      </w:pPr>
      <w:r>
        <w:t>قرآن ماضی، حال، مستقبل سب کو کور کر رہا ہے۔ اس لیے بعد کے لوگ جو معنی دریافت کریں قرآن کے،</w:t>
      </w:r>
    </w:p>
    <w:p>
      <w:r>
        <w:rPr>
          <w:b/>
        </w:rPr>
        <w:t xml:space="preserve">[02:29] </w:t>
      </w:r>
      <w:r>
        <w:t>woh bhi itna hi important hain jitna ke pehle logon ne daryaft kiya tha. to aaj mein aise hi ek pehlu ko bayan karne ki koshish karunga.</w:t>
      </w:r>
    </w:p>
    <w:p>
      <w:pPr>
        <w:jc w:val="right"/>
      </w:pPr>
      <w:r>
        <w:t>وہ بھی اتنا ہی امپورٹنٹ ہیں جتنا کہ پہلے لوگوں نے دریافت کیا تھا۔ تو آج میں ایسے ہی ایک پہلو کو بیان کرنے کی کوشش کروں گا۔</w:t>
      </w:r>
    </w:p>
    <w:p>
      <w:r>
        <w:rPr>
          <w:b/>
        </w:rPr>
        <w:t xml:space="preserve">[02:52] </w:t>
      </w:r>
      <w:r>
        <w:t>dekhiye, ek ek usool hai</w:t>
      </w:r>
    </w:p>
    <w:p>
      <w:pPr>
        <w:jc w:val="right"/>
      </w:pPr>
      <w:r>
        <w:t>دیکھیے، ایک ایک اصول ہے</w:t>
      </w:r>
    </w:p>
    <w:p>
      <w:r>
        <w:rPr>
          <w:b/>
        </w:rPr>
        <w:t xml:space="preserve">[02:59] </w:t>
      </w:r>
      <w:r>
        <w:t>ke "in comparison that we understand".</w:t>
      </w:r>
    </w:p>
    <w:p>
      <w:pPr>
        <w:jc w:val="right"/>
      </w:pPr>
      <w:r>
        <w:t>کہ "ان کمپیریزن دیٹ وی انڈرسٹینڈ"۔</w:t>
      </w:r>
    </w:p>
    <w:p>
      <w:r>
        <w:rPr>
          <w:b/>
        </w:rPr>
        <w:t xml:space="preserve">[03:08] </w:t>
      </w:r>
      <w:r>
        <w:t>arabi arabi mein kaha jata hai ke "turaf al ashya"</w:t>
      </w:r>
    </w:p>
    <w:p>
      <w:pPr>
        <w:jc w:val="right"/>
      </w:pPr>
      <w:r>
        <w:t>عربی عربی میں کہا جاتا ہے کہ "تورف الاشیاء"</w:t>
      </w:r>
    </w:p>
    <w:p>
      <w:r>
        <w:rPr>
          <w:b/>
        </w:rPr>
        <w:t xml:space="preserve">[03:16] </w:t>
      </w:r>
      <w:r>
        <w:t>yani taqabul se baatein samajh mein aati hain. taqabul. to is waqt mein do aayatein aap ke saamne pesh karunga, do taqabli aayatein.</w:t>
      </w:r>
    </w:p>
    <w:p>
      <w:pPr>
        <w:jc w:val="right"/>
      </w:pPr>
      <w:r>
        <w:t>یعنی تقابل سے باتیں سمجھ میں آتی ہیں۔ تقابل۔ تو اس وقت میں دو آیتیں آپ کے سامنے پیش کروں گا، دو تقابلی آیتیں۔</w:t>
      </w:r>
    </w:p>
    <w:p>
      <w:r>
        <w:rPr>
          <w:b/>
        </w:rPr>
        <w:t xml:space="preserve">[03:31] </w:t>
      </w:r>
      <w:r>
        <w:t>yani ek aayat</w:t>
      </w:r>
    </w:p>
    <w:p>
      <w:pPr>
        <w:jc w:val="right"/>
      </w:pPr>
      <w:r>
        <w:t>یعنی ایک آیت</w:t>
      </w:r>
    </w:p>
    <w:p>
      <w:r>
        <w:rPr>
          <w:b/>
        </w:rPr>
        <w:t xml:space="preserve">[03:38] </w:t>
      </w:r>
      <w:r>
        <w:t>nature mein jo</w:t>
      </w:r>
    </w:p>
    <w:p>
      <w:pPr>
        <w:jc w:val="right"/>
      </w:pPr>
      <w:r>
        <w:t>نیچر میں جو</w:t>
      </w:r>
    </w:p>
    <w:p>
      <w:r>
        <w:rPr>
          <w:b/>
        </w:rPr>
        <w:t xml:space="preserve">[03:43] </w:t>
      </w:r>
      <w:r>
        <w:t>jo wisdom hai, woh aur doosre insaan ki jo insani jo duniya hai, is ka jo haal hai, woh.</w:t>
      </w:r>
    </w:p>
    <w:p>
      <w:pPr>
        <w:jc w:val="right"/>
      </w:pPr>
      <w:r>
        <w:t>جو وزڈم ہے، وہ اور دوسرے انسان کی جو انسانی جو دنیا ہے، اس کا جو حال ہے، وہ۔</w:t>
      </w:r>
    </w:p>
    <w:p>
      <w:r>
        <w:rPr>
          <w:b/>
        </w:rPr>
        <w:t xml:space="preserve">[03:56] </w:t>
      </w:r>
      <w:r>
        <w:t>to yeh dono aayatein aap ke saamne padhi jayengi, phir mein inshallah is ke bare mein kuch arz karunga.</w:t>
      </w:r>
    </w:p>
    <w:p>
      <w:pPr>
        <w:jc w:val="right"/>
      </w:pPr>
      <w:r>
        <w:t>تو یہ دونوں آیتیں آپ کے سامنے پڑھی جائیں گی، پھر میں انشاءاللہ اس کے بارے میں کچھ عرض کروں گا۔</w:t>
      </w:r>
    </w:p>
    <w:p>
      <w:r>
        <w:rPr>
          <w:b/>
        </w:rPr>
        <w:t xml:space="preserve">[04:04] </w:t>
      </w:r>
      <w:r>
        <w:t>bismillah rahman rahim. alladhi khalaqa sab'a samawati tibaqan ma tara fi khalqi al rahmani min tafawutin farji'i al basara hal tara min futurin.</w:t>
      </w:r>
    </w:p>
    <w:p>
      <w:pPr>
        <w:jc w:val="right"/>
      </w:pPr>
      <w:r>
        <w:t>بسم اللہ الرحمن الرحیم۔ الذی خلق سبع سماوات طباقا ما ترا فی خلق الرحمن من تفاوت فارجع البصر ہل ترا من فتور۔</w:t>
      </w:r>
    </w:p>
    <w:p>
      <w:r>
        <w:rPr>
          <w:b/>
        </w:rPr>
        <w:t xml:space="preserve">[04:18] </w:t>
      </w:r>
      <w:r>
        <w:t>surah al mulk chapter number 67 verse number three. jis ne banaye saat aasman upar tale, tum rahman ke banane mein koi khalal nahi dekhoge, phir nigah daal kar dekh lo kahin tum ko koi khalal nazar aata hai.</w:t>
      </w:r>
    </w:p>
    <w:p>
      <w:pPr>
        <w:jc w:val="right"/>
      </w:pPr>
      <w:r>
        <w:t>سورہ الملک چیپٹر نمبر 67 ورس نمبر تھری۔ جس نے بنائے سات آسمان اوپر تلے، تم رحمان کے بنانے میں کوئی خلل نہیں دیکھو گے، پھر نگاہ ڈال کر دیکھ لو کہیں تم کو کوئی خلل نظر آتا ہے۔</w:t>
      </w:r>
    </w:p>
    <w:p>
      <w:r>
        <w:rPr>
          <w:b/>
        </w:rPr>
        <w:t xml:space="preserve">[04:37] </w:t>
      </w:r>
      <w:r>
        <w:t>doosri aayat. zahar al fasadu fi al barri wa al bahri bima kasabat aydii al nas li yudhiiquhum ba'da alladhi 'amilu la'allahum yarji'un.</w:t>
      </w:r>
    </w:p>
    <w:p>
      <w:pPr>
        <w:jc w:val="right"/>
      </w:pPr>
      <w:r>
        <w:t>دوسری آیت۔ زہر الفساد فی البر والبحر بما کسبت الناس الذی عملون یرجعون۔</w:t>
      </w:r>
    </w:p>
    <w:p>
      <w:r>
        <w:rPr>
          <w:b/>
        </w:rPr>
        <w:t xml:space="preserve">[04:48] </w:t>
      </w:r>
      <w:r>
        <w:t>surah al rum chapter number 13 verse number 41. khushki aur tari mein fasad phail gaya logon ke apne hathon ki kamai se taake Allah mazaa chakhaye un ko un ke baaz aamaal ka shayad woh baaz aa jayein.</w:t>
      </w:r>
    </w:p>
    <w:p>
      <w:pPr>
        <w:jc w:val="right"/>
      </w:pPr>
      <w:r>
        <w:t>سورہ الروم چیپٹر نمبر 13 ورس نمبر 41۔ خشکی اور تری میں فساد پھیل گیا لوگوں کے اپنے ہاتھوں کی کمائی سے تاکہ اللہ مزہ چکھائے ان کو ان کے بعض اعمال کا شاید وہ باز آ جائیں۔</w:t>
      </w:r>
    </w:p>
    <w:p>
      <w:r>
        <w:rPr>
          <w:b/>
        </w:rPr>
        <w:t xml:space="preserve">[05:08] </w:t>
      </w:r>
      <w:r>
        <w:t>ab dekhiye, pehli aayat jo aap ke saamne padhi gayi, woh batati hai ke nature mein yani akhlaq ki takhleeq mein koi fasad nahi, koi defect nahi.</w:t>
      </w:r>
    </w:p>
    <w:p>
      <w:pPr>
        <w:jc w:val="right"/>
      </w:pPr>
      <w:r>
        <w:t>اب دیکھیے، پہلی آیت جو آپ کے سامنے پڑھی گئی، وہ بتاتی ہے کہ نیچر میں یعنی اخلاق کی تخلیق میں کوئی فساد نہیں، کوئی ڈیفیکٹ نہیں۔</w:t>
      </w:r>
    </w:p>
    <w:p>
      <w:r>
        <w:rPr>
          <w:b/>
        </w:rPr>
        <w:t xml:space="preserve">[05:26] </w:t>
      </w:r>
      <w:r>
        <w:t>is ke bar aks insaan ki jo duniya hai, woh fasadi fasad hai wahan par. to aaj kal ki zuban mein agar mein yeh kahunga, aaj kal ki zuban mein to mein yeh kahunga ke nature jo hai yani barah-e-rast Allah rab al alameen ki takhleeq,</w:t>
      </w:r>
    </w:p>
    <w:p>
      <w:pPr>
        <w:jc w:val="right"/>
      </w:pPr>
      <w:r>
        <w:t>اس کے برعکس انسان کی جو دنیا ہے، وہ فسادی فساد ہے وہاں پر۔ تو آج کل کی زبان میں اگر میں یہ کہوں گا، آج کل کی زبان میں تو میں یہ کہوں گا کہ نیچر جو ہے یعنی براہ راست اللہ رب العالمین کی تخلیق،</w:t>
      </w:r>
    </w:p>
    <w:p>
      <w:r>
        <w:rPr>
          <w:b/>
        </w:rPr>
        <w:t xml:space="preserve">[05:54] </w:t>
      </w:r>
      <w:r>
        <w:t>woh zero defect management par qaim hai.</w:t>
      </w:r>
    </w:p>
    <w:p>
      <w:pPr>
        <w:jc w:val="right"/>
      </w:pPr>
      <w:r>
        <w:t>وہ زیرو ڈیفیکٹ مینجمنٹ پر قائم ہے۔</w:t>
      </w:r>
    </w:p>
    <w:p>
      <w:r>
        <w:rPr>
          <w:b/>
        </w:rPr>
        <w:t xml:space="preserve">[06:02] </w:t>
      </w:r>
      <w:r>
        <w:t>yani solar system, galaxy,</w:t>
      </w:r>
    </w:p>
    <w:p>
      <w:pPr>
        <w:jc w:val="right"/>
      </w:pPr>
      <w:r>
        <w:t>یعنی سولر سسٹم، گلیکسی،</w:t>
      </w:r>
    </w:p>
    <w:p>
      <w:r>
        <w:rPr>
          <w:b/>
        </w:rPr>
        <w:t xml:space="preserve">[06:09] </w:t>
      </w:r>
      <w:r>
        <w:t>pani ka nizam, yeh jo barah-e-rast Khuda ke</w:t>
      </w:r>
    </w:p>
    <w:p>
      <w:pPr>
        <w:jc w:val="right"/>
      </w:pPr>
      <w:r>
        <w:t>پانی کا نظام، یہ جو براہ راست خدا کے</w:t>
      </w:r>
    </w:p>
    <w:p>
      <w:r>
        <w:rPr>
          <w:b/>
        </w:rPr>
        <w:t xml:space="preserve">[06:18] </w:t>
      </w:r>
      <w:r>
        <w:t>control mein hai, jaise suraj ka nikalna time par, suraj ka doobna time par, yeh sab barah-e-rast Khuda ke control mein hai.</w:t>
      </w:r>
    </w:p>
    <w:p>
      <w:pPr>
        <w:jc w:val="right"/>
      </w:pPr>
      <w:r>
        <w:t>کنٹرول میں ہے، جیسے سورج کا نکلنا ٹائم پر، سورج کا ڈوبنا ٹائم پر، یہ سب براہ راست خدا کے کنٹرول میں ہے۔</w:t>
      </w:r>
    </w:p>
    <w:p>
      <w:r>
        <w:rPr>
          <w:b/>
        </w:rPr>
        <w:t xml:space="preserve">[06:33] </w:t>
      </w:r>
      <w:r>
        <w:t>to yeh zero defect management hai wahan par,</w:t>
      </w:r>
    </w:p>
    <w:p>
      <w:pPr>
        <w:jc w:val="right"/>
      </w:pPr>
      <w:r>
        <w:t>تو یہ زیرو ڈیفیکٹ مینجمنٹ ہے وہاں پر،</w:t>
      </w:r>
    </w:p>
    <w:p>
      <w:r>
        <w:rPr>
          <w:b/>
        </w:rPr>
        <w:t xml:space="preserve">[06:39] </w:t>
      </w:r>
      <w:r>
        <w:t>yani mukammal maano mein be-aib, be-nuqs hai yeh duniya mein. zero defect management.</w:t>
      </w:r>
    </w:p>
    <w:p>
      <w:pPr>
        <w:jc w:val="right"/>
      </w:pPr>
      <w:r>
        <w:t>یعنی مکمل معنوں میں بے عیب، بے نقص ہے یہ دنیا میں۔ زیرو ڈیفیکٹ مینجمنٹ۔</w:t>
      </w:r>
    </w:p>
    <w:p>
      <w:r>
        <w:rPr>
          <w:b/>
        </w:rPr>
        <w:t xml:space="preserve">[06:51] </w:t>
      </w:r>
      <w:r>
        <w:t>is ke paas jo insaan ki dunya yaani</w:t>
      </w:r>
    </w:p>
    <w:p>
      <w:pPr>
        <w:jc w:val="right"/>
      </w:pPr>
      <w:r>
        <w:t>اس کے پاس جو انسان کی دنیا یعنی</w:t>
      </w:r>
    </w:p>
    <w:p>
      <w:r>
        <w:rPr>
          <w:b/>
        </w:rPr>
        <w:t xml:space="preserve">[06:59] </w:t>
      </w:r>
      <w:r>
        <w:t>sanat ka</w:t>
      </w:r>
    </w:p>
    <w:p>
      <w:pPr>
        <w:jc w:val="right"/>
      </w:pPr>
      <w:r>
        <w:t>سانات کا</w:t>
      </w:r>
    </w:p>
    <w:p>
      <w:r>
        <w:rPr>
          <w:b/>
        </w:rPr>
        <w:t xml:space="preserve">[07:03] </w:t>
      </w:r>
      <w:r>
        <w:t>jahan insani sanatein qaim hain, insani nizaam chal chal raha hai, to wahan par</w:t>
      </w:r>
    </w:p>
    <w:p>
      <w:pPr>
        <w:jc w:val="right"/>
      </w:pPr>
      <w:r>
        <w:t>جہاں انسانی صنعتیں قائم ہیں، انسانی نظام چل چل رہا ہے، تو وہاں پر</w:t>
      </w:r>
    </w:p>
    <w:p>
      <w:r>
        <w:rPr>
          <w:b/>
        </w:rPr>
        <w:t xml:space="preserve">[07:16] </w:t>
      </w:r>
      <w:r>
        <w:t>aisa nahi hai, wahan fasad hai. zahir al-fasad fi al-bar wa al-bahr bima kasabat aydin al-nas.</w:t>
      </w:r>
    </w:p>
    <w:p>
      <w:pPr>
        <w:jc w:val="right"/>
      </w:pPr>
      <w:r>
        <w:t>ایسا نہیں ہے، وہاں فساد ہے۔ ظاہر الفساد فی البر کسبت الناس۔</w:t>
      </w:r>
    </w:p>
    <w:p>
      <w:r>
        <w:rPr>
          <w:b/>
        </w:rPr>
        <w:t xml:space="preserve">[07:31] </w:t>
      </w:r>
      <w:r>
        <w:t>yeh taqabul hai.</w:t>
      </w:r>
    </w:p>
    <w:p>
      <w:pPr>
        <w:jc w:val="right"/>
      </w:pPr>
      <w:r>
        <w:t>یہ تقابل ہے۔</w:t>
      </w:r>
    </w:p>
    <w:p>
      <w:r>
        <w:rPr>
          <w:b/>
        </w:rPr>
        <w:t xml:space="preserve">[07:35] </w:t>
      </w:r>
      <w:r>
        <w:t>yahan mein aap ko yaad dilaoon ke jab jadeed sanat ka daur aaya to jo developed countries kehelate hain, jaise Japan, Germany, America waghera,</w:t>
      </w:r>
    </w:p>
    <w:p>
      <w:pPr>
        <w:jc w:val="right"/>
      </w:pPr>
      <w:r>
        <w:t>یہاں میں آپ کو یاد دلاؤں کہ جب جدید صنعت کا دور آیا تو جو ڈیولپڈ کنٹریز کہلاتے ہیں، جیسے جاپان، جرمنی، امریکہ وغیرہ،</w:t>
      </w:r>
    </w:p>
    <w:p>
      <w:r>
        <w:rPr>
          <w:b/>
        </w:rPr>
        <w:t xml:space="preserve">[07:51] </w:t>
      </w:r>
      <w:r>
        <w:t>to wahan yeh koshish ki gayi ke jis tarah nature ki satah par</w:t>
      </w:r>
    </w:p>
    <w:p>
      <w:pPr>
        <w:jc w:val="right"/>
      </w:pPr>
      <w:r>
        <w:t>تو وہاں یہ کوشش کی گئی کہ جس طرح نیچر کی سطح پر</w:t>
      </w:r>
    </w:p>
    <w:p>
      <w:r>
        <w:rPr>
          <w:b/>
        </w:rPr>
        <w:t xml:space="preserve">[08:00] </w:t>
      </w:r>
      <w:r>
        <w:t>zero defect management qaim hai, wahi yahan pe qaim kiya jaye.</w:t>
      </w:r>
    </w:p>
    <w:p>
      <w:pPr>
        <w:jc w:val="right"/>
      </w:pPr>
      <w:r>
        <w:t>زیرو ڈیفیکٹ مینجمنٹ قائم ہے، وہی یہاں پہ قائم کیا جائے۔</w:t>
      </w:r>
    </w:p>
    <w:p>
      <w:r>
        <w:rPr>
          <w:b/>
        </w:rPr>
        <w:t xml:space="preserve">[08:08] </w:t>
      </w:r>
      <w:r>
        <w:t>yaani zero defect industry, zero defect administration.</w:t>
      </w:r>
    </w:p>
    <w:p>
      <w:pPr>
        <w:jc w:val="right"/>
      </w:pPr>
      <w:r>
        <w:t>یعنی زیرو ڈیفیکٹ انڈسٹری، زیرو ڈیفیکٹ ایڈمنسٹریشن۔</w:t>
      </w:r>
    </w:p>
    <w:p>
      <w:r>
        <w:rPr>
          <w:b/>
        </w:rPr>
        <w:t xml:space="preserve">[08:18] </w:t>
      </w:r>
      <w:r>
        <w:t>magar lambi koshish ke bawajood yahan koi kamyabi nahi hui. is par baqayda kitabein likhi gayi hain, survey ki reportein aayi hain,</w:t>
      </w:r>
    </w:p>
    <w:p>
      <w:pPr>
        <w:jc w:val="right"/>
      </w:pPr>
      <w:r>
        <w:t>مگر لمبی کوشش کے باوجود یہاں کوئی کامیابی نہیں ہوئی۔ اس پر باقاعدہ کتابیں لکھی گئی ہیں، سروے کی رپورٹیں آئی ہیں،</w:t>
      </w:r>
    </w:p>
    <w:p>
      <w:r>
        <w:rPr>
          <w:b/>
        </w:rPr>
        <w:t xml:space="preserve">[08:32] </w:t>
      </w:r>
      <w:r>
        <w:t>article likhe gaye hain. aap ko is mein tafseel janna ho to zero defect management aap type kijiye, aap ko bohat si baatein samne aa jayengi.</w:t>
      </w:r>
    </w:p>
    <w:p>
      <w:pPr>
        <w:jc w:val="right"/>
      </w:pPr>
      <w:r>
        <w:t>آرٹیکل لکھے گئے ہیں۔ آپ کو اس میں تفصیل جاننا ہو تو زیرو ڈیفیکٹ مینجمنٹ آپ ٹائپ کیجئے، آپ کو بہت سی باتیں سامنے آ جائیں گی۔</w:t>
      </w:r>
    </w:p>
    <w:p>
      <w:r>
        <w:rPr>
          <w:b/>
        </w:rPr>
        <w:t xml:space="preserve">[08:51] </w:t>
      </w:r>
      <w:r>
        <w:t>to yeh dekhiye, yeh jo jo taluq, yeh jo yeh jo yeh jo taqabul hai,</w:t>
      </w:r>
    </w:p>
    <w:p>
      <w:pPr>
        <w:jc w:val="right"/>
      </w:pPr>
      <w:r>
        <w:t>تو یہ دیکھیے، یہ جو جو تعلق، یہ جو یہ جو یہ جو تقابل ہے،</w:t>
      </w:r>
    </w:p>
    <w:p>
      <w:r>
        <w:rPr>
          <w:b/>
        </w:rPr>
        <w:t xml:space="preserve">[09:00] </w:t>
      </w:r>
      <w:r>
        <w:t>turaf al-ashya ke usool ko yahan apply kijiye, in comparison that we understand ke usool ko yahan apply kijiye.</w:t>
      </w:r>
    </w:p>
    <w:p>
      <w:pPr>
        <w:jc w:val="right"/>
      </w:pPr>
      <w:r>
        <w:t>تورف الاشیاء کے اصول کو یہاں اپلائی کیجئے، ان کمپیریزن دیٹ وی انڈرسٹینڈ کے اصول کو یہاں اپلائی کیجئے۔</w:t>
      </w:r>
    </w:p>
    <w:p>
      <w:r>
        <w:rPr>
          <w:b/>
        </w:rPr>
        <w:t xml:space="preserve">[09:12] </w:t>
      </w:r>
      <w:r>
        <w:t>to aap payenge ke</w:t>
      </w:r>
    </w:p>
    <w:p>
      <w:pPr>
        <w:jc w:val="right"/>
      </w:pPr>
      <w:r>
        <w:t>تو آپ پائیں گے کہ</w:t>
      </w:r>
    </w:p>
    <w:p>
      <w:r>
        <w:rPr>
          <w:b/>
        </w:rPr>
        <w:t xml:space="preserve">[09:18] </w:t>
      </w:r>
      <w:r>
        <w:t>jo human industry hai,</w:t>
      </w:r>
    </w:p>
    <w:p>
      <w:pPr>
        <w:jc w:val="right"/>
      </w:pPr>
      <w:r>
        <w:t>جو ہیومن انڈسٹری ہے،</w:t>
      </w:r>
    </w:p>
    <w:p>
      <w:r>
        <w:rPr>
          <w:b/>
        </w:rPr>
        <w:t xml:space="preserve">[09:23] </w:t>
      </w:r>
      <w:r>
        <w:t>woh to</w:t>
      </w:r>
    </w:p>
    <w:p>
      <w:pPr>
        <w:jc w:val="right"/>
      </w:pPr>
      <w:r>
        <w:t>وہ تو</w:t>
      </w:r>
    </w:p>
    <w:p>
      <w:r>
        <w:rPr>
          <w:b/>
        </w:rPr>
        <w:t xml:space="preserve">[09:28] </w:t>
      </w:r>
      <w:r>
        <w:t>defective industry hai.</w:t>
      </w:r>
    </w:p>
    <w:p>
      <w:pPr>
        <w:jc w:val="right"/>
      </w:pPr>
      <w:r>
        <w:t>ڈیفیکٹو انڈسٹری ہے۔</w:t>
      </w:r>
    </w:p>
    <w:p>
      <w:r>
        <w:rPr>
          <w:b/>
        </w:rPr>
        <w:t xml:space="preserve">[09:33] </w:t>
      </w:r>
      <w:r>
        <w:t>developed countries mein bohat ziyada koshish ki gayi,</w:t>
      </w:r>
    </w:p>
    <w:p>
      <w:pPr>
        <w:jc w:val="right"/>
      </w:pPr>
      <w:r>
        <w:t>ڈیولپڈ کنٹریز میں بہت زیادہ کوشش کی گئی،</w:t>
      </w:r>
    </w:p>
    <w:p>
      <w:r>
        <w:rPr>
          <w:b/>
        </w:rPr>
        <w:t xml:space="preserve">[09:40] </w:t>
      </w:r>
      <w:r>
        <w:t>taqreeban sau saal se yeh koshish jaari thi, lekin kamyabi nahi hui.</w:t>
      </w:r>
    </w:p>
    <w:p>
      <w:pPr>
        <w:jc w:val="right"/>
      </w:pPr>
      <w:r>
        <w:t>تقریباً سو سال سے یہ کوشش جاری تھی، لیکن کامیابی نہیں ہوئی۔</w:t>
      </w:r>
    </w:p>
    <w:p>
      <w:r>
        <w:rPr>
          <w:b/>
        </w:rPr>
        <w:t xml:space="preserve">[09:50] </w:t>
      </w:r>
      <w:r>
        <w:t>sab se pehle ghaleban Japan ne ailan kiya tha ke wahan zero defect industry qaim ho gayi hai, lekin aisa hua nahi.</w:t>
      </w:r>
    </w:p>
    <w:p>
      <w:pPr>
        <w:jc w:val="right"/>
      </w:pPr>
      <w:r>
        <w:t>سب سے پہلے غالباً جاپان نے اعلان کیا تھا کہ وہاں زیرو ڈیفیکٹ انڈسٹری قائم ہو گئی ہے، لیکن ایسا ہوا نہیں۔</w:t>
      </w:r>
    </w:p>
    <w:p>
      <w:r>
        <w:rPr>
          <w:b/>
        </w:rPr>
        <w:t xml:space="preserve">[10:06] </w:t>
      </w:r>
      <w:r>
        <w:t>is ke bar aks insaan jo nature hai, nature jo barah-e-rast khaliq ke control mein hai, wahan zero defect management qaim hai.</w:t>
      </w:r>
    </w:p>
    <w:p>
      <w:pPr>
        <w:jc w:val="right"/>
      </w:pPr>
      <w:r>
        <w:t>اس کے برعکس انسان جو نیچر ہے، نیچر جو براہ راست خالق کے کنٹرول میں ہے، وہاں زیرو ڈیفیکٹ مینجمنٹ قائم ہے۔</w:t>
      </w:r>
    </w:p>
    <w:p>
      <w:r>
        <w:rPr>
          <w:b/>
        </w:rPr>
        <w:t xml:space="preserve">[10:26] </w:t>
      </w:r>
      <w:r>
        <w:t>yeh ajeeb baat hai ke mujhe jab yeh sab term maloom nahi the, yeh sab science maloom nahi thi, tab se mein is consciously ya unconsciously is farq ko,</w:t>
      </w:r>
    </w:p>
    <w:p>
      <w:pPr>
        <w:jc w:val="right"/>
      </w:pPr>
      <w:r>
        <w:t>یہ عجیب بات ہے کہ مجھے جب یہ سب ٹرم معلوم نہیں تھے، یہ سب سائنس معلوم نہیں تھی، تب سے میں اس کانشیسلی یا ان کانشیسلی اس فرق کو،</w:t>
      </w:r>
    </w:p>
    <w:p>
      <w:r>
        <w:rPr>
          <w:b/>
        </w:rPr>
        <w:t xml:space="preserve">[10:45] </w:t>
      </w:r>
      <w:r>
        <w:t>is farq ki study karta raha hoon.</w:t>
      </w:r>
    </w:p>
    <w:p>
      <w:pPr>
        <w:jc w:val="right"/>
      </w:pPr>
      <w:r>
        <w:t>اس فرق کی اسٹڈی کرتا رہا ہوں۔</w:t>
      </w:r>
    </w:p>
    <w:p>
      <w:r>
        <w:rPr>
          <w:b/>
        </w:rPr>
        <w:t xml:space="preserve">[10:52] </w:t>
      </w:r>
      <w:r>
        <w:t>misal ke taur par</w:t>
      </w:r>
    </w:p>
    <w:p>
      <w:pPr>
        <w:jc w:val="right"/>
      </w:pPr>
      <w:r>
        <w:t>مثلاً</w:t>
      </w:r>
    </w:p>
    <w:p>
      <w:r>
        <w:rPr>
          <w:b/>
        </w:rPr>
        <w:t xml:space="preserve">[10:57] </w:t>
      </w:r>
      <w:r>
        <w:t>mere mein ek zamindar family mein paida hua to mere baap ka inteqal ho gaya jab ke meri umar sirf chhe saal thi.</w:t>
      </w:r>
    </w:p>
    <w:p>
      <w:pPr>
        <w:jc w:val="right"/>
      </w:pPr>
      <w:r>
        <w:t>میرے میں ایک زمیندار فیملی میں پیدا ہوا تو میرے باپ کا انتقال ہو گیا جب کہ میری عمر صرف چھ سال تھی۔</w:t>
      </w:r>
    </w:p>
    <w:p>
      <w:r>
        <w:rPr>
          <w:b/>
        </w:rPr>
        <w:t xml:space="preserve">[11:13] </w:t>
      </w:r>
      <w:r>
        <w:t>to mein dekhta tha ke saare intezamat jo hain, woh sab</w:t>
      </w:r>
    </w:p>
    <w:p>
      <w:pPr>
        <w:jc w:val="right"/>
      </w:pPr>
      <w:r>
        <w:t>تو میں دیکھتا تھا کہ سارے انتظامات جو ہیں، وہ سب</w:t>
      </w:r>
    </w:p>
    <w:p>
      <w:r>
        <w:rPr>
          <w:b/>
        </w:rPr>
        <w:t xml:space="preserve">[11:22] </w:t>
      </w:r>
      <w:r>
        <w:t>yani full of</w:t>
      </w:r>
    </w:p>
    <w:p>
      <w:pPr>
        <w:jc w:val="right"/>
      </w:pPr>
      <w:r>
        <w:t>یعنی فل آف</w:t>
      </w:r>
    </w:p>
    <w:p>
      <w:r>
        <w:rPr>
          <w:b/>
        </w:rPr>
        <w:t xml:space="preserve">[11:29] </w:t>
      </w:r>
      <w:r>
        <w:t>full of</w:t>
      </w:r>
    </w:p>
    <w:p>
      <w:pPr>
        <w:jc w:val="right"/>
      </w:pPr>
      <w:r>
        <w:t>فل آف</w:t>
      </w:r>
    </w:p>
    <w:p>
      <w:r>
        <w:rPr>
          <w:b/>
        </w:rPr>
        <w:t xml:space="preserve">[11:36] </w:t>
      </w:r>
      <w:r>
        <w:t>fasaad to ban hi kahoon ga, lekin sab maamla gadbad hai.</w:t>
      </w:r>
    </w:p>
    <w:p>
      <w:pPr>
        <w:jc w:val="right"/>
      </w:pPr>
      <w:r>
        <w:t>فساد تو بن ہی کہوں گا، لیکن سب معاملہ گڑبڑ ہے۔</w:t>
      </w:r>
    </w:p>
    <w:p>
      <w:r>
        <w:rPr>
          <w:b/>
        </w:rPr>
        <w:t xml:space="preserve">[11:44] </w:t>
      </w:r>
      <w:r>
        <w:t>lekin million billion saal guzar rahe hain aur aap dekhiye,</w:t>
      </w:r>
    </w:p>
    <w:p>
      <w:pPr>
        <w:jc w:val="right"/>
      </w:pPr>
      <w:r>
        <w:t>لیکن ملین بلین سال گزر رہے ہیں اور آپ دیکھیے،</w:t>
      </w:r>
    </w:p>
    <w:p>
      <w:r>
        <w:rPr>
          <w:b/>
        </w:rPr>
        <w:t xml:space="preserve">[11:53] </w:t>
      </w:r>
      <w:r>
        <w:t>jo sitaron ki duniya hai,</w:t>
      </w:r>
    </w:p>
    <w:p>
      <w:pPr>
        <w:jc w:val="right"/>
      </w:pPr>
      <w:r>
        <w:t>جو ستاروں کی دنیا ہے،</w:t>
      </w:r>
    </w:p>
    <w:p>
      <w:r>
        <w:rPr>
          <w:b/>
        </w:rPr>
        <w:t xml:space="preserve">[11:59] </w:t>
      </w:r>
      <w:r>
        <w:t>jo galaxy ki duniya hai, is mein koi farq nahin.</w:t>
      </w:r>
    </w:p>
    <w:p>
      <w:pPr>
        <w:jc w:val="right"/>
      </w:pPr>
      <w:r>
        <w:t>جو گلیکسی کی دنیا ہے، اس میں کوئی فرق نہیں۔</w:t>
      </w:r>
    </w:p>
    <w:p>
      <w:r>
        <w:rPr>
          <w:b/>
        </w:rPr>
        <w:t xml:space="preserve">[12:08] </w:t>
      </w:r>
      <w:r>
        <w:t>sitaron ki duniya ke baray mein shayad mein ne sab se pehli kitaab jo parhi thi, jis ka urdu mein tarjuma hua tha, woh thi Sir James Jeans ki kitaab "Starry Universe" yani sitaron se bhara hua space.</w:t>
      </w:r>
    </w:p>
    <w:p>
      <w:pPr>
        <w:jc w:val="right"/>
      </w:pPr>
      <w:r>
        <w:t>ستاروں کی دنیا کے بارے میں شاید میں نے سب سے پہلی کتاب جو پڑھی تھی، جس کا اردو میں ترجمہ ہوا تھا، وہ تھی سر جیمز جینز کی کتاب "اسٹاری یونیورس" یعنی ستاروں سے بھرا ہوا اسپیس۔</w:t>
      </w:r>
    </w:p>
    <w:p>
      <w:r>
        <w:rPr>
          <w:b/>
        </w:rPr>
        <w:t xml:space="preserve">[12:29] </w:t>
      </w:r>
      <w:r>
        <w:t>"Starry Universe" is ka tarjuma kiya gaya tha Dar-ul-Tarjama se urdu zabaan mein. To is mein is ne dikhaya tha ke sitaron ki duniya mein koi second ke fraction mein farq nahin hota.</w:t>
      </w:r>
    </w:p>
    <w:p>
      <w:pPr>
        <w:jc w:val="right"/>
      </w:pPr>
      <w:r>
        <w:t>"اسٹاری یونیورس" اس کا ترجمہ کیا گیا تھا دارالترجمہ سے اردو زبان میں۔ تو اس میں اس نے دکھایا تھا کہ ستاروں کی دنیا میں کوئی سیکنڈ کے فریکشن میں فرق نہیں ہوتا۔</w:t>
      </w:r>
    </w:p>
    <w:p>
      <w:r>
        <w:rPr>
          <w:b/>
        </w:rPr>
        <w:t xml:space="preserve">[12:50] </w:t>
      </w:r>
      <w:r>
        <w:t>har sitara harkat mein hai, kahin thehrav nahin hai, lekin un ki harkat ka jo nizaam hai, woh bohat hi yani zero defect ke usool par qaim hai.</w:t>
      </w:r>
    </w:p>
    <w:p>
      <w:pPr>
        <w:jc w:val="right"/>
      </w:pPr>
      <w:r>
        <w:t>ہر ستارہ حرکت میں ہے، کہیں ٹھہراؤ نہیں ہے، لیکن ان کی حرکت کا جو نظام ہے، وہ بہت ہی یعنی زیرو ڈیفیکٹ کے اصول پر قائم ہے۔</w:t>
      </w:r>
    </w:p>
    <w:p>
      <w:r>
        <w:rPr>
          <w:b/>
        </w:rPr>
        <w:t xml:space="preserve">[13:07] </w:t>
      </w:r>
      <w:r>
        <w:t>doosri taraf mein dekhta tha ke insani duniya mein koi bhi baat is tareeqay se nahin hai. To dekhiye, yeh jo tajruba hai, insaan paida hotay hi is tajrube ko jananay lagta hai.</w:t>
      </w:r>
    </w:p>
    <w:p>
      <w:pPr>
        <w:jc w:val="right"/>
      </w:pPr>
      <w:r>
        <w:t>دوسری طرف میں دیکھتا تھا کہ انسانی دنیا میں کوئی بھی بات اس طریقے سے نہیں ہے۔ تو دیکھیے، یہ جو تجربہ ہے، انسان پیدا ہوتے ہی اس تجربے کو جاننے لگتا ہے۔</w:t>
      </w:r>
    </w:p>
    <w:p>
      <w:r>
        <w:rPr>
          <w:b/>
        </w:rPr>
        <w:t xml:space="preserve">[13:27] </w:t>
      </w:r>
      <w:r>
        <w:t>paida hotay hi ke aik taraf woh duniya hai jo barah-e-raast jis ko hum nature ki duniya kehte hain,</w:t>
      </w:r>
    </w:p>
    <w:p>
      <w:pPr>
        <w:jc w:val="right"/>
      </w:pPr>
      <w:r>
        <w:t>پیدا ہوتے ہی کہ ایک طرف وہ دنیا ہے جو براہ راست جس کو ہم نیچر کی دنیا کہتے ہیں،</w:t>
      </w:r>
    </w:p>
    <w:p>
      <w:r>
        <w:rPr>
          <w:b/>
        </w:rPr>
        <w:t xml:space="preserve">[13:42] </w:t>
      </w:r>
      <w:r>
        <w:t>wahan poora nizaam zero defect ki satah par qaim hai. Aur doosri taraf jo insaan ki duniya hai, jahan insani sanatein hain, insani sanat, insani karkhana, insani intezam,</w:t>
      </w:r>
    </w:p>
    <w:p>
      <w:pPr>
        <w:jc w:val="right"/>
      </w:pPr>
      <w:r>
        <w:t>وہاں پورا نظام زیرو ڈیفیکٹ کی سطح پر قائم ہے۔ اور دوسری طرف جو انسان کی دنیا ہے، جہاں انسانی صنعتیں ہیں، انسانی صنعت، انسانی کارخانہ، انسانی انتظام،</w:t>
      </w:r>
    </w:p>
    <w:p>
      <w:r>
        <w:rPr>
          <w:b/>
        </w:rPr>
        <w:t xml:space="preserve">[14:01] </w:t>
      </w:r>
      <w:r>
        <w:t>woh sab full of defect ki satah par chal raha hai. To paida hotay hi aadmi is is taqabul ko jananay lagta hai.</w:t>
      </w:r>
    </w:p>
    <w:p>
      <w:pPr>
        <w:jc w:val="right"/>
      </w:pPr>
      <w:r>
        <w:t>وہ سب فل آف ڈیفیکٹ کی سطح پر چل رہا ہے۔ تو پیدا ہوتے ہی آدمی اس اس تقابل کو جاننے لگتا ہے۔</w:t>
      </w:r>
    </w:p>
    <w:p>
      <w:r>
        <w:rPr>
          <w:b/>
        </w:rPr>
        <w:t xml:space="preserve">[14:18] </w:t>
      </w:r>
      <w:r>
        <w:t>shuru mein unconsciously aur baad ko consciously.</w:t>
      </w:r>
    </w:p>
    <w:p>
      <w:pPr>
        <w:jc w:val="right"/>
      </w:pPr>
      <w:r>
        <w:t>شروع میں ان کانشیسلی اور بعد کو کانشیسلی۔</w:t>
      </w:r>
    </w:p>
    <w:p>
      <w:r>
        <w:rPr>
          <w:b/>
        </w:rPr>
        <w:t xml:space="preserve">[14:25] </w:t>
      </w:r>
      <w:r>
        <w:t>jab aap Quran nahin parhay hotay shuru mein, tab bhi aap jantay hain in is farq ko. Aur jab woh is baat ko Quran parhtay hain, doosray uloom parhtay hain, tab yeh farq aap ko aur ziyada wazeh honay lagta hai.</w:t>
      </w:r>
    </w:p>
    <w:p>
      <w:pPr>
        <w:jc w:val="right"/>
      </w:pPr>
      <w:r>
        <w:t>جب آپ قرآن نہیں پڑھے ہوتے شروع میں، تب بھی آپ جانتے ہیں ان اس فرق کو۔ اور جب وہ اس بات کو قرآن پڑھتے ہیں، دوسرے علوم پڑھتے ہیں، تب یہ فرق آپ کو اور زیادہ واضح ہونے لگتا ہے۔</w:t>
      </w:r>
    </w:p>
    <w:p>
      <w:r>
        <w:rPr>
          <w:b/>
        </w:rPr>
        <w:t xml:space="preserve">[14:44] </w:t>
      </w:r>
      <w:r>
        <w:t>to yeh kya hai? Yeh pehla tajruba hai insaan ki zindagi ka</w:t>
      </w:r>
    </w:p>
    <w:p>
      <w:pPr>
        <w:jc w:val="right"/>
      </w:pPr>
      <w:r>
        <w:t>تو یہ کیا ہے؟ یہ پہلا تجربہ ہے انسان کی زندگی کا</w:t>
      </w:r>
    </w:p>
    <w:p>
      <w:r>
        <w:rPr>
          <w:b/>
        </w:rPr>
        <w:t xml:space="preserve">[14:51] </w:t>
      </w:r>
      <w:r>
        <w:t>yani existence of God ka proof, proof, saboot. Kyun ke insaan jab paida ho kar is duniya mein aata hai to sab se pehla is ka jo tajruba hota hai,</w:t>
      </w:r>
    </w:p>
    <w:p>
      <w:pPr>
        <w:jc w:val="right"/>
      </w:pPr>
      <w:r>
        <w:t>یعنی ایگزسٹنس آف گاڈ کا پروف، پروف، ثبوت۔ کیونکہ انسان جب پیدا ہو کر اس دنیا میں آتا ہے تو سب سے پہلا اس کا جو تجربہ ہوتا ہے،</w:t>
      </w:r>
    </w:p>
    <w:p>
      <w:r>
        <w:rPr>
          <w:b/>
        </w:rPr>
        <w:t xml:space="preserve">[15:07] </w:t>
      </w:r>
      <w:r>
        <w:t>woh hota hai existence of God ka.</w:t>
      </w:r>
    </w:p>
    <w:p>
      <w:pPr>
        <w:jc w:val="right"/>
      </w:pPr>
      <w:r>
        <w:t>وہ ہوتا ہے ایگزسٹنس آف گاڈ کا۔</w:t>
      </w:r>
    </w:p>
    <w:p>
      <w:r>
        <w:rPr>
          <w:b/>
        </w:rPr>
        <w:t xml:space="preserve">[15:14] </w:t>
      </w:r>
      <w:r>
        <w:t>bar bar is dekhta hai woh ke aik taraf Allah ki duniya hai,</w:t>
      </w:r>
    </w:p>
    <w:p>
      <w:pPr>
        <w:jc w:val="right"/>
      </w:pPr>
      <w:r>
        <w:t>بار بار اس دیکھتا ہے وہ کہ ایک طرف اللہ کی دنیا ہے،</w:t>
      </w:r>
    </w:p>
    <w:p>
      <w:r>
        <w:rPr>
          <w:b/>
        </w:rPr>
        <w:t xml:space="preserve">[15:23] </w:t>
      </w:r>
      <w:r>
        <w:t>is space ki duniya hai, sitaron ki duniya hai, astronomy ki duniya hai. Wahan par zero defect management ka usool qaim hai yani suraj ke nikalnay mein aur suraj ke doobnay mein</w:t>
      </w:r>
    </w:p>
    <w:p>
      <w:pPr>
        <w:jc w:val="right"/>
      </w:pPr>
      <w:r>
        <w:t>اس اسپیس کی دنیا ہے، ستاروں کی دنیا ہے، ایسٹرانومی کی دنیا ہے۔ وہاں پر زیرو ڈیفیکٹ مینجمنٹ کا اصول قائم ہے یعنی سورج کے نکلنے میں اور سورج کے ڈوبنے میں</w:t>
      </w:r>
    </w:p>
    <w:p>
      <w:r>
        <w:rPr>
          <w:b/>
        </w:rPr>
        <w:t xml:space="preserve">[15:45] </w:t>
      </w:r>
      <w:r>
        <w:t>koi farq nahin hota. Shuru mein mein jab mein gaon mein rehta tha,</w:t>
      </w:r>
    </w:p>
    <w:p>
      <w:pPr>
        <w:jc w:val="right"/>
      </w:pPr>
      <w:r>
        <w:t>کوئی فرق نہیں ہوتا۔ شروع میں میں جب میں گاؤں میں رہتا تھا،</w:t>
      </w:r>
    </w:p>
    <w:p>
      <w:r>
        <w:rPr>
          <w:b/>
        </w:rPr>
        <w:t xml:space="preserve">[15:53] </w:t>
      </w:r>
      <w:r>
        <w:t>jab ke mein yeh uloom parhay nahin thay mein ne, lekin mein aadat thi mujh ko ghari bandhnay ki.</w:t>
      </w:r>
    </w:p>
    <w:p>
      <w:pPr>
        <w:jc w:val="right"/>
      </w:pPr>
      <w:r>
        <w:t>جب کہ میں یہ علوم پڑھے نہیں تھے میں نے، لیکن میں عادت تھی مجھ کو گھڑی باندھنے کی۔</w:t>
      </w:r>
    </w:p>
    <w:p>
      <w:r>
        <w:rPr>
          <w:b/>
        </w:rPr>
        <w:t xml:space="preserve">[16:03] </w:t>
      </w:r>
      <w:r>
        <w:t>ghari bandhta tha mein aur har saal roze mein bohat hi pabandi ke sath mein check karta tha time ko aur ghari ke hisab se mein roza kholta tha.</w:t>
      </w:r>
    </w:p>
    <w:p>
      <w:pPr>
        <w:jc w:val="right"/>
      </w:pPr>
      <w:r>
        <w:t>گھڑی باندھتا تھا میں اور ہر سال روزے میں بہت ہی پابندی کے ساتھ میں چیک کرتا تھا ٹائم کو اور گھڑی کے حساب سے میں روزہ کھولتا تھا۔</w:t>
      </w:r>
    </w:p>
    <w:p>
      <w:r>
        <w:rPr>
          <w:b/>
        </w:rPr>
        <w:t xml:space="preserve">[16:23] </w:t>
      </w:r>
      <w:r>
        <w:t>to kabhi farq nahin hua.</w:t>
      </w:r>
    </w:p>
    <w:p>
      <w:pPr>
        <w:jc w:val="right"/>
      </w:pPr>
      <w:r>
        <w:t>تو کبھی فرق نہیں ہوا۔</w:t>
      </w:r>
    </w:p>
    <w:p>
      <w:r>
        <w:rPr>
          <w:b/>
        </w:rPr>
        <w:t xml:space="preserve">[16:27] </w:t>
      </w:r>
      <w:r>
        <w:t>to har insan ko kaheen na kaheen tajurba hota hai ke insan ki dunya mein fasad hai aur khuda ki dunya mein zero defect management qaim hai.</w:t>
      </w:r>
    </w:p>
    <w:p>
      <w:pPr>
        <w:jc w:val="right"/>
      </w:pPr>
      <w:r>
        <w:t>تو ہر انسان کو کہیں نہ کہیں تجربہ ہوتا ہے کہ انسان کی دنیا میں فساد ہے اور خدا کی دنیا میں زیرو ڈیفیکٹ مینجمنٹ قائم ہے۔</w:t>
      </w:r>
    </w:p>
    <w:p>
      <w:r>
        <w:rPr>
          <w:b/>
        </w:rPr>
        <w:t xml:space="preserve">[16:41] </w:t>
      </w:r>
      <w:r>
        <w:t>to goya ke paida hone ke baad sab se pehla jo insan ko ki discovery hoti hai, wo hoti hai existence of God ki.</w:t>
      </w:r>
    </w:p>
    <w:p>
      <w:pPr>
        <w:jc w:val="right"/>
      </w:pPr>
      <w:r>
        <w:t>تو گویا کہ پیدا ہونے کے بعد سب سے پہلا جو انسان کو کی ڈسکوری ہوتی ہے، وہ ہوتی ہے ایگزسٹنس آف گاڈ کی۔</w:t>
      </w:r>
    </w:p>
    <w:p>
      <w:r>
        <w:rPr>
          <w:b/>
        </w:rPr>
        <w:t xml:space="preserve">[16:54] </w:t>
      </w:r>
      <w:r>
        <w:t>jo</w:t>
      </w:r>
    </w:p>
    <w:p>
      <w:pPr>
        <w:jc w:val="right"/>
      </w:pPr>
      <w:r>
        <w:t>جو</w:t>
      </w:r>
    </w:p>
    <w:p>
      <w:r>
        <w:rPr>
          <w:b/>
        </w:rPr>
        <w:t xml:space="preserve">[16:58] </w:t>
      </w:r>
      <w:r>
        <w:t>sochne wala insan ho, us ko conscious level par hogi. jo sochne wala insan na ho, tab bhi us ko unconscious level par hogi.</w:t>
      </w:r>
    </w:p>
    <w:p>
      <w:pPr>
        <w:jc w:val="right"/>
      </w:pPr>
      <w:r>
        <w:t>سوچنے والا انسان ہو، اس کو کانشیس لیول پر ہوگی۔ جو سوچنے والا انسان نہ ہو، تب بھی اس کو ان کانشیس لیول پر ہوگی۔</w:t>
      </w:r>
    </w:p>
    <w:p>
      <w:r>
        <w:rPr>
          <w:b/>
        </w:rPr>
        <w:t xml:space="preserve">[17:11] </w:t>
      </w:r>
      <w:r>
        <w:t>to ye kaisi ajeeb baat hai? insan jab paida ho kar dunya mein aata hai, subah shaam us ko tarah tarah ke tajurba hotay hain aur har tajurba us ko existence of God ka yaqeen dilata hai.</w:t>
      </w:r>
    </w:p>
    <w:p>
      <w:pPr>
        <w:jc w:val="right"/>
      </w:pPr>
      <w:r>
        <w:t>تو یہ کیسی عجیب بات ہے؟ انسان جب پیدا ہو کر دنیا میں آتا ہے، صبح شام اس کو طرح طرح کے تجربات ہوتے ہیں اور ہر تجربہ اس کو ایگزسٹنس آف گاڈ کا یقین دلاتا ہے۔</w:t>
      </w:r>
    </w:p>
    <w:p>
      <w:r>
        <w:rPr>
          <w:b/>
        </w:rPr>
        <w:t xml:space="preserve">[17:34] </w:t>
      </w:r>
      <w:r>
        <w:t>to Quran mein ye jo ye jo aayaten hain, ye do aayaten hain, is par ghor kijiye,</w:t>
      </w:r>
    </w:p>
    <w:p>
      <w:pPr>
        <w:jc w:val="right"/>
      </w:pPr>
      <w:r>
        <w:t>تو قرآن میں یہ جو یہ جو آیتیں ہیں، یہ دو آیتیں ہیں، اس پر غور کیجئے،</w:t>
      </w:r>
    </w:p>
    <w:p>
      <w:r>
        <w:rPr>
          <w:b/>
        </w:rPr>
        <w:t xml:space="preserve">[17:45] </w:t>
      </w:r>
      <w:r>
        <w:t>is par ghor kijiye. to Quran sirf</w:t>
      </w:r>
    </w:p>
    <w:p>
      <w:pPr>
        <w:jc w:val="right"/>
      </w:pPr>
      <w:r>
        <w:t>اس پر غور کیجئے۔ تو قرآن صرف</w:t>
      </w:r>
    </w:p>
    <w:p>
      <w:r>
        <w:rPr>
          <w:b/>
        </w:rPr>
        <w:t xml:space="preserve">[17:52] </w:t>
      </w:r>
      <w:r>
        <w:t>sadah maanon mein sawab ki ya tilawat ki kitab nahi hai,</w:t>
      </w:r>
    </w:p>
    <w:p>
      <w:pPr>
        <w:jc w:val="right"/>
      </w:pPr>
      <w:r>
        <w:t>سادہ معنوں میں ثواب کی یا تلاوت کی کتاب نہیں ہے،</w:t>
      </w:r>
    </w:p>
    <w:p>
      <w:r>
        <w:rPr>
          <w:b/>
        </w:rPr>
        <w:t xml:space="preserve">[18:02] </w:t>
      </w:r>
      <w:r>
        <w:t>sirf sadah maanon mein tilawat ki kitab nahi hai. ya wo bas shan-e-nazool jaan lijiye aur Quran samajh mein aa jayega, ye us ki kitab nahi hai balke tadabbur ki kitab hai.</w:t>
      </w:r>
    </w:p>
    <w:p>
      <w:pPr>
        <w:jc w:val="right"/>
      </w:pPr>
      <w:r>
        <w:t>صرف سادہ معنوں میں تلاوت کی کتاب نہیں ہے۔ یا وہ بس شان نزول جان لیجئے اور قرآن سمجھ میں آ جائے گا، یہ اس کی کتاب نہیں ہے بلکہ تدبر کی کتاب ہے۔</w:t>
      </w:r>
    </w:p>
    <w:p>
      <w:r>
        <w:rPr>
          <w:b/>
        </w:rPr>
        <w:t xml:space="preserve">[18:16] </w:t>
      </w:r>
      <w:r>
        <w:t>wo tadabbur, tadabbur ki kitab hai. aap sochte rahiye, sochte rahiye, sochte rahiye. aulad ajabah yani Quran ki wisdom kabhi khatam nahi hogi.</w:t>
      </w:r>
    </w:p>
    <w:p>
      <w:pPr>
        <w:jc w:val="right"/>
      </w:pPr>
      <w:r>
        <w:t>وہ تدبر، تدبر کی کتاب ہے۔ آپ سوچتے رہیے، سوچتے رہیے، سوچتے رہیے۔ اولاد عجائبہ یعنی قرآن کی وزڈم کبھی ختم نہیں ہوگی۔</w:t>
      </w:r>
    </w:p>
    <w:p>
      <w:r>
        <w:rPr>
          <w:b/>
        </w:rPr>
        <w:t xml:space="preserve">[18:35] </w:t>
      </w:r>
      <w:r>
        <w:t>is ka maani ye kya hue ke existence of God ka jo mamla hai yani khuda ke wajood ka jo mamla hai, wo life time ka experience hai.</w:t>
      </w:r>
    </w:p>
    <w:p>
      <w:pPr>
        <w:jc w:val="right"/>
      </w:pPr>
      <w:r>
        <w:t>اس کا معنی یہ کیا ہوئے کہ ایگزسٹنس آف گاڈ کا جو معاملہ ہے یعنی خدا کے وجود کا جو معاملہ ہے، وہ لائف ٹائم کا ایکسپیرینس ہے۔</w:t>
      </w:r>
    </w:p>
    <w:p>
      <w:r>
        <w:rPr>
          <w:b/>
        </w:rPr>
        <w:t xml:space="preserve">[18:50] </w:t>
      </w:r>
      <w:r>
        <w:t>aap jab paida hotay hain, usi waqt se aap janne lagte hain ke yahan ek khuda hai, ek khaliq hai, ek creator hai.</w:t>
      </w:r>
    </w:p>
    <w:p>
      <w:pPr>
        <w:jc w:val="right"/>
      </w:pPr>
      <w:r>
        <w:t>آپ جب پیدا ہوتے ہیں، اسی وقت سے آپ جاننے لگتے ہیں کہ یہاں ایک خدا ہے، ایک خالق ہے، ایک کریٹر ہے۔</w:t>
      </w:r>
    </w:p>
    <w:p>
      <w:r>
        <w:rPr>
          <w:b/>
        </w:rPr>
        <w:t xml:space="preserve">[19:04] </w:t>
      </w:r>
      <w:r>
        <w:t>aur aakhir mein jab aap dunya se jaane ka waqt aa jata hai, tab bhi aap ko ye ghiza milti rehti hai, ye ghiza milti rehti hai.</w:t>
      </w:r>
    </w:p>
    <w:p>
      <w:pPr>
        <w:jc w:val="right"/>
      </w:pPr>
      <w:r>
        <w:t>اور آخر میں جب آپ دنیا سے جانے کا وقت آ جاتا ہے، تب بھی آپ کو یہ غذا ملتی رہتی ہے، یہ غذا ملتی رہتی ہے۔</w:t>
      </w:r>
    </w:p>
    <w:p>
      <w:r>
        <w:rPr>
          <w:b/>
        </w:rPr>
        <w:t xml:space="preserve">[19:20] </w:t>
      </w:r>
      <w:r>
        <w:t>to insan ke liye isi liye Quran mein hai, dekhiye ke Quran mein hai ke</w:t>
      </w:r>
    </w:p>
    <w:p>
      <w:pPr>
        <w:jc w:val="right"/>
      </w:pPr>
      <w:r>
        <w:t>تو انسان کے لیے اسی لیے قرآن میں ہے، دیکھیے کہ قرآن میں ہے کہ</w:t>
      </w:r>
    </w:p>
    <w:p>
      <w:r>
        <w:rPr>
          <w:b/>
        </w:rPr>
        <w:t xml:space="preserve">[19:34] </w:t>
      </w:r>
      <w:r>
        <w:t>wo kya hai? wo</w:t>
      </w:r>
    </w:p>
    <w:p>
      <w:pPr>
        <w:jc w:val="right"/>
      </w:pPr>
      <w:r>
        <w:t>وہ کیا ہے؟ وہ</w:t>
      </w:r>
    </w:p>
    <w:p>
      <w:r>
        <w:rPr>
          <w:b/>
        </w:rPr>
        <w:t xml:space="preserve">[19:41] </w:t>
      </w:r>
      <w:r>
        <w:t>maazira, is ko parhiye, is ka tarjuma kijiye.</w:t>
      </w:r>
    </w:p>
    <w:p>
      <w:pPr>
        <w:jc w:val="right"/>
      </w:pPr>
      <w:r>
        <w:t>معاذیرہ، اس کو پڑھیے، اس کا ترجمہ کیجئے۔</w:t>
      </w:r>
    </w:p>
    <w:p>
      <w:r>
        <w:rPr>
          <w:b/>
        </w:rPr>
        <w:t xml:space="preserve">[19:46] </w:t>
      </w:r>
      <w:r>
        <w:t>bal insan wa alaa nafsihi baseerah wa lau alqa maazira. balke insan apne upar khud babaseer hai, agarche wo kitni hi uzr pesh kare.</w:t>
      </w:r>
    </w:p>
    <w:p>
      <w:pPr>
        <w:jc w:val="right"/>
      </w:pPr>
      <w:r>
        <w:t>بل الانسان وعلی نفسہ بصیرہ ولو القا معاذیرہ۔ بلکہ انسان اپنے اوپر خود بابصیر ہے، اگرچہ وہ کتنی ہی عذر پیش کرے۔</w:t>
      </w:r>
    </w:p>
    <w:p>
      <w:r>
        <w:rPr>
          <w:b/>
        </w:rPr>
        <w:t xml:space="preserve">[19:59] </w:t>
      </w:r>
      <w:r>
        <w:t>Surah Qamar, Surah Qiyamah, ayat number 14, 15. is ka matlab ye hai ke common sense ko apply kare insan, agar common sense ko, tab bhi wo sachai ko pa lega,</w:t>
      </w:r>
    </w:p>
    <w:p>
      <w:pPr>
        <w:jc w:val="right"/>
      </w:pPr>
      <w:r>
        <w:t>سورہ القمر، سورہ القیامہ، آیت نمبر 14، 15۔ اس کا مطلب یہ ہے کہ کامن سینس کو اپلائی کرے انسان، اگر کامن سینس کو، تب بھی وہ سچائی کو پالے گا،</w:t>
      </w:r>
    </w:p>
    <w:p>
      <w:r>
        <w:rPr>
          <w:b/>
        </w:rPr>
        <w:t xml:space="preserve">[20:20] </w:t>
      </w:r>
      <w:r>
        <w:t>chahe wo koi excuse pesh kare.</w:t>
      </w:r>
    </w:p>
    <w:p>
      <w:pPr>
        <w:jc w:val="right"/>
      </w:pPr>
      <w:r>
        <w:t>چاہے وہ کوئی ایکسکیوز پیش کرے۔</w:t>
      </w:r>
    </w:p>
    <w:p>
      <w:r>
        <w:rPr>
          <w:b/>
        </w:rPr>
        <w:t xml:space="preserve">[20:26] </w:t>
      </w:r>
      <w:r>
        <w:t>koi bhi insan, chahe parha likha ho ya parha likha na ho, koi bhi, to wo sachai ko apne fitri tajurbe ke daire mein pa lega.</w:t>
      </w:r>
    </w:p>
    <w:p>
      <w:pPr>
        <w:jc w:val="right"/>
      </w:pPr>
      <w:r>
        <w:t>کوئی بھی انسان، چاہے پڑھا لکھا ہو یا پڑھا لکھا نہ ہو، کوئی بھی، تو وہ سچائی کو اپنے فطری تجربے کے دائرے میں پالے گا۔</w:t>
      </w:r>
    </w:p>
    <w:p>
      <w:r>
        <w:rPr>
          <w:b/>
        </w:rPr>
        <w:t xml:space="preserve">[20:45] </w:t>
      </w:r>
      <w:r>
        <w:t>to ye jo baat jo maine kahi, is ke liye kisi degree ki zaroorat nahi hai.</w:t>
      </w:r>
    </w:p>
    <w:p>
      <w:pPr>
        <w:jc w:val="right"/>
      </w:pPr>
      <w:r>
        <w:t>تو یہ جو بات جو میں نے کہی، اس کے لیے کسی ڈگری کی ضرورت نہیں ہے۔</w:t>
      </w:r>
    </w:p>
    <w:p>
      <w:r>
        <w:rPr>
          <w:b/>
        </w:rPr>
        <w:t xml:space="preserve">[20:53] </w:t>
      </w:r>
      <w:r>
        <w:t>ye to apne roz rozmarra ke mushahde mein aadmi pa leta hai. to existence of God ka saboot</w:t>
      </w:r>
    </w:p>
    <w:p>
      <w:pPr>
        <w:jc w:val="right"/>
      </w:pPr>
      <w:r>
        <w:t>یہ تو اپنے روز روزمرہ کے مشاہدے میں آدمی پا لیتا ہے۔ تو ایگزسٹنس آف گاڈ کا ثبوت</w:t>
      </w:r>
    </w:p>
    <w:p>
      <w:r>
        <w:rPr>
          <w:b/>
        </w:rPr>
        <w:t xml:space="preserve">[21:06] </w:t>
      </w:r>
      <w:r>
        <w:t>ek common sense ki baat hai.</w:t>
      </w:r>
    </w:p>
    <w:p>
      <w:pPr>
        <w:jc w:val="right"/>
      </w:pPr>
      <w:r>
        <w:t>ایک کامن سینس کی بات ہے۔</w:t>
      </w:r>
    </w:p>
    <w:p>
      <w:r>
        <w:rPr>
          <w:b/>
        </w:rPr>
        <w:t xml:space="preserve">[21:11] </w:t>
      </w:r>
      <w:r>
        <w:t>aap common sense ko apply karen, tab bhi aap ko ye yaqeeni</w:t>
      </w:r>
    </w:p>
    <w:p>
      <w:pPr>
        <w:jc w:val="right"/>
      </w:pPr>
      <w:r>
        <w:t>آپ کامن سینس کو اپلائی کریں، تب بھی آپ کو یہ یقینی</w:t>
      </w:r>
    </w:p>
    <w:p>
      <w:r>
        <w:rPr>
          <w:b/>
        </w:rPr>
        <w:t xml:space="preserve">[21:20] </w:t>
      </w:r>
      <w:r>
        <w:t>daryaft ho ho jayegi ke ye dunya ka ek khaliq hai, ek malik hai, ek creator hai.</w:t>
      </w:r>
    </w:p>
    <w:p>
      <w:pPr>
        <w:jc w:val="right"/>
      </w:pPr>
      <w:r>
        <w:t>دریافت ہو ہو جائے گی کہ یہ دنیا کا ایک خالق ہے، ایک مالک ہے، ایک کریٹر ہے۔</w:t>
      </w:r>
    </w:p>
    <w:p>
      <w:r>
        <w:rPr>
          <w:b/>
        </w:rPr>
        <w:t xml:space="preserve">[21:31] </w:t>
      </w:r>
      <w:r>
        <w:t>us ne is ka jo is ki jo dunya hai, wahan us ne zero defect management qaim kar rakha hai.</w:t>
      </w:r>
    </w:p>
    <w:p>
      <w:pPr>
        <w:jc w:val="right"/>
      </w:pPr>
      <w:r>
        <w:t>اس نے اس کا جو اس کی جو دنیا ہے، وہاں اس نے زیرو ڈیفیکٹ مینجمنٹ قائم کر رکھا ہے۔</w:t>
      </w:r>
    </w:p>
    <w:p>
      <w:r>
        <w:rPr>
          <w:b/>
        </w:rPr>
        <w:t xml:space="preserve">[21:42] </w:t>
      </w:r>
      <w:r>
        <w:t>aur doosri taraf jo insan ki dunya hai, is mein fasad hai.</w:t>
      </w:r>
    </w:p>
    <w:p>
      <w:pPr>
        <w:jc w:val="right"/>
      </w:pPr>
      <w:r>
        <w:t>اور دوسری طرف جو انسان کی دنیا ہے، اس میں فساد ہے۔</w:t>
      </w:r>
    </w:p>
    <w:p>
      <w:r>
        <w:rPr>
          <w:b/>
        </w:rPr>
        <w:t xml:space="preserve">[21:52] </w:t>
      </w:r>
      <w:r>
        <w:t>jaise dekhiye,</w:t>
      </w:r>
    </w:p>
    <w:p>
      <w:pPr>
        <w:jc w:val="right"/>
      </w:pPr>
      <w:r>
        <w:t>جیسے دیکھیے،</w:t>
      </w:r>
    </w:p>
    <w:p>
      <w:r>
        <w:rPr>
          <w:b/>
        </w:rPr>
        <w:t xml:space="preserve">[21:57] </w:t>
      </w:r>
      <w:r>
        <w:t>givin ek bohat bara historian tha,</w:t>
      </w:r>
    </w:p>
    <w:p>
      <w:pPr>
        <w:jc w:val="right"/>
      </w:pPr>
      <w:r>
        <w:t>گیون ایک بہت بڑا ہسٹورین تھا،</w:t>
      </w:r>
    </w:p>
    <w:p>
      <w:r>
        <w:rPr>
          <w:b/>
        </w:rPr>
        <w:t xml:space="preserve">[22:03] </w:t>
      </w:r>
      <w:r>
        <w:t>us ne bohat kitaben likhi hain, british tha woh. to givin ne likha hai ke history ke bare mein, human history</w:t>
      </w:r>
    </w:p>
    <w:p>
      <w:pPr>
        <w:jc w:val="right"/>
      </w:pPr>
      <w:r>
        <w:t>اس نے بہت کتابیں لکھی ہیں، برٹش تھا وہ۔ تو گیون نے لکھا ہے کہ ہسٹری کے بارے میں، ہیومن ہسٹری</w:t>
      </w:r>
    </w:p>
    <w:p>
      <w:r>
        <w:rPr>
          <w:b/>
        </w:rPr>
        <w:t xml:space="preserve">[22:20] </w:t>
      </w:r>
      <w:r>
        <w:t>ke human history jo hai, woh bazahir crime ka ek register maloom hoti hai.</w:t>
      </w:r>
    </w:p>
    <w:p>
      <w:pPr>
        <w:jc w:val="right"/>
      </w:pPr>
      <w:r>
        <w:t>کہ ہیومن ہسٹری جو ہے، وہ بظاہر کرائم کا ایک رجسٹر معلوم ہوتی ہے۔</w:t>
      </w:r>
    </w:p>
    <w:p>
      <w:r>
        <w:rPr>
          <w:b/>
        </w:rPr>
        <w:t xml:space="preserve">[22:32] </w:t>
      </w:r>
      <w:r>
        <w:t>human history crime ka ek register maloom hoti hai. yani wahi baat jo quran mein hai ke</w:t>
      </w:r>
    </w:p>
    <w:p>
      <w:pPr>
        <w:jc w:val="right"/>
      </w:pPr>
      <w:r>
        <w:t>ہیومن ہسٹری کرائم کا ایک رجسٹر معلوم ہوتی ہے۔ یعنی وہی بات جو قرآن میں ہے کہ</w:t>
      </w:r>
    </w:p>
    <w:p>
      <w:r>
        <w:rPr>
          <w:b/>
        </w:rPr>
        <w:t xml:space="preserve">[22:45] </w:t>
      </w:r>
      <w:r>
        <w:t>zahair hai fasad hai, phir bar hai, bar, bar hai.</w:t>
      </w:r>
    </w:p>
    <w:p>
      <w:pPr>
        <w:jc w:val="right"/>
      </w:pPr>
      <w:r>
        <w:t>ظاہر ہے فساد ہے، پھر بر ہے، بر، بر ہے۔</w:t>
      </w:r>
    </w:p>
    <w:p>
      <w:r>
        <w:rPr>
          <w:b/>
        </w:rPr>
        <w:t xml:space="preserve">[22:50] </w:t>
      </w:r>
      <w:r>
        <w:t>lekin given ne yeh nahi kiya ke woh compare karta ke ek taraf insani history hai, insani history hai,</w:t>
      </w:r>
    </w:p>
    <w:p>
      <w:pPr>
        <w:jc w:val="right"/>
      </w:pPr>
      <w:r>
        <w:t>لیکن گیون نے یہ نہیں کیا کہ وہ کمپیئر کرتا کہ ایک طرف انسانی ہسٹری ہے، انسانی ہسٹری ہے،</w:t>
      </w:r>
    </w:p>
    <w:p>
      <w:r>
        <w:rPr>
          <w:b/>
        </w:rPr>
        <w:t xml:space="preserve">[23:05] </w:t>
      </w:r>
      <w:r>
        <w:t>aur doosri taraf jo ke jhak se bhari hui hai, aur doosri taraf</w:t>
      </w:r>
    </w:p>
    <w:p>
      <w:pPr>
        <w:jc w:val="right"/>
      </w:pPr>
      <w:r>
        <w:t>اور دوسری طرف جو کہ جہک سے بھری ہوئی ہے، اور دوسری طرف</w:t>
      </w:r>
    </w:p>
    <w:p>
      <w:r>
        <w:rPr>
          <w:b/>
        </w:rPr>
        <w:t xml:space="preserve">[23:18] </w:t>
      </w:r>
      <w:r>
        <w:t>nature ki dunya hai.</w:t>
      </w:r>
    </w:p>
    <w:p>
      <w:pPr>
        <w:jc w:val="right"/>
      </w:pPr>
      <w:r>
        <w:t>نیچر کی دنیا ہے۔</w:t>
      </w:r>
    </w:p>
    <w:p>
      <w:r>
        <w:rPr>
          <w:b/>
        </w:rPr>
        <w:t xml:space="preserve">[23:22] </w:t>
      </w:r>
      <w:r>
        <w:t>nature ki dunya</w:t>
      </w:r>
    </w:p>
    <w:p>
      <w:pPr>
        <w:jc w:val="right"/>
      </w:pPr>
      <w:r>
        <w:t>نیچر کی دنیا</w:t>
      </w:r>
    </w:p>
    <w:p>
      <w:r>
        <w:rPr>
          <w:b/>
        </w:rPr>
        <w:t xml:space="preserve">[23:27] </w:t>
      </w:r>
      <w:r>
        <w:t>insani</w:t>
      </w:r>
    </w:p>
    <w:p>
      <w:pPr>
        <w:jc w:val="right"/>
      </w:pPr>
      <w:r>
        <w:t>انسانی</w:t>
      </w:r>
    </w:p>
    <w:p>
      <w:r>
        <w:rPr>
          <w:b/>
        </w:rPr>
        <w:t xml:space="preserve">[23:31] </w:t>
      </w:r>
      <w:r>
        <w:t>maloomat ke mutabiq 13 billion saal se zero defect management par qaim chal rahi hai,</w:t>
      </w:r>
    </w:p>
    <w:p>
      <w:pPr>
        <w:jc w:val="right"/>
      </w:pPr>
      <w:r>
        <w:t>معلومات کے مطابق 13 بلین سال سے زیرو ڈیفیکٹ مینجمنٹ پر قائم چل رہی ہے،</w:t>
      </w:r>
    </w:p>
    <w:p>
      <w:r>
        <w:rPr>
          <w:b/>
        </w:rPr>
        <w:t xml:space="preserve">[23:44] </w:t>
      </w:r>
      <w:r>
        <w:t>yani big bang ke zamanay se. to givin ne yeh is taqabul ke usool ko apply nahi kiya, sirf us ne dekha tareekh ko,</w:t>
      </w:r>
    </w:p>
    <w:p>
      <w:pPr>
        <w:jc w:val="right"/>
      </w:pPr>
      <w:r>
        <w:t>یعنی بگ بینگ کے زمانے سے۔ تو گیون نے یہ اس تقابل کے اصول کو اپلائی نہیں کیا، صرف اس نے دیکھا تاریخ کو،</w:t>
      </w:r>
    </w:p>
    <w:p>
      <w:r>
        <w:rPr>
          <w:b/>
        </w:rPr>
        <w:t xml:space="preserve">[23:58] </w:t>
      </w:r>
      <w:r>
        <w:t>human history ko, wahan us ko laga ke to zulm zulm se bhari hui hai, fasad se bhari hui hai. to us ne keh diya ke</w:t>
      </w:r>
    </w:p>
    <w:p>
      <w:pPr>
        <w:jc w:val="right"/>
      </w:pPr>
      <w:r>
        <w:t>ہیومن ہسٹری کو، وہاں اس کو لگا کے تو ظلم ظلم سے بھری ہوئی ہے، فساد سے بھری ہوئی ہے۔ تو اس نے کہہ دیا کہ</w:t>
      </w:r>
    </w:p>
    <w:p>
      <w:r>
        <w:rPr>
          <w:b/>
        </w:rPr>
        <w:t xml:space="preserve">[24:12] </w:t>
      </w:r>
      <w:r>
        <w:t>insan ki tareekh</w:t>
      </w:r>
    </w:p>
    <w:p>
      <w:pPr>
        <w:jc w:val="right"/>
      </w:pPr>
      <w:r>
        <w:t>انسان کی تاریخ</w:t>
      </w:r>
    </w:p>
    <w:p>
      <w:r>
        <w:rPr>
          <w:b/>
        </w:rPr>
        <w:t xml:space="preserve">[24:20] </w:t>
      </w:r>
      <w:r>
        <w:t>rest taraf crime hai. agar woh taqabli mutala karta, compare kar ke dekhta to us ko maloom hota hai ke jo</w:t>
      </w:r>
    </w:p>
    <w:p>
      <w:pPr>
        <w:jc w:val="right"/>
      </w:pPr>
      <w:r>
        <w:t>ریسٹ طرف کرائم ہے۔ اگر وہ تقابلی مطالعہ کرتا، کمپیئر کر کے دیکھتا تو اس کو معلوم ہوتا ہے کہ جو</w:t>
      </w:r>
    </w:p>
    <w:p>
      <w:r>
        <w:rPr>
          <w:b/>
        </w:rPr>
        <w:t xml:space="preserve">[24:40] </w:t>
      </w:r>
      <w:r>
        <w:t>ke ek taraf insan ki tareekh hai, insan ki</w:t>
      </w:r>
    </w:p>
    <w:p>
      <w:pPr>
        <w:jc w:val="right"/>
      </w:pPr>
      <w:r>
        <w:t>کہ ایک طرف انسان کی تاریخ ہے، انسان کی</w:t>
      </w:r>
    </w:p>
    <w:p>
      <w:r>
        <w:rPr>
          <w:b/>
        </w:rPr>
        <w:t xml:space="preserve">[24:47] </w:t>
      </w:r>
      <w:r>
        <w:t>industry ki woh dunya hai, wahan to bilashuba</w:t>
      </w:r>
    </w:p>
    <w:p>
      <w:pPr>
        <w:jc w:val="right"/>
      </w:pPr>
      <w:r>
        <w:t>انڈسٹری کی وہ دنیا ہے، وہاں تو بلاشبہ</w:t>
      </w:r>
    </w:p>
    <w:p>
      <w:r>
        <w:rPr>
          <w:b/>
        </w:rPr>
        <w:t xml:space="preserve">[24:55] </w:t>
      </w:r>
      <w:r>
        <w:t>fasad hai, zindagi zulm zulm hai. lekin jo khuda ki dunya hai, jo nature ki dunya hai, wahan par</w:t>
      </w:r>
    </w:p>
    <w:p>
      <w:pPr>
        <w:jc w:val="right"/>
      </w:pPr>
      <w:r>
        <w:t>فساد ہے، زندگی ظلم ظلم ہے۔ لیکن جو خدا کی دنیا ہے، جو نیچر کی دنیا ہے، وہاں پر</w:t>
      </w:r>
    </w:p>
    <w:p>
      <w:r>
        <w:rPr>
          <w:b/>
        </w:rPr>
        <w:t xml:space="preserve">[25:07] </w:t>
      </w:r>
      <w:r>
        <w:t>zero defect management qaim hai.</w:t>
      </w:r>
    </w:p>
    <w:p>
      <w:pPr>
        <w:jc w:val="right"/>
      </w:pPr>
      <w:r>
        <w:t>زیرو ڈیفیکٹ مینجمنٹ قائم ہے۔</w:t>
      </w:r>
    </w:p>
    <w:p>
      <w:r>
        <w:rPr>
          <w:b/>
        </w:rPr>
        <w:t xml:space="preserve">[25:14] </w:t>
      </w:r>
      <w:r>
        <w:t>to mein aap ko</w:t>
      </w:r>
    </w:p>
    <w:p>
      <w:pPr>
        <w:jc w:val="right"/>
      </w:pPr>
      <w:r>
        <w:t>تو میں آپ کو</w:t>
      </w:r>
    </w:p>
    <w:p>
      <w:r>
        <w:rPr>
          <w:b/>
        </w:rPr>
        <w:t xml:space="preserve">[25:17] </w:t>
      </w:r>
      <w:r>
        <w:t>aap se kahoon ga ke aap</w:t>
      </w:r>
    </w:p>
    <w:p>
      <w:pPr>
        <w:jc w:val="right"/>
      </w:pPr>
      <w:r>
        <w:t>آپ سے کہوں گا کہ آپ</w:t>
      </w:r>
    </w:p>
    <w:p>
      <w:r>
        <w:rPr>
          <w:b/>
        </w:rPr>
        <w:t xml:space="preserve">[25:23] </w:t>
      </w:r>
      <w:r>
        <w:t>quran ka mutala</w:t>
      </w:r>
    </w:p>
    <w:p>
      <w:pPr>
        <w:jc w:val="right"/>
      </w:pPr>
      <w:r>
        <w:t>قرآن کا مطالعہ</w:t>
      </w:r>
    </w:p>
    <w:p>
      <w:r>
        <w:rPr>
          <w:b/>
        </w:rPr>
        <w:t xml:space="preserve">[25:27] </w:t>
      </w:r>
      <w:r>
        <w:t>is hesiyat se karen, yani jo kuch khudaand ne likh diya hai, usi ko kafi na samjhen.</w:t>
      </w:r>
    </w:p>
    <w:p>
      <w:pPr>
        <w:jc w:val="right"/>
      </w:pPr>
      <w:r>
        <w:t>اس حیثیت سے کریں، یعنی جو کچھ خداوند نے لکھ دیا ہے، اسی کو کافی نہ سمجھیں۔</w:t>
      </w:r>
    </w:p>
    <w:p>
      <w:r>
        <w:rPr>
          <w:b/>
        </w:rPr>
        <w:t xml:space="preserve">[25:38] </w:t>
      </w:r>
      <w:r>
        <w:t>kyunke jab yeh baat khud hadees se sabit hai ke la tanqazi ajaibuhu, to aap ke liye kahin bhi quran ke mutale mein full stop nahi aana chahiye.</w:t>
      </w:r>
    </w:p>
    <w:p>
      <w:pPr>
        <w:jc w:val="right"/>
      </w:pPr>
      <w:r>
        <w:t>کیونکہ جب یہ بات خود حدیث سے ثابت ہے کہ لا تنقضی عجائبہ، تو آپ کے لیے کہیں بھی قرآن کے مطالعے میں فل اسٹاپ نہیں آنا چاہیے۔</w:t>
      </w:r>
    </w:p>
    <w:p>
      <w:r>
        <w:rPr>
          <w:b/>
        </w:rPr>
        <w:t xml:space="preserve">[25:53] </w:t>
      </w:r>
      <w:r>
        <w:t>quran ke mutale mein hamesha aap ko comma comma milna chahiye, full stop nahi.</w:t>
      </w:r>
    </w:p>
    <w:p>
      <w:pPr>
        <w:jc w:val="right"/>
      </w:pPr>
      <w:r>
        <w:t>قرآن کے مطالعے میں ہمیشہ آپ کو کامہ کامہ ملنا چاہیے، فل اسٹاپ نہیں۔</w:t>
      </w:r>
    </w:p>
    <w:p>
      <w:r>
        <w:rPr>
          <w:b/>
        </w:rPr>
        <w:t xml:space="preserve">[26:04] </w:t>
      </w:r>
      <w:r>
        <w:t>tab aap ka yaqeen badhega,</w:t>
      </w:r>
    </w:p>
    <w:p>
      <w:pPr>
        <w:jc w:val="right"/>
      </w:pPr>
      <w:r>
        <w:t>تب آپ کا یقین بڑھے گا،</w:t>
      </w:r>
    </w:p>
    <w:p>
      <w:r>
        <w:rPr>
          <w:b/>
        </w:rPr>
        <w:t xml:space="preserve">[26:09] </w:t>
      </w:r>
      <w:r>
        <w:t>aap ka quran par aitmad badhega,</w:t>
      </w:r>
    </w:p>
    <w:p>
      <w:pPr>
        <w:jc w:val="right"/>
      </w:pPr>
      <w:r>
        <w:t>آپ کا قرآن پر اعتماد بڑھے گا،</w:t>
      </w:r>
    </w:p>
    <w:p>
      <w:r>
        <w:rPr>
          <w:b/>
        </w:rPr>
        <w:t xml:space="preserve">[26:16] </w:t>
      </w:r>
      <w:r>
        <w:t>quran ke mutaliq shauq hoga,</w:t>
      </w:r>
    </w:p>
    <w:p>
      <w:pPr>
        <w:jc w:val="right"/>
      </w:pPr>
      <w:r>
        <w:t>قرآن کے متعلقہ شوق ہوگا،</w:t>
      </w:r>
    </w:p>
    <w:p>
      <w:r>
        <w:rPr>
          <w:b/>
        </w:rPr>
        <w:t xml:space="preserve">[26:21] </w:t>
      </w:r>
      <w:r>
        <w:t>aur quran ko tadabbur ke zariye parhne ka aap ke andar mizaj paida hoga. Sirf tilawat ko aap kafi nahi samjhenge.</w:t>
      </w:r>
    </w:p>
    <w:p>
      <w:pPr>
        <w:jc w:val="right"/>
      </w:pPr>
      <w:r>
        <w:t>اور قرآن کو تدبر کے ذریعے پڑھنے کا آپ کے اندر مزاج پیدا ہوگا۔ صرف تلاوت کو آپ کافی نہیں سمجھیں گے۔</w:t>
      </w:r>
    </w:p>
    <w:p>
      <w:r>
        <w:rPr>
          <w:b/>
        </w:rPr>
        <w:t xml:space="preserve">[26:37] </w:t>
      </w:r>
      <w:r>
        <w:t>to quran ko aam taur par musalman padhte hain kisi kisi shakal mein, lekin woh tilawat ki surat mein padhte hain.</w:t>
      </w:r>
    </w:p>
    <w:p>
      <w:pPr>
        <w:jc w:val="right"/>
      </w:pPr>
      <w:r>
        <w:t>تو قرآن کو عام طور پر مسلمان پڑھتے ہیں کسی کسی شکل میں، لیکن وہ تلاوت کی صورت میں پڑھتے ہیں۔</w:t>
      </w:r>
    </w:p>
    <w:p>
      <w:r>
        <w:rPr>
          <w:b/>
        </w:rPr>
        <w:t xml:space="preserve">[26:48] </w:t>
      </w:r>
      <w:r>
        <w:t>quran ko tadabbur ki shakal mein padhna chahiye,</w:t>
      </w:r>
    </w:p>
    <w:p>
      <w:pPr>
        <w:jc w:val="right"/>
      </w:pPr>
      <w:r>
        <w:t>قرآن کو تدبر کی شکل میں پڑھنا چاہیے،</w:t>
      </w:r>
    </w:p>
    <w:p>
      <w:r>
        <w:rPr>
          <w:b/>
        </w:rPr>
        <w:t xml:space="preserve">[26:55] </w:t>
      </w:r>
      <w:r>
        <w:t>kyunke yeh jo yeh jo bataya hai ke la tanqazi ajaibuhu, yeh un logon ke liye hai jo quran mein tadabbur karte hain, yani ghair ghaur o fikr se padhte hain,</w:t>
      </w:r>
    </w:p>
    <w:p>
      <w:pPr>
        <w:jc w:val="right"/>
      </w:pPr>
      <w:r>
        <w:t>کیونکہ یہ جو یہ جو بتایا ہے کہ لا تنقضی عجائبہ، یہ ان لوگوں کے لیے ہے جو قرآن میں تدبر کرتے ہیں، یعنی غیر غور و فکر سے پڑھتے ہیں،</w:t>
      </w:r>
    </w:p>
    <w:p>
      <w:r>
        <w:rPr>
          <w:b/>
        </w:rPr>
        <w:t xml:space="preserve">[27:10] </w:t>
      </w:r>
      <w:r>
        <w:t>apni diyanat ko apply kar ke padhte hain.</w:t>
      </w:r>
    </w:p>
    <w:p>
      <w:pPr>
        <w:jc w:val="right"/>
      </w:pPr>
      <w:r>
        <w:t>اپنی دیانت کو اپلائی کر کے پڑھتے ہیں۔</w:t>
      </w:r>
    </w:p>
    <w:p>
      <w:r>
        <w:rPr>
          <w:b/>
        </w:rPr>
        <w:t xml:space="preserve">[27:21] </w:t>
      </w:r>
      <w:r>
        <w:t>to is se aap ko quran mein aur Allah mein yaqeen badhega.</w:t>
      </w:r>
    </w:p>
    <w:p>
      <w:pPr>
        <w:jc w:val="right"/>
      </w:pPr>
      <w:r>
        <w:t>تو اس سے آپ کو قرآن میں اور اللہ میں یقین بڑھے گا۔</w:t>
      </w:r>
    </w:p>
    <w:p>
      <w:r>
        <w:rPr>
          <w:b/>
        </w:rPr>
        <w:t xml:space="preserve">[27:33] </w:t>
      </w:r>
      <w:r>
        <w:t>jab yaqeen badhega to aap ki dua mein taqat aayegi, aap ki namazon mein taqat aayegi.</w:t>
      </w:r>
    </w:p>
    <w:p>
      <w:pPr>
        <w:jc w:val="right"/>
      </w:pPr>
      <w:r>
        <w:t>جب یقین بڑھے گا تو آپ کی دعا میں طاقت آئے گی، آپ کی نمازوں میں طاقت آئے گی۔</w:t>
      </w:r>
    </w:p>
    <w:p>
      <w:r>
        <w:rPr>
          <w:b/>
        </w:rPr>
        <w:t xml:space="preserve">[27:48] </w:t>
      </w:r>
      <w:r>
        <w:t>ab ek sahab mujh se mile to unhon ne kaha ke main ja raha hoon</w:t>
      </w:r>
    </w:p>
    <w:p>
      <w:pPr>
        <w:jc w:val="right"/>
      </w:pPr>
      <w:r>
        <w:t>اب ایک صاحب مجھ سے ملے تو انہوں نے کہا کہ میں جا رہا ہوں</w:t>
      </w:r>
    </w:p>
    <w:p>
      <w:r>
        <w:rPr>
          <w:b/>
        </w:rPr>
        <w:t xml:space="preserve">[27:56] </w:t>
      </w:r>
      <w:r>
        <w:t>umrah ke liye, umrah ke liye. To main ne un se kaha ke surah hajj ki yeh ayat aap ne padhi hai, liyasddu manafi'a lahum,</w:t>
      </w:r>
    </w:p>
    <w:p>
      <w:pPr>
        <w:jc w:val="right"/>
      </w:pPr>
      <w:r>
        <w:t>عمرہ کے لیے، عمرہ کے لیے۔ تو میں نے ان سے کہا کہ سورہ حج کی یہ آیت آپ نے پڑھی ہے، لیسدو منافع لہم،</w:t>
      </w:r>
    </w:p>
    <w:p>
      <w:r>
        <w:rPr>
          <w:b/>
        </w:rPr>
        <w:t xml:space="preserve">[28:14] </w:t>
      </w:r>
      <w:r>
        <w:t>jo hajj aur umrah ke bare mein hai. To unhon ne kaha nahi. To main ne kaha ke aap ko umrah par jaane se pehle ya hajj par jaane se pehle is ayat ko zaroor padhna chahiye,</w:t>
      </w:r>
    </w:p>
    <w:p>
      <w:pPr>
        <w:jc w:val="right"/>
      </w:pPr>
      <w:r>
        <w:t>جو حج اور عمرے کے بارے میں ہے۔ تو انہوں نے کہا نہیں۔ تو میں نے کہا کہ آپ کو عمرہ پر جانے سے پہلے یا حج پر جانے سے پہلے اس آیت کو ضرور پڑھنا چاہیے،</w:t>
      </w:r>
    </w:p>
    <w:p>
      <w:r>
        <w:rPr>
          <w:b/>
        </w:rPr>
        <w:t xml:space="preserve">[28:29] </w:t>
      </w:r>
      <w:r>
        <w:t>is par ghaur karna chahiye, is par tadabbur karna chahiye.</w:t>
      </w:r>
    </w:p>
    <w:p>
      <w:pPr>
        <w:jc w:val="right"/>
      </w:pPr>
      <w:r>
        <w:t>اس پر غور کرنا چاہیے، اس پر تدبر کرنا چاہیے۔</w:t>
      </w:r>
    </w:p>
    <w:p>
      <w:r>
        <w:rPr>
          <w:b/>
        </w:rPr>
        <w:t xml:space="preserve">[28:36] </w:t>
      </w:r>
      <w:r>
        <w:t>to log umrah aur hajj karna chahte hain, lekin surah hajj ka mutala nahi karte, is mein jo baaten batai gayi hain, us par ghaur nahi karte.</w:t>
      </w:r>
    </w:p>
    <w:p>
      <w:pPr>
        <w:jc w:val="right"/>
      </w:pPr>
      <w:r>
        <w:t>تو لوگ عمرہ اور حج کرنا چاہتے ہیں، لیکن سورہ حج کا مطالعہ نہیں کرتے، اس میں جو باتیں بتائی گئی ہیں، اس پر غور نہیں کرتے۔</w:t>
      </w:r>
    </w:p>
    <w:p>
      <w:r>
        <w:rPr>
          <w:b/>
        </w:rPr>
        <w:t xml:space="preserve">[28:56] </w:t>
      </w:r>
      <w:r>
        <w:t>halanke agar aap ibadat karen, hajj ke liye jayen, umrah ke liye jayen, aur aap ne quran mein is ke bare mein jo baaten hain, us ko mutala nahi kiya ho to aap ki ibadaton mein, aap ke umrah aur hajj mein koi jaan nahi hogi,</w:t>
      </w:r>
    </w:p>
    <w:p>
      <w:pPr>
        <w:jc w:val="right"/>
      </w:pPr>
      <w:r>
        <w:t>حالانکہ اگر آپ عبادت کریں، حج کے لیے جائیں، عمرہ کے لیے جائیں، اور آپ نے قرآن میں اس کے بارے میں جو باتیں ہیں، اس کو مطالعہ نہیں کیا ہو تو آپ کی عبادتوں میں، آپ کے عمرہ اور حج میں کوئی جان نہیں ہوگی،</w:t>
      </w:r>
    </w:p>
    <w:p>
      <w:r>
        <w:rPr>
          <w:b/>
        </w:rPr>
        <w:t xml:space="preserve">[29:18] </w:t>
      </w:r>
      <w:r>
        <w:t>aur bairoon rasm hoga.</w:t>
      </w:r>
    </w:p>
    <w:p>
      <w:pPr>
        <w:jc w:val="right"/>
      </w:pPr>
      <w:r>
        <w:t>اور بیرون رسم ہوگا۔</w:t>
      </w:r>
    </w:p>
    <w:p>
      <w:r>
        <w:rPr>
          <w:b/>
        </w:rPr>
        <w:t xml:space="preserve">[29:25] </w:t>
      </w:r>
      <w:r>
        <w:t>to isi ko wazeh karne ke liye main aap ko yeh do ayaten pesh kar raha hoon ke is par ghaur kijiye.</w:t>
      </w:r>
    </w:p>
    <w:p>
      <w:pPr>
        <w:jc w:val="right"/>
      </w:pPr>
      <w:r>
        <w:t>تو اسی کو واضح کرنے کے لیے میں آپ کو یہ دو آیتیں پیش کر رہا ہوں کہ اس پر غور کیجئے۔</w:t>
      </w:r>
    </w:p>
    <w:p>
      <w:r>
        <w:rPr>
          <w:b/>
        </w:rPr>
        <w:t xml:space="preserve">[29:37] </w:t>
      </w:r>
      <w:r>
        <w:t>is se aap ka mind trigger hoga jab aap dekhenge ke Khuda ki jo dunya hai, jo nature hai, jo astronomy hai,</w:t>
      </w:r>
    </w:p>
    <w:p>
      <w:pPr>
        <w:jc w:val="right"/>
      </w:pPr>
      <w:r>
        <w:t>اس سے آپ کا مائنڈ ٹریگر ہوگا جب آپ دیکھیں گے کہ خدا کی جو دنیا ہے، جو نیچر ہے، جو ایسٹرانومی ہے،</w:t>
      </w:r>
    </w:p>
    <w:p>
      <w:r>
        <w:rPr>
          <w:b/>
        </w:rPr>
        <w:t xml:space="preserve">[29:52] </w:t>
      </w:r>
      <w:r>
        <w:t>wo to zero defect management pe chal rahi hai. Yani Khuda ki jo industry hai, wo zero defect management pe chal rahi hai.</w:t>
      </w:r>
    </w:p>
    <w:p>
      <w:pPr>
        <w:jc w:val="right"/>
      </w:pPr>
      <w:r>
        <w:t>وہ تو زیرو ڈیفیکٹ مینجمنٹ پہ چل رہی ہے۔ یعنی خدا کی جو انڈسٹری ہے، وہ زیرو ڈیفیکٹ مینجمنٹ پہ چل رہی ہے۔</w:t>
      </w:r>
    </w:p>
    <w:p>
      <w:r>
        <w:rPr>
          <w:b/>
        </w:rPr>
        <w:t xml:space="preserve">[30:03] </w:t>
      </w:r>
      <w:r>
        <w:t>dusri taraf jo insan ki industry hai, is mein</w:t>
      </w:r>
    </w:p>
    <w:p>
      <w:pPr>
        <w:jc w:val="right"/>
      </w:pPr>
      <w:r>
        <w:t>دوسری طرف جو انسان کی انڈسٹری ہے، اس میں</w:t>
      </w:r>
    </w:p>
    <w:p>
      <w:r>
        <w:rPr>
          <w:b/>
        </w:rPr>
        <w:t xml:space="preserve">[30:13] </w:t>
      </w:r>
      <w:r>
        <w:t>wo full of defect hai.</w:t>
      </w:r>
    </w:p>
    <w:p>
      <w:pPr>
        <w:jc w:val="right"/>
      </w:pPr>
      <w:r>
        <w:t>وہ فل آف ڈیفیکٹ ہے۔</w:t>
      </w:r>
    </w:p>
    <w:p>
      <w:r>
        <w:rPr>
          <w:b/>
        </w:rPr>
        <w:t xml:space="preserve">[30:18] </w:t>
      </w:r>
      <w:r>
        <w:t>insan ki jo industry hai, woh full of defect hai. insan ne bohat koshish ki ke woh apni industry ko zero defect management mein chalaye, lekin woh itna kamyab nahi hua.</w:t>
      </w:r>
    </w:p>
    <w:p>
      <w:pPr>
        <w:jc w:val="right"/>
      </w:pPr>
      <w:r>
        <w:t>انسان کی جو انڈسٹری ہے، وہ فل آف ڈیفیکٹ ہے۔ انسان نے بہت کوشش کی کہ وہ اپنی انڈسٹری کو زیرو ڈیفیکٹ مینجمنٹ میں چلائے، لیکن وہ اتنا کامیاب نہیں ہوا۔</w:t>
      </w:r>
    </w:p>
    <w:p>
      <w:r>
        <w:rPr>
          <w:b/>
        </w:rPr>
        <w:t xml:space="preserve">[30:36] </w:t>
      </w:r>
      <w:r>
        <w:t>to dekhiye, quran ko parhne ka mamla ya ibadat karne ka mamla sirf ek ek bahirun rasam ka mamla nahi hai.</w:t>
      </w:r>
    </w:p>
    <w:p>
      <w:pPr>
        <w:jc w:val="right"/>
      </w:pPr>
      <w:r>
        <w:t>تو دیکھیے، قرآن کو پڑھنے کا معاملہ یا عبادت کرنے کا معاملہ صرف ایک ایک بیرون رسم کا معاملہ نہیں ہے۔</w:t>
      </w:r>
    </w:p>
    <w:p>
      <w:r>
        <w:rPr>
          <w:b/>
        </w:rPr>
        <w:t xml:space="preserve">[30:51] </w:t>
      </w:r>
      <w:r>
        <w:t>ibadat aap karein ya quran ko aap parhein to aap woh aap ke liye ek spirit se khali ek ek rasam nahi nahi hona chahiye,</w:t>
      </w:r>
    </w:p>
    <w:p>
      <w:pPr>
        <w:jc w:val="right"/>
      </w:pPr>
      <w:r>
        <w:t>عبادت آپ کریں یا قرآن کو آپ پڑھیں تو آپ وہ آپ کے لیے ایک اسپرٹ سے خالی ایک ایک رسم نہیں نہیں ہونا چاہیے،</w:t>
      </w:r>
    </w:p>
    <w:p>
      <w:r>
        <w:rPr>
          <w:b/>
        </w:rPr>
        <w:t xml:space="preserve">[31:08] </w:t>
      </w:r>
      <w:r>
        <w:t>balkeh aap ko tadabbur ke sath</w:t>
      </w:r>
    </w:p>
    <w:p>
      <w:pPr>
        <w:jc w:val="right"/>
      </w:pPr>
      <w:r>
        <w:t>بلکہ آپ کو تدبر کے ساتھ</w:t>
      </w:r>
    </w:p>
    <w:p>
      <w:r>
        <w:rPr>
          <w:b/>
        </w:rPr>
        <w:t xml:space="preserve">[31:13] </w:t>
      </w:r>
      <w:r>
        <w:t>karna chahiye. tab aap ki rooh ko ghiza milegi, tab aap ke ibadaton mein jaan aayegi,</w:t>
      </w:r>
    </w:p>
    <w:p>
      <w:pPr>
        <w:jc w:val="right"/>
      </w:pPr>
      <w:r>
        <w:t>کرنا چاہیے۔ تب آپ کی روح کو غذا ملے گی، تب آپ کے عبادتوں میں جان آئے گی،</w:t>
      </w:r>
    </w:p>
    <w:p>
      <w:r>
        <w:rPr>
          <w:b/>
        </w:rPr>
        <w:t xml:space="preserve">[31:29] </w:t>
      </w:r>
      <w:r>
        <w:t>tab aap ko woh ibadat hasil hogi jis ke bare mein quran mein bataya gaya hai ke masjid waqt sajda kar aur qareeb ho ja.</w:t>
      </w:r>
    </w:p>
    <w:p>
      <w:pPr>
        <w:jc w:val="right"/>
      </w:pPr>
      <w:r>
        <w:t>تب آپ کو وہ عبادت حاصل ہوگی جس کے بارے میں قرآن میں بتایا گیا ہے کہ مسجد وقت سجدہ کر اور قریب ہو جا۔</w:t>
      </w:r>
    </w:p>
    <w:p>
      <w:r>
        <w:rPr>
          <w:b/>
        </w:rPr>
        <w:t xml:space="preserve">[31:46] </w:t>
      </w:r>
      <w:r>
        <w:t>jab aap ka sajda, aap ki namaz, aap ki ibadat</w:t>
      </w:r>
    </w:p>
    <w:p>
      <w:pPr>
        <w:jc w:val="right"/>
      </w:pPr>
      <w:r>
        <w:t>جب آپ کا سجدہ، آپ کی نماز، آپ کی عبادت</w:t>
      </w:r>
    </w:p>
    <w:p>
      <w:r>
        <w:rPr>
          <w:b/>
        </w:rPr>
        <w:t xml:space="preserve">[31:53] </w:t>
      </w:r>
      <w:r>
        <w:t>tadabbur wali ibadat hogi to is mein ek nai jaan jaan paida hogi, ek nai shaan paida hogi.</w:t>
      </w:r>
    </w:p>
    <w:p>
      <w:pPr>
        <w:jc w:val="right"/>
      </w:pPr>
      <w:r>
        <w:t>تدبر والی عبادت ہوگی تو اس میں ایک نئی جان جان پیدا ہوگی، ایک نئی شان پیدا ہوگی۔</w:t>
      </w:r>
    </w:p>
    <w:p>
      <w:r>
        <w:rPr>
          <w:b/>
        </w:rPr>
        <w:t xml:space="preserve">[32:06] </w:t>
      </w:r>
      <w:r>
        <w:t>wohi hai masjid muqtari, yani sajda aap ke liye ban jayega khuda ki qurbat.</w:t>
      </w:r>
    </w:p>
    <w:p>
      <w:pPr>
        <w:jc w:val="right"/>
      </w:pPr>
      <w:r>
        <w:t>وہی ہے مسجد مقتری، یعنی سجدہ آپ کے لیے بن جائے گا خدا کی قربت۔</w:t>
      </w:r>
    </w:p>
    <w:p>
      <w:r>
        <w:rPr>
          <w:b/>
        </w:rPr>
        <w:t xml:space="preserve">[32:15] </w:t>
      </w:r>
      <w:r>
        <w:t>namaz ka sajda aap ke liye Allah se qurbat ka hum maani ban jayega.</w:t>
      </w:r>
    </w:p>
    <w:p>
      <w:pPr>
        <w:jc w:val="right"/>
      </w:pPr>
      <w:r>
        <w:t>نماز کا سجدہ آپ کے لیے اللہ سے قربت کا ہم معنی بن جائے گا۔</w:t>
      </w:r>
    </w:p>
    <w:p>
      <w:r>
        <w:rPr>
          <w:b/>
        </w:rPr>
        <w:t xml:space="preserve">[32:27] </w:t>
      </w:r>
      <w:r>
        <w:t>sajda aap ke liye Allah se qurbat ke hum maani ban jayega.</w:t>
      </w:r>
    </w:p>
    <w:p>
      <w:pPr>
        <w:jc w:val="right"/>
      </w:pPr>
      <w:r>
        <w:t>سجدہ آپ کے لیے اللہ سے قربت کے ہم معنی بن جائے گا۔</w:t>
      </w:r>
    </w:p>
    <w:p>
      <w:r>
        <w:rPr>
          <w:b/>
        </w:rPr>
        <w:t xml:space="preserve">[32:34] </w:t>
      </w:r>
      <w:r>
        <w:t>to aap ghor kijiye ke dono sajdon mein kitna farq hoga, dono namazon mein kitna farq hoga, dono qism ki ibadat mein kitna farq hoga.</w:t>
      </w:r>
    </w:p>
    <w:p>
      <w:pPr>
        <w:jc w:val="right"/>
      </w:pPr>
      <w:r>
        <w:t>تو آپ غور کیجئے کہ دونوں سجدوں میں کتنا فرق ہوگا، دونوں نمازوں میں کتنا فرق ہوگا، دونوں قسم کی عبادت میں کتنا فرق ہوگا۔</w:t>
      </w:r>
    </w:p>
    <w:p>
      <w:r>
        <w:rPr>
          <w:b/>
        </w:rPr>
        <w:t xml:space="preserve">[32:51] </w:t>
      </w:r>
      <w:r>
        <w:t>to yeh ek misaal maine di hai do ayaton ne kar ke, lekin pura quran is se bhara hua hai.</w:t>
      </w:r>
    </w:p>
    <w:p>
      <w:pPr>
        <w:jc w:val="right"/>
      </w:pPr>
      <w:r>
        <w:t>تو یہ ایک مثال میں نے دی ہے دو آیتوں نے کر کے، لیکن پورا قرآن اس سے بھرا ہوا ہے۔</w:t>
      </w:r>
    </w:p>
    <w:p>
      <w:r>
        <w:rPr>
          <w:b/>
        </w:rPr>
        <w:t xml:space="preserve">[33:01] </w:t>
      </w:r>
      <w:r>
        <w:t>pura quran to ek hai quran ko tadabbur se parhna, tadabbur se parhna.</w:t>
      </w:r>
    </w:p>
    <w:p>
      <w:pPr>
        <w:jc w:val="right"/>
      </w:pPr>
      <w:r>
        <w:t>پورا قرآن تو ایک ہے قرآن کو تدبر سے پڑھنا، تدبر سے پڑھنا۔</w:t>
      </w:r>
    </w:p>
    <w:p>
      <w:r>
        <w:rPr>
          <w:b/>
        </w:rPr>
        <w:t xml:space="preserve">[33:11] </w:t>
      </w:r>
      <w:r>
        <w:t>ek hai quran ko tilawat kar lena,</w:t>
      </w:r>
    </w:p>
    <w:p>
      <w:pPr>
        <w:jc w:val="right"/>
      </w:pPr>
      <w:r>
        <w:t>ایک ہے قرآن کو تلاوت کر لینا،</w:t>
      </w:r>
    </w:p>
    <w:p>
      <w:r>
        <w:rPr>
          <w:b/>
        </w:rPr>
        <w:t xml:space="preserve">[33:19] </w:t>
      </w:r>
      <w:r>
        <w:t>ek hai quran ki tilawat kar lena, aur doosra hai quran ko tadabbur ke sath parhna.</w:t>
      </w:r>
    </w:p>
    <w:p>
      <w:pPr>
        <w:jc w:val="right"/>
      </w:pPr>
      <w:r>
        <w:t>ایک ہے قرآن کی تلاوت کر لینا، اور دوسرا ہے قرآن کو تدبر کے ساتھ پڑھنا۔</w:t>
      </w:r>
    </w:p>
    <w:p>
      <w:r>
        <w:rPr>
          <w:b/>
        </w:rPr>
        <w:t xml:space="preserve">[33:29] </w:t>
      </w:r>
      <w:r>
        <w:t>to dono mein zameen o aasman ka farq hai.</w:t>
      </w:r>
    </w:p>
    <w:p>
      <w:pPr>
        <w:jc w:val="right"/>
      </w:pPr>
      <w:r>
        <w:t>تو دونوں میں زمین و آسمان کا فرق ہے۔</w:t>
      </w:r>
    </w:p>
    <w:p>
      <w:r>
        <w:rPr>
          <w:b/>
        </w:rPr>
        <w:t xml:space="preserve">[33:39] </w:t>
      </w:r>
      <w:r>
        <w:t>agar aap tadabbur ke sath parhein to aap ki namazein</w:t>
      </w:r>
    </w:p>
    <w:p>
      <w:pPr>
        <w:jc w:val="right"/>
      </w:pPr>
      <w:r>
        <w:t>اگر آپ تدبر کے ساتھ پڑھیں تو آپ کی نمازیں</w:t>
      </w:r>
    </w:p>
    <w:p>
      <w:r>
        <w:rPr>
          <w:b/>
        </w:rPr>
        <w:t xml:space="preserve">[33:48] </w:t>
      </w:r>
      <w:r>
        <w:t>woh ho jayengi jo hadith mein aata hai ke is tarah ibadat karo jaise ke tum Allah ko dekh rahe ho.</w:t>
      </w:r>
    </w:p>
    <w:p>
      <w:pPr>
        <w:jc w:val="right"/>
      </w:pPr>
      <w:r>
        <w:t>وہ ہو جائیں گی جو حدیث میں آتا ہے کہ اس طرح عبادت کرو جیسے کہ تم اللہ کو دیکھ رہے ہو۔</w:t>
      </w:r>
    </w:p>
    <w:p>
      <w:r>
        <w:rPr>
          <w:b/>
        </w:rPr>
        <w:t xml:space="preserve">[34:04] </w:t>
      </w:r>
      <w:r>
        <w:t>iska matlab yeh hai ke aap ki ibadat Allah ko Allah ke presence ke sath hone lagegi.</w:t>
      </w:r>
    </w:p>
    <w:p>
      <w:pPr>
        <w:jc w:val="right"/>
      </w:pPr>
      <w:r>
        <w:t>اس کا مطلب یہ ہے کہ آپ کی عبادت اللہ کو اللہ کے پریزنس کے ساتھ ہونے لگے گی۔</w:t>
      </w:r>
    </w:p>
    <w:p>
      <w:r>
        <w:rPr>
          <w:b/>
        </w:rPr>
        <w:t xml:space="preserve">[34:13] </w:t>
      </w:r>
      <w:r>
        <w:t>presence</w:t>
      </w:r>
    </w:p>
    <w:p>
      <w:pPr>
        <w:jc w:val="right"/>
      </w:pPr>
      <w:r>
        <w:t>پریزنس</w:t>
      </w:r>
    </w:p>
    <w:p>
      <w:r>
        <w:rPr>
          <w:b/>
        </w:rPr>
        <w:t xml:space="preserve">[34:17] </w:t>
      </w:r>
      <w:r>
        <w:t>aap ka jeena Allah ke presence ke sath hoga. aap ka jeena, aap ka ibadat karna, aap ka umrah aur hajj</w:t>
      </w:r>
    </w:p>
    <w:p>
      <w:pPr>
        <w:jc w:val="right"/>
      </w:pPr>
      <w:r>
        <w:t>آپ کا جینا اللہ کے پریزنس کے ساتھ ہوگا۔ آپ کا جینا، آپ کا عبادت کرنا، آپ کا عمرہ اور حج</w:t>
      </w:r>
    </w:p>
    <w:p>
      <w:r>
        <w:rPr>
          <w:b/>
        </w:rPr>
        <w:t xml:space="preserve">[34:31] </w:t>
      </w:r>
      <w:r>
        <w:t>sab mein aisa hoga ke jaise ke aap Allah ke presence mein aisa baat kar rahe hain. Allah ki maujoodgi ka tajurba ho raha hai aap ko in afaal ke zamane mein.</w:t>
      </w:r>
    </w:p>
    <w:p>
      <w:pPr>
        <w:jc w:val="right"/>
      </w:pPr>
      <w:r>
        <w:t>سب میں ایسا ہوگا کہ جیسے کہ آپ اللہ کے پریزنس میں ایسا بات کر رہے ہیں۔ اللہ کی موجودگی کا تجربہ ہو رہا ہے آپ کو ان افعال کے زمانے میں۔</w:t>
      </w:r>
    </w:p>
    <w:p>
      <w:r>
        <w:rPr>
          <w:b/>
        </w:rPr>
        <w:t xml:space="preserve">[34:52] </w:t>
      </w:r>
      <w:r>
        <w:t>to kitni ajeeb nemat hai, yeh kitni bari nemat hai ke insan ko woh tilawat, woh ibadat, woh umrah aur hajj hasil ho jabke us ko Allah ke presence ka tajurba hone lage.</w:t>
      </w:r>
    </w:p>
    <w:p>
      <w:pPr>
        <w:jc w:val="right"/>
      </w:pPr>
      <w:r>
        <w:t>تو کتنی عجیب نعمت ہے، یہ کتنی بڑی نعمت ہے کہ انسان کو وہ تلاوت، وہ عبادت، وہ عمرہ اور حج حاصل ہو جبکہ اس کو اللہ کے پریزنس کا تجربہ ہونے لگے۔</w:t>
      </w:r>
    </w:p>
    <w:p>
      <w:r>
        <w:rPr>
          <w:b/>
        </w:rPr>
        <w:t xml:space="preserve">[35:16] </w:t>
      </w:r>
      <w:r>
        <w:t>kaisi ajeeb hai yeh ke kitni bari nemat hai yeh</w:t>
      </w:r>
    </w:p>
    <w:p>
      <w:pPr>
        <w:jc w:val="right"/>
      </w:pPr>
      <w:r>
        <w:t>کیسی عجیب ہے یہ کہ کتنی بڑی نعمت ہے یہ</w:t>
      </w:r>
    </w:p>
    <w:p>
      <w:r>
        <w:rPr>
          <w:b/>
        </w:rPr>
        <w:t xml:space="preserve">[35:24] </w:t>
      </w:r>
      <w:r>
        <w:t>keh aap Quran ki tilawat karen,</w:t>
      </w:r>
    </w:p>
    <w:p>
      <w:pPr>
        <w:jc w:val="right"/>
      </w:pPr>
      <w:r>
        <w:t>کہ آپ قرآن کی تلاوت کریں،</w:t>
      </w:r>
    </w:p>
    <w:p>
      <w:r>
        <w:rPr>
          <w:b/>
        </w:rPr>
        <w:t xml:space="preserve">[35:31] </w:t>
      </w:r>
      <w:r>
        <w:t>namaz karen, ibadat karen,</w:t>
      </w:r>
    </w:p>
    <w:p>
      <w:pPr>
        <w:jc w:val="right"/>
      </w:pPr>
      <w:r>
        <w:t>نماز کریں، عبادت کریں،</w:t>
      </w:r>
    </w:p>
    <w:p>
      <w:r>
        <w:rPr>
          <w:b/>
        </w:rPr>
        <w:t xml:space="preserve">[35:37] </w:t>
      </w:r>
      <w:r>
        <w:t>umrah aur hajj ada karen, aur aap ka yeh haal ho keh aap ko presence of God ka tajruba hota rahe.</w:t>
      </w:r>
    </w:p>
    <w:p>
      <w:pPr>
        <w:jc w:val="right"/>
      </w:pPr>
      <w:r>
        <w:t>عمرہ اور حج ادا کریں، اور آپ کا یہ حال ہو کہ آپ کو پریزنس آف گاڈ کا تجربہ ہوتا رہے۔</w:t>
      </w:r>
    </w:p>
    <w:p>
      <w:r>
        <w:rPr>
          <w:b/>
        </w:rPr>
        <w:t xml:space="preserve">[35:52] </w:t>
      </w:r>
      <w:r>
        <w:t>dekhiye, presence of God ka tajruba kya hai? Is ka matlab hai keh aap dunyavi mein jannat mein dakhil ho gaye.</w:t>
      </w:r>
    </w:p>
    <w:p>
      <w:pPr>
        <w:jc w:val="right"/>
      </w:pPr>
      <w:r>
        <w:t>دیکھیے، پریزنس آف گاڈ کا تجربہ کیا ہے؟ اس کا معنی ہے کہ آپ دنیاوی میں جنت میں داخل ہو گئے۔</w:t>
      </w:r>
    </w:p>
    <w:p>
      <w:r>
        <w:rPr>
          <w:b/>
        </w:rPr>
        <w:t xml:space="preserve">[36:12] </w:t>
      </w:r>
      <w:r>
        <w:t>agar aap ka yeh haal ho jaye keh aap</w:t>
      </w:r>
    </w:p>
    <w:p>
      <w:pPr>
        <w:jc w:val="right"/>
      </w:pPr>
      <w:r>
        <w:t>اگر آپ کا یہ حال ہو جائے کہ آپ</w:t>
      </w:r>
    </w:p>
    <w:p>
      <w:r>
        <w:rPr>
          <w:b/>
        </w:rPr>
        <w:t xml:space="preserve">[36:18] </w:t>
      </w:r>
      <w:r>
        <w:t>ibadat kar rahe hain, namaz zaroor kar rahe hain, hajj aur umrah ada kar rahe hain, aur aap ko presence of God ka tajruba ho raha hai,</w:t>
      </w:r>
    </w:p>
    <w:p>
      <w:pPr>
        <w:jc w:val="right"/>
      </w:pPr>
      <w:r>
        <w:t>عبادت کر رہے ہیں، نماز ضرور کر رہے ہیں، حج اور عمرہ ادا کر رہے ہیں، اور آپ کو پریزنس آف گاڈ کا تجربہ ہو رہا ہے،</w:t>
      </w:r>
    </w:p>
    <w:p>
      <w:r>
        <w:rPr>
          <w:b/>
        </w:rPr>
        <w:t xml:space="preserve">[36:31] </w:t>
      </w:r>
      <w:r>
        <w:t>aap ko woh kaifiyat mein apna paate hain jis ko presence of God kaha jata hai, karne ka tareeqa.</w:t>
      </w:r>
    </w:p>
    <w:p>
      <w:pPr>
        <w:jc w:val="right"/>
      </w:pPr>
      <w:r>
        <w:t>آپ کو وہ کیفیت میں اپنا پاتے ہیں جس کو پریزنس آف گاڈ کہا جاتا ہے، کرنے کا طریقہ۔</w:t>
      </w:r>
    </w:p>
    <w:p>
      <w:r>
        <w:rPr>
          <w:b/>
        </w:rPr>
        <w:t xml:space="preserve">[36:43] </w:t>
      </w:r>
      <w:r>
        <w:t>to is ka matlab yeh hai keh aap dunyavi mein jannat mein dakhil ho gaye, kyunkeh khudaai qurbati ka naam to jannat hai. Jannat kya hai?</w:t>
      </w:r>
    </w:p>
    <w:p>
      <w:pPr>
        <w:jc w:val="right"/>
      </w:pPr>
      <w:r>
        <w:t>تو اس کا مطلب یہ ہے کہ آپ دنیاوی میں جنت میں داخل ہو گئے، کیونکہ خدائی قربتی کا نام تو جنت ہے۔ جنت کیا ہے؟</w:t>
      </w:r>
    </w:p>
    <w:p>
      <w:r>
        <w:rPr>
          <w:b/>
        </w:rPr>
        <w:t xml:space="preserve">[36:55] </w:t>
      </w:r>
      <w:r>
        <w:t>khudaai qurbat hai.</w:t>
      </w:r>
    </w:p>
    <w:p>
      <w:pPr>
        <w:jc w:val="right"/>
      </w:pPr>
      <w:r>
        <w:t>خدائی قربت ہے۔</w:t>
      </w:r>
    </w:p>
    <w:p>
      <w:r>
        <w:rPr>
          <w:b/>
        </w:rPr>
        <w:t xml:space="preserve">[36:58] </w:t>
      </w:r>
      <w:r>
        <w:t>to aap ghor kijiye keh kaisi ajeeb nemat hai</w:t>
      </w:r>
    </w:p>
    <w:p>
      <w:pPr>
        <w:jc w:val="right"/>
      </w:pPr>
      <w:r>
        <w:t>تو آپ غور کیجئے کہ کیسی عجیب نعمت ہے</w:t>
      </w:r>
    </w:p>
    <w:p>
      <w:r>
        <w:rPr>
          <w:b/>
        </w:rPr>
        <w:t xml:space="preserve">[37:04] </w:t>
      </w:r>
      <w:r>
        <w:t>keh dunyavi mein aap ko Allah Rabb-ul-Alameen ka tajruba hone laga, dunyavi mein aap ko jannat ka tajruba hone laga.</w:t>
      </w:r>
    </w:p>
    <w:p>
      <w:pPr>
        <w:jc w:val="right"/>
      </w:pPr>
      <w:r>
        <w:t>کہ دنیاوی میں آپ کو اللہ رب العالمین کا تجربہ ہونے لگا، دنیاوی میں آپ کو جنت کا تجربہ ہونے لگا۔</w:t>
      </w:r>
    </w:p>
    <w:p>
      <w:r>
        <w:rPr>
          <w:b/>
        </w:rPr>
        <w:t xml:space="preserve">[37:21] </w:t>
      </w:r>
      <w:r>
        <w:t>to yeh dunya ka jo mauqa aap ko hai, kitni bari blessing hai, kitni bari nemat hai keh aap ko isi dunya hi mein presence of presence of God, God ka tareeqa ka tajruba hone laga.</w:t>
      </w:r>
    </w:p>
    <w:p>
      <w:pPr>
        <w:jc w:val="right"/>
      </w:pPr>
      <w:r>
        <w:t>تو یہ دنیا کا جو موقع آپ کو ہے، کتنی بڑی بلیسنگ ہے، کتنی بڑی نعمت ہے کہ آپ کو اسی دنیا ہی میں پریزنس آف پریزنس آف گاڈ، کانڈ کا طریقہ کا تجربہ ہونے لگا۔</w:t>
      </w:r>
    </w:p>
    <w:p>
      <w:r>
        <w:rPr>
          <w:b/>
        </w:rPr>
        <w:t xml:space="preserve">[37:40] </w:t>
      </w:r>
      <w:r>
        <w:t>kitni bari nemat hai.</w:t>
      </w:r>
    </w:p>
    <w:p>
      <w:pPr>
        <w:jc w:val="right"/>
      </w:pPr>
      <w:r>
        <w:t>کتنی بڑی نعمت ہے۔</w:t>
      </w:r>
    </w:p>
    <w:p>
      <w:r>
        <w:rPr>
          <w:b/>
        </w:rPr>
        <w:t xml:space="preserve">[37:45] </w:t>
      </w:r>
      <w:r>
        <w:t>to main kahunga keh hum mein se har shakhs ko is baat ki koshish karna chahiye keh is ko</w:t>
      </w:r>
    </w:p>
    <w:p>
      <w:pPr>
        <w:jc w:val="right"/>
      </w:pPr>
      <w:r>
        <w:t>تو میں کہوں گا کہ ہم میں سے ہر شخص کو اس بات کی کوشش کرنا چاہیے کہ اس کو</w:t>
      </w:r>
    </w:p>
    <w:p>
      <w:r>
        <w:rPr>
          <w:b/>
        </w:rPr>
        <w:t xml:space="preserve">[37:58] </w:t>
      </w:r>
      <w:r>
        <w:t>yeh Allah ki nemat mil mil milne lage, kyunkeh isi ki qeemat hai jannat.</w:t>
      </w:r>
    </w:p>
    <w:p>
      <w:pPr>
        <w:jc w:val="right"/>
      </w:pPr>
      <w:r>
        <w:t>یہ اللہ کی نعمت مل مل ملنے لگے، کیونکہ اسی کی قیمت ہے جنت۔</w:t>
      </w:r>
    </w:p>
    <w:p>
      <w:r>
        <w:rPr>
          <w:b/>
        </w:rPr>
        <w:t xml:space="preserve">[38:13] </w:t>
      </w:r>
      <w:r>
        <w:t>to main dua karta hoon apne liye aur aap ke liye keh hum ko woh zindagi, woh ibadat, woh namaz, roza, woh hajj aur umrah hasil hone lage</w:t>
      </w:r>
    </w:p>
    <w:p>
      <w:pPr>
        <w:jc w:val="right"/>
      </w:pPr>
      <w:r>
        <w:t>تو میں دعا کرتا ہوں اپنے لیے اور آپ کے لیے کہ ہم کو وہ زندگی، وہ عبادت، وہ نماز، روزہ، وہ حج اور عمرہ حاصل ہونے لگے</w:t>
      </w:r>
    </w:p>
    <w:p>
      <w:r>
        <w:rPr>
          <w:b/>
        </w:rPr>
        <w:t xml:space="preserve">[38:34] </w:t>
      </w:r>
      <w:r>
        <w:t>jis mein aadmi ko presence of God ka tajruba hone lagta hai.</w:t>
      </w:r>
    </w:p>
    <w:p>
      <w:pPr>
        <w:jc w:val="right"/>
      </w:pPr>
      <w:r>
        <w:t>جس میں آدمی کو پریزنس آف گاڈ کا تجربہ ہونے لگتا ہے۔</w:t>
      </w:r>
    </w:p>
    <w:p>
      <w:r>
        <w:rPr>
          <w:b/>
        </w:rPr>
        <w:t xml:space="preserve">[38:42] </w:t>
      </w:r>
      <w:r>
        <w:t>main apne liye aur aap ke liye is ki dua karta hoon, kyunkeh is se bari aur koi cheez nahi,</w:t>
      </w:r>
    </w:p>
    <w:p>
      <w:pPr>
        <w:jc w:val="right"/>
      </w:pPr>
      <w:r>
        <w:t>میں اپنے لیے اور آپ کے لیے اس کی دعا کرتا ہوں، کیونکہ اس سے بڑی اور کوئی چیز نہیں،</w:t>
      </w:r>
    </w:p>
    <w:p>
      <w:r>
        <w:rPr>
          <w:b/>
        </w:rPr>
        <w:t xml:space="preserve">[38:55] </w:t>
      </w:r>
      <w:r>
        <w:t>is se bari aur koi cheez nahi keh hum ko aur aap ko isi dunya mein presence of God ka tajruba hone lage.</w:t>
      </w:r>
    </w:p>
    <w:p>
      <w:pPr>
        <w:jc w:val="right"/>
      </w:pPr>
      <w:r>
        <w:t>اس سے بڑی اور کوئی چیز نہیں کہ ہم کو اور آپ کو اسی دنیا میں پریزنس آف گاڈ کا تجربہ ہونے لگے۔</w:t>
      </w:r>
    </w:p>
    <w:p>
      <w:r>
        <w:rPr>
          <w:b/>
        </w:rPr>
        <w:t xml:space="preserve">[39:07] </w:t>
      </w:r>
      <w:r>
        <w:t>presence of God ke ehsas ke sath jo dua ki jaye, jo ibadat ki jaye, jo Quran ko tilawat tilawat ki jaye, is sab ka darja million billion barh jata hai.</w:t>
      </w:r>
    </w:p>
    <w:p>
      <w:pPr>
        <w:jc w:val="right"/>
      </w:pPr>
      <w:r>
        <w:t>پریزنس آف گاڈ کے احساس کے ساتھ جو دعا کی جائے، جو عبادت کی جائے، جو قرآن کو تلاوت تلاوت کی جائے، اس سب کا درجہ ملین بلین بڑھ جاتا ہے۔</w:t>
      </w:r>
    </w:p>
    <w:p>
      <w:r>
        <w:rPr>
          <w:b/>
        </w:rPr>
        <w:t xml:space="preserve">[39:32] </w:t>
      </w:r>
      <w:r>
        <w:t>to isi ki koshish karna hai, isi ke liye duaen karna hai, isi par ghor o fikr karna hai. Yahi hamara goya keh goal hona chahiye, hamara yahi hamara goal hona chahiye.</w:t>
      </w:r>
    </w:p>
    <w:p>
      <w:pPr>
        <w:jc w:val="right"/>
      </w:pPr>
      <w:r>
        <w:t>تو اسی کی کوشش کرنا ہے، اسی کے لیے دعائیں کرنا ہے، اسی پر غور و فکر کرنا ہے۔ یہی ہمارا گویا کہ گول ہونا چاہیے، ہمارا یہی ہمارا گول ہونا چاہیے۔</w:t>
      </w:r>
    </w:p>
    <w:p>
      <w:r>
        <w:rPr>
          <w:b/>
        </w:rPr>
        <w:t xml:space="preserve">[39:55] </w:t>
      </w:r>
      <w:r>
        <w:t>to meri dua hai keh Allah Ta'ala mujh ko aur aap ko tofeeq de keh hum</w:t>
      </w:r>
    </w:p>
    <w:p>
      <w:pPr>
        <w:jc w:val="right"/>
      </w:pPr>
      <w:r>
        <w:t>تو میری دعا ہے کہ اللہ تعالیٰ مجھ کو اور آپ کو توفیق دے کہ ہم</w:t>
      </w:r>
    </w:p>
    <w:p>
      <w:r>
        <w:rPr>
          <w:b/>
        </w:rPr>
        <w:t xml:space="preserve">[40:07] </w:t>
      </w:r>
      <w:r>
        <w:t>presence of God ke tajrube mein jeene lagen.</w:t>
      </w:r>
    </w:p>
    <w:p>
      <w:pPr>
        <w:jc w:val="right"/>
      </w:pPr>
      <w:r>
        <w:t>عزت آف گاڈ کے تجربے میں جینے لگیں۔</w:t>
      </w:r>
    </w:p>
    <w:p>
      <w:r>
        <w:rPr>
          <w:b/>
        </w:rPr>
        <w:t xml:space="preserve">[40:16] </w:t>
      </w:r>
      <w:r>
        <w:t>Assalam-o-Alaikum wa Rahmatullahi.</w:t>
      </w:r>
    </w:p>
    <w:p>
      <w:pPr>
        <w:jc w:val="right"/>
      </w:pPr>
      <w:r>
        <w:t>السلام علیکم ورحمۃ اللہ۔</w:t>
      </w:r>
    </w:p>
    <w:p>
      <w:r>
        <w:rPr>
          <w:b/>
        </w:rPr>
        <w:t xml:space="preserve">[40:30] </w:t>
      </w:r>
      <w:r>
        <w:t>Okay, we will start with the question answer session. We request all the online viewers to also mention their location when they post their questions and comments.</w:t>
      </w:r>
    </w:p>
    <w:p>
      <w:pPr>
        <w:jc w:val="right"/>
      </w:pPr>
      <w:r>
        <w:t>اوکے، وی ویل سٹارٹ ود دی کوئسچن انسر سیشن۔ وی ریکویسٹ آل دی آن لائن ویورز ٹو آل سو مینشن دیر لوکیشن وین دے پوسٹ دیر کوئسچنز اینڈ کمنٹس۔</w:t>
      </w:r>
    </w:p>
    <w:p>
      <w:r>
        <w:rPr>
          <w:b/>
        </w:rPr>
        <w:t xml:space="preserve">[40:42] </w:t>
      </w:r>
      <w:r>
        <w:t>maulana, hum comment lena chahenge. yeh comment bheja hai baseer pur se. unhon ne apna naam nahi likha hai. un ka comment hai: "i am from pakistan, baseer pur.</w:t>
      </w:r>
    </w:p>
    <w:p>
      <w:pPr>
        <w:jc w:val="right"/>
      </w:pPr>
      <w:r>
        <w:t>مولانا، ہم کمنٹ لینا چاہیں گے۔ یہ کمنٹ بھیجا ہے بصیر پور سے۔ انہوں نے اپنا نام نہیں لکھا ہے۔ ان کا کمنٹ ہے: "آئی ایم فرام پاکستان، بصیر پور۔</w:t>
      </w:r>
    </w:p>
    <w:p>
      <w:r>
        <w:rPr>
          <w:b/>
        </w:rPr>
        <w:t xml:space="preserve">[40:56] </w:t>
      </w:r>
      <w:r>
        <w:t>i just want to say that whenever i listen to maulana sahib, i feel positive. i have disability in my left feet, but after listening to talks of maulana sahib, i feel that there is hope for me, even though i am in severe circumstances.</w:t>
      </w:r>
    </w:p>
    <w:p>
      <w:pPr>
        <w:jc w:val="right"/>
      </w:pPr>
      <w:r>
        <w:t>آئی جسٹ وانٹ ٹو سے دیٹ وین ایور آئی لسن ٹو مولانا صاحب، آئی فیل پوزیٹیو۔ آئی ہیو ڈس ایبیلیٹی ان مائی لیفٹ فیٹ، بٹ افٹر لسننگ ٹو ٹاکس آف مولانا صاحب، آئی فیل دیٹ دیر از ہوپ فار می، ایون دو آئی ایم ان سیویر سرکمسٹانسز۔</w:t>
      </w:r>
    </w:p>
    <w:p>
      <w:r>
        <w:rPr>
          <w:b/>
        </w:rPr>
        <w:t xml:space="preserve">[41:17] </w:t>
      </w:r>
      <w:r>
        <w:t>This is all due to Maulana Sahib's lecture, and I pray for Maulana Sahib.</w:t>
      </w:r>
    </w:p>
    <w:p>
      <w:pPr>
        <w:jc w:val="right"/>
      </w:pPr>
      <w:r>
        <w:t>دس از آل ڈیو ٹو مولانا صاحب لیکچر، اینڈ آئی پری فار مولانا صاحب۔</w:t>
      </w:r>
    </w:p>
    <w:p>
      <w:r>
        <w:rPr>
          <w:b/>
        </w:rPr>
        <w:t xml:space="preserve">[41:22] </w:t>
      </w:r>
      <w:r>
        <w:t>may allah bless him."</w:t>
      </w:r>
    </w:p>
    <w:p>
      <w:pPr>
        <w:jc w:val="right"/>
      </w:pPr>
      <w:r>
        <w:t>می اللہ بلیس ہم۔"</w:t>
      </w:r>
    </w:p>
    <w:p>
      <w:r>
        <w:rPr>
          <w:b/>
        </w:rPr>
        <w:t xml:space="preserve">[41:25] </w:t>
      </w:r>
      <w:r>
        <w:t>آئی ایم ان خان صاحب نے لکھا ہے: "مولانا، you are a beacon of light for Indian sub</w:t>
      </w:r>
    </w:p>
    <w:p>
      <w:pPr>
        <w:jc w:val="right"/>
      </w:pPr>
      <w:r>
        <w:t>آئی ایم ان خان صاحب نے لکھا ہے: "مولانا، یو آر ا بیکن آف لائٹ فار انڈین سب</w:t>
      </w:r>
    </w:p>
    <w:p>
      <w:r>
        <w:rPr>
          <w:b/>
        </w:rPr>
        <w:t xml:space="preserve">[41:32] </w:t>
      </w:r>
      <w:r>
        <w:t>continents muslims." ayaz ahmed sahib ne jamshedpur se likha hai: "alhamdulillah, maulana, aap ne yeh ek zabardast</w:t>
      </w:r>
    </w:p>
    <w:p>
      <w:pPr>
        <w:jc w:val="right"/>
      </w:pPr>
      <w:r>
        <w:t>کانٹیننٹس مسلمز۔" ایاز احمد صاحب نے جمشید پور سے لکھا ہے: "الحمدللہ، مولانا، آپ نے یہ ایک زبردست</w:t>
      </w:r>
    </w:p>
    <w:p>
      <w:r>
        <w:rPr>
          <w:b/>
        </w:rPr>
        <w:t xml:space="preserve">[41:41] </w:t>
      </w:r>
      <w:r>
        <w:t>baat batai ke quran ko parhna sirf magazine ke aalimon ke ilm par iktafa nahi karna chahiye, balkeh</w:t>
      </w:r>
    </w:p>
    <w:p>
      <w:pPr>
        <w:jc w:val="right"/>
      </w:pPr>
      <w:r>
        <w:t>بات بتائی کہ قرآن کو پڑھنا صرف میگزین کے عالموں کے علم پر اکتفا نہیں کرنا چاہیے، بلکہ</w:t>
      </w:r>
    </w:p>
    <w:p>
      <w:r>
        <w:rPr>
          <w:b/>
        </w:rPr>
        <w:t xml:space="preserve">[41:49] </w:t>
      </w:r>
      <w:r>
        <w:t>khud se ghor o tadabbur karna chahiye.</w:t>
      </w:r>
    </w:p>
    <w:p>
      <w:pPr>
        <w:jc w:val="right"/>
      </w:pPr>
      <w:r>
        <w:t>خود سے غور و تدبر کرنا چاہیے۔</w:t>
      </w:r>
    </w:p>
    <w:p>
      <w:r>
        <w:rPr>
          <w:b/>
        </w:rPr>
        <w:t xml:space="preserve">[41:53] </w:t>
      </w:r>
      <w:r>
        <w:t>tabhi hum ko maloom hoga ke quran ka quran ke ajayeb kabhi khatam nahi honge.</w:t>
      </w:r>
    </w:p>
    <w:p>
      <w:pPr>
        <w:jc w:val="right"/>
      </w:pPr>
      <w:r>
        <w:t>تبھی ہم کو معلوم ہوگا کہ قرآن کا قرآن کے عجائب کبھی ختم نہیں ہوں گے۔</w:t>
      </w:r>
    </w:p>
    <w:p>
      <w:r>
        <w:rPr>
          <w:b/>
        </w:rPr>
        <w:t xml:space="preserve">[42:00] </w:t>
      </w:r>
      <w:r>
        <w:t>rooh ki ghiza, alhamdulillah."</w:t>
      </w:r>
    </w:p>
    <w:p>
      <w:pPr>
        <w:jc w:val="right"/>
      </w:pPr>
      <w:r>
        <w:t>روح کی غذا، الحمدللہ۔"</w:t>
      </w:r>
    </w:p>
    <w:p>
      <w:r>
        <w:rPr>
          <w:b/>
        </w:rPr>
        <w:t xml:space="preserve">[42:02] </w:t>
      </w:r>
      <w:r>
        <w:t>ظہور الرحمن صاحب نے اوکلینڈ سے لکھا ہے: "Biggest takeaway from today's lecture is that you have</w:t>
      </w:r>
    </w:p>
    <w:p>
      <w:pPr>
        <w:jc w:val="right"/>
      </w:pPr>
      <w:r>
        <w:t>ظہور الرحمن صاحب نے اوکلینڈ سے لکھا ہے: "بگسٹ ٹیک اوے فرام ٹوڈے لیکچر از دیٹ یو ہیو</w:t>
      </w:r>
    </w:p>
    <w:p>
      <w:r>
        <w:rPr>
          <w:b/>
        </w:rPr>
        <w:t xml:space="preserve">[42:10] </w:t>
      </w:r>
      <w:r>
        <w:t>increase the importance of soch samajh kar Quran padhna and doing ibadat, so that we can experience the</w:t>
      </w:r>
    </w:p>
    <w:p>
      <w:pPr>
        <w:jc w:val="right"/>
      </w:pPr>
      <w:r>
        <w:t>انکریز دی امپورٹنس آف سوچ سمجھ کر قرآن پڑھنا اینڈ ڈوئنگ عبادت، سو دیٹ وی کین ایکسپیرینس دی</w:t>
      </w:r>
    </w:p>
    <w:p>
      <w:r>
        <w:rPr>
          <w:b/>
        </w:rPr>
        <w:t xml:space="preserve">[42:19] </w:t>
      </w:r>
      <w:r>
        <w:t>presence of god, which is equal to discovering the jannat in this world,</w:t>
      </w:r>
    </w:p>
    <w:p>
      <w:pPr>
        <w:jc w:val="right"/>
      </w:pPr>
      <w:r>
        <w:t>پریزنس آف گاڈ، وچ از ایکول ٹو ڈسکورنگ دا جنت ان دس ورلڈ،</w:t>
      </w:r>
    </w:p>
    <w:p>
      <w:r>
        <w:rPr>
          <w:b/>
        </w:rPr>
        <w:t xml:space="preserve">[42:24] </w:t>
      </w:r>
      <w:r>
        <w:t>as jannat is nothing but nearness to god." jazak allah. maulana, ab sawal lenge. yeh sawal naag pur se bheja hai muhammad irfan rasheedi sahib ne.</w:t>
      </w:r>
    </w:p>
    <w:p>
      <w:pPr>
        <w:jc w:val="right"/>
      </w:pPr>
      <w:r>
        <w:t>ایز جنت از نتھنگ بٹ نیئرنس ٹو گاڈ۔" جزاک اللہ۔ مولانا، اب سوال لیں گے۔ یہ سوال ناک پور سے بھیجا ہے محمد عرفان رشیدی صاحب نے۔</w:t>
      </w:r>
    </w:p>
    <w:p>
      <w:r>
        <w:rPr>
          <w:b/>
        </w:rPr>
        <w:t xml:space="preserve">[42:37] </w:t>
      </w:r>
      <w:r>
        <w:t>unhon ne likha hai ke maulana sahib, baz log nature ke zero defect management ko dekh kar allah par iman nahi late, balke zameen par insani fasad ko dekh kar allah ka inkar karte hain.</w:t>
      </w:r>
    </w:p>
    <w:p>
      <w:pPr>
        <w:jc w:val="right"/>
      </w:pPr>
      <w:r>
        <w:t>انہوں نے لکھا ہے کہ مولانا صاحب، بعض لوگ نیچر کے زیرو ڈیفیکٹ مینجمنٹ کو دیکھ کر اللہ پر ایمان نہیں لاتے، بلکہ زمین پر انسانی فساد کو دیکھ کر اللہ کا انکار کرتے ہیں۔</w:t>
      </w:r>
    </w:p>
    <w:p>
      <w:r>
        <w:rPr>
          <w:b/>
        </w:rPr>
        <w:t xml:space="preserve">[42:52] </w:t>
      </w:r>
      <w:r>
        <w:t>aisa kyun? main to samajhta hoon ke aisa nahi hai. ek galat baat mashhoor ho gayi hai. misaal ke taur par dekhiye, einstein ke bare mein</w:t>
      </w:r>
    </w:p>
    <w:p>
      <w:pPr>
        <w:jc w:val="right"/>
      </w:pPr>
      <w:r>
        <w:t>ایسا کیوں؟ میں تو سمجھتا ہوں کہ ایسا نہیں ہے۔ ایک غلط بات مشہور ہو گئی ہے۔ مثلاً دیکھیے، آئنسٹائن کے بارے میں</w:t>
      </w:r>
    </w:p>
    <w:p>
      <w:r>
        <w:rPr>
          <w:b/>
        </w:rPr>
        <w:t xml:space="preserve">[43:12] </w:t>
      </w:r>
      <w:r>
        <w:t>yeh kaha jata hai ke woh atheist tha, allah ka munkir. lekin khud uska german zaban mein jo chupa hua khat hai, us mein woh kehta hai ke main atheist nahi hoon, main agnostic hoon.</w:t>
      </w:r>
    </w:p>
    <w:p>
      <w:pPr>
        <w:jc w:val="right"/>
      </w:pPr>
      <w:r>
        <w:t>یہ کہا جاتا ہے کہ وہ اتھیسٹ تھا، اللہ کا منکر۔ لیکن خود اس کا جرمن زبان میں جو چھپا ہوا خط ہے، اس میں وہ کہتا ہے کہ میں اتھیسٹ نہیں ہوں، میں اگناسٹک ہوں۔</w:t>
      </w:r>
    </w:p>
    <w:p>
      <w:r>
        <w:rPr>
          <w:b/>
        </w:rPr>
        <w:t xml:space="preserve">[43:30] </w:t>
      </w:r>
      <w:r>
        <w:t>to agnostic to 50-50 ka muamla hai. yani jo aadmi aap ko kahe ke main agnostic hoon, to 50 percent woh god ko</w:t>
      </w:r>
    </w:p>
    <w:p>
      <w:pPr>
        <w:jc w:val="right"/>
      </w:pPr>
      <w:r>
        <w:t>تو اگناسٹک تو 50-50 کا معاملہ ہے۔ یعنی جو آدمی آپ کو کہے کہ میں اگناسٹک ہوں، تو 50 پرسنٹ وہ گاڈ کو</w:t>
      </w:r>
    </w:p>
    <w:p>
      <w:r>
        <w:rPr>
          <w:b/>
        </w:rPr>
        <w:t xml:space="preserve">[43:45] </w:t>
      </w:r>
      <w:r>
        <w:t>maan raha hai.</w:t>
      </w:r>
    </w:p>
    <w:p>
      <w:pPr>
        <w:jc w:val="right"/>
      </w:pPr>
      <w:r>
        <w:t>مان رہا ہے۔</w:t>
      </w:r>
    </w:p>
    <w:p>
      <w:r>
        <w:rPr>
          <w:b/>
        </w:rPr>
        <w:t xml:space="preserve">[43:49] </w:t>
      </w:r>
      <w:r>
        <w:t>kyun ke atheist ka matlab yeh hai ke main yaqeen ke sath nahi keh sakta. ho sakta hai ke khuda ho, ho sakta hai khuda na ho.</w:t>
      </w:r>
    </w:p>
    <w:p>
      <w:pPr>
        <w:jc w:val="right"/>
      </w:pPr>
      <w:r>
        <w:t>کیونکہ اتھیسٹ کا مطلب یہ ہے کہ میں یقین کے ساتھ نہیں کہہ سکتا۔ ہو سکتا ہے کہ خدا ہو، ہو سکتا ہے خدا نہ ہو۔</w:t>
      </w:r>
    </w:p>
    <w:p>
      <w:r>
        <w:rPr>
          <w:b/>
        </w:rPr>
        <w:t xml:space="preserve">[44:00] </w:t>
      </w:r>
      <w:r>
        <w:t>yeh to 50 percent mana hua hai. yeh yeh inkar khuda nahi hai, balke 50-50 ka muamla hai.</w:t>
      </w:r>
    </w:p>
    <w:p>
      <w:pPr>
        <w:jc w:val="right"/>
      </w:pPr>
      <w:r>
        <w:t>یہ تو 50 پرسنٹ مانا ہوا ہے۔ یہ یہ انکار خدا نہیں ہے، بلکہ 50-50 کا معاملہ ہے۔</w:t>
      </w:r>
    </w:p>
    <w:p>
      <w:r>
        <w:rPr>
          <w:b/>
        </w:rPr>
        <w:t xml:space="preserve">[44:11] </w:t>
      </w:r>
      <w:r>
        <w:t>to yeh baat main samajhta hoon ke sahi nahi hai, bas mashhoor ho gayi hai.</w:t>
      </w:r>
    </w:p>
    <w:p>
      <w:pPr>
        <w:jc w:val="right"/>
      </w:pPr>
      <w:r>
        <w:t>تو یہ بات میں سمجھتا ہوں کہ صحیح نہیں ہے، بس مشہور ہو گئی ہے۔</w:t>
      </w:r>
    </w:p>
    <w:p>
      <w:r>
        <w:rPr>
          <w:b/>
        </w:rPr>
        <w:t xml:space="preserve">[44:21] </w:t>
      </w:r>
      <w:r>
        <w:t>ji, maulana, agla sawal lete hain. yeh sawal bheja hai pakistan se miss khadija ne.</w:t>
      </w:r>
    </w:p>
    <w:p>
      <w:pPr>
        <w:jc w:val="right"/>
      </w:pPr>
      <w:r>
        <w:t>جی، مولانا، اگلا سوال لیتے ہیں۔ یہ سوال بھیجا ہے پاکستان سے مس خدیجہ نے۔</w:t>
      </w:r>
    </w:p>
    <w:p>
      <w:r>
        <w:rPr>
          <w:b/>
        </w:rPr>
        <w:t xml:space="preserve">[44:30] </w:t>
      </w:r>
      <w:r>
        <w:t>unhon ne likha hai: "mera maulana se ek sawal hai jis par mujhe un ki guidance chahiye. mera sawal yeh hai ke aurat chahe jitna bhi samajhdar aur aqalmand ho, woh apne faislon ke liye apni family ke mard hazrat yani mehram par dependent hoti hai.</w:t>
      </w:r>
    </w:p>
    <w:p>
      <w:pPr>
        <w:jc w:val="right"/>
      </w:pPr>
      <w:r>
        <w:t>انہوں نے لکھا ہے: "میرا مولانا سے ایک سوال ہے جس پر مجھے ان کی گائیڈنس چاہیے۔ میرا سوال یہ ہے کہ عورت چاہے جتنا بھی سمجھدار اور عقلمند ہو، وہ اپنے فیصلوں کے لیے اپنی فیملی کے مرد حضرات یعنی محرم پر ڈیپینڈنٹ ہوتی ہے۔</w:t>
      </w:r>
    </w:p>
    <w:p>
      <w:r>
        <w:rPr>
          <w:b/>
        </w:rPr>
        <w:t xml:space="preserve">[44:51] </w:t>
      </w:r>
      <w:r>
        <w:t>hamare asian culture hai ke aadmi khud ko aurat se superior samajhta hai aur aurat ko ghar mein rakhna aur ghar ke kamon tak hi mehdood kar deta hai.</w:t>
      </w:r>
    </w:p>
    <w:p>
      <w:pPr>
        <w:jc w:val="right"/>
      </w:pPr>
      <w:r>
        <w:t>ہمارے ایشین کلچر ہے کہ آدمی خود کو عورت سے سپیریئر سمجھتا ہے اور عورت کو گھر میں رکھنا اور گھر کے کاموں تک ہی محدود کر دیتا ہے۔</w:t>
      </w:r>
    </w:p>
    <w:p>
      <w:r>
        <w:rPr>
          <w:b/>
        </w:rPr>
        <w:t xml:space="preserve">[45:03] </w:t>
      </w:r>
      <w:r>
        <w:t>aur aisi auratein hi achi aurat samjhi jati hain. as an individual, aurat mein jo talent ya qualities hoti hain, us ko barhane ki ijazat nahi di jati, jis ki wajah se aurat zehni taur par oppressed feel karti hai aur apni intellectual needs ko marne pe majboor ho jati hai,</w:t>
      </w:r>
    </w:p>
    <w:p>
      <w:pPr>
        <w:jc w:val="right"/>
      </w:pPr>
      <w:r>
        <w:t>اور ایسی عورتیں ہی اچھی عورت سمجھی جاتی ہیں۔ ایز این انڈیویجول، عورت میں جو ٹیلنٹ یا کوالٹیز ہوتی ہیں، اس کو بڑھانے کی اجازت نہیں دی جاتی، جس کی وجہ سے عورت ذہنی طور پر اپریسڈ فیل کرتی ہے اور اپنی انٹلیکچول نیڈز کو مارنے پہ مجبور ہو جاتی ہے،</w:t>
      </w:r>
    </w:p>
    <w:p>
      <w:r>
        <w:rPr>
          <w:b/>
        </w:rPr>
        <w:t xml:space="preserve">[45:26] </w:t>
      </w:r>
      <w:r>
        <w:t>jis ki wajah se woh ek fragile personality banti hai aur mental illness tak pahunch jati hai. aisi auraton ko kaise sambhalna chahiye jin ke husband, walid ya bhai kisi bhi tarah apni soch ko badalne ko tayyar nahi hain aur na hi koi ganjaiish rakhte hain, kyun ke woh aisi hadith ka hawala dete hain ke aurat naqis ul aql hai.</w:t>
      </w:r>
    </w:p>
    <w:p>
      <w:pPr>
        <w:jc w:val="right"/>
      </w:pPr>
      <w:r>
        <w:t>جس کی وجہ سے وہ ایک فریجائل پرسنیلٹی بنتی ہے اور مینٹل النس تک پہنچ جاتی ہے۔ ایسی عورتوں کو کیسے سنبھالنا چاہیے جن کے ہسبینڈ، والد یا بھائی کسی بھی طرح اپنی سوچ کو بدلنے کو تیار نہیں ہیں اور نہ ہی کوئی گنجائش رکھتے ہیں، کیونکہ وہ ایسی حدیث کا حوالہ دیتے ہیں کہ عورت ناقص العقل ہے۔</w:t>
      </w:r>
    </w:p>
    <w:p>
      <w:r>
        <w:rPr>
          <w:b/>
        </w:rPr>
        <w:t xml:space="preserve">[45:52] </w:t>
      </w:r>
      <w:r>
        <w:t>aurat ke mashware pe chala jaye to ghar ki barbadi hoti hai, etcetera. maulana, main aap ki desperate guidance chahti hoon ke auratein kaise aisi situation ko deal kar sakte hain.</w:t>
      </w:r>
    </w:p>
    <w:p>
      <w:pPr>
        <w:jc w:val="right"/>
      </w:pPr>
      <w:r>
        <w:t>عورت کے مشورے پہ چلا جائے تو گھر کی بربادی ہوتی ہے، ایٹسٹرا۔ مولانا، میں آپ کی ڈیسپریٹ گائیڈنس چاہتی ہوں کہ عورتیں کیسے ایسی سچویشن کو ڈیل کر سکتے ہیں۔</w:t>
      </w:r>
    </w:p>
    <w:p>
      <w:r>
        <w:rPr>
          <w:b/>
        </w:rPr>
        <w:t xml:space="preserve">[46:06] </w:t>
      </w:r>
      <w:r>
        <w:t>dekhiye, ek hai rawaji mazhab, rawaji, aur ek hai</w:t>
      </w:r>
    </w:p>
    <w:p>
      <w:pPr>
        <w:jc w:val="right"/>
      </w:pPr>
      <w:r>
        <w:t>دیکھیے، ایک ہے رواجی مذہب، رواجی، اور ایک ہے</w:t>
      </w:r>
    </w:p>
    <w:p>
      <w:r>
        <w:rPr>
          <w:b/>
        </w:rPr>
        <w:t xml:space="preserve">[46:16] </w:t>
      </w:r>
      <w:r>
        <w:t>quran o hadith ka mazhab, sacha mazhab.</w:t>
      </w:r>
    </w:p>
    <w:p>
      <w:pPr>
        <w:jc w:val="right"/>
      </w:pPr>
      <w:r>
        <w:t>قرآن و حدیث کا مذہب، سچا مذہب۔</w:t>
      </w:r>
    </w:p>
    <w:p>
      <w:r>
        <w:rPr>
          <w:b/>
        </w:rPr>
        <w:t xml:space="preserve">[46:22] </w:t>
      </w:r>
      <w:r>
        <w:t>to mera jo mutala hai, meri jo study hai, to main to samajhta hoon ke mashhoor jo maqola hai: "they da woman at the beginning of all great things" yeh maqola sab se apply hota hai islam ki history par.</w:t>
      </w:r>
    </w:p>
    <w:p>
      <w:pPr>
        <w:jc w:val="right"/>
      </w:pPr>
      <w:r>
        <w:t>تو میرا جو مطالعہ ہے، میری جو سٹڈی ہے، تو میں تو سمجھتا ہوں کہ مشہور جو مقولہ ہے: "دے دا وومن ایٹ دا بگننگ آف آل گریٹ تھنگز" یہ مقولہ سب سے اپلائی ہوتا ہے اسلام کی ہسٹری پر۔</w:t>
      </w:r>
    </w:p>
    <w:p>
      <w:r>
        <w:rPr>
          <w:b/>
        </w:rPr>
        <w:t xml:space="preserve">[46:44] </w:t>
      </w:r>
      <w:r>
        <w:t>islam ki history rasool allah se begin nahi hoti, woh to bohat pehle se shuru hoti hai, hazrat ibrahim se shuru hoti hai. to dekhiye, jo literature hai islam ka,</w:t>
      </w:r>
    </w:p>
    <w:p>
      <w:pPr>
        <w:jc w:val="right"/>
      </w:pPr>
      <w:r>
        <w:t>اسلام کی ہسٹری رسول اللہ سے بگن نہیں ہوتی، وہ تو بہت پہلے سے شروع ہوتی ہے، حضرت ابراہیم سے شروع ہوتی ہے۔ تو دیکھیے، جو لٹریچر ہے اسلام کا،</w:t>
      </w:r>
    </w:p>
    <w:p>
      <w:r>
        <w:rPr>
          <w:b/>
        </w:rPr>
        <w:t xml:space="preserve">[46:59] </w:t>
      </w:r>
      <w:r>
        <w:t>us se sabit hota hai ke kuch khawateen aisi hain jo mardon se bhi bara darja un ka hai. misaal ke taur par dekhiye,</w:t>
      </w:r>
    </w:p>
    <w:p>
      <w:pPr>
        <w:jc w:val="right"/>
      </w:pPr>
      <w:r>
        <w:t>اس سے ثابت ہوتا ہے کہ کچھ خواتین ایسی ہیں جو مردوں سے بھی بڑا درجہ ان کا ہے۔ مثلاً دیکھیے،</w:t>
      </w:r>
    </w:p>
    <w:p>
      <w:r>
        <w:rPr>
          <w:b/>
        </w:rPr>
        <w:t xml:space="preserve">[47:12] </w:t>
      </w:r>
      <w:r>
        <w:t>woh hazrat haajra. hazrat haajra to ka darja itna bara hai ke haajra na hoti to islami na hota.</w:t>
      </w:r>
    </w:p>
    <w:p>
      <w:pPr>
        <w:jc w:val="right"/>
      </w:pPr>
      <w:r>
        <w:t>وہ حضرت ہاجرہ۔ حضرت ہاجرہ تو کا درجہ اتنا بڑا ہے کہ ہاجرہ نہ ہوتی تو اسلامی نہ ہوتا۔</w:t>
      </w:r>
    </w:p>
    <w:p>
      <w:r>
        <w:rPr>
          <w:b/>
        </w:rPr>
        <w:t xml:space="preserve">[47:27] </w:t>
      </w:r>
      <w:r>
        <w:t>phir hazrat aasiya, jo agarche firoun ki</w:t>
      </w:r>
    </w:p>
    <w:p>
      <w:pPr>
        <w:jc w:val="right"/>
      </w:pPr>
      <w:r>
        <w:t>پھر حضرت اسیہ، جو اگرچہ فرعون کی</w:t>
      </w:r>
    </w:p>
    <w:p>
      <w:r>
        <w:rPr>
          <w:b/>
        </w:rPr>
        <w:t xml:space="preserve">[47:38] </w:t>
      </w:r>
      <w:r>
        <w:t>zawja theen, lekin un ka darja itna bara hai ke ke kisi mard ka bhi itna bara darja nahin. phir hazrat khadija, hazrat aisha.</w:t>
      </w:r>
    </w:p>
    <w:p>
      <w:pPr>
        <w:jc w:val="right"/>
      </w:pPr>
      <w:r>
        <w:t>زوجہ تھیں، لیکن ان کا درجہ اتنا بڑا ہے کہ کہ کسی مرد کا بھی اتنا بڑا درجہ نہیں۔ پھر حضرت خدیجہ، حضرت عائشہ۔</w:t>
      </w:r>
    </w:p>
    <w:p>
      <w:r>
        <w:rPr>
          <w:b/>
        </w:rPr>
        <w:t xml:space="preserve">[47:51] </w:t>
      </w:r>
      <w:r>
        <w:t>aisha ke baray mein aap jantay hain ke yeh kaha jata hai ke "afqah al-sahaba" ke tamam sahaba mein sab se ziyada yaani deen ko jananay wali hai.</w:t>
      </w:r>
    </w:p>
    <w:p>
      <w:pPr>
        <w:jc w:val="right"/>
      </w:pPr>
      <w:r>
        <w:t>عائشہ کے بارے میں آپ جانتے ہیں کہ یہ کہا جاتا ہے کہ "افقہ الصحابہ" کہ تمام صحابہ میں سب سے زیادہ یعنی دین کو جاننے والی ہے۔</w:t>
      </w:r>
    </w:p>
    <w:p>
      <w:r>
        <w:rPr>
          <w:b/>
        </w:rPr>
        <w:t xml:space="preserve">[48:05] </w:t>
      </w:r>
      <w:r>
        <w:t>to dekhiye, aap riwaj ko le kar mat qaim kijiye ke mazhab kya hai. jo true, jo scripture hai, jo history hai, us se kya nikalta hai?</w:t>
      </w:r>
    </w:p>
    <w:p>
      <w:pPr>
        <w:jc w:val="right"/>
      </w:pPr>
      <w:r>
        <w:t>تو دیکھیے، آپ رواج کو لے کر مت قائم کیجئے کہ مذہب کیا ہے۔ جو ٹرو، جو سکرپچر ہے، جو ہسٹری ہے، اس سے کیا نکلتا ہے؟</w:t>
      </w:r>
    </w:p>
    <w:p>
      <w:r>
        <w:rPr>
          <w:b/>
        </w:rPr>
        <w:t xml:space="preserve">[48:16] </w:t>
      </w:r>
      <w:r>
        <w:t>riwaj to hamesha ghalat rahega, hamesha rahega. aisa nahin ke kabhi riwaj ko aap khatam kar dein.</w:t>
      </w:r>
    </w:p>
    <w:p>
      <w:pPr>
        <w:jc w:val="right"/>
      </w:pPr>
      <w:r>
        <w:t>رواج تو ہمیشہ غلط رہے گا، ہمیشہ رہے گا۔ ایسا نہیں کہ کبھی رواج کو آپ ختم کر دیں۔</w:t>
      </w:r>
    </w:p>
    <w:p>
      <w:r>
        <w:rPr>
          <w:b/>
        </w:rPr>
        <w:t xml:space="preserve">[48:29] </w:t>
      </w:r>
      <w:r>
        <w:t>to aap ko chahiye ke "don't see the riwaj" but "you have to see the scripture" the true history of Islam.</w:t>
      </w:r>
    </w:p>
    <w:p>
      <w:pPr>
        <w:jc w:val="right"/>
      </w:pPr>
      <w:r>
        <w:t>تو آپ کو چاہیے کہ "ڈونٹ سی دا رواج" بٹ "یو ہیو ٹو سی دی سکرپچر" دا ٹرو ہسٹری آف اسلام۔</w:t>
      </w:r>
    </w:p>
    <w:p>
      <w:r>
        <w:rPr>
          <w:b/>
        </w:rPr>
        <w:t xml:space="preserve">[48:48] </w:t>
      </w:r>
      <w:r>
        <w:t>doctor junaid shaikh ne molana mumbai se comment aur sawal bheja hai. unhon ne likha hai ke "today i learn the formula of tadabbur" it means right comparison and using common sense.</w:t>
      </w:r>
    </w:p>
    <w:p>
      <w:pPr>
        <w:jc w:val="right"/>
      </w:pPr>
      <w:r>
        <w:t>ڈاکٹر جنید شیخ نے مولانا ممبئی سے کمنٹ اور سوال بھیجا ہے۔ انہوں نے لکھا ہے کہ "ٹوڈے آئی لرن دا فارمولا آف تدبر" اٹ مینز رائٹ کمپیریزن اینڈ یوزنگ کامن سینس۔</w:t>
      </w:r>
    </w:p>
    <w:p>
      <w:r>
        <w:rPr>
          <w:b/>
        </w:rPr>
        <w:t xml:space="preserve">[49:03] </w:t>
      </w:r>
      <w:r>
        <w:t>molana sahib, please let me know if my understanding is right. haan, bilkul sahi hai, is mein koi shaq nahin, bilkul sahi hai aap ki soch.</w:t>
      </w:r>
    </w:p>
    <w:p>
      <w:pPr>
        <w:jc w:val="right"/>
      </w:pPr>
      <w:r>
        <w:t>مولانا صاحب، پلیز لیٹ می نو اف مائی انڈرسٹینڈنگ از رائٹ۔ ہاں، بالکل صحیح ہے، اس میں کوئی شک نہیں، بالکل صحیح ہے آپ کی سوچ۔</w:t>
      </w:r>
    </w:p>
    <w:p>
      <w:r>
        <w:rPr>
          <w:b/>
        </w:rPr>
        <w:t xml:space="preserve">[49:14] </w:t>
      </w:r>
      <w:r>
        <w:t>molana, isi se milta julta agla sawal bheja hai miss shabana ansari ne pakistan se. unhon ne likha hai ke "what a thrilling point" feeling presence of god itself is experiencing the paradise here.</w:t>
      </w:r>
    </w:p>
    <w:p>
      <w:pPr>
        <w:jc w:val="right"/>
      </w:pPr>
      <w:r>
        <w:t>مولانا، اسی سے ملتا جلتا اگلا سوال بھیجا ہے مس شبانہ انصاری نے پاکستان سے۔ انہوں نے لکھا ہے کہ "واٹ ا تھرلنگ پوائنٹ" فیلنگ پریزنس آف گاڈ اٹ سیلف از ایکسپیرینسنگ دی پیراڈائز ہیر۔</w:t>
      </w:r>
    </w:p>
    <w:p>
      <w:r>
        <w:rPr>
          <w:b/>
        </w:rPr>
        <w:t xml:space="preserve">[49:31] </w:t>
      </w:r>
      <w:r>
        <w:t>molana, my question is ke "can we say that insaan ki fitrat aur common sense aik hi cheez hai?" is ko wazeh karein.</w:t>
      </w:r>
    </w:p>
    <w:p>
      <w:pPr>
        <w:jc w:val="right"/>
      </w:pPr>
      <w:r>
        <w:t>مولانا، مائی کوئسچن از کہ "کین وی سے دیٹ انسان کی فطرت اور کامن سینس ایک ہی چیز ہے؟" اس کو واضح کریں۔</w:t>
      </w:r>
    </w:p>
    <w:p>
      <w:r>
        <w:rPr>
          <w:b/>
        </w:rPr>
        <w:t xml:space="preserve">[49:40] </w:t>
      </w:r>
      <w:r>
        <w:t>koi shaq nahin, is mein koi shaq nahin. jo true nature hai, wahi to fitrat hai, kyun ke nature allah ki creation hai.</w:t>
      </w:r>
    </w:p>
    <w:p>
      <w:pPr>
        <w:jc w:val="right"/>
      </w:pPr>
      <w:r>
        <w:t>کوئی شک نہیں، اس میں کوئی شک نہیں۔ جو ٹرو نیچر ہے، وہی تو فطرت ہے، کیونکہ نیچر اللہ کی کریشن ہے۔</w:t>
      </w:r>
    </w:p>
    <w:p>
      <w:r>
        <w:rPr>
          <w:b/>
        </w:rPr>
        <w:t xml:space="preserve">[49:53] </w:t>
      </w:r>
      <w:r>
        <w:t>nature allah ki creation hai, to wahi to sab kuch hai. agar aap apne nature ko, apni fitrat ko yaani be ahmiyat rakhein,</w:t>
      </w:r>
    </w:p>
    <w:p>
      <w:pPr>
        <w:jc w:val="right"/>
      </w:pPr>
      <w:r>
        <w:t>نیچر اللہ کی کریشن ہے، تو وہی تو سب کچھ ہے۔ اگر آپ اپنے نیچر کو، اپنی فطرت کو یعنی بے اہمیت رکھیں،</w:t>
      </w:r>
    </w:p>
    <w:p>
      <w:r>
        <w:rPr>
          <w:b/>
        </w:rPr>
        <w:t xml:space="preserve">[50:09] </w:t>
      </w:r>
      <w:r>
        <w:t>us ko</w:t>
      </w:r>
    </w:p>
    <w:p>
      <w:pPr>
        <w:jc w:val="right"/>
      </w:pPr>
      <w:r>
        <w:t>اس کو</w:t>
      </w:r>
    </w:p>
    <w:p>
      <w:r>
        <w:rPr>
          <w:b/>
        </w:rPr>
        <w:t xml:space="preserve">[50:14] </w:t>
      </w:r>
      <w:r>
        <w:t>amri se bachayein, to yahi to islam hai, wahi to sab kuch hai. ji, molana, agla comment bheja hai umar abad se umm ashad sahib ne.</w:t>
      </w:r>
    </w:p>
    <w:p>
      <w:pPr>
        <w:jc w:val="right"/>
      </w:pPr>
      <w:r>
        <w:t>امری سے بچائیں، تو یہی تو اسلام ہے، وہی تو سب کچھ ہے۔ جی، مولانا، اگلا کمنٹ بھیجا ہے عمر آباد سے ام اشاد صاحب نے۔</w:t>
      </w:r>
    </w:p>
    <w:p>
      <w:r>
        <w:rPr>
          <w:b/>
        </w:rPr>
        <w:t xml:space="preserve">[50:27] </w:t>
      </w:r>
      <w:r>
        <w:t>unhon ne likha hai ke "ehsas ke sath jeenay ka saleeqa siwaye molana ke aur kisi aalim ne nahin diya aur na hi de sakta hai." jazak allah molana sahib.</w:t>
      </w:r>
    </w:p>
    <w:p>
      <w:pPr>
        <w:jc w:val="right"/>
      </w:pPr>
      <w:r>
        <w:t>انہوں نے لکھا ہے کہ "احساس کے ساتھ جینے کا سلیقہ سوائے مولانا کے اور کسی عالم نے نہیں دیا اور نہ ہی دے سکتا ہے۔" جزاک اللہ مولانا صاحب۔</w:t>
      </w:r>
    </w:p>
    <w:p>
      <w:r>
        <w:rPr>
          <w:b/>
        </w:rPr>
        <w:t xml:space="preserve">[50:41] </w:t>
      </w:r>
      <w:r>
        <w:t>nahin de sakta zaroor, yeh to yaani ke nahin de sakta, kyun ke main bhi insaan hoon, woh bhi insaan hai. molana, doctor naghma siddiqui ne dilli se likha hai: "thank you molana for showing us the real role of women in Islam.</w:t>
      </w:r>
    </w:p>
    <w:p>
      <w:pPr>
        <w:jc w:val="right"/>
      </w:pPr>
      <w:r>
        <w:t>نہیں دے سکتا ضرور، یہ تو یعنی کہ نہیں دے سکتا، کیونکہ میں بھی انسان ہوں، وہ بھی انسان ہے۔ مولانا، ڈاکٹر نغمہ صدیقی نے دلی سے لکھا ہے: "تھینک یو مولانا فار شوئنگ اس دا ریئل رول آف وومن ان اسلام۔</w:t>
      </w:r>
    </w:p>
    <w:p>
      <w:r>
        <w:rPr>
          <w:b/>
        </w:rPr>
        <w:t xml:space="preserve">[50:58] </w:t>
      </w:r>
      <w:r>
        <w:t>only you have given muslim women a role in Islamic work." dekhiye, main waqea yeh hai ke main khawateen ka role islam mein, islam se murad jo muhammad salallaho alaihi wasallam hota hai nahin, balkeh jo bohat pehle se hota hai,</w:t>
      </w:r>
    </w:p>
    <w:p>
      <w:pPr>
        <w:jc w:val="right"/>
      </w:pPr>
      <w:r>
        <w:t>اونلی یو ہیو گیون مسلم وومن ا رول ان اسلامک ورک۔" دیکھیے، میں واقعہ یہ ہے کہ میں خواتین کا رول اسلام میں، اسلام سے مراد جو محمد صلی اللہ علیہ وسلم ہوتا ہے نہیں، بلکہ جو بہت پہلے سے ہوتا ہے،</w:t>
      </w:r>
    </w:p>
    <w:p>
      <w:r>
        <w:rPr>
          <w:b/>
        </w:rPr>
        <w:t xml:space="preserve">[51:18] </w:t>
      </w:r>
      <w:r>
        <w:t>is mein un ka role number one samajhta hoon. dekhiye, main aik baat arz karta hoon, aap usay sochiye ke allah taala ne bohat paighambar bheje, jise quran mein kehte hain "tara".</w:t>
      </w:r>
    </w:p>
    <w:p>
      <w:pPr>
        <w:jc w:val="right"/>
      </w:pPr>
      <w:r>
        <w:t>اس میں ان کا رول نمبر ون سمجھتا ہوں۔ دیکھیے، میں ایک بات عرض کرتا ہوں، آپ اسے سوچیے کہ اللہ تعالی نے بہت پیغمبر بھیجے، جسے قرآن میں کہتے ہیں "تترا"۔</w:t>
      </w:r>
    </w:p>
    <w:p>
      <w:r>
        <w:rPr>
          <w:b/>
        </w:rPr>
        <w:t xml:space="preserve">[51:34] </w:t>
      </w:r>
      <w:r>
        <w:t>tara lagataar bheje, lagataar bheje, lekin jo allah chahte the, jo inqilab mabni bar tauheed inqilab, yeh tha allah ka nishana,</w:t>
      </w:r>
    </w:p>
    <w:p>
      <w:pPr>
        <w:jc w:val="right"/>
      </w:pPr>
      <w:r>
        <w:t>تترا لگاتار بھیجے، لگاتار بھیجے، لیکن جو اللہ چاہتے تھے، جو انقلاب مبنی بر توحید انقلاب، یہ تھا اللہ کا نشانہ،</w:t>
      </w:r>
    </w:p>
    <w:p>
      <w:r>
        <w:rPr>
          <w:b/>
        </w:rPr>
        <w:t xml:space="preserve">[51:51] </w:t>
      </w:r>
      <w:r>
        <w:t>woh nahin hota tha.</w:t>
      </w:r>
    </w:p>
    <w:p>
      <w:pPr>
        <w:jc w:val="right"/>
      </w:pPr>
      <w:r>
        <w:t>وہ نہیں ہوتا تھا۔</w:t>
      </w:r>
    </w:p>
    <w:p>
      <w:r>
        <w:rPr>
          <w:b/>
        </w:rPr>
        <w:t xml:space="preserve">[51:55] </w:t>
      </w:r>
      <w:r>
        <w:t>phir allah ne kya kiya? aik khatoon ko istemal kiya, hajra ko.</w:t>
      </w:r>
    </w:p>
    <w:p>
      <w:pPr>
        <w:jc w:val="right"/>
      </w:pPr>
      <w:r>
        <w:t>پھر اللہ نے کیا کیا؟ ایک خاتون کو استعمال کیا، ہاجرہ کو۔</w:t>
      </w:r>
    </w:p>
    <w:p>
      <w:r>
        <w:rPr>
          <w:b/>
        </w:rPr>
        <w:t xml:space="preserve">[52:04] </w:t>
      </w:r>
      <w:r>
        <w:t>hajra ko un ke chote bete ismail, chote se thay, us ko le kar kaha ke tum desert mein bas jao aur aik aik aik aik sahrai qaum banao</w:t>
      </w:r>
    </w:p>
    <w:p>
      <w:pPr>
        <w:jc w:val="right"/>
      </w:pPr>
      <w:r>
        <w:t>ہاجرہ کو ان کے چھوٹے بیٹے اسماعیل، چھوٹے سے تھے، اس کو لے کر کہا کہ تم ڈزرٹ میں بس جاؤ اور ایک ایک ایک ایک صحرائی قوم بناؤ</w:t>
      </w:r>
    </w:p>
    <w:p>
      <w:r>
        <w:rPr>
          <w:b/>
        </w:rPr>
        <w:t xml:space="preserve">[52:21] </w:t>
      </w:r>
      <w:r>
        <w:t>jo condition se pak ho.</w:t>
      </w:r>
    </w:p>
    <w:p>
      <w:pPr>
        <w:jc w:val="right"/>
      </w:pPr>
      <w:r>
        <w:t>جو کنڈیشن سے پاک ہو۔</w:t>
      </w:r>
    </w:p>
    <w:p>
      <w:r>
        <w:rPr>
          <w:b/>
        </w:rPr>
        <w:t xml:space="preserve">[52:26] </w:t>
      </w:r>
      <w:r>
        <w:t>is khatoon ko le aaye, ko chhor diya hazrat ibrahim ne sehra mein aur chalay gaye. is khatoon ne poocha, yaani hazrat hajra ne ke hum ko is haale ke chhok jatay hain, pani bhi nahin, yahan kuch bhi nahin,</w:t>
      </w:r>
    </w:p>
    <w:p>
      <w:pPr>
        <w:jc w:val="right"/>
      </w:pPr>
      <w:r>
        <w:t>اس خاتون کو لے آئے، کو چھوڑ دیا حضرت ابراہیم نے صحرا میں اور چلے گئے۔ اس خاتون نے پوچھا، یعنی حضرت ہاجرہ نے کہ ہم کو اس حالے کے چھوک جاتے ہیں، پانی بھی نہیں، یہاں کچھ بھی نہیں،</w:t>
      </w:r>
    </w:p>
    <w:p>
      <w:r>
        <w:rPr>
          <w:b/>
        </w:rPr>
        <w:t xml:space="preserve">[52:45] </w:t>
      </w:r>
      <w:r>
        <w:t>to kya allah ne aap ko is ka hukum diya hai?</w:t>
      </w:r>
    </w:p>
    <w:p>
      <w:pPr>
        <w:jc w:val="right"/>
      </w:pPr>
      <w:r>
        <w:t>تو کیا اللہ نے آپ کو اس کا حکم دیا ہے؟</w:t>
      </w:r>
    </w:p>
    <w:p>
      <w:r>
        <w:rPr>
          <w:b/>
        </w:rPr>
        <w:t xml:space="preserve">[52:55] </w:t>
      </w:r>
      <w:r>
        <w:t>to ibrahim kehte hain haan. to phir woh khatoon kya kehti hai? "idhn la azawna" phir Allah hum ko</w:t>
      </w:r>
    </w:p>
    <w:p>
      <w:pPr>
        <w:jc w:val="right"/>
      </w:pPr>
      <w:r>
        <w:t>تو ابراہیم کہتے ہیں ہاں۔ تو پھر وہ خاتون کیا کہتی ہے؟ "اذن لا ازونا" پھر اللہ ہم کو</w:t>
      </w:r>
    </w:p>
    <w:p>
      <w:r>
        <w:rPr>
          <w:b/>
        </w:rPr>
        <w:t xml:space="preserve">[53:11] </w:t>
      </w:r>
      <w:r>
        <w:t>zaya nahi karega. yeh laغو sahra hai, wahan pani bhi nahi hai, koi sabza bhi nahi hai, khane peene ki cheez bhi nahi hai, koi sar, koi sar par koi saya bhi nahi hai.</w:t>
      </w:r>
    </w:p>
    <w:p>
      <w:pPr>
        <w:jc w:val="right"/>
      </w:pPr>
      <w:r>
        <w:t>ضائع نہیں کرے گا۔ یہ لغو صحرا ہے، وہاں پانی بھی نہیں ہے، کوئی سبزہ بھی نہیں ہے، کھانے پینے کی چیز بھی نہیں ہے، کوئی سر، کوئی سر پر کوئی سایہ بھی نہیں ہے۔</w:t>
      </w:r>
    </w:p>
    <w:p>
      <w:r>
        <w:rPr>
          <w:b/>
        </w:rPr>
        <w:t xml:space="preserve">[53:24] </w:t>
      </w:r>
      <w:r>
        <w:t>woh khatoon ne aise kaha, kahan se kaha? main apne bare mein apna kar ke sochta hoon ke agar main hota to meri zuban se aisa jumla na nikalta ke Khuda phir humein zaya nahi karega.</w:t>
      </w:r>
    </w:p>
    <w:p>
      <w:pPr>
        <w:jc w:val="right"/>
      </w:pPr>
      <w:r>
        <w:t>وہ خاتون نے ایسے کہا، کہاں سے کہا؟ میں اپنے بارے میں اپنا کر کے سوچتا ہوں کہ اگر میں ہوتا تو میری زبان سے ایسا جملہ نہ نکلتا کہ خدا پھر ہمیں ضائع نہیں کرے گا۔</w:t>
      </w:r>
    </w:p>
    <w:p>
      <w:r>
        <w:rPr>
          <w:b/>
        </w:rPr>
        <w:t xml:space="preserve">[53:39] </w:t>
      </w:r>
      <w:r>
        <w:t>aur isi khatoon ki qurbani ki wajah se phir Rasool Allah paida hue, Sahaba paida hue, woh struggle wajood mein aayi jo Arab mein ki gayi,</w:t>
      </w:r>
    </w:p>
    <w:p>
      <w:pPr>
        <w:jc w:val="right"/>
      </w:pPr>
      <w:r>
        <w:t>اور اسی خاتون کی قربانی کی وجہ سے پھر رسول اللہ پیدا ہوئے، صحابہ پیدا ہوئے، وہ اسٹرگل وجود میں آئی جو عرب میں کی گئی،</w:t>
      </w:r>
    </w:p>
    <w:p>
      <w:r>
        <w:rPr>
          <w:b/>
        </w:rPr>
        <w:t xml:space="preserve">[53:54] </w:t>
      </w:r>
      <w:r>
        <w:t>jis se sans sajjitain khatam huin, tribal age khatam hua, shirk ka daur khatam hua. is ki is ki jar mein yeh khatoon hai, is ko ghor kijiye aap.</w:t>
      </w:r>
    </w:p>
    <w:p>
      <w:pPr>
        <w:jc w:val="right"/>
      </w:pPr>
      <w:r>
        <w:t>جس سے سانس ساجتیں ختم ہوئیں، ٹرائبل ایج ختم ہوا، شرک کا دور ختم ہوا۔ اس کی اس کی جڑ میں یہ خاتون ہے، اس کو غور کیجئے آپ۔</w:t>
      </w:r>
    </w:p>
    <w:p>
      <w:r>
        <w:rPr>
          <w:b/>
        </w:rPr>
        <w:t xml:space="preserve">[54:13] </w:t>
      </w:r>
      <w:r>
        <w:t>yeh jo hua ke tamam anbiya mard thay, mard jitne bhi nabi aaye, sab mard thay.</w:t>
      </w:r>
    </w:p>
    <w:p>
      <w:pPr>
        <w:jc w:val="right"/>
      </w:pPr>
      <w:r>
        <w:t>یہ جو ہوا کہ تمام انبیاء مرد تھے، مرد جتنے بھی نبی آئے، سب مرد تھے۔</w:t>
      </w:r>
    </w:p>
    <w:p>
      <w:r>
        <w:rPr>
          <w:b/>
        </w:rPr>
        <w:t xml:space="preserve">[54:24] </w:t>
      </w:r>
      <w:r>
        <w:t>un mardon ne hazaron saal tak goosh karte rahe ke shirk khatam ho, na dohrae, lekin nahi hua.</w:t>
      </w:r>
    </w:p>
    <w:p>
      <w:pPr>
        <w:jc w:val="right"/>
      </w:pPr>
      <w:r>
        <w:t>ان مردوں نے ہزاروں سال تک گوش کرتے رہے کہ شرک ختم ہو، نہ دہرائے، لیکن نہیں ہوا۔</w:t>
      </w:r>
    </w:p>
    <w:p>
      <w:r>
        <w:rPr>
          <w:b/>
        </w:rPr>
        <w:t xml:space="preserve">[54:36] </w:t>
      </w:r>
      <w:r>
        <w:t>Quran mein hai ke "ya hasrat alal badiya" mayati rasool Allah kano bhi yastadun ke nabiyon ka mazak uraya.</w:t>
      </w:r>
    </w:p>
    <w:p>
      <w:pPr>
        <w:jc w:val="right"/>
      </w:pPr>
      <w:r>
        <w:t>قرآن میں ہے کہ "یا حسرت علی الباد" مایاتی رسول اللہ کانو بھی یستادون کہ نبیوں کا مذاق اڑایا۔</w:t>
      </w:r>
    </w:p>
    <w:p>
      <w:r>
        <w:rPr>
          <w:b/>
        </w:rPr>
        <w:t xml:space="preserve">[54:50] </w:t>
      </w:r>
      <w:r>
        <w:t>yeh sab mard mard hi to thay. phir woh daur aaya, naya daur, jab shirk khatam hua, tauheed qaim hui, shah sirajiyatein khatam huin.</w:t>
      </w:r>
    </w:p>
    <w:p>
      <w:pPr>
        <w:jc w:val="right"/>
      </w:pPr>
      <w:r>
        <w:t>یہ سب مرد مرد ہی تو تھے۔ پھر وہ دور آیا، نیا دور، جب شرک ختم ہوا، توحید قائم ہوئی، شاہ سراجیتیں ختم ہوئیں۔</w:t>
      </w:r>
    </w:p>
    <w:p>
      <w:r>
        <w:rPr>
          <w:b/>
        </w:rPr>
        <w:t xml:space="preserve">[55:03] </w:t>
      </w:r>
      <w:r>
        <w:t>to kis ke zariye se hua? is ki jar mein yaad rakhiye, Hajra, Hajra hai, Hajra.</w:t>
      </w:r>
    </w:p>
    <w:p>
      <w:pPr>
        <w:jc w:val="right"/>
      </w:pPr>
      <w:r>
        <w:t>تو کس کے ذریعے سے ہوا؟ اس کی جڑ میں یاد رکھیے، ہاجرہ، ہاجرہ ہے، ہاجرہ۔</w:t>
      </w:r>
    </w:p>
    <w:p>
      <w:r>
        <w:rPr>
          <w:b/>
        </w:rPr>
        <w:t xml:space="preserve">[55:14] </w:t>
      </w:r>
      <w:r>
        <w:t>to main to yahan tak sochta hoon ke Hajra na hotay to yeh deen na hota, hum aap na hotay.</w:t>
      </w:r>
    </w:p>
    <w:p>
      <w:pPr>
        <w:jc w:val="right"/>
      </w:pPr>
      <w:r>
        <w:t>تو میں تو یہاں تک سوچتا ہوں کہ ہاجرہ نہ ہوتے تو یہ دین نہ ہوتا، ہم آپ نہ ہوتے۔</w:t>
      </w:r>
    </w:p>
    <w:p>
      <w:r>
        <w:rPr>
          <w:b/>
        </w:rPr>
        <w:t xml:space="preserve">[55:25] </w:t>
      </w:r>
      <w:r>
        <w:t>woh log jo</w:t>
      </w:r>
    </w:p>
    <w:p>
      <w:pPr>
        <w:jc w:val="right"/>
      </w:pPr>
      <w:r>
        <w:t>وہ لوگ جو</w:t>
      </w:r>
    </w:p>
    <w:p>
      <w:r>
        <w:rPr>
          <w:b/>
        </w:rPr>
        <w:t xml:space="preserve">[55:29] </w:t>
      </w:r>
      <w:r>
        <w:t>is ko nahi mante, unhon ne na tareekh ko parha hai, na Islam ko parha hai, na apne aap ko parha hai.</w:t>
      </w:r>
    </w:p>
    <w:p>
      <w:pPr>
        <w:jc w:val="right"/>
      </w:pPr>
      <w:r>
        <w:t>اس کو نہیں مانتے، انہوں نے نہ تاریخ کو پڑھا ہے، نہ اسلام کو پڑھا ہے، نہ اپنے آپ کو پڑھا ہے۔</w:t>
      </w:r>
    </w:p>
    <w:p>
      <w:r>
        <w:rPr>
          <w:b/>
        </w:rPr>
        <w:t xml:space="preserve">[55:44] </w:t>
      </w:r>
      <w:r>
        <w:t>Maulana, agla sawal Mumbai se kiya hai Farooq Shaikh sahib ne. Farooq? Farooq Shaikh sahib ne. hmm, unhon ne likha hai ke "in most of the Muslim families they recide Quran for esal-e-sawab." my question is that the sawab does the sawab reach to the dead person?</w:t>
      </w:r>
    </w:p>
    <w:p>
      <w:pPr>
        <w:jc w:val="right"/>
      </w:pPr>
      <w:r>
        <w:t>مولانا، اگلا سوال ممبئی سے کیا ہے فاروق شیخ صاحب نے۔ فاروق؟ فاروق شیخ صاحب نے۔ ہمم، انہوں نے لکھا ہے کہ "ان موسٹ آف دا مسلم فیملیز دے ریسائیڈ قرآن فار ایصال ثواب۔" مائی کوئسچن از دیٹ دی ثواب ڈز دا ثواب ریچ ٹو دا ڈیڈ پرسن؟</w:t>
      </w:r>
    </w:p>
    <w:p>
      <w:r>
        <w:rPr>
          <w:b/>
        </w:rPr>
        <w:t xml:space="preserve">[56:05] </w:t>
      </w:r>
      <w:r>
        <w:t>dekhiye, yeh ek riwaj hai, is ka Islam se koi ta'alluq nahi. koi Sahabi aap ko nahi milega jis ne esal-e-sawab ke liye Quran parha ho.</w:t>
      </w:r>
    </w:p>
    <w:p>
      <w:pPr>
        <w:jc w:val="right"/>
      </w:pPr>
      <w:r>
        <w:t>دیکھیے، یہ ایک رواج ہے، اس کا اسلام سے کوئی تعلق نہیں۔ کوئی صحابی آپ کو نہیں ملے گا جس نے ایصال ثواب کے لیے قرآن پڑھا ہو۔</w:t>
      </w:r>
    </w:p>
    <w:p>
      <w:r>
        <w:rPr>
          <w:b/>
        </w:rPr>
        <w:t xml:space="preserve">[56:22] </w:t>
      </w:r>
      <w:r>
        <w:t>main aap ko arz karunga ke Maulana Yusuf sahib, jo tableegh jama'at ke ameer thay, unhon ne bohat lambi barson ki koshish ke baad</w:t>
      </w:r>
    </w:p>
    <w:p>
      <w:pPr>
        <w:jc w:val="right"/>
      </w:pPr>
      <w:r>
        <w:t>میں آپ کو عرض کروں گا کہ مولانا یوسف صاحب، جو تبلیغ جماعت کے امیر تھے، انہوں نے بہت لمبی برسہ برس کی کوشش کے بعد</w:t>
      </w:r>
    </w:p>
    <w:p>
      <w:r>
        <w:rPr>
          <w:b/>
        </w:rPr>
        <w:t xml:space="preserve">[56:41] </w:t>
      </w:r>
      <w:r>
        <w:t>teen jildon mein ek kitab likhi hai, "Hayat-us-Sahaba". yeh sab Sahaba ke par hai. yeh kitab Arabi mein hai, Urdu mein hai, English mein hai, aur shayad Hindi mein bhi hai.</w:t>
      </w:r>
    </w:p>
    <w:p>
      <w:pPr>
        <w:jc w:val="right"/>
      </w:pPr>
      <w:r>
        <w:t>تین جلدوں میں ایک کتاب لکھی ہے، "حیات الصحابہ"۔ یہ سب صحابہ کے پر ہے۔ یہ کتاب عربی میں ہے، اردو میں ہے، انگلش میں ہے، اور شاید ہندی میں بھی ہے۔</w:t>
      </w:r>
    </w:p>
    <w:p>
      <w:r>
        <w:rPr>
          <w:b/>
        </w:rPr>
        <w:t xml:space="preserve">[56:56] </w:t>
      </w:r>
      <w:r>
        <w:t>aap is kitab ko parh daliye aur koi ek waqia mujhe batayein ke kisi Sahabi ne esal-e-sawab ke liye Quran parha ho. ek waqia, single waqia.</w:t>
      </w:r>
    </w:p>
    <w:p>
      <w:pPr>
        <w:jc w:val="right"/>
      </w:pPr>
      <w:r>
        <w:t>آپ اس کتاب کو پڑھ ڈالیے اور کوئی ایک واقعہ مجھے بتائیں کہ کسی صحابی نے ایصال ثواب کے لیے قرآن پڑھا ہو۔ ایک واقعہ، سنگل واقعہ۔</w:t>
      </w:r>
    </w:p>
    <w:p>
      <w:r>
        <w:rPr>
          <w:b/>
        </w:rPr>
        <w:t xml:space="preserve">[57:07] </w:t>
      </w:r>
      <w:r>
        <w:t>yeh to ek riwaj hai, yeh riwaj hai Islam se, is ka koi ta'alluq nahi.</w:t>
      </w:r>
    </w:p>
    <w:p>
      <w:pPr>
        <w:jc w:val="right"/>
      </w:pPr>
      <w:r>
        <w:t>یہ تو ایک رواج ہے، یہ رواج ہے اسلام سے، اس کا کوئی تعلق نہیں۔</w:t>
      </w:r>
    </w:p>
    <w:p>
      <w:r>
        <w:rPr>
          <w:b/>
        </w:rPr>
        <w:t xml:space="preserve">[57:22] </w:t>
      </w:r>
      <w:r>
        <w:t>Maulana, agla sawal lete hain. yeh Kashmir se bheja hai Miss Heena Manzoor ne. unhon ne likha hai ke "while distributing the holy Quran or other literature among non Muslims,</w:t>
      </w:r>
    </w:p>
    <w:p>
      <w:pPr>
        <w:jc w:val="right"/>
      </w:pPr>
      <w:r>
        <w:t>مولانا، اگلا سوال لیتے ہیں۔ یہ کشمیر سے بھیجا ہے مس ہینا منظور نے۔ انہوں نے لکھا ہے کہ "وائل ڈسٹریبیوٹنگ دی ہولی قرآن اور ادر لٹریچر امنگ نان مسلمز،</w:t>
      </w:r>
    </w:p>
    <w:p>
      <w:r>
        <w:rPr>
          <w:b/>
        </w:rPr>
        <w:t xml:space="preserve">[57:35] </w:t>
      </w:r>
      <w:r>
        <w:t>sometimes it happens that some people don't accept the literature and they return it back. at that time I confront a feeling of negativity.</w:t>
      </w:r>
    </w:p>
    <w:p>
      <w:pPr>
        <w:jc w:val="right"/>
      </w:pPr>
      <w:r>
        <w:t>سم ٹائمز اٹ ہیپنز دیٹ سم پیپل ڈونٹ ایکسیپٹ دا لٹریچر اینڈ دے ریٹرن اٹ بیک۔ ایٹ دیٹ ٹائم آئی کنفرنٹ ا فیلنگ اف نیگیٹیوٹی۔</w:t>
      </w:r>
    </w:p>
    <w:p>
      <w:r>
        <w:rPr>
          <w:b/>
        </w:rPr>
        <w:t xml:space="preserve">[57:48] </w:t>
      </w:r>
      <w:r>
        <w:t>that feeling discourages me a bit." Maulana sahib, my question is how to overcome such a negative feeling? dekhiye, aap ki negative feeling bilkul baseless hai, baseless,</w:t>
      </w:r>
    </w:p>
    <w:p>
      <w:pPr>
        <w:jc w:val="right"/>
      </w:pPr>
      <w:r>
        <w:t>دیٹ فیلنگ ڈسکرجز می ا بٹ۔" مولانا صاحب، مائی کوئسچن از ہاؤ ٹو اوورکم سچ ا نیگیٹیو فیلنگ؟ دیکھیے، آپ کی نیگیٹیو فیلنگ بالکل بیسلیس ہے، بیسلیس،</w:t>
      </w:r>
    </w:p>
    <w:p>
      <w:r>
        <w:rPr>
          <w:b/>
        </w:rPr>
        <w:t xml:space="preserve">[58:05] </w:t>
      </w:r>
      <w:r>
        <w:t>baseless hai. kyunke dekhiye, ek lakh se zyada Allah ne payghambar bheje, sab arsalna rusulana tatra,</w:t>
      </w:r>
    </w:p>
    <w:p>
      <w:pPr>
        <w:jc w:val="right"/>
      </w:pPr>
      <w:r>
        <w:t>بیسلیس ہے۔ کیونکہ دیکھیے، ایک لاکھ سے زیادہ اللہ نے پیغمبر بھیجے، سب ارسلنا رسلنا تترا،</w:t>
      </w:r>
    </w:p>
    <w:p>
      <w:r>
        <w:rPr>
          <w:b/>
        </w:rPr>
        <w:t xml:space="preserve">[58:21] </w:t>
      </w:r>
      <w:r>
        <w:t>aur khud Quran ki gawahi hai ke sare nabiyon ko un ke zamane ki qaum ne radd kar diya, radd kar diya.</w:t>
      </w:r>
    </w:p>
    <w:p>
      <w:pPr>
        <w:jc w:val="right"/>
      </w:pPr>
      <w:r>
        <w:t>اور خود قرآن کی گواہی ہے کہ سارے نبیوں کو ان کے زمانے کی قوم نے رد کر دیا، رد کر دیا۔</w:t>
      </w:r>
    </w:p>
    <w:p>
      <w:r>
        <w:rPr>
          <w:b/>
        </w:rPr>
        <w:t xml:space="preserve">[58:36] </w:t>
      </w:r>
      <w:r>
        <w:t>to qayamat mein jab woh khare honge to un ke sath qaum ki bheed nahi hogi.</w:t>
      </w:r>
    </w:p>
    <w:p>
      <w:pPr>
        <w:jc w:val="right"/>
      </w:pPr>
      <w:r>
        <w:t>تو قیامت میں جب وہ کھڑے ہوں گے تو ان کے ساتھ قوم کی بھیڑ نہیں ہوگی۔</w:t>
      </w:r>
    </w:p>
    <w:p>
      <w:r>
        <w:rPr>
          <w:b/>
        </w:rPr>
        <w:t xml:space="preserve">[58:44] </w:t>
      </w:r>
      <w:r>
        <w:t>to aap ko to woh darja mil raha hai jo nabiyon ka darja hai.</w:t>
      </w:r>
    </w:p>
    <w:p>
      <w:pPr>
        <w:jc w:val="right"/>
      </w:pPr>
      <w:r>
        <w:t>تو آپ کو تو وہ درجہ مل رہا ہے جو نبیوں کا درجہ ہے۔</w:t>
      </w:r>
    </w:p>
    <w:p>
      <w:r>
        <w:rPr>
          <w:b/>
        </w:rPr>
        <w:t xml:space="preserve">[58:52] </w:t>
      </w:r>
      <w:r>
        <w:t>kesi aap baat karte hain?</w:t>
      </w:r>
    </w:p>
    <w:p>
      <w:pPr>
        <w:jc w:val="right"/>
      </w:pPr>
      <w:r>
        <w:t>کیسی آپ بات کرتے ہیں؟</w:t>
      </w:r>
    </w:p>
    <w:p>
      <w:r>
        <w:rPr>
          <w:b/>
        </w:rPr>
        <w:t xml:space="preserve">[58:58] </w:t>
      </w:r>
      <w:r>
        <w:t>yani itne saare nabi Allah ki taraf se aaye aur</w:t>
      </w:r>
    </w:p>
    <w:p>
      <w:pPr>
        <w:jc w:val="right"/>
      </w:pPr>
      <w:r>
        <w:t>یعنی اتنے سارے نبی اللہ کی طرف سے آئے اور</w:t>
      </w:r>
    </w:p>
    <w:p>
      <w:r>
        <w:rPr>
          <w:b/>
        </w:rPr>
        <w:t xml:space="preserve">[59:06] </w:t>
      </w:r>
      <w:r>
        <w:t>saare nabiyon ka muamla yeh hua ke un ki qaum ne un ko radd kar diya. woh Allah ke saamne khade honge gawahi dene ke liye ke maine Allah ka kalam pesh kar diya.</w:t>
      </w:r>
    </w:p>
    <w:p>
      <w:pPr>
        <w:jc w:val="right"/>
      </w:pPr>
      <w:r>
        <w:t>سارے نبیوں کا معاملہ یہ ہوا کہ ان کی قوم نے ان کو رد کر دیا۔ وہ اللہ کے سامنے کھڑے ہوں گے گواہی دینے کے لیے کہ میں نے اللہ کا کلام پیش کر دیا۔</w:t>
      </w:r>
    </w:p>
    <w:p>
      <w:r>
        <w:rPr>
          <w:b/>
        </w:rPr>
        <w:t xml:space="preserve">[59:23] </w:t>
      </w:r>
      <w:r>
        <w:t>to aap ko woh darja mil raha hai. kesi ajib baat aap ne keh di.</w:t>
      </w:r>
    </w:p>
    <w:p>
      <w:pPr>
        <w:jc w:val="right"/>
      </w:pPr>
      <w:r>
        <w:t>تو آپ کو وہ درجہ مل رہا ہے۔ کیسی عجیب بات آپ نے کہہ دی۔</w:t>
      </w:r>
    </w:p>
    <w:p>
      <w:r>
        <w:rPr>
          <w:b/>
        </w:rPr>
        <w:t xml:space="preserve">[59:32] </w:t>
      </w:r>
      <w:r>
        <w:t>yani</w:t>
      </w:r>
    </w:p>
    <w:p>
      <w:pPr>
        <w:jc w:val="right"/>
      </w:pPr>
      <w:r>
        <w:t>یعنی</w:t>
      </w:r>
    </w:p>
    <w:p>
      <w:r>
        <w:rPr>
          <w:b/>
        </w:rPr>
        <w:t xml:space="preserve">[59:35] </w:t>
      </w:r>
      <w:r>
        <w:t>main jab gaya tha yerooshlem aur masjid aqsa mein namaz padhi thi to maine wahan dua ki thi ke khudaaya!</w:t>
      </w:r>
    </w:p>
    <w:p>
      <w:pPr>
        <w:jc w:val="right"/>
      </w:pPr>
      <w:r>
        <w:t>میں جب گیا تھا یروشلم اور مسجد اقصیٰ میں نماز پڑھی تھی تو میں نے وہاں دعا کی تھی کہ خدایا!</w:t>
      </w:r>
    </w:p>
    <w:p>
      <w:r>
        <w:rPr>
          <w:b/>
        </w:rPr>
        <w:t xml:space="preserve">[59:49] </w:t>
      </w:r>
      <w:r>
        <w:t>yeh woh maqam hai jahan tamam anbiya ikhatta hue aur rasool Allah sal Allah alaih wasallam ne un ki imamat ki.</w:t>
      </w:r>
    </w:p>
    <w:p>
      <w:pPr>
        <w:jc w:val="right"/>
      </w:pPr>
      <w:r>
        <w:t>یہ وہ مقام ہے جہاں تمام انبیاء اکٹھا ہوئے اور رسول اللہ صلی اللہ علیہ وسلم نے ان کی امامت کی۔</w:t>
      </w:r>
    </w:p>
    <w:p>
      <w:r>
        <w:rPr>
          <w:b/>
        </w:rPr>
        <w:t xml:space="preserve">[1:00:00] </w:t>
      </w:r>
      <w:r>
        <w:t>to main ne kaha to tere nazdeek zamane mein aaj ka aur kal ka main ne koi farq nahin. to chahe to zamane ko samet de aur mujhe is zamane mein khada kar de jahan jab ke yahan rasool Allah namaz padh rahe the aur tamam sahaba un ke peeche khade hue, tamam anbiya se khadi hui thi.</w:t>
      </w:r>
    </w:p>
    <w:p>
      <w:pPr>
        <w:jc w:val="right"/>
      </w:pPr>
      <w:r>
        <w:t>تو میں نے کہا تو تیرے نزدیک زمانے میں آج کا اور کل کا میں نے کوئی فرق نہیں۔ تو چاہے تو زمانے کو سمیٹ دے اور مجھے اس زمانے میں کھڑا کر دے جہاں جب کہ یہاں رسول اللہ نماز پڑھ رہے تھے اور تمام صحابہ ان کے پیچھے کھڑے ہوئے، تمام انبیاء سے کھڑی ہوئی تھے۔</w:t>
      </w:r>
    </w:p>
    <w:p>
      <w:r>
        <w:rPr>
          <w:b/>
        </w:rPr>
        <w:t xml:space="preserve">[1:00:22] </w:t>
      </w:r>
      <w:r>
        <w:t>to aap ko woh darja hasil hai ke anbiya ki saf mein khadi hui hain aap,</w:t>
      </w:r>
    </w:p>
    <w:p>
      <w:pPr>
        <w:jc w:val="right"/>
      </w:pPr>
      <w:r>
        <w:t>تو آپ کو وہ درجہ حاصل ہے کہ انبیاء کی صف میں کھڑی ہوئی ہیں۔ آپ،</w:t>
      </w:r>
    </w:p>
    <w:p>
      <w:r>
        <w:rPr>
          <w:b/>
        </w:rPr>
        <w:t xml:space="preserve">[1:00:31] </w:t>
      </w:r>
      <w:r>
        <w:t>aap, aap ko Allah ki nemmat par shukr karna chahiye ke quran agar mehfooz na hota. yaad rakhiye, agar quran mehfooz na hota to yeh darja kaise milta hai aap ko?</w:t>
      </w:r>
    </w:p>
    <w:p>
      <w:pPr>
        <w:jc w:val="right"/>
      </w:pPr>
      <w:r>
        <w:t>آپ، آپ کو اللہ کی نعمت پر شکر کرنا چاہیے کہ قرآن اگر محفوظ نہ ہوتا۔ یاد رکھیے، اگر قرآن محفوظ نہ ہوتا تو یہ درجہ کیسے ملتا ہے آپ کو؟</w:t>
      </w:r>
    </w:p>
    <w:p>
      <w:r>
        <w:rPr>
          <w:b/>
        </w:rPr>
        <w:t xml:space="preserve">[1:00:45] </w:t>
      </w:r>
      <w:r>
        <w:t>jaise pichhle anbiya ki kitabein mehfooz nahin hain to un ke manne walon ke liye na nemmat hasil nahin hai.</w:t>
      </w:r>
    </w:p>
    <w:p>
      <w:pPr>
        <w:jc w:val="right"/>
      </w:pPr>
      <w:r>
        <w:t>جیسے پچھلے انبیاء کی کتابیں محفوظ نہیں ہیں تو ان کے ماننے والوں کے لیے نہ نعمت حاصل نہیں ہے۔</w:t>
      </w:r>
    </w:p>
    <w:p>
      <w:r>
        <w:rPr>
          <w:b/>
        </w:rPr>
        <w:t xml:space="preserve">[1:00:56] </w:t>
      </w:r>
      <w:r>
        <w:t>pichhle anbiya par kitabein bheji gayin, woh mehfooz nahin hain. to quran mehfooz hai, as it is. is ki wajah se aap ko yeh darja mil raha hai ke aap nabiyon ke saf mein khade ho sake.</w:t>
      </w:r>
    </w:p>
    <w:p>
      <w:pPr>
        <w:jc w:val="right"/>
      </w:pPr>
      <w:r>
        <w:t>پچھلے انبیاء پر کتابیں بھیجی گئیں، وہ محفوظ نہیں ہیں۔ تو قرآن محفوظ ہے، ایز اٹ از۔ اس کی وجہ سے آپ کو یہ درجہ مل رہا ہے کہ آپ نبیوں کے صف میں کھڑے ہو سکے۔</w:t>
      </w:r>
    </w:p>
    <w:p>
      <w:r>
        <w:rPr>
          <w:b/>
        </w:rPr>
        <w:t xml:space="preserve">[1:01:09] </w:t>
      </w:r>
      <w:r>
        <w:t>agar aap ke andar neeyat durust hai to hargiz negative khayalat mat laiye. aur jis aadmi ko aap quran pesh karein, woh chahe padha jaye ya taaq par rakh de, yeh aap ki zimmedari nahin hai.</w:t>
      </w:r>
    </w:p>
    <w:p>
      <w:pPr>
        <w:jc w:val="right"/>
      </w:pPr>
      <w:r>
        <w:t>اگر آپ کے اندر نیت درست ہے تو ہرگز نیگیٹیو خیالات مت لائیے۔ اور جس آدمی کو آپ قرآن پیش کریں، وہ چاہے پڑھا جائے یا طاق پر رکھ دے، یہ آپ کی ذمہ داری نہیں ہے۔</w:t>
      </w:r>
    </w:p>
    <w:p>
      <w:r>
        <w:rPr>
          <w:b/>
        </w:rPr>
        <w:t xml:space="preserve">[1:01:31] </w:t>
      </w:r>
      <w:r>
        <w:t>aap ne is ke haath mein quran de diya to aap ki zimmedari poori ho gayi. to shukr kijiye ke Allah ne aap ko quran ko mehfooz kar ke aap ko yeh mauqa diya hai ke aap woh kaam kar rahe hain jo nabiyon ne kiya.</w:t>
      </w:r>
    </w:p>
    <w:p>
      <w:pPr>
        <w:jc w:val="right"/>
      </w:pPr>
      <w:r>
        <w:t>آپ نے اس کے ہاتھ میں قرآن دے دیا تو آپ کی ذمہ داری پوری ہوگئی۔ تو شکر کیجئے کہ اللہ نے آپ کو قرآن کو محفوظ کر کے آپ کو یہ موقع دیا ہے کہ آپ وہ کام کر رہے ہیں جو نبیوں نے کیا۔</w:t>
      </w:r>
    </w:p>
    <w:p>
      <w:r>
        <w:rPr>
          <w:b/>
        </w:rPr>
        <w:t xml:space="preserve">[1:01:54] </w:t>
      </w:r>
      <w:r>
        <w:t>mus kawsar izhar ne usa se comment bheja hai. unhone likha hai:</w:t>
      </w:r>
    </w:p>
    <w:p>
      <w:pPr>
        <w:jc w:val="right"/>
      </w:pPr>
      <w:r>
        <w:t>مس کوثر اظہار نے یو ایس اے سے کمنٹ بھیجا ہے۔ انہوں نے لکھا ہے:</w:t>
      </w:r>
    </w:p>
    <w:p>
      <w:r>
        <w:rPr>
          <w:b/>
        </w:rPr>
        <w:t xml:space="preserve">[1:02:01] </w:t>
      </w:r>
      <w:r>
        <w:t>"Maulana Gibbons, he had the human history in mind only when he portrayed the crimes and negativity of the humans. But when we read Quran with contemplation, we have greater picture of God's world, which is zero defect.</w:t>
      </w:r>
    </w:p>
    <w:p>
      <w:pPr>
        <w:jc w:val="right"/>
      </w:pPr>
      <w:r>
        <w:t>"مولانا گبنز ہیڈ دی ہیومن ہسٹری ان مائنڈ اونلی وین ہی پورٹریٹ دا کرائمز اینڈ نیگیٹیوٹی اف دا ہیومنز۔ بٹ وین وی ریڈ قرآن ود کنٹمپلیشن، وی ہیو گریٹر پکچر اف گاڈز ورلڈ، وچ از زیرو ڈیفیکٹ۔</w:t>
      </w:r>
    </w:p>
    <w:p>
      <w:r>
        <w:rPr>
          <w:b/>
        </w:rPr>
        <w:t xml:space="preserve">[1:02:19] </w:t>
      </w:r>
      <w:r>
        <w:t>and when we use common sense, we see the hope for ourselves in this world. we need to make sure we are in nature and common sense." faisal saleem sahib ne likha hai, unhone apni location nahin likhi hai.</w:t>
      </w:r>
    </w:p>
    <w:p>
      <w:pPr>
        <w:jc w:val="right"/>
      </w:pPr>
      <w:r>
        <w:t>اینڈ وین وی یوز کامن سینس، وی سی دی ہوپ فار اور سیلف ان دس ورلڈ۔ وی نیڈ ٹو میک شور وی آر ان نیچر اینڈ کامن سینس۔" فیصل سلیم صاحب نے لکھا ہے، انہوں نے اپنی لوکیشن نہیں لکھی ہے۔</w:t>
      </w:r>
    </w:p>
    <w:p>
      <w:r>
        <w:rPr>
          <w:b/>
        </w:rPr>
        <w:t xml:space="preserve">[1:02:34] </w:t>
      </w:r>
      <w:r>
        <w:t>un ka comment hai: "molana sahib, once again, what a great session!</w:t>
      </w:r>
    </w:p>
    <w:p>
      <w:pPr>
        <w:jc w:val="right"/>
      </w:pPr>
      <w:r>
        <w:t>ان کا کمنٹ ہے: "مولانا صاحب، ونس اگین، واٹ ا گریٹ سیشن!</w:t>
      </w:r>
    </w:p>
    <w:p>
      <w:r>
        <w:rPr>
          <w:b/>
        </w:rPr>
        <w:t xml:space="preserve">[1:02:39] </w:t>
      </w:r>
      <w:r>
        <w:t>today i have learned that we need to use common sense to know the existence of god through with all the amenities available to us.</w:t>
      </w:r>
    </w:p>
    <w:p>
      <w:pPr>
        <w:jc w:val="right"/>
      </w:pPr>
      <w:r>
        <w:t>ٹوڈے آئی ہیو لرن دیٹ وی نیڈ ٹو یوز کامن سینس ٹو نو دی ایگزسٹنس اف گاڈ تھرو ود ال دی ایمینیٹیز اویلیبل ٹو اس۔</w:t>
      </w:r>
    </w:p>
    <w:p>
      <w:r>
        <w:rPr>
          <w:b/>
        </w:rPr>
        <w:t xml:space="preserve">[1:02:50] </w:t>
      </w:r>
      <w:r>
        <w:t>we just need to capitalize what we have received from god. automatically the presence of god will prevail." mashallah, mashallah!</w:t>
      </w:r>
    </w:p>
    <w:p>
      <w:pPr>
        <w:jc w:val="right"/>
      </w:pPr>
      <w:r>
        <w:t>وی جسٹ نیڈ ٹو کیپیٹلائز واٹ وی ہیو ریسیو فرام گاڈ۔ اٹومیٹکلی دا پریزنس اف گاڈ ول پریویل۔" ماشاءاللہ، ماشاءاللہ!</w:t>
      </w:r>
    </w:p>
    <w:p>
      <w:r>
        <w:rPr>
          <w:b/>
        </w:rPr>
        <w:t xml:space="preserve">[1:03:01] </w:t>
      </w:r>
      <w:r>
        <w:t>ayaz ahmed sahib ne jamshedpur se likha hai: "alhamdulillah, quran ko tadabbur ke saath padho." molana, aap ne ek nayi baat hum par wazeh ki ke quran ke mutale ke liye sirf tafsir, tafsir padhna kafi nahin hai, balke khud tadabbur kiya jaye, tabhi aap ko pata chalega ke quran ke ajayeb kabhi khatam na honge.</w:t>
      </w:r>
    </w:p>
    <w:p>
      <w:pPr>
        <w:jc w:val="right"/>
      </w:pPr>
      <w:r>
        <w:t>ایاز احمد صاحب نے جمشید پور سے لکھا ہے: "الحمدللہ، قرآن کو تدبر کے ساتھ پڑھو۔" مولانا، آپ نے ایک نئی بات ہم پر واضح کی کہ قرآن کے مطالعے کے لیے صرف تفسیر، تفسیر پڑھنا کافی نہیں ہے، بلکہ خود تدبر کیا جائے، تبھی آپ کو پتہ چلے گا کہ قرآن کے عجائب کبھی ختم نہ ہوں گے۔</w:t>
      </w:r>
    </w:p>
    <w:p>
      <w:r>
        <w:rPr>
          <w:b/>
        </w:rPr>
        <w:t xml:space="preserve">[1:03:27] </w:t>
      </w:r>
      <w:r>
        <w:t>molana, abhi tak hum log samajhte the ke mukhtalif tafaseer quran ko samajhne ka zariya hain. aaj aap ne hum sab ko ek naya zariya, ek naye zariye se quran samajhne ki baat batai.</w:t>
      </w:r>
    </w:p>
    <w:p>
      <w:pPr>
        <w:jc w:val="right"/>
      </w:pPr>
      <w:r>
        <w:t>مولانا، ابھی تک ہم لوگ سمجھتے تھے کہ مختلف تفسیریں قرآن کو سمجھنے کا ذریعہ ہیں۔ آج آپ نے ہم سب کو ایک نیا ذریعہ، ایک نئے ذریعے سے قرآن سمجھنے کی بات بتائی۔</w:t>
      </w:r>
    </w:p>
    <w:p>
      <w:r>
        <w:rPr>
          <w:b/>
        </w:rPr>
        <w:t xml:space="preserve">[1:03:40] </w:t>
      </w:r>
      <w:r>
        <w:t>alhamdulillah, mashallah!</w:t>
      </w:r>
    </w:p>
    <w:p>
      <w:pPr>
        <w:jc w:val="right"/>
      </w:pPr>
      <w:r>
        <w:t>الحمدللہ، ماشاءاللہ!</w:t>
      </w:r>
    </w:p>
    <w:p>
      <w:r>
        <w:rPr>
          <w:b/>
        </w:rPr>
        <w:t xml:space="preserve">[1:03:44] </w:t>
      </w:r>
      <w:r>
        <w:t>molana, agla sawal bheja hai mus shabana ne ahmedabad se. unhone likha hai: "molana, my mind always remains restless, and that makes me impatient in decision making.</w:t>
      </w:r>
    </w:p>
    <w:p>
      <w:pPr>
        <w:jc w:val="right"/>
      </w:pPr>
      <w:r>
        <w:t>مولانا، اگلا سوال بھیجا ہے مس شبانہ نے احمد آباد سے۔ انہوں نے لکھا ہے: "مولانا، مائی مائنڈ الویز ریمینز ریسٹ لیس، اینڈ دیٹ میکس می امپیشنٹ ان ڈیسیژن میکنگ۔</w:t>
      </w:r>
    </w:p>
    <w:p>
      <w:r>
        <w:rPr>
          <w:b/>
        </w:rPr>
        <w:t xml:space="preserve">[1:03:59] </w:t>
      </w:r>
      <w:r>
        <w:t>aai want to change my nature, but i am not able to succeed. please guide me as to how can i become stress free and free myself from restlessness. " bhai, restlessness jo hai,</w:t>
      </w:r>
    </w:p>
    <w:p>
      <w:pPr>
        <w:jc w:val="right"/>
      </w:pPr>
      <w:r>
        <w:t>آئی وانٹ ٹو چینج مائی نیچر، بٹ آئی ایم ناٹ ایبل ٹو سکسیڈ۔ پلیز گائیڈ می ایز ٹو ہاؤ کین آئی بیکم سٹریس فری اینڈ فری مائی سیلف فرام ریسٹ لیسنس۔" بھئی، ریسٹ لیسنس جو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