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Global Message December 30, 2018 Maulana Wahiduddin Khan</w:t>
      </w:r>
    </w:p>
    <w:p>
      <w:r>
        <w:t>https://www.youtube.com/watch?v=Ml_PyAxx8OE</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[00:23] </w:t>
      </w:r>
      <w:r>
        <w:t>rab ishrah li sadri, wa yassir li amri, wahlul uqdatam min lisani, yafqahu qawli.</w:t>
      </w:r>
    </w:p>
    <w:p>
      <w:pPr>
        <w:jc w:val="right"/>
      </w:pPr>
      <w:r>
        <w:t>رب اشرح لی صدری، ویسر لی امری، واحل العقدۃ من لسانی، یفقہ قولی۔</w:t>
      </w:r>
    </w:p>
    <w:p>
      <w:r>
        <w:rPr>
          <w:b/>
        </w:rPr>
        <w:t xml:space="preserve">[00:43] </w:t>
      </w:r>
      <w:r>
        <w:t>30 december 2018.</w:t>
      </w:r>
    </w:p>
    <w:p>
      <w:pPr>
        <w:jc w:val="right"/>
      </w:pPr>
      <w:r>
        <w:t>30 دسمبر 2018۔</w:t>
      </w:r>
    </w:p>
    <w:p>
      <w:r>
        <w:rPr>
          <w:b/>
        </w:rPr>
        <w:t xml:space="preserve">[00:53] </w:t>
      </w:r>
      <w:r>
        <w:t>aap jante hain ke quran</w:t>
      </w:r>
    </w:p>
    <w:p>
      <w:pPr>
        <w:jc w:val="right"/>
      </w:pPr>
      <w:r>
        <w:t>آپ جانتے ہیں کہ قرآن</w:t>
      </w:r>
    </w:p>
    <w:p>
      <w:r>
        <w:rPr>
          <w:b/>
        </w:rPr>
        <w:t xml:space="preserve">[00:58] </w:t>
      </w:r>
      <w:r>
        <w:t>khuda ki kitab hai.</w:t>
      </w:r>
    </w:p>
    <w:p>
      <w:pPr>
        <w:jc w:val="right"/>
      </w:pPr>
      <w:r>
        <w:t>خدا کی کتاب ہے۔</w:t>
      </w:r>
    </w:p>
    <w:p>
      <w:r>
        <w:rPr>
          <w:b/>
        </w:rPr>
        <w:t xml:space="preserve">[01:03] </w:t>
      </w:r>
      <w:r>
        <w:t>agarche woh arabi zaban mein utra hai, lekin</w:t>
      </w:r>
    </w:p>
    <w:p>
      <w:pPr>
        <w:jc w:val="right"/>
      </w:pPr>
      <w:r>
        <w:t>اگرچہ وہ عربی زبان میں اترا ہے، لیکن</w:t>
      </w:r>
    </w:p>
    <w:p>
      <w:r>
        <w:rPr>
          <w:b/>
        </w:rPr>
        <w:t xml:space="preserve">[01:14] </w:t>
      </w:r>
      <w:r>
        <w:t>yeh duty hai un logon ki jo quran ko mante hain ke quran ka transition har zaban mein, logon ki understandable language mein tayyar karna,</w:t>
      </w:r>
    </w:p>
    <w:p>
      <w:pPr>
        <w:jc w:val="right"/>
      </w:pPr>
      <w:r>
        <w:t>یہ ڈیوٹی ہے ان لوگوں کی جو قرآن کو مانتے ہیں کہ قرآن کا ٹرانسیشن ہر زبان میں، لوگوں کی انڈرسٹینڈیبل لینگویج میں تیار کرنا،</w:t>
      </w:r>
    </w:p>
    <w:p>
      <w:r>
        <w:rPr>
          <w:b/>
        </w:rPr>
        <w:t xml:space="preserve">[01:29] </w:t>
      </w:r>
      <w:r>
        <w:t>aur usko tamam qaumon tak pahunchana.</w:t>
      </w:r>
    </w:p>
    <w:p>
      <w:pPr>
        <w:jc w:val="right"/>
      </w:pPr>
      <w:r>
        <w:t>اور اس کو تمام قوموں تک پہنچانا۔</w:t>
      </w:r>
    </w:p>
    <w:p>
      <w:r>
        <w:rPr>
          <w:b/>
        </w:rPr>
        <w:t xml:space="preserve">[01:35] </w:t>
      </w:r>
      <w:r>
        <w:t>to quran ke</w:t>
      </w:r>
    </w:p>
    <w:p>
      <w:pPr>
        <w:jc w:val="right"/>
      </w:pPr>
      <w:r>
        <w:t>تو قرآن کے</w:t>
      </w:r>
    </w:p>
    <w:p>
      <w:r>
        <w:rPr>
          <w:b/>
        </w:rPr>
        <w:t xml:space="preserve">[01:40] </w:t>
      </w:r>
      <w:r>
        <w:t>chapter number 25 mein yeh ayat hai ke "nazzalnal furqana ala abdihi li yakuna lil alamin nazira".</w:t>
      </w:r>
    </w:p>
    <w:p>
      <w:pPr>
        <w:jc w:val="right"/>
      </w:pPr>
      <w:r>
        <w:t>چیپٹر نمبر 25 میں یہ آیت ہے کہ "نذر الفرقان العابدی لیکون للعالمین نظیرا"۔</w:t>
      </w:r>
    </w:p>
    <w:p>
      <w:r>
        <w:rPr>
          <w:b/>
        </w:rPr>
        <w:t xml:space="preserve">[01:53] </w:t>
      </w:r>
      <w:r>
        <w:t>ke quran utara allah ta'ala ne apne bande par taake woh sare alam ke liye</w:t>
      </w:r>
    </w:p>
    <w:p>
      <w:pPr>
        <w:jc w:val="right"/>
      </w:pPr>
      <w:r>
        <w:t>کہ قرآن اتارا اللہ تعالیٰ نے اپنے بندے پر تاکہ وہ سارے عالم کے لیے</w:t>
      </w:r>
    </w:p>
    <w:p>
      <w:r>
        <w:rPr>
          <w:b/>
        </w:rPr>
        <w:t xml:space="preserve">[02:05] </w:t>
      </w:r>
      <w:r>
        <w:t>guide bane.</w:t>
      </w:r>
    </w:p>
    <w:p>
      <w:pPr>
        <w:jc w:val="right"/>
      </w:pPr>
      <w:r>
        <w:t>گائیڈ بنے۔</w:t>
      </w:r>
    </w:p>
    <w:p>
      <w:r>
        <w:rPr>
          <w:b/>
        </w:rPr>
        <w:t xml:space="preserve">[02:09] </w:t>
      </w:r>
      <w:r>
        <w:t>guide. ab sawal yeh hai ke sare alam ke liye guide kaise banega woh? to aisa nahi hoga ke quran chal kar ke pahunche logon tak.</w:t>
      </w:r>
    </w:p>
    <w:p>
      <w:pPr>
        <w:jc w:val="right"/>
      </w:pPr>
      <w:r>
        <w:t>گائیڈ۔ اب سوال یہ ہے کہ سارے عالم کے لیے گائیڈ کیسے بنے گا وہ؟ تو ایسا نہیں ہوگا کہ قرآن چل کر کے پہنچے لوگوں تک۔</w:t>
      </w:r>
    </w:p>
    <w:p>
      <w:r>
        <w:rPr>
          <w:b/>
        </w:rPr>
        <w:t xml:space="preserve">[02:24] </w:t>
      </w:r>
      <w:r>
        <w:t>nahi.</w:t>
      </w:r>
    </w:p>
    <w:p>
      <w:pPr>
        <w:jc w:val="right"/>
      </w:pPr>
      <w:r>
        <w:t>نہیں۔</w:t>
      </w:r>
    </w:p>
    <w:p>
      <w:r>
        <w:rPr>
          <w:b/>
        </w:rPr>
        <w:t xml:space="preserve">[02:30] </w:t>
      </w:r>
      <w:r>
        <w:t>is duniya mein har kaam, is duniya mein har kaam, law of nature ke tehat hota hai.</w:t>
      </w:r>
    </w:p>
    <w:p>
      <w:pPr>
        <w:jc w:val="right"/>
      </w:pPr>
      <w:r>
        <w:t>اس دنیا میں ہر کام، اس دنیا میں ہر کام، لاء آف نیچر کے تحت ہوتا ہے۔</w:t>
      </w:r>
    </w:p>
    <w:p>
      <w:r>
        <w:rPr>
          <w:b/>
        </w:rPr>
        <w:t xml:space="preserve">[02:45] </w:t>
      </w:r>
      <w:r>
        <w:t>cause and effect ke usool ke tehat hota hai.</w:t>
      </w:r>
    </w:p>
    <w:p>
      <w:pPr>
        <w:jc w:val="right"/>
      </w:pPr>
      <w:r>
        <w:t>کاز اینڈ ایفیکٹ کے اصول کے تحت ہوتا ہے۔</w:t>
      </w:r>
    </w:p>
    <w:p>
      <w:r>
        <w:rPr>
          <w:b/>
        </w:rPr>
        <w:t xml:space="preserve">[02:51] </w:t>
      </w:r>
      <w:r>
        <w:t>to quran ko sare alam tak pahunchana yeh is tarah nahi hoga ke quran khud chal kar pahunche har jagah.</w:t>
      </w:r>
    </w:p>
    <w:p>
      <w:pPr>
        <w:jc w:val="right"/>
      </w:pPr>
      <w:r>
        <w:t>تو قرآن کو سارے عالم تک پہنچانا یہ اس طرح نہیں ہوگا کہ قرآن خود چل کر پہنچے ہر جگہ۔</w:t>
      </w:r>
    </w:p>
    <w:p>
      <w:r>
        <w:rPr>
          <w:b/>
        </w:rPr>
        <w:t xml:space="preserve">[03:06] </w:t>
      </w:r>
      <w:r>
        <w:t>balke logon ko aisa karna hoga. to is mamle mein jab mein hum padhte hain quran ko aur hadith ko, aur paighambar-e-islam ki jo baatein hain unko, usko to yeh hum jante hain ke</w:t>
      </w:r>
    </w:p>
    <w:p>
      <w:pPr>
        <w:jc w:val="right"/>
      </w:pPr>
      <w:r>
        <w:t>بلکہ لوگوں کو ایسا کرنا ہوگا۔ تو اس معاملے میں جب میں ہم پڑھتے ہیں قرآن کو اور حدیث کو، اور پیغمبر اسلام کی جو باتیں ہیں ان کو، اس کو تو یہ ہم جانتے ہیں کہ</w:t>
      </w:r>
    </w:p>
    <w:p>
      <w:r>
        <w:rPr>
          <w:b/>
        </w:rPr>
        <w:t xml:space="preserve">[03:30] </w:t>
      </w:r>
      <w:r>
        <w:t>quran ke utarne ke baad iska jo further jo kaam tha ke woh sara alam tak pahunchaye, pahunche,</w:t>
      </w:r>
    </w:p>
    <w:p>
      <w:pPr>
        <w:jc w:val="right"/>
      </w:pPr>
      <w:r>
        <w:t>قرآن کے اتارنے کے بعد اس کا جو فردر جو کام تھا کہ وہ سارا عالم تک پہنچائے، پہنچے،</w:t>
      </w:r>
    </w:p>
    <w:p>
      <w:r>
        <w:rPr>
          <w:b/>
        </w:rPr>
        <w:t xml:space="preserve">[03:44] </w:t>
      </w:r>
      <w:r>
        <w:t>usko khuda ne do</w:t>
      </w:r>
    </w:p>
    <w:p>
      <w:pPr>
        <w:jc w:val="right"/>
      </w:pPr>
      <w:r>
        <w:t>اس کو خدا نے دو</w:t>
      </w:r>
    </w:p>
    <w:p>
      <w:r>
        <w:rPr>
          <w:b/>
        </w:rPr>
        <w:t xml:space="preserve">[03:49] </w:t>
      </w:r>
      <w:r>
        <w:t>do logon pe bant diya. iske do part bana diye. ek tha quran ko preserve karna.</w:t>
      </w:r>
    </w:p>
    <w:p>
      <w:pPr>
        <w:jc w:val="right"/>
      </w:pPr>
      <w:r>
        <w:t>دو لوگوں پہ بانٹ دیا۔ اس کے دو پارٹ بنا دیے۔ ایک تھا قرآن کو پریزرو کرنا۔</w:t>
      </w:r>
    </w:p>
    <w:p>
      <w:r>
        <w:rPr>
          <w:b/>
        </w:rPr>
        <w:t xml:space="preserve">[04:03] </w:t>
      </w:r>
      <w:r>
        <w:t>jo is ayat mein hai ke "inna nahnu nazzalnaz zikra wa inna lahu lahafizun".</w:t>
      </w:r>
    </w:p>
    <w:p>
      <w:pPr>
        <w:jc w:val="right"/>
      </w:pPr>
      <w:r>
        <w:t>جو اس آیت میں ہے کہ "نن نزلنا ذکر وانا لہ الحافظون"۔</w:t>
      </w:r>
    </w:p>
    <w:p>
      <w:r>
        <w:rPr>
          <w:b/>
        </w:rPr>
        <w:t xml:space="preserve">[04:13] </w:t>
      </w:r>
      <w:r>
        <w:t>yani allah ne utara hai quran aur wahi iski hifazat karne wala hai.</w:t>
      </w:r>
    </w:p>
    <w:p>
      <w:pPr>
        <w:jc w:val="right"/>
      </w:pPr>
      <w:r>
        <w:t>یعنی اللہ نے اتارا ہے قرآن اور وہی اس کی حفاظت کرنے والا ہے۔</w:t>
      </w:r>
    </w:p>
    <w:p>
      <w:r>
        <w:rPr>
          <w:b/>
        </w:rPr>
        <w:t xml:space="preserve">[04:21] </w:t>
      </w:r>
      <w:r>
        <w:t>aur doosra tha,</w:t>
      </w:r>
    </w:p>
    <w:p>
      <w:pPr>
        <w:jc w:val="right"/>
      </w:pPr>
      <w:r>
        <w:t>اور دوسرا تھا،</w:t>
      </w:r>
    </w:p>
    <w:p>
      <w:r>
        <w:rPr>
          <w:b/>
        </w:rPr>
        <w:t xml:space="preserve">[04:25] </w:t>
      </w:r>
      <w:r>
        <w:t>dusri yeh baat thi ke woh infrastructure evaluate karna. yani ek tha quran ko preserve karna.</w:t>
      </w:r>
    </w:p>
    <w:p>
      <w:pPr>
        <w:jc w:val="right"/>
      </w:pPr>
      <w:r>
        <w:t>دوسری یہ بات تھی کہ وہ انفراسٹرکچر ایوالو کرنا۔ یعنی ایک تھا قرآن کو پریزرو کرنا۔</w:t>
      </w:r>
    </w:p>
    <w:p>
      <w:r>
        <w:rPr>
          <w:b/>
        </w:rPr>
        <w:t xml:space="preserve">[04:41] </w:t>
      </w:r>
      <w:r>
        <w:t>to preserve karne ke bohat se kaam hain.</w:t>
      </w:r>
    </w:p>
    <w:p>
      <w:pPr>
        <w:jc w:val="right"/>
      </w:pPr>
      <w:r>
        <w:t>تو پریزرو کرنے کے بہت سے کام ہیں۔</w:t>
      </w:r>
    </w:p>
    <w:p>
      <w:r>
        <w:rPr>
          <w:b/>
        </w:rPr>
        <w:t xml:space="preserve">[04:48] </w:t>
      </w:r>
      <w:r>
        <w:t>haath se likhna, yaad karna, phir printing press ijad karna, phir printing press ko develop karna, phir electronic media ko invent karna.</w:t>
      </w:r>
    </w:p>
    <w:p>
      <w:pPr>
        <w:jc w:val="right"/>
      </w:pPr>
      <w:r>
        <w:t>ہاتھ سے لکھنا، یاد کرنا، پھر پریٹک پریس ایجاد کرنا، پھر پریٹک پریس کو ڈیولپ کرنا، پھر الیکٹرانک میڈیا کو انونٹ کرنا۔</w:t>
      </w:r>
    </w:p>
    <w:p>
      <w:r>
        <w:rPr>
          <w:b/>
        </w:rPr>
        <w:t xml:space="preserve">[05:06] </w:t>
      </w:r>
      <w:r>
        <w:t>yeh sara isi baat aaya.</w:t>
      </w:r>
    </w:p>
    <w:p>
      <w:pPr>
        <w:jc w:val="right"/>
      </w:pPr>
      <w:r>
        <w:t>یہ سارا اسی بات آیا۔</w:t>
      </w:r>
    </w:p>
    <w:p>
      <w:r>
        <w:rPr>
          <w:b/>
        </w:rPr>
        <w:t xml:space="preserve">[05:10] </w:t>
      </w:r>
      <w:r>
        <w:t>to ek tha kaam preserve karna.</w:t>
      </w:r>
    </w:p>
    <w:p>
      <w:pPr>
        <w:jc w:val="right"/>
      </w:pPr>
      <w:r>
        <w:t>تو ایک تھا کام پریزرو کرنا۔</w:t>
      </w:r>
    </w:p>
    <w:p>
      <w:r>
        <w:rPr>
          <w:b/>
        </w:rPr>
        <w:t xml:space="preserve">[05:17] </w:t>
      </w:r>
      <w:r>
        <w:t>aur doosra kaam tha quran ko phailana, saare logon tak pahunchana. is mein bhi bohat saare, yani pre</w:t>
      </w:r>
    </w:p>
    <w:p>
      <w:pPr>
        <w:jc w:val="right"/>
      </w:pPr>
      <w:r>
        <w:t>اور دوسرا کام تھا قرآن کو پھیلانا، سارے لوگوں تک پہنچانا۔ اس میں بھی بہت سارے، یعنی پری</w:t>
      </w:r>
    </w:p>
    <w:p>
      <w:r>
        <w:rPr>
          <w:b/>
        </w:rPr>
        <w:t xml:space="preserve">[05:32] </w:t>
      </w:r>
      <w:r>
        <w:t>prerequisites thay. maslan dekhiye, jab quran utra to saari duniya mein persecution ka zamana tha.</w:t>
      </w:r>
    </w:p>
    <w:p>
      <w:pPr>
        <w:jc w:val="right"/>
      </w:pPr>
      <w:r>
        <w:t>پری ریکوزٹ تھے۔ مثلاً دیکھیے، جب قرآن اترا تو ساری دنیا میں لیجس پرسیکیوشن کا زمانہ تھا۔</w:t>
      </w:r>
    </w:p>
    <w:p>
      <w:r>
        <w:rPr>
          <w:b/>
        </w:rPr>
        <w:t xml:space="preserve">[05:43] </w:t>
      </w:r>
      <w:r>
        <w:t>persecution. to zaroori tha ke woh khatam ho. warna kuch kaam aage kahin pade ga.</w:t>
      </w:r>
    </w:p>
    <w:p>
      <w:pPr>
        <w:jc w:val="right"/>
      </w:pPr>
      <w:r>
        <w:t>لیجس پرسیکیوشن۔ تو ضروری تھا کہ وہ ختم ہو۔ ورنہ کچھ کام آگے کہیں پڑے گا۔</w:t>
      </w:r>
    </w:p>
    <w:p>
      <w:r>
        <w:rPr>
          <w:b/>
        </w:rPr>
        <w:t xml:space="preserve">[05:54] </w:t>
      </w:r>
      <w:r>
        <w:t>duniya mein openness aaye, duniya mein freedom aaye, duniya mein communication aaye.</w:t>
      </w:r>
    </w:p>
    <w:p>
      <w:pPr>
        <w:jc w:val="right"/>
      </w:pPr>
      <w:r>
        <w:t>دنیا میں اوپننس آئے، دنیا میں ریزرو فریڈم آئے، دنیا میں کمیونیکیشن آئے۔</w:t>
      </w:r>
    </w:p>
    <w:p>
      <w:r>
        <w:rPr>
          <w:b/>
        </w:rPr>
        <w:t xml:space="preserve">[06:05] </w:t>
      </w:r>
      <w:r>
        <w:t>yani sara yeh is ke sab hain prerequisites. woh sab aaye. to to basically yeh do do kaam thay.</w:t>
      </w:r>
    </w:p>
    <w:p>
      <w:pPr>
        <w:jc w:val="right"/>
      </w:pPr>
      <w:r>
        <w:t>یعنی سارا یہ اس کے سب ہیں پری ریکوزٹ۔ وہ سب آئے۔ تو تو بیسیکلی یہ دو دو کام تھے۔</w:t>
      </w:r>
    </w:p>
    <w:p>
      <w:r>
        <w:rPr>
          <w:b/>
        </w:rPr>
        <w:t xml:space="preserve">[06:17] </w:t>
      </w:r>
      <w:r>
        <w:t>ek kaam tha quran ko preserve karna. aur doosra tha us ko phailana.</w:t>
      </w:r>
    </w:p>
    <w:p>
      <w:pPr>
        <w:jc w:val="right"/>
      </w:pPr>
      <w:r>
        <w:t>ایک کام تھا قرآن کو پریزرو کرنا۔ اور دوسرا تھا اس کو پھیلانا۔</w:t>
      </w:r>
    </w:p>
    <w:p>
      <w:r>
        <w:rPr>
          <w:b/>
        </w:rPr>
        <w:t xml:space="preserve">[06:28] </w:t>
      </w:r>
      <w:r>
        <w:t>to dono kaam apne apne aap mein bohat hi baray kaam thay. dono kaam. woh koi ek insan nahi kar sakta tha.</w:t>
      </w:r>
    </w:p>
    <w:p>
      <w:pPr>
        <w:jc w:val="right"/>
      </w:pPr>
      <w:r>
        <w:t>تو دونوں کام اپنے اپنے آپ میں بہت ہی بڑے کام تھے۔ دونوں کام۔ وہ کوئی ایک انسان نہیں کر سکتا تھا۔</w:t>
      </w:r>
    </w:p>
    <w:p>
      <w:r>
        <w:rPr>
          <w:b/>
        </w:rPr>
        <w:t xml:space="preserve">[06:41] </w:t>
      </w:r>
      <w:r>
        <w:t>to jahan tak maine history ko parha hai aur is subject ko parha hai, maine yeh samjha hai ke Allah taala ne quran ko preserve karne ka kaam, jo khud ek bohat bara kaam tha,</w:t>
      </w:r>
    </w:p>
    <w:p>
      <w:pPr>
        <w:jc w:val="right"/>
      </w:pPr>
      <w:r>
        <w:t>تو جہاں تک میں نے ہسٹری کو پڑھا ہے اور اس سبجیکٹ کو پڑھا ہے، میں نے یہ سمجھا ہے کہ اللہ تعالیٰ نے قرآن کو پریزرو کرنے کا کام، جو خود ایک بہت بڑا کام تھا،</w:t>
      </w:r>
    </w:p>
    <w:p>
      <w:r>
        <w:rPr>
          <w:b/>
        </w:rPr>
        <w:t xml:space="preserve">[07:04] </w:t>
      </w:r>
      <w:r>
        <w:t>woh</w:t>
      </w:r>
    </w:p>
    <w:p>
      <w:pPr>
        <w:jc w:val="right"/>
      </w:pPr>
      <w:r>
        <w:t>وہ</w:t>
      </w:r>
    </w:p>
    <w:p>
      <w:r>
        <w:rPr>
          <w:b/>
        </w:rPr>
        <w:t xml:space="preserve">[07:10] </w:t>
      </w:r>
      <w:r>
        <w:t>Nabi (SAW) ki zimmedari qarar diya. "inna nazzalna zikra wa inna lahu lahafizoon".</w:t>
      </w:r>
    </w:p>
    <w:p>
      <w:pPr>
        <w:jc w:val="right"/>
      </w:pPr>
      <w:r>
        <w:t>علیہ السلام کی ذمہ داری قرار دیا۔ "انا نزلنا ذکر وانا لہ الحافظون"۔</w:t>
      </w:r>
    </w:p>
    <w:p>
      <w:r>
        <w:rPr>
          <w:b/>
        </w:rPr>
        <w:t xml:space="preserve">[07:20] </w:t>
      </w:r>
      <w:r>
        <w:t>yahan par bazahir to kaha gaya hai ke Allah ne apni zimmedari le li hai. lekin matlab kab is ka kya hai?</w:t>
      </w:r>
    </w:p>
    <w:p>
      <w:pPr>
        <w:jc w:val="right"/>
      </w:pPr>
      <w:r>
        <w:t>یہاں پر بظاہر تو کہا گیا ہے کہ اللہ نے نے اپنی ذمہ داری لے لی ہے۔ لیکن مطلب کب اس کا کیا ہے؟</w:t>
      </w:r>
    </w:p>
    <w:p>
      <w:r>
        <w:rPr>
          <w:b/>
        </w:rPr>
        <w:t xml:space="preserve">[07:29] </w:t>
      </w:r>
      <w:r>
        <w:t>followers of Islam, followers of Quran, jo is par iman layein. basically in ki yeh zimmedari hai ke woh quran ko preserve karein.</w:t>
      </w:r>
    </w:p>
    <w:p>
      <w:pPr>
        <w:jc w:val="right"/>
      </w:pPr>
      <w:r>
        <w:t>فالوورز آف اسلام، فالوورز آف قرآن، جو اس پر ایمان لائیں۔ بیسیکلی ان کی یہ ذمہ داری ہے کہ وہ قرآن کو پریزرو کریں۔</w:t>
      </w:r>
    </w:p>
    <w:p>
      <w:r>
        <w:rPr>
          <w:b/>
        </w:rPr>
        <w:t xml:space="preserve">[07:41] </w:t>
      </w:r>
      <w:r>
        <w:t>to poori tareekh mein yeh kaam jari raha hai. aur is kaam ko anjam dene ke liye zaroorat thi ke Nabi (SAW) ke paas power aaye.</w:t>
      </w:r>
    </w:p>
    <w:p>
      <w:pPr>
        <w:jc w:val="right"/>
      </w:pPr>
      <w:r>
        <w:t>تو پوری تاریخ میں یہ کام جاری رہا ہے۔ اور اس کام کو انجام دینے کے لیے ضرورت تھی کہ علیہ السلام کے پاس پاور آئے۔</w:t>
      </w:r>
    </w:p>
    <w:p>
      <w:r>
        <w:rPr>
          <w:b/>
        </w:rPr>
        <w:t xml:space="preserve">[07:57] </w:t>
      </w:r>
      <w:r>
        <w:t>power ho. baghair power ke yeh kaam nahi ho sakta tha. kyunke is mein aisi aisi cheezein involve hain jo power hi ke zariye ho sakti hain.</w:t>
      </w:r>
    </w:p>
    <w:p>
      <w:pPr>
        <w:jc w:val="right"/>
      </w:pPr>
      <w:r>
        <w:t>پاور ہو۔ بغیر پاور کے یہ کام نہیں ہو سکتا تھا۔ کیونکہ اس میں ایسی ایسی چیزیں انوالو ہیں جو پاور ہی کے ذریعے ہو سکتی ہیں۔</w:t>
      </w:r>
    </w:p>
    <w:p>
      <w:r>
        <w:rPr>
          <w:b/>
        </w:rPr>
        <w:t xml:space="preserve">[08:10] </w:t>
      </w:r>
      <w:r>
        <w:t>to ibtidai jo zamana tha, shuru ka zamana,</w:t>
      </w:r>
    </w:p>
    <w:p>
      <w:pPr>
        <w:jc w:val="right"/>
      </w:pPr>
      <w:r>
        <w:t>تو ابتدائی جو زمانہ تھا، شروع کا زمانہ،</w:t>
      </w:r>
    </w:p>
    <w:p>
      <w:r>
        <w:rPr>
          <w:b/>
        </w:rPr>
        <w:t xml:space="preserve">[08:18] </w:t>
      </w:r>
      <w:r>
        <w:t>is mein musalmanon ke paas bohat zyada power de di gayi.</w:t>
      </w:r>
    </w:p>
    <w:p>
      <w:pPr>
        <w:jc w:val="right"/>
      </w:pPr>
      <w:r>
        <w:t>اس میں مسلمانوں کے پاس بہت زیادہ پاور دے دی گئی۔</w:t>
      </w:r>
    </w:p>
    <w:p>
      <w:r>
        <w:rPr>
          <w:b/>
        </w:rPr>
        <w:t xml:space="preserve">[08:27] </w:t>
      </w:r>
      <w:r>
        <w:t>Asia, Africa, yahan tak Europe tak un ka power phail gaya.</w:t>
      </w:r>
    </w:p>
    <w:p>
      <w:pPr>
        <w:jc w:val="right"/>
      </w:pPr>
      <w:r>
        <w:t>نیشیا، افریقہ، یہاں تک یورپ تک ان کا پاور پھیل گیا۔</w:t>
      </w:r>
    </w:p>
    <w:p>
      <w:r>
        <w:rPr>
          <w:b/>
        </w:rPr>
        <w:t xml:space="preserve">[08:36] </w:t>
      </w:r>
      <w:r>
        <w:t>yeh tha</w:t>
      </w:r>
    </w:p>
    <w:p>
      <w:pPr>
        <w:jc w:val="right"/>
      </w:pPr>
      <w:r>
        <w:t>یہ تھا</w:t>
      </w:r>
    </w:p>
    <w:p>
      <w:r>
        <w:rPr>
          <w:b/>
        </w:rPr>
        <w:t xml:space="preserve">[08:41] </w:t>
      </w:r>
      <w:r>
        <w:t>power philosophy ka power nahi tha yeh. jo musalmanon ke paas hukoomat aayi, empire banaya unhone,</w:t>
      </w:r>
    </w:p>
    <w:p>
      <w:pPr>
        <w:jc w:val="right"/>
      </w:pPr>
      <w:r>
        <w:t>پاور فلسفے کا پاور نہیں تھا یہ۔ جو مسلمانوں کے پاس حکومت آئی، ایمپائر بنایا انہوں نے،</w:t>
      </w:r>
    </w:p>
    <w:p>
      <w:r>
        <w:rPr>
          <w:b/>
        </w:rPr>
        <w:t xml:space="preserve">[08:55] </w:t>
      </w:r>
      <w:r>
        <w:t>political power aaya, to woh power philosophy ka power nahi tha. woh tha power philosophy ka quran.</w:t>
      </w:r>
    </w:p>
    <w:p>
      <w:pPr>
        <w:jc w:val="right"/>
      </w:pPr>
      <w:r>
        <w:t>پولیٹیکل پاور آیا، تو وہ پاور فلسفے کا پاور نہیں تھا۔ وہ تھا پاور فلسفے کا قرآن۔</w:t>
      </w:r>
    </w:p>
    <w:p>
      <w:r>
        <w:rPr>
          <w:b/>
        </w:rPr>
        <w:t xml:space="preserve">[09:09] </w:t>
      </w:r>
      <w:r>
        <w:t>"to serve da quran".</w:t>
      </w:r>
    </w:p>
    <w:p>
      <w:pPr>
        <w:jc w:val="right"/>
      </w:pPr>
      <w:r>
        <w:t>"ٹو سرو دا قرآن"۔</w:t>
      </w:r>
    </w:p>
    <w:p>
      <w:r>
        <w:rPr>
          <w:b/>
        </w:rPr>
        <w:t xml:space="preserve">[09:14] </w:t>
      </w:r>
      <w:r>
        <w:t>tu is kaam ke liye chuncha is zamanay ke halaat ki bina par, ab tu political power ki zaroorat nahi hai, ab kuch bhi kijiye, azadi hai. Is zamanay mein azadi nahi thi.</w:t>
      </w:r>
    </w:p>
    <w:p>
      <w:pPr>
        <w:jc w:val="right"/>
      </w:pPr>
      <w:r>
        <w:t>تو اس کام کے لیے چونکہ اس زمانے کے حالات کی بنا پر، اب تو پولیٹیکل پاور کی ضرورت نہیں ہے، اب کچھ بھی کیجیے، آزادی ہے۔ اس زمانے میں آزادی نہیں تھی۔</w:t>
      </w:r>
    </w:p>
    <w:p>
      <w:r>
        <w:rPr>
          <w:b/>
        </w:rPr>
        <w:t xml:space="preserve">[09:27] </w:t>
      </w:r>
      <w:r>
        <w:t>kingship ka zamanah tha. Yani political monopoly ka zamanah tha woh. Kingship kya hai? Kingship ka hai monopoly ka zamanah.</w:t>
      </w:r>
    </w:p>
    <w:p>
      <w:pPr>
        <w:jc w:val="right"/>
      </w:pPr>
      <w:r>
        <w:t>کنگشپ کا زمانہ تھا۔ یعنی پولیٹیکل مونوپولی کا زمانہ تھا وہ۔ کنگشپ کیا ہے؟ کنگشپ کا ہے مونوپولی کا زمانہ۔</w:t>
      </w:r>
    </w:p>
    <w:p>
      <w:r>
        <w:rPr>
          <w:b/>
        </w:rPr>
        <w:t xml:space="preserve">[09:41] </w:t>
      </w:r>
      <w:r>
        <w:t>36 badshah qabzay mein.</w:t>
      </w:r>
    </w:p>
    <w:p>
      <w:pPr>
        <w:jc w:val="right"/>
      </w:pPr>
      <w:r>
        <w:t>36 بادشاہ قبضے میں۔</w:t>
      </w:r>
    </w:p>
    <w:p>
      <w:r>
        <w:rPr>
          <w:b/>
        </w:rPr>
        <w:t xml:space="preserve">[09:47] </w:t>
      </w:r>
      <w:r>
        <w:t>tu kingship ya despotism, yeh ka matlab hai monopoly ka zamanah.</w:t>
      </w:r>
    </w:p>
    <w:p>
      <w:pPr>
        <w:jc w:val="right"/>
      </w:pPr>
      <w:r>
        <w:t>تو کنگشپ یا ڈیسپورٹزم، یہ کا مطلب ہے مونوپولی کا زمانہ۔</w:t>
      </w:r>
    </w:p>
    <w:p>
      <w:r>
        <w:rPr>
          <w:b/>
        </w:rPr>
        <w:t xml:space="preserve">[09:56] </w:t>
      </w:r>
      <w:r>
        <w:t>har cheez badshah ke hath mein.</w:t>
      </w:r>
    </w:p>
    <w:p>
      <w:pPr>
        <w:jc w:val="right"/>
      </w:pPr>
      <w:r>
        <w:t>ہر چیز بادشاہ کے ہاتھ میں۔</w:t>
      </w:r>
    </w:p>
    <w:p>
      <w:r>
        <w:rPr>
          <w:b/>
        </w:rPr>
        <w:t xml:space="preserve">[10:03] </w:t>
      </w:r>
      <w:r>
        <w:t>is zamanay mein musalmanon ke paas aik bohat baray peymanay par political power aa gayi. Bohat baray peymanay par.</w:t>
      </w:r>
    </w:p>
    <w:p>
      <w:pPr>
        <w:jc w:val="right"/>
      </w:pPr>
      <w:r>
        <w:t>اس زمانے میں مسلمانوں کے پاس ایک بہت بڑے پیمانے پر پولیٹیکل پاور آ گئی۔ بہت بڑے پیمانے پر۔</w:t>
      </w:r>
    </w:p>
    <w:p>
      <w:r>
        <w:rPr>
          <w:b/>
        </w:rPr>
        <w:t xml:space="preserve">[10:14] </w:t>
      </w:r>
      <w:r>
        <w:t>umayyad empire,</w:t>
      </w:r>
    </w:p>
    <w:p>
      <w:pPr>
        <w:jc w:val="right"/>
      </w:pPr>
      <w:r>
        <w:t>امیت ایمپائر،</w:t>
      </w:r>
    </w:p>
    <w:p>
      <w:r>
        <w:rPr>
          <w:b/>
        </w:rPr>
        <w:t xml:space="preserve">[10:18] </w:t>
      </w:r>
      <w:r>
        <w:t>abbasi empire, spanish empire, mughal empire, turkish empire, yeh sab un ke hath mein aa gaya.</w:t>
      </w:r>
    </w:p>
    <w:p>
      <w:pPr>
        <w:jc w:val="right"/>
      </w:pPr>
      <w:r>
        <w:t>عباسی ایمپائر، اسپینش ایمپائر، مغل ایمپائر، ٹرشکش ایمپائر، یہ سب ان کے ہاتھ میں آ گیا۔</w:t>
      </w:r>
    </w:p>
    <w:p>
      <w:r>
        <w:rPr>
          <w:b/>
        </w:rPr>
        <w:t xml:space="preserve">[10:30] </w:t>
      </w:r>
      <w:r>
        <w:t>tu dekhiye, hamesha aisa hota hai ke</w:t>
      </w:r>
    </w:p>
    <w:p>
      <w:pPr>
        <w:jc w:val="right"/>
      </w:pPr>
      <w:r>
        <w:t>تو دیکھیے، ہمیشہ ایسا ہوتا ہے کہ</w:t>
      </w:r>
    </w:p>
    <w:p>
      <w:r>
        <w:rPr>
          <w:b/>
        </w:rPr>
        <w:t xml:space="preserve">[10:34] </w:t>
      </w:r>
      <w:r>
        <w:t>ke</w:t>
      </w:r>
    </w:p>
    <w:p>
      <w:pPr>
        <w:jc w:val="right"/>
      </w:pPr>
      <w:r>
        <w:t>کہ</w:t>
      </w:r>
    </w:p>
    <w:p>
      <w:r>
        <w:rPr>
          <w:b/>
        </w:rPr>
        <w:t xml:space="preserve">[10:39] </w:t>
      </w:r>
      <w:r>
        <w:t>power se arrogance aata hai.</w:t>
      </w:r>
    </w:p>
    <w:p>
      <w:pPr>
        <w:jc w:val="right"/>
      </w:pPr>
      <w:r>
        <w:t>پاور سے اروگنس آتا ہے۔</w:t>
      </w:r>
    </w:p>
    <w:p>
      <w:r>
        <w:rPr>
          <w:b/>
        </w:rPr>
        <w:t xml:space="preserve">[10:44] </w:t>
      </w:r>
      <w:r>
        <w:t>"where there is power, there is arrogance".</w:t>
      </w:r>
    </w:p>
    <w:p>
      <w:pPr>
        <w:jc w:val="right"/>
      </w:pPr>
      <w:r>
        <w:t>"Where there is power, there is arrogance"۔</w:t>
      </w:r>
    </w:p>
    <w:p>
      <w:r>
        <w:rPr>
          <w:b/>
        </w:rPr>
        <w:t xml:space="preserve">[10:53] </w:t>
      </w:r>
      <w:r>
        <w:t>superiority complex. Tu musalmanon ko power mila tha quran ki service ke liye, lekin sath sath un ke andar arrogance aa gaya.</w:t>
      </w:r>
    </w:p>
    <w:p>
      <w:pPr>
        <w:jc w:val="right"/>
      </w:pPr>
      <w:r>
        <w:t>سپیریٹی کمپلیکس۔ تو مسلمانوں کو پاور ملا تھا قرآن کی سروس کے لیے، لیکن ساتھ ساتھ ان کے اندر اروگنس آ گیا۔</w:t>
      </w:r>
    </w:p>
    <w:p>
      <w:r>
        <w:rPr>
          <w:b/>
        </w:rPr>
        <w:t xml:space="preserve">[11:07] </w:t>
      </w:r>
      <w:r>
        <w:t>superiority complex aa gaya. Is wajah se aik bohat bari bhool un se hui. Woh yeh ke doosra jo kaam tha, communication aur technology ko discover karna</w:t>
      </w:r>
    </w:p>
    <w:p>
      <w:pPr>
        <w:jc w:val="right"/>
      </w:pPr>
      <w:r>
        <w:t>سپیریٹی کمپلیکس آ گیا۔ اس وجہ سے ایک بہت بڑی بھول ان سے ہوئی۔ وہ یہ کہ دوسرا جو کام تھا، کمیونیکیشن اور ٹیکنالوجی کو ڈسکور کرنا</w:t>
      </w:r>
    </w:p>
    <w:p>
      <w:r>
        <w:rPr>
          <w:b/>
        </w:rPr>
        <w:t xml:space="preserve">[11:27] </w:t>
      </w:r>
      <w:r>
        <w:t>aur infrastructure ko wajood mein lana, yeh western power ko Allah taala ne mauqa diya ke woh evolve karen.</w:t>
      </w:r>
    </w:p>
    <w:p>
      <w:pPr>
        <w:jc w:val="right"/>
      </w:pPr>
      <w:r>
        <w:t>اور انفراسٹرکچر کو وجود میں لانا، یہ ویسٹرن پاور کو اللہ تعالیٰ نے موقع دیا کہ وہ ایوالو کریں۔</w:t>
      </w:r>
    </w:p>
    <w:p>
      <w:r>
        <w:rPr>
          <w:b/>
        </w:rPr>
        <w:t xml:space="preserve">[11:39] </w:t>
      </w:r>
      <w:r>
        <w:t>tu yeh waqia hai ke unhon ne</w:t>
      </w:r>
    </w:p>
    <w:p>
      <w:pPr>
        <w:jc w:val="right"/>
      </w:pPr>
      <w:r>
        <w:t>تو یہ واقعہ ہے کہ انہوں نے</w:t>
      </w:r>
    </w:p>
    <w:p>
      <w:r>
        <w:rPr>
          <w:b/>
        </w:rPr>
        <w:t xml:space="preserve">[11:45] </w:t>
      </w:r>
      <w:r>
        <w:t>pichlay taqreeban paanch sau saal mein gradually aik process chala, ziyada tar west mein, jis ke nateeje mein age of communication aaya aur bohat sari cheezen aayin.</w:t>
      </w:r>
    </w:p>
    <w:p>
      <w:pPr>
        <w:jc w:val="right"/>
      </w:pPr>
      <w:r>
        <w:t>پچھلے تقریباً پانچ سو سال میں گریجولی ایک پروسیس چلا، زیادہ تر ویسٹ میں، جس کے نتیجے میں ایج آف کمیونیکیشن آیا اور بہت ساری چیزیں آئیں۔</w:t>
      </w:r>
    </w:p>
    <w:p>
      <w:r>
        <w:rPr>
          <w:b/>
        </w:rPr>
        <w:t xml:space="preserve">[12:01] </w:t>
      </w:r>
      <w:r>
        <w:t>dunya mein peace aaya, education aayi, openness aaya.</w:t>
      </w:r>
    </w:p>
    <w:p>
      <w:pPr>
        <w:jc w:val="right"/>
      </w:pPr>
      <w:r>
        <w:t>دنیا میں پیس آیا، ایجوکیشن آئی، اوپننس آیا۔</w:t>
      </w:r>
    </w:p>
    <w:p>
      <w:r>
        <w:rPr>
          <w:b/>
        </w:rPr>
        <w:t xml:space="preserve">[12:11] </w:t>
      </w:r>
      <w:r>
        <w:t>tu aik kaam Allah ki madad se kiya musalmanon ne, yani. Aur doosra kaam bhi, woh bhi Allah ki madad se hua, woh kiya western people ne.</w:t>
      </w:r>
    </w:p>
    <w:p>
      <w:pPr>
        <w:jc w:val="right"/>
      </w:pPr>
      <w:r>
        <w:t>تو ایک کام اللہ کی مدد سے کیا مسلمانوں نے، یعنی۔ اور دوسرا کام بھی، وہ بھی اللہ کی مدد سے ہوا، وہ کیا ویسٹرن پیپل نے۔</w:t>
      </w:r>
    </w:p>
    <w:p>
      <w:r>
        <w:rPr>
          <w:b/>
        </w:rPr>
        <w:t xml:space="preserve">[12:27] </w:t>
      </w:r>
      <w:r>
        <w:t>ab yeh yahan mauqa tha ke musalman jo hain, ahl-e-maghrib ka knowledge karen, knowledge,</w:t>
      </w:r>
    </w:p>
    <w:p>
      <w:pPr>
        <w:jc w:val="right"/>
      </w:pPr>
      <w:r>
        <w:t>اب یہ یہاں موقع تھا کہ مسلمان جو ہیں، اہل مغرب کا اکنالج کریں، اکنالج،</w:t>
      </w:r>
    </w:p>
    <w:p>
      <w:r>
        <w:rPr>
          <w:b/>
        </w:rPr>
        <w:t xml:space="preserve">[12:37] </w:t>
      </w:r>
      <w:r>
        <w:t>apne bhai ke taur par manen. Lekin hua yeh ke woh arrogance mein par gaye, superiority complex mein par gaye.</w:t>
      </w:r>
    </w:p>
    <w:p>
      <w:pPr>
        <w:jc w:val="right"/>
      </w:pPr>
      <w:r>
        <w:t>اپنے بھائی کے طور پر مانیں۔ لیکن ہوا یہ کہ وہ اروگنس میں پڑ گئے، سپیریٹی کمپلیکس میں پڑ گئے۔</w:t>
      </w:r>
    </w:p>
    <w:p>
      <w:r>
        <w:rPr>
          <w:b/>
        </w:rPr>
        <w:t xml:space="preserve">[12:51] </w:t>
      </w:r>
      <w:r>
        <w:t>is liye un ko jab unhon ne dekha ke western people bohat taraqqi kar rahe hain, history visualization unhon ne develop ki hai, bohat se area mein un ko property mil gayi hai,</w:t>
      </w:r>
    </w:p>
    <w:p>
      <w:pPr>
        <w:jc w:val="right"/>
      </w:pPr>
      <w:r>
        <w:t>اس لیے ان کو جب انہوں نے دیکھا کہ ویسٹرن پیپل بہت ترقی کر رہے ہیں، ہسٹری ویلائزیشن انہوں نے ڈیولپ کی ہے، بہت سے ایریا میں ان کو پراپرٹی مل گئی ہے،</w:t>
      </w:r>
    </w:p>
    <w:p>
      <w:r>
        <w:rPr>
          <w:b/>
        </w:rPr>
        <w:t xml:space="preserve">[13:06] </w:t>
      </w:r>
      <w:r>
        <w:t>tu un ke andar kya aa gaya? Jealousy. Jealousy jis ko kehte hain.</w:t>
      </w:r>
    </w:p>
    <w:p>
      <w:pPr>
        <w:jc w:val="right"/>
      </w:pPr>
      <w:r>
        <w:t>تو ان کے اندر کیا آ گیا؟ جیلسی۔ جیلسی جس کو کہتے ہیں۔</w:t>
      </w:r>
    </w:p>
    <w:p>
      <w:r>
        <w:rPr>
          <w:b/>
        </w:rPr>
        <w:t xml:space="preserve">[13:16] </w:t>
      </w:r>
      <w:r>
        <w:t>tu unhon ne bajaye is ke ke west ka knowledge karen, un ko apna dushman bana liya. Apna rival bana liya.</w:t>
      </w:r>
    </w:p>
    <w:p>
      <w:pPr>
        <w:jc w:val="right"/>
      </w:pPr>
      <w:r>
        <w:t>تو انہوں نے بجائے اس کے کہ ویسٹ کا اکنالج کریں، ان کو اپنا دشمن بنا لیا۔ اپنا رائیول بنا لیا۔</w:t>
      </w:r>
    </w:p>
    <w:p>
      <w:r>
        <w:rPr>
          <w:b/>
        </w:rPr>
        <w:t xml:space="preserve">[13:27] </w:t>
      </w:r>
      <w:r>
        <w:t>yahan se kaam bigra. aur main yeh kahunga ke dheere dheere aik bohat hi negative taintment,</w:t>
      </w:r>
    </w:p>
    <w:p>
      <w:pPr>
        <w:jc w:val="right"/>
      </w:pPr>
      <w:r>
        <w:t>یہاں سے کام بگڑا۔ اور میں یہ کہوں گا کہ دھیرے دھیرے ایک بہت ہی نیگیٹیو ٹینٹمنٹ،</w:t>
      </w:r>
    </w:p>
    <w:p>
      <w:r>
        <w:rPr>
          <w:b/>
        </w:rPr>
        <w:t xml:space="preserve">[13:40] </w:t>
      </w:r>
      <w:r>
        <w:t>negative thinking musalmanon mein paida hui. is ke liye main kahunga ke is ko woh thi</w:t>
      </w:r>
    </w:p>
    <w:p>
      <w:pPr>
        <w:jc w:val="right"/>
      </w:pPr>
      <w:r>
        <w:t>نیگیٹیو تھنکنگ مسلمانوں میں پیدا ہوئی۔ اس کے لیے میں کہوں گا کہ اس کو وہ تھی</w:t>
      </w:r>
    </w:p>
    <w:p>
      <w:r>
        <w:rPr>
          <w:b/>
        </w:rPr>
        <w:t xml:space="preserve">[13:54] </w:t>
      </w:r>
      <w:r>
        <w:t>westophobia. yani musalman ilzaam dete hain west ko ke un ke andar islamophobia hai. haalanke yeh false hai.</w:t>
      </w:r>
    </w:p>
    <w:p>
      <w:pPr>
        <w:jc w:val="right"/>
      </w:pPr>
      <w:r>
        <w:t>ویسٹو فوبیا۔ یعنی مسلمان الزام دیتے ہیں ویسٹ کو کہ ان کے اندر اسلامو فوبیا ہے۔ حالانکہ یہ فالس ہے۔</w:t>
      </w:r>
    </w:p>
    <w:p>
      <w:r>
        <w:rPr>
          <w:b/>
        </w:rPr>
        <w:t xml:space="preserve">[14:05] </w:t>
      </w:r>
      <w:r>
        <w:t>main ne bohat gaya hoon western countries mein, bohat gaya hoon. main ne kahin main ne islamophobia nahi paya.</w:t>
      </w:r>
    </w:p>
    <w:p>
      <w:pPr>
        <w:jc w:val="right"/>
      </w:pPr>
      <w:r>
        <w:t>میں نے بہت گیا ہوں ویسٹرن کنٹریز میں، بہت گیا ہوں۔ میں نے کہیں میں نے اسلامو فوبیا نہیں پایا۔</w:t>
      </w:r>
    </w:p>
    <w:p>
      <w:r>
        <w:rPr>
          <w:b/>
        </w:rPr>
        <w:t xml:space="preserve">[14:19] </w:t>
      </w:r>
      <w:r>
        <w:t>wahan to openness hai, azadi hai, aik doosre ka respect hai.</w:t>
      </w:r>
    </w:p>
    <w:p>
      <w:pPr>
        <w:jc w:val="right"/>
      </w:pPr>
      <w:r>
        <w:t>وہاں تو اوپننس ہے، آزادی ہے، ایک دوسرے کا ریسپیکٹ ہے۔</w:t>
      </w:r>
    </w:p>
    <w:p>
      <w:r>
        <w:rPr>
          <w:b/>
        </w:rPr>
        <w:t xml:space="preserve">[14:29] </w:t>
      </w:r>
      <w:r>
        <w:t>wahan ke mahol mein kahin bhi islamophobia nahi hai. bilkul yeh bilkul false allegation hai yeh.</w:t>
      </w:r>
    </w:p>
    <w:p>
      <w:pPr>
        <w:jc w:val="right"/>
      </w:pPr>
      <w:r>
        <w:t>وہاں کے ماحول میں کہیں بھی اسلامو فوبیا نہیں ہے۔ بالکل یہ بالکل فالس ایلیگیشن ہے یہ۔</w:t>
      </w:r>
    </w:p>
    <w:p>
      <w:r>
        <w:rPr>
          <w:b/>
        </w:rPr>
        <w:t xml:space="preserve">[14:39] </w:t>
      </w:r>
      <w:r>
        <w:t>lekin khud musalmanon mein bohat baray paimane par aa gaya westophobia. westophobia. yani west se jalan, west ko apna rival samajhna, west ko apna dushman samajhna, yeh sab aa gaya.</w:t>
      </w:r>
    </w:p>
    <w:p>
      <w:pPr>
        <w:jc w:val="right"/>
      </w:pPr>
      <w:r>
        <w:t>لیکن خود مسلمانوں میں بہت بڑے پیمانے پر آ گیا ویسٹو فوبیا۔ ویسٹو فوبیا۔ یعنی ویسٹ سے جلن، ویسٹ کو اپنا رائیول سمجھنا، ویسٹ کو اپنا دشمن سمجھنا، یہ سب آ گیا۔</w:t>
      </w:r>
    </w:p>
    <w:p>
      <w:r>
        <w:rPr>
          <w:b/>
        </w:rPr>
        <w:t xml:space="preserve">[14:57] </w:t>
      </w:r>
      <w:r>
        <w:t>to ab hua kya? musalmanon ne jo apna kaam karna tha un ko ke political power ke zariye quran ko preserve karna,</w:t>
      </w:r>
    </w:p>
    <w:p>
      <w:pPr>
        <w:jc w:val="right"/>
      </w:pPr>
      <w:r>
        <w:t>تو اب ہوا کیا؟ مسلمانوں نے جو اپنا کام کرنا تھا ان کو کہ پولیٹیکل پاور کے ذریعے قرآن کو پریزرو کرنا،</w:t>
      </w:r>
    </w:p>
    <w:p>
      <w:r>
        <w:rPr>
          <w:b/>
        </w:rPr>
        <w:t xml:space="preserve">[15:12] </w:t>
      </w:r>
      <w:r>
        <w:t>is ko base dena, is ke liye woh sab kaam karna jo is ko preserve karne ke liye zaroori hai, musalmanon ne anjam diya is ko.</w:t>
      </w:r>
    </w:p>
    <w:p>
      <w:pPr>
        <w:jc w:val="right"/>
      </w:pPr>
      <w:r>
        <w:t>اس کو بیس دینا، اس کے لیے وہ سب کام کرنا جو اس کو پریزرو کرنے کے لیے ضروری ہے، مسلمانوں نے انجام دیا اس کو۔</w:t>
      </w:r>
    </w:p>
    <w:p>
      <w:r>
        <w:rPr>
          <w:b/>
        </w:rPr>
        <w:t xml:space="preserve">[15:23] </w:t>
      </w:r>
      <w:r>
        <w:t>yeh makka, madina se le kar baghdad aur damishq tak, phir qurtuba se le kar spain tak, yeh kaam musalmanon ne anjam diya.</w:t>
      </w:r>
    </w:p>
    <w:p>
      <w:pPr>
        <w:jc w:val="right"/>
      </w:pPr>
      <w:r>
        <w:t>یہ مکہ، مدینہ سے لے کر بغداد اور دمشق تک، پھر قرطبہ سے لے کر اسپین تک، یہ کام مسلمانوں نے انجام دیا۔</w:t>
      </w:r>
    </w:p>
    <w:p>
      <w:r>
        <w:rPr>
          <w:b/>
        </w:rPr>
        <w:t xml:space="preserve">[15:35] </w:t>
      </w:r>
      <w:r>
        <w:t>aur waqia hai ke is ki wajah se yeh hua ke quran aur quran se mutaliq, is se related jo ilm hai, woh sab poori tarah mehfooz ho gaya.</w:t>
      </w:r>
    </w:p>
    <w:p>
      <w:pPr>
        <w:jc w:val="right"/>
      </w:pPr>
      <w:r>
        <w:t>اور واقعہ ہے کہ اس کی وجہ سے یہ ہوا کہ قرآن اور قرآن سے متعلق، اس سے ریلیٹڈ جو علم ہے، وہ سب پوری طرح محفوظ ہو گیا۔</w:t>
      </w:r>
    </w:p>
    <w:p>
      <w:r>
        <w:rPr>
          <w:b/>
        </w:rPr>
        <w:t xml:space="preserve">[15:50] </w:t>
      </w:r>
      <w:r>
        <w:t>aaj aik scholar yeh kehne ki position mein hai ke quran mein aik ayat ke barabar bhi koi change nahi hua hai.</w:t>
      </w:r>
    </w:p>
    <w:p>
      <w:pPr>
        <w:jc w:val="right"/>
      </w:pPr>
      <w:r>
        <w:t>آج ایک اسکالر یہ کہنے کی پوزیشن میں ہے کہ قرآن میں ایک آیت کے برابر بھی کوئی چینج نہیں ہوا ہے۔</w:t>
      </w:r>
    </w:p>
    <w:p>
      <w:r>
        <w:rPr>
          <w:b/>
        </w:rPr>
        <w:t xml:space="preserve">[16:02] </w:t>
      </w:r>
      <w:r>
        <w:t>jo scholar is mozu par research karte hain, unhon ne kaha hai ke quran jo muhammad ne pesh kiya tha seventh century mein, theek wohi qawai, wohi qawai aaj bhi hai.</w:t>
      </w:r>
    </w:p>
    <w:p>
      <w:pPr>
        <w:jc w:val="right"/>
      </w:pPr>
      <w:r>
        <w:t>جو اسکالر اس موضوع پر ریسرچ کرتے ہیں، انہوں نے کہا ہے کہ قرآن جو محمد نے پیش کیا تھا سیونتھ سینچری میں، ٹھیک وہی قوائی، وہی قوائی آج بھی ہے۔</w:t>
      </w:r>
    </w:p>
    <w:p>
      <w:r>
        <w:rPr>
          <w:b/>
        </w:rPr>
        <w:t xml:space="preserve">[16:21] </w:t>
      </w:r>
      <w:r>
        <w:t>ayat ke barabar bhi is mein kuch change nahi aaya.</w:t>
      </w:r>
    </w:p>
    <w:p>
      <w:pPr>
        <w:jc w:val="right"/>
      </w:pPr>
      <w:r>
        <w:t>آیت کے برابر بھی اس میں کچھ چینج نہیں آیا۔</w:t>
      </w:r>
    </w:p>
    <w:p>
      <w:r>
        <w:rPr>
          <w:b/>
        </w:rPr>
        <w:t xml:space="preserve">[16:32] </w:t>
      </w:r>
      <w:r>
        <w:t>aik ajeeb ghareeb misaal main aap ko deta hoon. quran ki pehli surah parhiye: alhamdulillah rabbil alameen, malik yomiddin, meem alif lam kaf, malik,</w:t>
      </w:r>
    </w:p>
    <w:p>
      <w:pPr>
        <w:jc w:val="right"/>
      </w:pPr>
      <w:r>
        <w:t>ایک عجیب غریب مثال میں آپ کو دیتا ہوں۔ قرآن کی پہلی سورہ پڑھیے: الحمدللہ رب العالمین، مالک یوم الدین، میم الف لام کف، مالک،</w:t>
      </w:r>
    </w:p>
    <w:p>
      <w:r>
        <w:rPr>
          <w:b/>
        </w:rPr>
        <w:t xml:space="preserve">[16:48] </w:t>
      </w:r>
      <w:r>
        <w:t>lord of the universe. to aap kisi bhi arabi kitab mein, arabi paper mein, arabi magazine mein parhein, malik ka lafz to is mein likha rahe ga meem alif lam kaf,</w:t>
      </w:r>
    </w:p>
    <w:p>
      <w:pPr>
        <w:jc w:val="right"/>
      </w:pPr>
      <w:r>
        <w:t>لارڈ آف دا یونیورس۔ تو آپ کسی بھی عربی کتاب میں، عربی پیپر میں، عربی میگزین میں پڑھیں، مالک کا لفظ تو اس میں لکھا رہے گا میم الف لام کف،</w:t>
      </w:r>
    </w:p>
    <w:p>
      <w:r>
        <w:rPr>
          <w:b/>
        </w:rPr>
        <w:t xml:space="preserve">[17:02] </w:t>
      </w:r>
      <w:r>
        <w:t>meem alif lam kaf, malik. lekin quran mein jo aap parhte hain to is mein likha rehta hai meem lam kaf, alif nahi hai.</w:t>
      </w:r>
    </w:p>
    <w:p>
      <w:pPr>
        <w:jc w:val="right"/>
      </w:pPr>
      <w:r>
        <w:t>میم الف لام کف، مالک۔ لیکن قرآن میں جو آپ پڑھتے ہیں تو اس میں لکھا رہتا ہے میم لام کف، الف نہیں ہے۔</w:t>
      </w:r>
    </w:p>
    <w:p>
      <w:r>
        <w:rPr>
          <w:b/>
        </w:rPr>
        <w:t xml:space="preserve">[17:13] </w:t>
      </w:r>
      <w:r>
        <w:t>woh ooper se likh diya jata hai chota sa alif. to jo traditional arabic script hai, is mein meem alif lam kaf likha jata hai.</w:t>
      </w:r>
    </w:p>
    <w:p>
      <w:pPr>
        <w:jc w:val="right"/>
      </w:pPr>
      <w:r>
        <w:t>وہ اوپر سے لکھ دیا جاتا ہے چھوٹا سا الف۔ تو جو ٹریڈیشنل عربک اسکرپٹ ہے، اس میں میم الف لام کف لکھا جاتا ہے۔</w:t>
      </w:r>
    </w:p>
    <w:p>
      <w:r>
        <w:rPr>
          <w:b/>
        </w:rPr>
        <w:t xml:space="preserve">[17:26] </w:t>
      </w:r>
      <w:r>
        <w:t>lekin quran mein jo likha jata hai, woh meem lam kaf parhne malik parhaya jata hai. aisa kyun hai?</w:t>
      </w:r>
    </w:p>
    <w:p>
      <w:pPr>
        <w:jc w:val="right"/>
      </w:pPr>
      <w:r>
        <w:t>لیکن قرآن میں جو لکھا جاتا ہے، وہ میم لام کف پڑھنے مالک پڑھایا جاتا ہے۔ ایسا کیوں ہے؟</w:t>
      </w:r>
    </w:p>
    <w:p>
      <w:r>
        <w:rPr>
          <w:b/>
        </w:rPr>
        <w:t xml:space="preserve">[17:39] </w:t>
      </w:r>
      <w:r>
        <w:t>yeh ajeeb o ghareeb farq kyun hai? is ke liye ke jo shuru mein jo katib thay quran ke, us waqt us waqt ki jo calligraphy thi,</w:t>
      </w:r>
    </w:p>
    <w:p>
      <w:pPr>
        <w:jc w:val="right"/>
      </w:pPr>
      <w:r>
        <w:t>یہ عجیب و غریب فرق کیوں ہے؟ اس کے لیے کہ جو شروع میں جو کاتب تھے قرآن کے، اس وقت اس وقت کی جو کیلیگرافی تھی،</w:t>
      </w:r>
    </w:p>
    <w:p>
      <w:r>
        <w:rPr>
          <w:b/>
        </w:rPr>
        <w:t xml:space="preserve">[17:54] </w:t>
      </w:r>
      <w:r>
        <w:t>is calligraphy ke mutabiq unhon ne likh diya. is calligraphy mein meem alif lam kaf nahi likhaya jata tha, bas meem lam kaf aur parhne mein is ko malik parhaya jata tha.</w:t>
      </w:r>
    </w:p>
    <w:p>
      <w:pPr>
        <w:jc w:val="right"/>
      </w:pPr>
      <w:r>
        <w:t>اس کیلیگرافی کے مطابق انہوں نے لکھ دیا۔ اس کیلیگرافی میں میم الف لام کف نہیں لکھایا جاتا تھا، بس میم لام کف اور پڑھنے میں اس کو مالک پڑھایا جاتا تھا۔</w:t>
      </w:r>
    </w:p>
    <w:p>
      <w:r>
        <w:rPr>
          <w:b/>
        </w:rPr>
        <w:t xml:space="preserve">[18:06] </w:t>
      </w:r>
      <w:r>
        <w:t>aise hi likh diya.</w:t>
      </w:r>
    </w:p>
    <w:p>
      <w:pPr>
        <w:jc w:val="right"/>
      </w:pPr>
      <w:r>
        <w:t>ایسے ہی لکھ دیا۔</w:t>
      </w:r>
    </w:p>
    <w:p>
      <w:r>
        <w:rPr>
          <w:b/>
        </w:rPr>
        <w:t xml:space="preserve">[18:12] </w:t>
      </w:r>
      <w:r>
        <w:t>to musalmanon ne</w:t>
      </w:r>
    </w:p>
    <w:p>
      <w:pPr>
        <w:jc w:val="right"/>
      </w:pPr>
      <w:r>
        <w:t>تو مسلمانوں نے</w:t>
      </w:r>
    </w:p>
    <w:p>
      <w:r>
        <w:rPr>
          <w:b/>
        </w:rPr>
        <w:t xml:space="preserve">[18:17] </w:t>
      </w:r>
      <w:r>
        <w:t>itna ziyada is ko preserve kiya. first copy ko, quran ki jo first copy thi, to quran ki jo first copy thi, itna ziyada is ko preserve kiya ke kisi ki himmat nahi pari ke woh alif likh de, woh meem alif likh de.</w:t>
      </w:r>
    </w:p>
    <w:p>
      <w:pPr>
        <w:jc w:val="right"/>
      </w:pPr>
      <w:r>
        <w:t>اتنا زیادہ اس کو پریزرو کیا۔ فرسٹ کاپی کو، قرآن کی جو فرسٹ کاپی تھی، تو قرآن کی جو فرسٹ کاپی تھی، اتنا زیادہ اس کو پریزرو کیا کہ کسی کی ہمت نہیں پڑی کہ وہ الف لکھ دے، وہ میم الف لکھ دے۔</w:t>
      </w:r>
    </w:p>
    <w:p>
      <w:r>
        <w:rPr>
          <w:b/>
        </w:rPr>
        <w:t xml:space="preserve">[18:38] </w:t>
      </w:r>
      <w:r>
        <w:t>kaisi ajeeb baat hai!</w:t>
      </w:r>
    </w:p>
    <w:p>
      <w:pPr>
        <w:jc w:val="right"/>
      </w:pPr>
      <w:r>
        <w:t>کیسی عجیب بات ہے!</w:t>
      </w:r>
    </w:p>
    <w:p>
      <w:r>
        <w:rPr>
          <w:b/>
        </w:rPr>
        <w:t xml:space="preserve">[18:42] </w:t>
      </w:r>
      <w:r>
        <w:t>meem laam kaf hai to woh meem laam kaf hi likha unhon ne, meem alif laam kaf nahin likha unhon ne. yeh hai preserve karne ki aakhri inteha.</w:t>
      </w:r>
    </w:p>
    <w:p>
      <w:pPr>
        <w:jc w:val="right"/>
      </w:pPr>
      <w:r>
        <w:t>میم لام کف ہے تو وہ میم لام کف ہی لکھا انہوں نے، میم الف لام کف نہیں لکھا انہوں نے۔ یہ ہے پریزرو کرنے کی آخری انتہا۔</w:t>
      </w:r>
    </w:p>
    <w:p>
      <w:r>
        <w:rPr>
          <w:b/>
        </w:rPr>
        <w:t xml:space="preserve">[18:59] </w:t>
      </w:r>
      <w:r>
        <w:t>isi liye scholars ne jo research kiya hai, unhon ne maana hai ke quran mein ayat ke barabar bhi koi change nahin, wohi ka wohi hai.</w:t>
      </w:r>
    </w:p>
    <w:p>
      <w:pPr>
        <w:jc w:val="right"/>
      </w:pPr>
      <w:r>
        <w:t>اسی لیے اسکالرز نے جو ریسرچ کیا ہے، انہوں نے مانا ہے کہ قرآن میں آیت کے برابر بھی کوئی چینج نہیں، وہی کا وہی ہے۔</w:t>
      </w:r>
    </w:p>
    <w:p>
      <w:r>
        <w:rPr>
          <w:b/>
        </w:rPr>
        <w:t xml:space="preserve">[19:10] </w:t>
      </w:r>
      <w:r>
        <w:t>jabke doosri tamam kitabon mein change aa chuke hain.</w:t>
      </w:r>
    </w:p>
    <w:p>
      <w:pPr>
        <w:jc w:val="right"/>
      </w:pPr>
      <w:r>
        <w:t>جبکہ دوسری تمام کتابوں میں چینج آ چکے ہیں۔</w:t>
      </w:r>
    </w:p>
    <w:p>
      <w:r>
        <w:rPr>
          <w:b/>
        </w:rPr>
        <w:t xml:space="preserve">[19:17] </w:t>
      </w:r>
      <w:r>
        <w:t>to yeh kaam kiya musalmanon ne, quran ke followers ne ke islam ko mehfooz kiya, quran ko mehfooz kiya, hadith ko mehfooz kiya,</w:t>
      </w:r>
    </w:p>
    <w:p>
      <w:pPr>
        <w:jc w:val="right"/>
      </w:pPr>
      <w:r>
        <w:t>تو یہ کام کیا مسلمانوں نے، قرآن کے فالوورز نے کہ اسلام کو محفوظ کیا، قرآن کو محفوظ کیا، حدیث کو محفوظ کیا،</w:t>
      </w:r>
    </w:p>
    <w:p>
      <w:r>
        <w:rPr>
          <w:b/>
        </w:rPr>
        <w:t xml:space="preserve">[19:32] </w:t>
      </w:r>
      <w:r>
        <w:t>sunnat ko mehfooz kiya, har cheez ko mehfooz kiya.</w:t>
      </w:r>
    </w:p>
    <w:p>
      <w:pPr>
        <w:jc w:val="right"/>
      </w:pPr>
      <w:r>
        <w:t>سنت کو محفوظ کیا، ہر چیز کو محفوظ کیا۔</w:t>
      </w:r>
    </w:p>
    <w:p>
      <w:r>
        <w:rPr>
          <w:b/>
        </w:rPr>
        <w:t xml:space="preserve">[19:39] </w:t>
      </w:r>
      <w:r>
        <w:t>aaj aap</w:t>
      </w:r>
    </w:p>
    <w:p>
      <w:pPr>
        <w:jc w:val="right"/>
      </w:pPr>
      <w:r>
        <w:t>آج آپ</w:t>
      </w:r>
    </w:p>
    <w:p>
      <w:r>
        <w:rPr>
          <w:b/>
        </w:rPr>
        <w:t xml:space="preserve">[19:44] </w:t>
      </w:r>
      <w:r>
        <w:t>itni lambi muddat guzar chuki hai, centuries after centuries ka zamana hai. lekin agar aap yeh janna chahein, agar aap yeh janna chahein ke rasool Allah quran kaise parhte the,</w:t>
      </w:r>
    </w:p>
    <w:p>
      <w:pPr>
        <w:jc w:val="right"/>
      </w:pPr>
      <w:r>
        <w:t>اتنی لمبی مدت گزر چکی ہے، سینچریز آفٹر سینچریز کا زمانہ ہے۔ لیکن اگر آپ یہ جاننا چاہیں، اگر آپ یہ جاننا چاہیں کہ رسول اللہ قرآن کیسے پڑھتے تھے،</w:t>
      </w:r>
    </w:p>
    <w:p>
      <w:r>
        <w:rPr>
          <w:b/>
        </w:rPr>
        <w:t xml:space="preserve">[20:03] </w:t>
      </w:r>
      <w:r>
        <w:t>rasool Allah kaise uthte baithte the, rasool Allah</w:t>
      </w:r>
    </w:p>
    <w:p>
      <w:pPr>
        <w:jc w:val="right"/>
      </w:pPr>
      <w:r>
        <w:t>رسول اللہ کیسے اٹھتے بیٹھتے تھے، رسول اللہ</w:t>
      </w:r>
    </w:p>
    <w:p>
      <w:r>
        <w:rPr>
          <w:b/>
        </w:rPr>
        <w:t xml:space="preserve">[20:12] </w:t>
      </w:r>
      <w:r>
        <w:t>yani ek ek cheez jo rasool Allah ki hai, woh kya thi, woh sab ki sab aap ko kitabon mein mil jayegi.</w:t>
      </w:r>
    </w:p>
    <w:p>
      <w:pPr>
        <w:jc w:val="right"/>
      </w:pPr>
      <w:r>
        <w:t>یعنی ایک ایک چیز جو رسول اللہ کی ہے، وہ کیا تھی، وہ سب کی سب آپ کو کتابوں میں مل جائے گی۔</w:t>
      </w:r>
    </w:p>
    <w:p>
      <w:r>
        <w:rPr>
          <w:b/>
        </w:rPr>
        <w:t xml:space="preserve">[20:22] </w:t>
      </w:r>
      <w:r>
        <w:t>abhi maine ek kitab mangai hai arab se, kundal maal, atharah jildon mein. woh encyclopedia hai islam ki.</w:t>
      </w:r>
    </w:p>
    <w:p>
      <w:pPr>
        <w:jc w:val="right"/>
      </w:pPr>
      <w:r>
        <w:t>ابھی میں نے ایک کتاب منگائی ہے عرب سے، کندل المال، اٹھارہ جلدوں میں۔ وہ انسائیکلوپیڈیا ہے اسلام کی۔</w:t>
      </w:r>
    </w:p>
    <w:p>
      <w:r>
        <w:rPr>
          <w:b/>
        </w:rPr>
        <w:t xml:space="preserve">[20:34] </w:t>
      </w:r>
      <w:r>
        <w:t>jis baat ko aap janna chahein ke sahaba kaise the, rasool Allah kaise the, quran kaise utra, quran kaise parha gaya, kaise likha gaya, sab kuch maujood hai.</w:t>
      </w:r>
    </w:p>
    <w:p>
      <w:pPr>
        <w:jc w:val="right"/>
      </w:pPr>
      <w:r>
        <w:t>جس بات کو آپ جاننا چاہیں کہ صحابہ کیسے تھے، رسول اللہ کیسے تھے، قرآن کیسے اترا، قرآن کیسے پڑھا گیا، کیسے لکھا گیا، سب کچھ موجود ہے۔</w:t>
      </w:r>
    </w:p>
    <w:p>
      <w:r>
        <w:rPr>
          <w:b/>
        </w:rPr>
        <w:t xml:space="preserve">[20:48] </w:t>
      </w:r>
      <w:r>
        <w:t>to ek part jo tha, ek part yani quran ko mehfooz karna taake baad ke logon ko quran as it is, as it is mile, as it is mile, koi is mein farq na ho.</w:t>
      </w:r>
    </w:p>
    <w:p>
      <w:pPr>
        <w:jc w:val="right"/>
      </w:pPr>
      <w:r>
        <w:t>تو ایک پارٹ جو تھا، ایک پارٹ یعنی قرآن کو محفوظ کرنا تاکہ بعد کے لوگوں کو قرآن ایز اٹ از، ایز اٹ از ملے، ایز اٹ از ملے، کوئی اس میں فرق نہ ہو۔</w:t>
      </w:r>
    </w:p>
    <w:p>
      <w:r>
        <w:rPr>
          <w:b/>
        </w:rPr>
        <w:t xml:space="preserve">[21:05] </w:t>
      </w:r>
      <w:r>
        <w:t>yeh kaam musalmanon ne kamil darje mein kiya. lekin jo doosra kaam jo tha, woh tha infrastructure ka wajood mein lana, duniya mein age of communication lana,</w:t>
      </w:r>
    </w:p>
    <w:p>
      <w:pPr>
        <w:jc w:val="right"/>
      </w:pPr>
      <w:r>
        <w:t>یہ کام مسلمانوں نے کامل درجے میں کیا۔ لیکن جو دوسرا کام جو تھا، وہ تھا انفراسٹرکچر کا وجود میں لانا، دنیا میں ایج آف کمیونیکیشن لانا،</w:t>
      </w:r>
    </w:p>
    <w:p>
      <w:r>
        <w:rPr>
          <w:b/>
        </w:rPr>
        <w:t xml:space="preserve">[21:21] </w:t>
      </w:r>
      <w:r>
        <w:t>duniya mein age of peace lana, duniya mein openness lana, duniya mein age of travel lana, mobility, age of mobility lana.</w:t>
      </w:r>
    </w:p>
    <w:p>
      <w:pPr>
        <w:jc w:val="right"/>
      </w:pPr>
      <w:r>
        <w:t>دنیا میں ایج آف پیس لانا، دنیا میں اوپننس لانا، دنیا میں ایج آف ٹریول لانا، موبیلٹی، ایج آف موبیلٹی لانا۔</w:t>
      </w:r>
    </w:p>
    <w:p>
      <w:r>
        <w:rPr>
          <w:b/>
        </w:rPr>
        <w:t xml:space="preserve">[21:38] </w:t>
      </w:r>
      <w:r>
        <w:t>yeh sara ka sara</w:t>
      </w:r>
    </w:p>
    <w:p>
      <w:pPr>
        <w:jc w:val="right"/>
      </w:pPr>
      <w:r>
        <w:t>یہ سارا کا سارا</w:t>
      </w:r>
    </w:p>
    <w:p>
      <w:r>
        <w:rPr>
          <w:b/>
        </w:rPr>
        <w:t xml:space="preserve">[21:42] </w:t>
      </w:r>
      <w:r>
        <w:t>taqreeban hundred percent kiya hai west ne.</w:t>
      </w:r>
    </w:p>
    <w:p>
      <w:pPr>
        <w:jc w:val="right"/>
      </w:pPr>
      <w:r>
        <w:t>تقریباً ہنڈرڈ پرسنٹ کیا ہے ویسٹ نے۔</w:t>
      </w:r>
    </w:p>
    <w:p>
      <w:r>
        <w:rPr>
          <w:b/>
        </w:rPr>
        <w:t xml:space="preserve">[21:49] </w:t>
      </w:r>
      <w:r>
        <w:t>to jis tarah se musalmanon ka yeh yeh credit mila ke musalmanon ne quran ko ya source of islam, source of islam ko aakhri had tak mehfooz kar diya,</w:t>
      </w:r>
    </w:p>
    <w:p>
      <w:pPr>
        <w:jc w:val="right"/>
      </w:pPr>
      <w:r>
        <w:t>تو جس طرح سے مسلمانوں کا یہ یہ کریڈٹ ملا کہ مسلمانوں نے قرآن کو یا سورس آف اسلام، سورس آف اسلام کو آخری حد تک محفوظ کر دیا،</w:t>
      </w:r>
    </w:p>
    <w:p>
      <w:r>
        <w:rPr>
          <w:b/>
        </w:rPr>
        <w:t xml:space="preserve">[22:08] </w:t>
      </w:r>
      <w:r>
        <w:t>koi shart nahin, kisi ke liye koi koi koi shakk nahin kar sakta.</w:t>
      </w:r>
    </w:p>
    <w:p>
      <w:pPr>
        <w:jc w:val="right"/>
      </w:pPr>
      <w:r>
        <w:t>کوئی شرط نہیں، کسی کے لیے کوئی کوئی کوئی شک نہیں کر سکتا۔</w:t>
      </w:r>
    </w:p>
    <w:p>
      <w:r>
        <w:rPr>
          <w:b/>
        </w:rPr>
        <w:t xml:space="preserve">[22:15] </w:t>
      </w:r>
      <w:r>
        <w:t>shakk ka kisi ko mauqa hi nahin hai. lekin jo doosra kaam jo tha, agar woh division of labor, division of labor ka usool hua to musalmanon ko maanna chahiye is ko.</w:t>
      </w:r>
    </w:p>
    <w:p>
      <w:pPr>
        <w:jc w:val="right"/>
      </w:pPr>
      <w:r>
        <w:t>شک کا کسی کو موقع ہی نہیں ہے۔ لیکن جو دوسرا کام جو تھا، اگر وہ ڈیویژن آف لیبر، ڈیویژن آف لیبر کا اصول ہوا تو مسلمانوں کو ماننا چاہیے اس کو۔</w:t>
      </w:r>
    </w:p>
    <w:p>
      <w:r>
        <w:rPr>
          <w:b/>
        </w:rPr>
        <w:t xml:space="preserve">[22:30] </w:t>
      </w:r>
      <w:r>
        <w:t>is mamle mein Allah taala ne division of labor ka usool ikhtiyar kiya, yani taqseem kar ke aadha kaam yeh anjam dein, aadha kaam woh woh anjam dein.</w:t>
      </w:r>
    </w:p>
    <w:p>
      <w:pPr>
        <w:jc w:val="right"/>
      </w:pPr>
      <w:r>
        <w:t>اس معاملے میں اللہ تعالیٰ نے ڈیویژن آف لیبر کا اصول اختیار کیا، یعنی تقسیم کار کہ آدھا کام یہ انجام دیں، آدھا کام وہ وہ انجام دیں۔</w:t>
      </w:r>
    </w:p>
    <w:p>
      <w:r>
        <w:rPr>
          <w:b/>
        </w:rPr>
        <w:t xml:space="preserve">[22:42] </w:t>
      </w:r>
      <w:r>
        <w:t>to is ko acknowledge karo, acknowledge karo. iqrar is ki wajah yeh hui ke maslan America ne side liya, haan, Britain ne partition karwaya Palestine ka,</w:t>
      </w:r>
    </w:p>
    <w:p>
      <w:pPr>
        <w:jc w:val="right"/>
      </w:pPr>
      <w:r>
        <w:t>تو اس کو اکنالج کرو، اکنالج کرو۔ اقرار اس کی وجہ یہ ہوئی کہ مثلاً امریکہ نے سائیڈ لیا، ہاں، برٹن نے پارٹیشن کروایا فلسطین کا،</w:t>
      </w:r>
    </w:p>
    <w:p>
      <w:r>
        <w:rPr>
          <w:b/>
        </w:rPr>
        <w:t xml:space="preserve">[23:00] </w:t>
      </w:r>
      <w:r>
        <w:t>America ne side liya Palestine ki. to ab Britain ke America ke sare west dushman ban gaye musalman. ab main to samajhta hoon ke yeh bilkul justice tha kyunke musalmanon ka koi birth right nahin hai Palestine par.</w:t>
      </w:r>
    </w:p>
    <w:p>
      <w:pPr>
        <w:jc w:val="right"/>
      </w:pPr>
      <w:r>
        <w:t>امریکہ نے سائیڈ لیا فلسطین کی۔ تو اب برٹن کے امریکہ کے سارے ویسٹ دشمن بن گئے مسلمان۔ اب میں تو سمجھتا ہوں کہ یہ بالکل جسٹس تھا کیونکہ مسلمانوں کا کوئی برتھ رائٹ نہیں ہے فلسطین پر۔</w:t>
      </w:r>
    </w:p>
    <w:p>
      <w:r>
        <w:rPr>
          <w:b/>
        </w:rPr>
        <w:t xml:space="preserve">[23:20] </w:t>
      </w:r>
      <w:r>
        <w:t>iska koi saboot nahin hai ke musalmanon ka paidaishi haq hai ke woh Palestine mein rule karein, koi saboot nahin hai. sare muqaddas maqamat to Christian ke hain, yahood ke hain, musalmanon ka to kuch hai nahin.</w:t>
      </w:r>
    </w:p>
    <w:p>
      <w:pPr>
        <w:jc w:val="right"/>
      </w:pPr>
      <w:r>
        <w:t>اس کا کوئی ثبوت نہیں ہے کہ مسلمانوں کا پیدائشی حق ہے کہ وہ فلسطین میں رول کریں، کوئی ثبوت نہیں ہے۔ سارے مقدس مقامات تو کرسچن کے ہیں، یہود کے ہیں، مسلمانوں کا تو کچھ ہے نہیں۔</w:t>
      </w:r>
    </w:p>
    <w:p>
      <w:r>
        <w:rPr>
          <w:b/>
        </w:rPr>
        <w:t xml:space="preserve">[23:36] </w:t>
      </w:r>
      <w:r>
        <w:t>masjid Aqsa bhi musalmanon ki nahin hai. historically, historically agar aap dekhein to masjid Aqsa jo hai woh yahood ki hai, musalmanon ki nahin hai.</w:t>
      </w:r>
    </w:p>
    <w:p>
      <w:pPr>
        <w:jc w:val="right"/>
      </w:pPr>
      <w:r>
        <w:t>مسجد اقصیٰ بھی مسلمانوں کی نہیں ہے۔ ہسٹوریکلی، ہسٹوریکلی اگر آپ دیکھیں تو مسجد اقصیٰ جو ہے وہ یہود کی ہے، مسلمانوں کی نہیں ہے۔</w:t>
      </w:r>
    </w:p>
    <w:p>
      <w:r>
        <w:rPr>
          <w:b/>
        </w:rPr>
        <w:t xml:space="preserve">[23:50] </w:t>
      </w:r>
      <w:r>
        <w:t>to maano is ko, kaba tumhare paas hai hi, madina tumhare paas hai hi. ab kya zaroori hai ke tum kaba ke sath aur madina ke sath Palestine pe qabza karo?</w:t>
      </w:r>
    </w:p>
    <w:p>
      <w:pPr>
        <w:jc w:val="right"/>
      </w:pPr>
      <w:r>
        <w:t>تو مانو اس کو، کعبہ تمہارے پاس ہے ہی، مدینہ تمہارے پاس ہے ہی۔ اب کیا ضروری ہے کہ تم کعبہ کے ساتھ اور مدینہ کے ساتھ فلسطین پہ قبضہ کرو؟</w:t>
      </w:r>
    </w:p>
    <w:p>
      <w:r>
        <w:rPr>
          <w:b/>
        </w:rPr>
        <w:t xml:space="preserve">[24:03] </w:t>
      </w:r>
      <w:r>
        <w:t>woh jin ka hai, un ko rehne do un ke liye. kyun ke khud quran mein likhi ayat hai ke ke musa ne kaha ke aye meri qom, dakhil ho jao falasteen mein, woh tumhare liye likh diya gaya hai.</w:t>
      </w:r>
    </w:p>
    <w:p>
      <w:pPr>
        <w:jc w:val="right"/>
      </w:pPr>
      <w:r>
        <w:t>وہ جن کا ہے، ان کو رہنے دو ان کے لیے۔ کیونکہ خود قرآن میں لکھی آیت ہے کہ کہ موسیٰ نے کہا کہ اے میری قوم، داخل ہو جاؤ فلسطین میں، وہ تمہارے لیے لکھ دیا گیا ہے۔</w:t>
      </w:r>
    </w:p>
    <w:p>
      <w:r>
        <w:rPr>
          <w:b/>
        </w:rPr>
        <w:t xml:space="preserve">[24:18] </w:t>
      </w:r>
      <w:r>
        <w:t>yeh khud quran mein abhi bhi maujood hai yeh ayat. to sara kaam isboot tareeqe se hota. ek taraf preservation quran ka, doosri taraf is ka explanation,</w:t>
      </w:r>
    </w:p>
    <w:p>
      <w:pPr>
        <w:jc w:val="right"/>
      </w:pPr>
      <w:r>
        <w:t>یہ خود قرآن میں ابھی بھی موجود ہے یہ آیت۔ تو سارا کام اسبوط طریقے سے ہوتا۔ ایک طرف پریزرویشن قرآن کا، دوسری طرف اس کا ایکسپلینیشن،</w:t>
      </w:r>
    </w:p>
    <w:p>
      <w:r>
        <w:rPr>
          <w:b/>
        </w:rPr>
        <w:t xml:space="preserve">[24:32] </w:t>
      </w:r>
      <w:r>
        <w:t>ek phailana.</w:t>
      </w:r>
    </w:p>
    <w:p>
      <w:pPr>
        <w:jc w:val="right"/>
      </w:pPr>
      <w:r>
        <w:t>ایک پھیلانا۔</w:t>
      </w:r>
    </w:p>
    <w:p>
      <w:r>
        <w:rPr>
          <w:b/>
        </w:rPr>
        <w:t xml:space="preserve">[24:38] </w:t>
      </w:r>
      <w:r>
        <w:t>lekin kya hua ke musalmanon ne</w:t>
      </w:r>
    </w:p>
    <w:p>
      <w:pPr>
        <w:jc w:val="right"/>
      </w:pPr>
      <w:r>
        <w:t>لیکن کیا ہوا کہ مسلمانوں نے</w:t>
      </w:r>
    </w:p>
    <w:p>
      <w:r>
        <w:rPr>
          <w:b/>
        </w:rPr>
        <w:t xml:space="preserve">[24:44] </w:t>
      </w:r>
      <w:r>
        <w:t>lraai chhed di west ke khilaaf, dushman samajh kar ke. ab woh lraai ab kisi ki soorat mein abhi jaari hai, chahe hate ki soorat mein ho ya kisi aur soorat mein ho.</w:t>
      </w:r>
    </w:p>
    <w:p>
      <w:pPr>
        <w:jc w:val="right"/>
      </w:pPr>
      <w:r>
        <w:t>لڑائی چھیڑ دی ویسٹ کے خلاف، دشمن سمجھ کر کے۔ اب وہ لڑائی اب کسی کی صورت میں ابھی جاری ہے، چاہے ہیٹ کی صورت میں ہو یا کسی اور صورت میں ہو۔</w:t>
      </w:r>
    </w:p>
    <w:p>
      <w:r>
        <w:rPr>
          <w:b/>
        </w:rPr>
        <w:t xml:space="preserve">[25:00] </w:t>
      </w:r>
      <w:r>
        <w:t>ab jo kaam karna hai, dekhen, ab dekhen, quran yeh hadith mein peshingoyi ki gayi thi ke ek zamana aaye ga jab ke dunya mein</w:t>
      </w:r>
    </w:p>
    <w:p>
      <w:pPr>
        <w:jc w:val="right"/>
      </w:pPr>
      <w:r>
        <w:t>اب جو کام کرنا ہے، دیکھیں، اب دیکھیں، قرآن یہ حدیث میں پیشنگوئی کی گئی تھی کہ ایک زمانہ آئے گا جب کہ دنیا میں</w:t>
      </w:r>
    </w:p>
    <w:p>
      <w:r>
        <w:rPr>
          <w:b/>
        </w:rPr>
        <w:t xml:space="preserve">[25:19] </w:t>
      </w:r>
      <w:r>
        <w:t>shahadat-e-aazma ka role anjaam paye ga. shahadat-e-aazma ke maani hain great witness ya great expansion quran ka aur islam ka.</w:t>
      </w:r>
    </w:p>
    <w:p>
      <w:pPr>
        <w:jc w:val="right"/>
      </w:pPr>
      <w:r>
        <w:t>شہادت اعظم کا رول انجام پائے گا۔ شہادت اعظم کے معنی ہیں گریٹ وٹنس یا گریٹ ایکسپینشن قرآن کا اور اسلام کا۔</w:t>
      </w:r>
    </w:p>
    <w:p>
      <w:r>
        <w:rPr>
          <w:b/>
        </w:rPr>
        <w:t xml:space="preserve">[25:34] </w:t>
      </w:r>
      <w:r>
        <w:t>shahadat-e-aazma aur is ko khud quran mein maujood hai yeh</w:t>
      </w:r>
    </w:p>
    <w:p>
      <w:pPr>
        <w:jc w:val="right"/>
      </w:pPr>
      <w:r>
        <w:t>شہادت اعظم اور اس کو خود قرآن میں موجود ہے یہ</w:t>
      </w:r>
    </w:p>
    <w:p>
      <w:r>
        <w:rPr>
          <w:b/>
        </w:rPr>
        <w:t xml:space="preserve">[25:43] </w:t>
      </w:r>
      <w:r>
        <w:t>is tareeqe se ke sanurihim ayatina fil afaqi wa fi anfusihim hatta yatabayyana lahumul haqq.</w:t>
      </w:r>
    </w:p>
    <w:p>
      <w:pPr>
        <w:jc w:val="right"/>
      </w:pPr>
      <w:r>
        <w:t>اس طریقے سے کہ سنوریہم آیتنا فی الافاق و فی انفسہم حتی یتبین لہم ان الحق۔</w:t>
      </w:r>
    </w:p>
    <w:p>
      <w:r>
        <w:rPr>
          <w:b/>
        </w:rPr>
        <w:t xml:space="preserve">[25:56] </w:t>
      </w:r>
      <w:r>
        <w:t>yeh jo yatabayyana lahumul haqq jo hai, yeh kya hai? tabayyun-e-aazma hai. hadith mein shahadat-e-aazma hai to quran mein tabayyun-e-aazma hai.</w:t>
      </w:r>
    </w:p>
    <w:p>
      <w:pPr>
        <w:jc w:val="right"/>
      </w:pPr>
      <w:r>
        <w:t>یہ جو یتبین لہم ان الحق جو ہے، یہ کیا ہے؟ تبین اعظم ہے۔ حدیث میں شہادت اعظم ہے تو قرآن میں تبین اعظم ہے۔</w:t>
      </w:r>
    </w:p>
    <w:p>
      <w:r>
        <w:rPr>
          <w:b/>
        </w:rPr>
        <w:t xml:space="preserve">[26:15] </w:t>
      </w:r>
      <w:r>
        <w:t>to yeh</w:t>
      </w:r>
    </w:p>
    <w:p>
      <w:pPr>
        <w:jc w:val="right"/>
      </w:pPr>
      <w:r>
        <w:t>تو یہ</w:t>
      </w:r>
    </w:p>
    <w:p>
      <w:r>
        <w:rPr>
          <w:b/>
        </w:rPr>
        <w:t xml:space="preserve">[26:18] </w:t>
      </w:r>
      <w:r>
        <w:t>yeh prediction tha quran mein aur hadith mein prediction ke ek waqt aaye ga jab ke dunya mein quran ki ya allah ke deen ki</w:t>
      </w:r>
    </w:p>
    <w:p>
      <w:pPr>
        <w:jc w:val="right"/>
      </w:pPr>
      <w:r>
        <w:t>یہ پریڈکشن تھا قرآن میں اور حدیث میں پریڈکشن کہ ایک وقت آئے گا جب کہ دنیا میں قرآن کی یا اللہ کے دین کی</w:t>
      </w:r>
    </w:p>
    <w:p>
      <w:r>
        <w:rPr>
          <w:b/>
        </w:rPr>
        <w:t xml:space="preserve">[26:35] </w:t>
      </w:r>
      <w:r>
        <w:t>great witness anjaam paye gi,</w:t>
      </w:r>
    </w:p>
    <w:p>
      <w:pPr>
        <w:jc w:val="right"/>
      </w:pPr>
      <w:r>
        <w:t>گریٹ وٹنس انجام پائے گی،</w:t>
      </w:r>
    </w:p>
    <w:p>
      <w:r>
        <w:rPr>
          <w:b/>
        </w:rPr>
        <w:t xml:space="preserve">[26:40] </w:t>
      </w:r>
      <w:r>
        <w:t>great tabayyun hogi. saare alam mein saare logon ke liye, one to all, saare mardon aur auraton ke liye allah ka jo word hai, allah ka jo message hai,</w:t>
      </w:r>
    </w:p>
    <w:p>
      <w:pPr>
        <w:jc w:val="right"/>
      </w:pPr>
      <w:r>
        <w:t>گریٹ تبین ہوگی۔ سارے عالم میں سارے لوگوں کے لیے، ون ٹو آل، سارے مردوں اور عورتوں کے لیے اللہ کا جو ورڈ ہے، اللہ کا جو میسج ہے،</w:t>
      </w:r>
    </w:p>
    <w:p>
      <w:r>
        <w:rPr>
          <w:b/>
        </w:rPr>
        <w:t xml:space="preserve">[26:54] </w:t>
      </w:r>
      <w:r>
        <w:t>woh available ho jaye ga. available kitni bari baat hai!</w:t>
      </w:r>
    </w:p>
    <w:p>
      <w:pPr>
        <w:jc w:val="right"/>
      </w:pPr>
      <w:r>
        <w:t>وہ اویلیبل ہو جائے گا۔ اویلیبل کتنی بڑی بات ہے!</w:t>
      </w:r>
    </w:p>
    <w:p>
      <w:r>
        <w:rPr>
          <w:b/>
        </w:rPr>
        <w:t xml:space="preserve">[27:00] </w:t>
      </w:r>
      <w:r>
        <w:t>jab dunya mein press nahi tha, us waqt yeh baat kahi gayi to is mein yeh cheez implicit thi, implicit ke aisa development hoga, aisa process chalega,</w:t>
      </w:r>
    </w:p>
    <w:p>
      <w:pPr>
        <w:jc w:val="right"/>
      </w:pPr>
      <w:r>
        <w:t>جب دنیا میں پریس نہیں تھا، اس وقت یہ بات کہی گئی تو اس میں یہ چیز امپلیسٹ تھی، امپلیسٹ کہ ایسا ڈیولپمنٹ ہوگا، ایسا پروسیس چلے گا،</w:t>
      </w:r>
    </w:p>
    <w:p>
      <w:r>
        <w:rPr>
          <w:b/>
        </w:rPr>
        <w:t xml:space="preserve">[27:14] </w:t>
      </w:r>
      <w:r>
        <w:t>aise inqilabat aayenge ke yeh kaam mumkin ho jayega.</w:t>
      </w:r>
    </w:p>
    <w:p>
      <w:pPr>
        <w:jc w:val="right"/>
      </w:pPr>
      <w:r>
        <w:t>ایسے انقلابات آئیں گے کہ یہ کام ممکن ہو جائے گا۔</w:t>
      </w:r>
    </w:p>
    <w:p>
      <w:r>
        <w:rPr>
          <w:b/>
        </w:rPr>
        <w:t xml:space="preserve">[27:22] </w:t>
      </w:r>
      <w:r>
        <w:t>to mein samajhta hoon ke pichhle hazar saal tak yeh process chalta raha, chalta raha, chalta raha, yahan tak ke woh 21st century mein pahuncha aur aaj yeh sab kuch mumkin ho gaya hai</w:t>
      </w:r>
    </w:p>
    <w:p>
      <w:pPr>
        <w:jc w:val="right"/>
      </w:pPr>
      <w:r>
        <w:t>تو میں سمجھتا ہوں کہ پچھلے ہزار سال تک یہ پروسیس چلتا رہا، چلتا رہا، چلتا رہا، یہاں تک کہ وہ 21st سینچری میں پہنچا اور آج یہ سب کچھ ممکن ہو گیا ہے</w:t>
      </w:r>
    </w:p>
    <w:p>
      <w:r>
        <w:rPr>
          <w:b/>
        </w:rPr>
        <w:t xml:space="preserve">[27:42] </w:t>
      </w:r>
      <w:r>
        <w:t>communication ke in terms of communication, in terms of travel, in terms of freedom, in terms of openness.</w:t>
      </w:r>
    </w:p>
    <w:p>
      <w:pPr>
        <w:jc w:val="right"/>
      </w:pPr>
      <w:r>
        <w:t>کمیونیکیشن کے ان ٹرمز آف کمیونیکیشن، ان ٹرمز آف ٹریول، ان ٹرمز آف فریڈم، ان ٹرمز آف اوپننس۔</w:t>
      </w:r>
    </w:p>
    <w:p>
      <w:r>
        <w:rPr>
          <w:b/>
        </w:rPr>
        <w:t xml:space="preserve">[27:55] </w:t>
      </w:r>
      <w:r>
        <w:t>jis aitbaar se dekhen, woh sara infrastructure aaj wajood mein aa chuka hai yani is kaam ko anjaam dene ke liye ke quran ki tabayyun-e-aazma ya quran ki shahadat-e-aazma,</w:t>
      </w:r>
    </w:p>
    <w:p>
      <w:pPr>
        <w:jc w:val="right"/>
      </w:pPr>
      <w:r>
        <w:t>جس اعتبار سے دیکھیں، وہ سارا انفراسٹرکچر آج وجود میں آ چکا ہے یعنی اس کام کو انجام دینے کے لیے کہ قرآن کی تبین اعظم یا قرآن کی شہادت اعظم،</w:t>
      </w:r>
    </w:p>
    <w:p>
      <w:r>
        <w:rPr>
          <w:b/>
        </w:rPr>
        <w:t xml:space="preserve">[28:12] </w:t>
      </w:r>
      <w:r>
        <w:t>allah ke deen ki. quran ka matlab kya hai? allah ki kitab, allah ka message.</w:t>
      </w:r>
    </w:p>
    <w:p>
      <w:pPr>
        <w:jc w:val="right"/>
      </w:pPr>
      <w:r>
        <w:t>اللہ کے دین کی۔ قرآن کا مطلب کیا ہے؟ اللہ کی کتاب، اللہ کا میسج۔</w:t>
      </w:r>
    </w:p>
    <w:p>
      <w:r>
        <w:rPr>
          <w:b/>
        </w:rPr>
        <w:t xml:space="preserve">[28:21] </w:t>
      </w:r>
      <w:r>
        <w:t>to allah ke message ki tabayyun-e-aazma, allah ke message ki shahadat-e-aazma, yeh poori tarah mumkin ho gayi hai kyun ke woh saare infrastructure aaj maujood ho chuke hain,</w:t>
      </w:r>
    </w:p>
    <w:p>
      <w:pPr>
        <w:jc w:val="right"/>
      </w:pPr>
      <w:r>
        <w:t>تو اللہ کے میسج کی تبین اعظم، اللہ کے میسج کی شہادت اعظم، یہ پوری طرح ممکن ہو گئی ہے کیونکہ وہ سارے انفراسٹرکچر آج موجود ہو چکے ہیں،</w:t>
      </w:r>
    </w:p>
    <w:p>
      <w:r>
        <w:rPr>
          <w:b/>
        </w:rPr>
        <w:t xml:space="preserve">[28:36] </w:t>
      </w:r>
      <w:r>
        <w:t>un mein se koi ek bhi baqi nahi raha. to ab waqt aa gaya hai, aakhri, aakhri, aakhri ke is kaam ko practical tor par anjaam diya jaye.</w:t>
      </w:r>
    </w:p>
    <w:p>
      <w:pPr>
        <w:jc w:val="right"/>
      </w:pPr>
      <w:r>
        <w:t>ان میں سے کوئی ایک بھی باقی نہیں رہا۔ تو اب وقت آ گیا ہے، آخری، آخری، آخری کہ اس کام کو پریکٹیکل طور پر انجام دیا جائے۔</w:t>
      </w:r>
    </w:p>
    <w:p>
      <w:r>
        <w:rPr>
          <w:b/>
        </w:rPr>
        <w:t xml:space="preserve">[28:47] </w:t>
      </w:r>
      <w:r>
        <w:t>lekin ain usi waqt kya hua? fitna-e-dohma, musalman fitna-e-dohma ke shikar hue. fitna-e-dohma ke maani hain utter darkness.</w:t>
      </w:r>
    </w:p>
    <w:p>
      <w:pPr>
        <w:jc w:val="right"/>
      </w:pPr>
      <w:r>
        <w:t>لیکن عین اسی وقت کیا ہوا؟ فتنہ دوہما، مسلمان فتنہ دوہما کے شکار ہوئے۔ فتنہ دوہما کے معنی ہیں اٹر ڈارکنس۔</w:t>
      </w:r>
    </w:p>
    <w:p>
      <w:r>
        <w:rPr>
          <w:b/>
        </w:rPr>
        <w:t xml:space="preserve">[29:02] </w:t>
      </w:r>
      <w:r>
        <w:t>to musalmanon ne yeh bhi ghalti ki ke fitna-e-dohma ko samajh liya ke doosron ko pata hai kya fitna hai, kisi kisi aur ka pata kya hua hai, halanke woh khud musalmanon ka apna problem hai.</w:t>
      </w:r>
    </w:p>
    <w:p>
      <w:pPr>
        <w:jc w:val="right"/>
      </w:pPr>
      <w:r>
        <w:t>تو مسلمانوں نے یہ بھی غلطی کی کہ فتنہ دوہما کو سمجھ لیا کہ دوسروں کو پتہ ہے کیا فتنہ ہے، کسی کسی اور کا پتہ کیا ہوا ہے، حالانکہ وہ خود مسلمانوں کا اپنا پرابلم ہے۔</w:t>
      </w:r>
    </w:p>
    <w:p>
      <w:r>
        <w:rPr>
          <w:b/>
        </w:rPr>
        <w:t xml:space="preserve">[29:17] </w:t>
      </w:r>
      <w:r>
        <w:t>fitna dohama musalmanon ka khud apna problem hai ke woh apne soch ki ghalati ki bina par utter darkness mein pad gaye hain, pad jayenge.</w:t>
      </w:r>
    </w:p>
    <w:p>
      <w:pPr>
        <w:jc w:val="right"/>
      </w:pPr>
      <w:r>
        <w:t>فتنہ دوہما مسلمانوں کا خود اپنا پرابلم ہے کہ وہ اپنے سوچ کی غلطی کی بنا پر اٹر ڈارکنس میں پڑ گئے ہیں، پڑ جائیں گے۔</w:t>
      </w:r>
    </w:p>
    <w:p>
      <w:r>
        <w:rPr>
          <w:b/>
        </w:rPr>
        <w:t xml:space="preserve">[29:31] </w:t>
      </w:r>
      <w:r>
        <w:t>to ab waqt aa gaya hai ke hum utter darkness se bahar aayen, utter darkness se bahar aayen. aur jin qaumon ne yeh kaam anjam diya hai, second half yani infrastructure ko wajood mein laye hain,</w:t>
      </w:r>
    </w:p>
    <w:p>
      <w:pPr>
        <w:jc w:val="right"/>
      </w:pPr>
      <w:r>
        <w:t>تو اب وقت آ گیا ہے کہ ہم اٹر ڈارکنس سے باہر آئیں، اٹر ڈارکنس سے باہر آئیں۔ اور جن قوموں نے یہ کام انجام دیا ہے، سیکنڈ ہاف یعنی انفراسٹرکچر کو وجود میں لائے ہیں،</w:t>
      </w:r>
    </w:p>
    <w:p>
      <w:r>
        <w:rPr>
          <w:b/>
        </w:rPr>
        <w:t xml:space="preserve">[29:52] </w:t>
      </w:r>
      <w:r>
        <w:t>jin qaumon ne khaas taur par west ne yeh kaam jo anjam diya hai ke</w:t>
      </w:r>
    </w:p>
    <w:p>
      <w:pPr>
        <w:jc w:val="right"/>
      </w:pPr>
      <w:r>
        <w:t>جن قوموں نے خاص طور پر ویسٹ نے یہ کام جو انجام دیا ہے کہ</w:t>
      </w:r>
    </w:p>
    <w:p>
      <w:r>
        <w:rPr>
          <w:b/>
        </w:rPr>
        <w:t xml:space="preserve">[30:03] </w:t>
      </w:r>
      <w:r>
        <w:t>infrastructure jitne bhi iske ajza the, jo jo pehlu the, woh sab</w:t>
      </w:r>
    </w:p>
    <w:p>
      <w:pPr>
        <w:jc w:val="right"/>
      </w:pPr>
      <w:r>
        <w:t>انفراسٹرکچر جتنے بھی اس کے اجزاء تھے، جو جو پہلو تھے، وہ سب</w:t>
      </w:r>
    </w:p>
    <w:p>
      <w:r>
        <w:rPr>
          <w:b/>
        </w:rPr>
        <w:t xml:space="preserve">[30:14] </w:t>
      </w:r>
      <w:r>
        <w:t>aaj maujood hain. to unko humein unko acknowledge karna hai, unko as an opportunity avail karna hai</w:t>
      </w:r>
    </w:p>
    <w:p>
      <w:pPr>
        <w:jc w:val="right"/>
      </w:pPr>
      <w:r>
        <w:t>آج موجود ہیں۔ تو ان کو ہمیں ان کو اکنالج کرنا ہے، ان کو ایز این اپرچونیٹی اویل کرنا ہے</w:t>
      </w:r>
    </w:p>
    <w:p>
      <w:r>
        <w:rPr>
          <w:b/>
        </w:rPr>
        <w:t xml:space="preserve">[30:30] </w:t>
      </w:r>
      <w:r>
        <w:t>aur tamam qaumon ke sath humdardi aur mohabbat ke sath Allah ke message ko pahunchana hai. yeh hai karne ka kaam.</w:t>
      </w:r>
    </w:p>
    <w:p>
      <w:pPr>
        <w:jc w:val="right"/>
      </w:pPr>
      <w:r>
        <w:t>اور تمام قوموں کے ساتھ ہمدردی اور محبت کے ساتھ اللہ کے میسج کو پہنچانا ہے۔ یہ ہے کرنے کا کام۔</w:t>
      </w:r>
    </w:p>
    <w:p>
      <w:r>
        <w:rPr>
          <w:b/>
        </w:rPr>
        <w:t xml:space="preserve">[30:41] </w:t>
      </w:r>
      <w:r>
        <w:t>ab humein westophobia se bahar aana hai,</w:t>
      </w:r>
    </w:p>
    <w:p>
      <w:pPr>
        <w:jc w:val="right"/>
      </w:pPr>
      <w:r>
        <w:t>اب ہمیں ویسٹو فوبیا سے باہر آنا ہے،</w:t>
      </w:r>
    </w:p>
    <w:p>
      <w:r>
        <w:rPr>
          <w:b/>
        </w:rPr>
        <w:t xml:space="preserve">[30:49] </w:t>
      </w:r>
      <w:r>
        <w:t>fitna dohama yani utter darkness se bahar nikalna hai.</w:t>
      </w:r>
    </w:p>
    <w:p>
      <w:pPr>
        <w:jc w:val="right"/>
      </w:pPr>
      <w:r>
        <w:t>فتنہ دوہما یعنی اٹر ڈارکنس سے باہر نکلنا ہے۔</w:t>
      </w:r>
    </w:p>
    <w:p>
      <w:r>
        <w:rPr>
          <w:b/>
        </w:rPr>
        <w:t xml:space="preserve">[30:55] </w:t>
      </w:r>
      <w:r>
        <w:t>to is waqt jo musalmanon ka sab se bada kaam hai, woh nafrat ko chhodna, doosron ko apna dushman samajhna, isko chhodna,</w:t>
      </w:r>
    </w:p>
    <w:p>
      <w:pPr>
        <w:jc w:val="right"/>
      </w:pPr>
      <w:r>
        <w:t>تو اس وقت جو مسلمانوں کا سب سے بڑا کام ہے، وہ نفرت کو چھوڑنا، دوسروں کو اپنا دشمن سمجھنا، اس کو چھوڑنا،</w:t>
      </w:r>
    </w:p>
    <w:p>
      <w:r>
        <w:rPr>
          <w:b/>
        </w:rPr>
        <w:t xml:space="preserve">[31:09] </w:t>
      </w:r>
      <w:r>
        <w:t>doosron ko apna helper samjho, unko acknowledge karo, unke liye duaen karo, unse mohabbat karo.</w:t>
      </w:r>
    </w:p>
    <w:p>
      <w:pPr>
        <w:jc w:val="right"/>
      </w:pPr>
      <w:r>
        <w:t>دوسروں کو اپنا ہیلپر سمجھو، ان کو اکنالج کرو، ان کے لیے دعائیں کرو، ان سے محبت کرو۔</w:t>
      </w:r>
    </w:p>
    <w:p>
      <w:r>
        <w:rPr>
          <w:b/>
        </w:rPr>
        <w:t xml:space="preserve">[31:19] </w:t>
      </w:r>
      <w:r>
        <w:t>yeh waqt aa gaya hai.</w:t>
      </w:r>
    </w:p>
    <w:p>
      <w:pPr>
        <w:jc w:val="right"/>
      </w:pPr>
      <w:r>
        <w:t>یہ وقت آ گیا ہے۔</w:t>
      </w:r>
    </w:p>
    <w:p>
      <w:r>
        <w:rPr>
          <w:b/>
        </w:rPr>
        <w:t xml:space="preserve">[31:24] </w:t>
      </w:r>
      <w:r>
        <w:t>ab nafrat haram hai, ladai haram hai,</w:t>
      </w:r>
    </w:p>
    <w:p>
      <w:pPr>
        <w:jc w:val="right"/>
      </w:pPr>
      <w:r>
        <w:t>اب نفرت حرام ہے، لڑائی حرام ہے،</w:t>
      </w:r>
    </w:p>
    <w:p>
      <w:r>
        <w:rPr>
          <w:b/>
        </w:rPr>
        <w:t xml:space="preserve">[31:29] </w:t>
      </w:r>
      <w:r>
        <w:t>tashaddud haram hai, gun aur bomb culture chalana haram hai. ab to duniya se mohabbat karo, duniya ko apna samjho.</w:t>
      </w:r>
    </w:p>
    <w:p>
      <w:pPr>
        <w:jc w:val="right"/>
      </w:pPr>
      <w:r>
        <w:t>تشدد حرام ہے، گن اور بم کلچر چلانا حرام ہے۔ اب تو دنیا سے محبت کرو، دنیا کو اپنا سمجھو۔</w:t>
      </w:r>
    </w:p>
    <w:p>
      <w:r>
        <w:rPr>
          <w:b/>
        </w:rPr>
        <w:t xml:space="preserve">[31:43] </w:t>
      </w:r>
      <w:r>
        <w:t>jaise tum Allah ke bande ho, waise sari duniya Allah ke bande hai.</w:t>
      </w:r>
    </w:p>
    <w:p>
      <w:pPr>
        <w:jc w:val="right"/>
      </w:pPr>
      <w:r>
        <w:t>جیسے تم اللہ کے بندے ہو، ویسے ساری دنیا اللہ کے بندے ہے۔</w:t>
      </w:r>
    </w:p>
    <w:p>
      <w:r>
        <w:rPr>
          <w:b/>
        </w:rPr>
        <w:t xml:space="preserve">[31:50] </w:t>
      </w:r>
      <w:r>
        <w:t>yeh waqt aa gaya hai.</w:t>
      </w:r>
    </w:p>
    <w:p>
      <w:pPr>
        <w:jc w:val="right"/>
      </w:pPr>
      <w:r>
        <w:t>یہ وقت آ گیا ہے۔</w:t>
      </w:r>
    </w:p>
    <w:p>
      <w:r>
        <w:rPr>
          <w:b/>
        </w:rPr>
        <w:t xml:space="preserve">[31:57] </w:t>
      </w:r>
      <w:r>
        <w:t>abhi aap agar musalmanon ki majlison mein jayen, musalmanon ke akhbar padhen, unke jalse mein shirkat karen to har jagah aap ko yahi baaten sunne ko milengi ke "we are under siege, we are under siege".</w:t>
      </w:r>
    </w:p>
    <w:p>
      <w:pPr>
        <w:jc w:val="right"/>
      </w:pPr>
      <w:r>
        <w:t>ابھی آپ اگر مسلمانوں کی مجلسوں میں جائیں، مسلمانوں کے اخبار پڑھیں، ان کے جلسے میں شرکت کریں تو ہر جگہ آپ کو یہی باتیں سننے کو ملیں گی کہ "وی آر انڈر سیج، وی آر انڈر سیج"۔</w:t>
      </w:r>
    </w:p>
    <w:p>
      <w:r>
        <w:rPr>
          <w:b/>
        </w:rPr>
        <w:t xml:space="preserve">[32:20] </w:t>
      </w:r>
      <w:r>
        <w:t>yeh galat, bilkul galat baat hai.</w:t>
      </w:r>
    </w:p>
    <w:p>
      <w:pPr>
        <w:jc w:val="right"/>
      </w:pPr>
      <w:r>
        <w:t>یہ غلط، بالکل غلط بات ہے۔</w:t>
      </w:r>
    </w:p>
    <w:p>
      <w:r>
        <w:rPr>
          <w:b/>
        </w:rPr>
        <w:t xml:space="preserve">[32:24] </w:t>
      </w:r>
      <w:r>
        <w:t>hum under siege nahin hain, nahin hain, nahin hain.</w:t>
      </w:r>
    </w:p>
    <w:p>
      <w:pPr>
        <w:jc w:val="right"/>
      </w:pPr>
      <w:r>
        <w:t>ہم انڈر سیج نہیں ہیں، نہیں ہیں، نہیں ہیں۔</w:t>
      </w:r>
    </w:p>
    <w:p>
      <w:r>
        <w:rPr>
          <w:b/>
        </w:rPr>
        <w:t xml:space="preserve">[32:30] </w:t>
      </w:r>
      <w:r>
        <w:t>shayad duniya hamari dost hai, shayad duniya hamari bhai hai, shayad duniya hamare apne log hain, hamare helper hain. to hadith mein bahut zyada iski riwayatain maujood hain ke sari duniya jo hai,</w:t>
      </w:r>
    </w:p>
    <w:p>
      <w:pPr>
        <w:jc w:val="right"/>
      </w:pPr>
      <w:r>
        <w:t>شاید دنیا ہماری دوست ہے، شاید دنیا ہماری بھائی ہے، شاید دنیا ہمارے اپنے لوگ ہیں، ہمارے ہیلپر ہیں۔ تو حدیث میں بہت زیادہ اس کی روایتیں موجود ہیں کہ ساری دنیا جو ہے،</w:t>
      </w:r>
    </w:p>
    <w:p>
      <w:r>
        <w:rPr>
          <w:b/>
        </w:rPr>
        <w:t xml:space="preserve">[32:54] </w:t>
      </w:r>
      <w:r>
        <w:t>woh Allah ke deen ki helper ban jayegi, yahan tak ke fajar log bhi helper ban jayenge, yani secular log bhi.</w:t>
      </w:r>
    </w:p>
    <w:p>
      <w:pPr>
        <w:jc w:val="right"/>
      </w:pPr>
      <w:r>
        <w:t>وہ اللہ کے دین کی ہیلپر بن جائے گی، یہاں تک کہ فاجر لوگ بھی ہیلپر بن جائیں گے، یعنی سیکولر لوگ بھی۔</w:t>
      </w:r>
    </w:p>
    <w:p>
      <w:r>
        <w:rPr>
          <w:b/>
        </w:rPr>
        <w:t xml:space="preserve">[33:04] </w:t>
      </w:r>
      <w:r>
        <w:t>woh daur chuka hai, ab kab, ab, ab, ab kab aayega, ab kab aayega? hamare saathi abhi ek gaye hain Brazil, to Brazil mein woh gaye the to yeh samajh ke ke wahan koi hai nahin,</w:t>
      </w:r>
    </w:p>
    <w:p>
      <w:pPr>
        <w:jc w:val="right"/>
      </w:pPr>
      <w:r>
        <w:t>وہ دور آ چکا ہے، اب کب، اب، اب، اب کب آئے گا، اب کب آئے گا؟ ہمارے ساتھی ابھی ایک گئے ہیں برازیل، تو برازیل میں وہ گئے تھے تو یہ سمجھ کے کہ وہاں کوئی ہے نہیں،</w:t>
      </w:r>
    </w:p>
    <w:p>
      <w:r>
        <w:rPr>
          <w:b/>
        </w:rPr>
        <w:t xml:space="preserve">[33:22] </w:t>
      </w:r>
      <w:r>
        <w:t>lekin wahan bhi ek khatoon mil gayi. unko is khatoon ne kaha ke "main Quran phailaoongi, main Quran ka tarjuma karungi Brazil zuban mein".</w:t>
      </w:r>
    </w:p>
    <w:p>
      <w:pPr>
        <w:jc w:val="right"/>
      </w:pPr>
      <w:r>
        <w:t>لیکن وہاں بھی ایک خاتون مل گئی۔ ان کو اس خاتون نے کہا کہ "میں قرآن پھیلاؤں گی، میں قرآن کا ترجمہ کروں گی برازیل زبان میں"۔</w:t>
      </w:r>
    </w:p>
    <w:p>
      <w:r>
        <w:rPr>
          <w:b/>
        </w:rPr>
        <w:t xml:space="preserve">[33:31] </w:t>
      </w:r>
      <w:r>
        <w:t>abhi kal unka message aaya hai,</w:t>
      </w:r>
    </w:p>
    <w:p>
      <w:pPr>
        <w:jc w:val="right"/>
      </w:pPr>
      <w:r>
        <w:t>ابھی کل ان کا میسج آیا ہے،</w:t>
      </w:r>
    </w:p>
    <w:p>
      <w:r>
        <w:rPr>
          <w:b/>
        </w:rPr>
        <w:t xml:space="preserve">[33:38] </w:t>
      </w:r>
      <w:r>
        <w:t>yani Brazil mein woh gaye the ke ke akele ja rahe hain, akele kuch kaam karne ke, wahan ja kar ke kitaben le gaye the, Quran ka tarjuma le gaye the, lekin wahan ja ke unko ek khatoon mil gayi, padhi likhi khatoon, educated khatoon.</w:t>
      </w:r>
    </w:p>
    <w:p>
      <w:pPr>
        <w:jc w:val="right"/>
      </w:pPr>
      <w:r>
        <w:t>یعنی برازیل میں وہ گئے تھے کہ کہ اکیلے جا رہے ہیں، اکیلے کچھ کام کرنے کے، وہاں جا کر کے کتابیں لے گئے تھے، قرآن کا ترجمہ لے گئے تھے، لیکن وہاں جا کے ان کو ایک خاتون مل گئی، پڑھی لکھی خاتون، ایجوکیٹڈ خاتون۔</w:t>
      </w:r>
    </w:p>
    <w:p>
      <w:r>
        <w:rPr>
          <w:b/>
        </w:rPr>
        <w:t xml:space="preserve">[33:56] </w:t>
      </w:r>
      <w:r>
        <w:t>unhon ne kaha ke "main karungi Brazil ki zuban mein, main tarjuma karungi, mujhe do". ab bhai, ke is se zyada, is se zyada aap kya chahte hain?</w:t>
      </w:r>
    </w:p>
    <w:p>
      <w:pPr>
        <w:jc w:val="right"/>
      </w:pPr>
      <w:r>
        <w:t>انہوں نے کہا کہ "میں کروں گی برازیل کی زبان میں، میں ترجمہ کروں گی، مجھے دو"۔ اب بھئی، کہ اس سے زیادہ، اس سے زیادہ آپ کیا چاہتے ہیں؟</w:t>
      </w:r>
    </w:p>
    <w:p>
      <w:r>
        <w:rPr>
          <w:b/>
        </w:rPr>
        <w:t xml:space="preserve">[34:11] </w:t>
      </w:r>
      <w:r>
        <w:t>israel, jis ko musalman dushman samajhte hain, dushman, wahan ka ya haal hai ke hamare saathi wahan quran le gaye, tarjuma is ka to wahan to zyada tar log bolte the hebrew,</w:t>
      </w:r>
    </w:p>
    <w:p>
      <w:pPr>
        <w:jc w:val="right"/>
      </w:pPr>
      <w:r>
        <w:t>اسرائیل، جس کو مسلمان دشمن سمجھتے ہیں، دشمن، وہاں کا یا حال ہے کہ ہمارے ساتھی وہاں قرآن لے گئے، ترجمہ اس کا تو وہاں تو زیادہ تر لوگ بولتے تھے ہیبریو،</w:t>
      </w:r>
    </w:p>
    <w:p>
      <w:r>
        <w:rPr>
          <w:b/>
        </w:rPr>
        <w:t xml:space="preserve">[34:27] </w:t>
      </w:r>
      <w:r>
        <w:t>to un ki zaban yeh bolte the english. to agarchay wahan english janne wale bohat hain, lekin zyada</w:t>
      </w:r>
    </w:p>
    <w:p>
      <w:pPr>
        <w:jc w:val="right"/>
      </w:pPr>
      <w:r>
        <w:t>تو ان کی زبان یہ بولتے تھے انگلش۔ تو اگرچہ وہاں انگلش جاننے والے بہت ہیں، لیکن زیادہ</w:t>
      </w:r>
    </w:p>
    <w:p>
      <w:r>
        <w:rPr>
          <w:b/>
        </w:rPr>
        <w:t xml:space="preserve">[34:41] </w:t>
      </w:r>
      <w:r>
        <w:t>fluency wahan hebrew walon ko hoti hai kyunke un ki madri zaban hai. to israel larkay larkay kharay ho gaye, yahudi larkay,</w:t>
      </w:r>
    </w:p>
    <w:p>
      <w:pPr>
        <w:jc w:val="right"/>
      </w:pPr>
      <w:r>
        <w:t>فلوئنسی وہاں ہیبریو والوں کو ہوتی ہے کیونکہ ان کی مادری زبان ہے۔ تو اسرائیل لڑکے لڑ کے کھڑے ہو گئے، یہودی لڑکے،</w:t>
      </w:r>
    </w:p>
    <w:p>
      <w:r>
        <w:rPr>
          <w:b/>
        </w:rPr>
        <w:t xml:space="preserve">[34:57] </w:t>
      </w:r>
      <w:r>
        <w:t>ab quran le ke dekho bhai, yeh quran hai, ab apni zaban mein kehne lage hebrew mein, lo is ko le jao, is ko parho.</w:t>
      </w:r>
    </w:p>
    <w:p>
      <w:pPr>
        <w:jc w:val="right"/>
      </w:pPr>
      <w:r>
        <w:t>اب قرآن لے کے دیکھو بھئی، یہ قرآن ہے، اب اپنی زبان میں کہنے لگے ہیبریو میں، لو اس کو لے جاؤ، اس کو پڑھو۔</w:t>
      </w:r>
    </w:p>
    <w:p>
      <w:r>
        <w:rPr>
          <w:b/>
        </w:rPr>
        <w:t xml:space="preserve">[35:08] </w:t>
      </w:r>
      <w:r>
        <w:t>yeh openness ka daur hai, yeh freedom ka daur hai.</w:t>
      </w:r>
    </w:p>
    <w:p>
      <w:pPr>
        <w:jc w:val="right"/>
      </w:pPr>
      <w:r>
        <w:t>یہ اوپننس کا دور ہے، یہ فریڈم کا دور ہے۔</w:t>
      </w:r>
    </w:p>
    <w:p>
      <w:r>
        <w:rPr>
          <w:b/>
        </w:rPr>
        <w:t xml:space="preserve">[35:15] </w:t>
      </w:r>
      <w:r>
        <w:t>ab koi tasweer nahi, na koi tasweer, koi ta'assub nahi, koi rivalry nahi, koi dushmani nahi, har taraf peace hi peace hai.</w:t>
      </w:r>
    </w:p>
    <w:p>
      <w:pPr>
        <w:jc w:val="right"/>
      </w:pPr>
      <w:r>
        <w:t>اب کوئی تصویر نہیں، نہ کوئی تصویر، کوئی تعصب نہیں، کوئی رائیونڈے نہیں، کوئی دشمنی نہیں، ہر طرف پیس ہی پیس ہے۔</w:t>
      </w:r>
    </w:p>
    <w:p>
      <w:r>
        <w:rPr>
          <w:b/>
        </w:rPr>
        <w:t xml:space="preserve">[35:28] </w:t>
      </w:r>
      <w:r>
        <w:t>jahan jatay hain hamare saathi, har jagah un ko welcome milta hai. ab woh daur khatam ho gaya jab log aik doosre ke mazhab ke dushman hua karte the, aik mazhab wala doosre mazhab ka dushman, rival, talwaren chalti theen.</w:t>
      </w:r>
    </w:p>
    <w:p>
      <w:pPr>
        <w:jc w:val="right"/>
      </w:pPr>
      <w:r>
        <w:t>جہاں جاتے ہیں ہمارے ساتھی، ہر جگہ ان کو ویلکم ملتا ہے۔ اب وہ دور ختم ہو گیا جب لوگ ایک دوسرے کے مذہب کے دشمن ہوا کرتے تھے، ایک مذہب والا دوسرے مذہب کا دشمن، رائیول، تلواریں چلتی تھیں۔</w:t>
      </w:r>
    </w:p>
    <w:p>
      <w:r>
        <w:rPr>
          <w:b/>
        </w:rPr>
        <w:t xml:space="preserve">[35:48] </w:t>
      </w:r>
      <w:r>
        <w:t>ab woh daur hi khatam ho gaya. yeh kis ne khatam kiya? zyada tar west ne khatam kiya. to is ka in ka acknowledge karo, Allah ka shukar ada karo aur uth jao is is is is waqe ko anjam dene ke liye jis ko hadith mein kaha gaya tha ke shahadat azam aur quran mein kaha gaya tha tabayyun azam.</w:t>
      </w:r>
    </w:p>
    <w:p>
      <w:pPr>
        <w:jc w:val="right"/>
      </w:pPr>
      <w:r>
        <w:t>اب وہ دور ہی ختم ہو گیا۔ یہ کس نے ختم کیا؟ زیادہ تر ویسٹ نے ختم کیا۔ تو اس کا ان کا اکنالج کرو، اللہ کا شکر ادا کرو اور اٹھ جاؤ اس اس اس اس واقعے کو انجام دینے کے لیے جس کو حدیث میں کہا گیا تھا کہ شہادت اعظم اور قرآن میں کہا گیا تھا تبین اعظم۔</w:t>
      </w:r>
    </w:p>
    <w:p>
      <w:r>
        <w:rPr>
          <w:b/>
        </w:rPr>
        <w:t xml:space="preserve">[36:12] </w:t>
      </w:r>
      <w:r>
        <w:t>uth, is daudo is kaam ke liye. ab nafrat kahan, dushman kahan, yeh sab khatam.</w:t>
      </w:r>
    </w:p>
    <w:p>
      <w:pPr>
        <w:jc w:val="right"/>
      </w:pPr>
      <w:r>
        <w:t>اٹھ، اس دوڑو اس کام کے لیے۔ اب نفرت کہاں، دشمن کہاں، یہ سب ختم۔</w:t>
      </w:r>
    </w:p>
    <w:p>
      <w:r>
        <w:rPr>
          <w:b/>
        </w:rPr>
        <w:t xml:space="preserve">[36:28] </w:t>
      </w:r>
      <w:r>
        <w:t>to ab woh waqt aa gaya hai ke hum</w:t>
      </w:r>
    </w:p>
    <w:p>
      <w:pPr>
        <w:jc w:val="right"/>
      </w:pPr>
      <w:r>
        <w:t>تو اب وہ وقت آ گیا ہے کہ ہم</w:t>
      </w:r>
    </w:p>
    <w:p>
      <w:r>
        <w:rPr>
          <w:b/>
        </w:rPr>
        <w:t xml:space="preserve">[36:33] </w:t>
      </w:r>
      <w:r>
        <w:t>negative thinking ko bilkul khatam kar dein aur jo rastay khul gaye hain, tamam Allah ke deen ko phailane ke liye, quran ko phailane ke liye,</w:t>
      </w:r>
    </w:p>
    <w:p>
      <w:pPr>
        <w:jc w:val="right"/>
      </w:pPr>
      <w:r>
        <w:t>نیگیٹیو تھنکنگ کو بالکل ختم کر دیں اور جو راستے کھل گئے ہیں، تمام اللہ کے دین کو پھیلانے کے لیے، قرآن کو پھیلانے کے لیے،</w:t>
      </w:r>
    </w:p>
    <w:p>
      <w:r>
        <w:rPr>
          <w:b/>
        </w:rPr>
        <w:t xml:space="preserve">[36:49] </w:t>
      </w:r>
      <w:r>
        <w:t>is ko avail karein. ab age of opportunity hai, yeh age of ennivity nahi hai, yeh woh to khatam ho gaya,</w:t>
      </w:r>
    </w:p>
    <w:p>
      <w:pPr>
        <w:jc w:val="right"/>
      </w:pPr>
      <w:r>
        <w:t>اس کو اویل کریں۔ اب ایج آف اپرچونیٹی ہے، یہ ایج آف انویٹی نہیں ہے، یہ وہ تو ختم ہو گیا،</w:t>
      </w:r>
    </w:p>
    <w:p>
      <w:r>
        <w:rPr>
          <w:b/>
        </w:rPr>
        <w:t xml:space="preserve">[37:05] </w:t>
      </w:r>
      <w:r>
        <w:t>woh to khatam ho gaya.</w:t>
      </w:r>
    </w:p>
    <w:p>
      <w:pPr>
        <w:jc w:val="right"/>
      </w:pPr>
      <w:r>
        <w:t>وہ تو ختم ہو گیا۔</w:t>
      </w:r>
    </w:p>
    <w:p>
      <w:r>
        <w:rPr>
          <w:b/>
        </w:rPr>
        <w:t xml:space="preserve">[37:15] </w:t>
      </w:r>
      <w:r>
        <w:t>to shahadat azam jo hai, yani jo hadith mein aaya hai, to shahadat azam ka matlab kya hua?</w:t>
      </w:r>
    </w:p>
    <w:p>
      <w:pPr>
        <w:jc w:val="right"/>
      </w:pPr>
      <w:r>
        <w:t>تو شہادت اعظم جو ہے، یعنی جو حدیث میں آیا ہے، تو شہادت اعظم کا مطلب کیا ہوا؟</w:t>
      </w:r>
    </w:p>
    <w:p>
      <w:r>
        <w:rPr>
          <w:b/>
        </w:rPr>
        <w:t xml:space="preserve">[37:31] </w:t>
      </w:r>
      <w:r>
        <w:t>reward azam, yani sab se bara inaam hasil karne ka waqt aa gaya hai.</w:t>
      </w:r>
    </w:p>
    <w:p>
      <w:pPr>
        <w:jc w:val="right"/>
      </w:pPr>
      <w:r>
        <w:t>ریوارڈ اعظم، یعنی سب سے بڑا انعام حاصل کرنے کا وقت آ گیا ہے۔</w:t>
      </w:r>
    </w:p>
    <w:p>
      <w:r>
        <w:rPr>
          <w:b/>
        </w:rPr>
        <w:t xml:space="preserve">[37:40] </w:t>
      </w:r>
      <w:r>
        <w:t>hadith mein aaya hai ke aik waqt aaye ga ke jab ke shahadat azam anjam di jaye gi, great witness.</w:t>
      </w:r>
    </w:p>
    <w:p>
      <w:pPr>
        <w:jc w:val="right"/>
      </w:pPr>
      <w:r>
        <w:t>حدیث میں آیا ہے کہ ایک وقت آئے گا کہ جب کہ شہادت اعظم انجام دی جائے گی، گیٹ وٹنس۔</w:t>
      </w:r>
    </w:p>
    <w:p>
      <w:r>
        <w:rPr>
          <w:b/>
        </w:rPr>
        <w:t xml:space="preserve">[37:50] </w:t>
      </w:r>
      <w:r>
        <w:t>is ka matlab kya hua?</w:t>
      </w:r>
    </w:p>
    <w:p>
      <w:pPr>
        <w:jc w:val="right"/>
      </w:pPr>
      <w:r>
        <w:t>اس کا مطلب کیا ہوا؟</w:t>
      </w:r>
    </w:p>
    <w:p>
      <w:r>
        <w:rPr>
          <w:b/>
        </w:rPr>
        <w:t xml:space="preserve">[37:55] </w:t>
      </w:r>
      <w:r>
        <w:t>ke ahle deen ko moqa ho gaya ke woh Allah ka sab se bara inaam hasil karein,</w:t>
      </w:r>
    </w:p>
    <w:p>
      <w:pPr>
        <w:jc w:val="right"/>
      </w:pPr>
      <w:r>
        <w:t>کہ اہل دین کو موقع ہو گیا کہ وہ اللہ کا سب سے بڑا انعام حاصل کریں،</w:t>
      </w:r>
    </w:p>
    <w:p>
      <w:r>
        <w:rPr>
          <w:b/>
        </w:rPr>
        <w:t xml:space="preserve">[38:05] </w:t>
      </w:r>
      <w:r>
        <w:t>great great reward hasil karein.</w:t>
      </w:r>
    </w:p>
    <w:p>
      <w:pPr>
        <w:jc w:val="right"/>
      </w:pPr>
      <w:r>
        <w:t>گریٹ گریٹ ریوارڈ حاصل کریں۔</w:t>
      </w:r>
    </w:p>
    <w:p>
      <w:r>
        <w:rPr>
          <w:b/>
        </w:rPr>
        <w:t xml:space="preserve">[38:11] </w:t>
      </w:r>
      <w:r>
        <w:t>ab dekhein, ab farishtay awaz dete hon ge, "ae logon! daudo, daudo</w:t>
      </w:r>
    </w:p>
    <w:p>
      <w:pPr>
        <w:jc w:val="right"/>
      </w:pPr>
      <w:r>
        <w:t>اب دیکھیں، اب فرشتے آواز دیتے ہوں گے، "اے لوگوں! دوڑو، دوڑو</w:t>
      </w:r>
    </w:p>
    <w:p>
      <w:r>
        <w:rPr>
          <w:b/>
        </w:rPr>
        <w:t xml:space="preserve">[38:20] </w:t>
      </w:r>
      <w:r>
        <w:t>sab se bara reward lene ke liye!" mein to kahoon ke sari zameen ke charon taraf farishtay kharay hue awaz dete hon ge</w:t>
      </w:r>
    </w:p>
    <w:p>
      <w:pPr>
        <w:jc w:val="right"/>
      </w:pPr>
      <w:r>
        <w:t>سب سے بڑا ریوارڈ لینے کے لیے!" میں تو کہوں کہ ساری زمین کے چاروں طرف فرشتے کھڑے ہوئے آواز دیتے ہوں گے</w:t>
      </w:r>
    </w:p>
    <w:p>
      <w:r>
        <w:rPr>
          <w:b/>
        </w:rPr>
        <w:t xml:space="preserve">[38:32] </w:t>
      </w:r>
      <w:r>
        <w:t>ke "ae logon! daudo, great reward lene ke liye, jannat lene ke liye, Allah ka inaam lene ke liye, daudo!" koi rukawat nahi hai, sab rukawatein khatam ho gayi,</w:t>
      </w:r>
    </w:p>
    <w:p>
      <w:pPr>
        <w:jc w:val="right"/>
      </w:pPr>
      <w:r>
        <w:t>کہ "اے لوگوں! دوڑو، گریٹ ریوارڈ لینے کے لیے، جنت لینے کے لیے، اللہ کا انعام لینے کے لیے، دوڑو!" کوئی رکاوٹ نہیں ہے، سب رکاوٹیں ختم ہو گئی،</w:t>
      </w:r>
    </w:p>
    <w:p>
      <w:r>
        <w:rPr>
          <w:b/>
        </w:rPr>
        <w:t xml:space="preserve">[38:49] </w:t>
      </w:r>
      <w:r>
        <w:t>sab rukawatein khatam ho gayi.</w:t>
      </w:r>
    </w:p>
    <w:p>
      <w:pPr>
        <w:jc w:val="right"/>
      </w:pPr>
      <w:r>
        <w:t>سب رکاوٹیں ختم ہو گئی۔</w:t>
      </w:r>
    </w:p>
    <w:p>
      <w:r>
        <w:rPr>
          <w:b/>
        </w:rPr>
        <w:t xml:space="preserve">[38:58] </w:t>
      </w:r>
      <w:r>
        <w:t>to mein samajhta hoon ke aaj aakhri taur par woh waqt aa gaya hai jabke woh tamam log jo Allah ko mante hain, jo Allah par yaqeen rakhte hain,</w:t>
      </w:r>
    </w:p>
    <w:p>
      <w:pPr>
        <w:jc w:val="right"/>
      </w:pPr>
      <w:r>
        <w:t>تو میں سمجھتا ہوں کہ آج آخری طور پر وہ وقت آ گیا ہے جبکہ وہ تمام لوگ جو اللہ کو مانتے ہیں، جو اللہ پر یقین رکھتے ہیں،</w:t>
      </w:r>
    </w:p>
    <w:p>
      <w:r>
        <w:rPr>
          <w:b/>
        </w:rPr>
        <w:t xml:space="preserve">[39:12] </w:t>
      </w:r>
      <w:r>
        <w:t>Allah ki hidayat par, Allah ki guidance par yaqeen rakhte hain, woh daudein ke sari rukawatein khatam ho gayi.</w:t>
      </w:r>
    </w:p>
    <w:p>
      <w:pPr>
        <w:jc w:val="right"/>
      </w:pPr>
      <w:r>
        <w:t>اللہ کی ہدایت پر، اللہ کی گائیڈنس پر یقین رکھتے ہیں، وہ دوڑیں کہ ساری رکاوٹیں ختم ہو گئیں۔</w:t>
      </w:r>
    </w:p>
    <w:p>
      <w:r>
        <w:rPr>
          <w:b/>
        </w:rPr>
        <w:t xml:space="preserve">[39:25] </w:t>
      </w:r>
      <w:r>
        <w:t>ab to sirf opportunity ka zamana aa gaya. pehle ki duniya mein agar problem ka zamana tha, problem ka, ab to zamana opportunity ka zamana hai.</w:t>
      </w:r>
    </w:p>
    <w:p>
      <w:pPr>
        <w:jc w:val="right"/>
      </w:pPr>
      <w:r>
        <w:t>اب تو صرف اپرچونیٹی کا زمانہ آ گیا۔ پہلے کی دنیا میں اگر پرابلم کا زمانہ تھا، پرابلم کا، اب تو زمانہ اپرچونیٹی کا زمانہ ہے۔</w:t>
      </w:r>
    </w:p>
    <w:p>
      <w:r>
        <w:rPr>
          <w:b/>
        </w:rPr>
        <w:t xml:space="preserve">[39:40] </w:t>
      </w:r>
      <w:r>
        <w:t>to is ko avail karo, is ki planning karo, is baat ki planning karo ke kis tarah se</w:t>
      </w:r>
    </w:p>
    <w:p>
      <w:pPr>
        <w:jc w:val="right"/>
      </w:pPr>
      <w:r>
        <w:t>تو اس کو اویل کرو، اس کی پلاننگ کرو، اس بات کی پلاننگ کرو کہ کس طرح سے</w:t>
      </w:r>
    </w:p>
    <w:p>
      <w:r>
        <w:rPr>
          <w:b/>
        </w:rPr>
        <w:t xml:space="preserve">[39:49] </w:t>
      </w:r>
      <w:r>
        <w:t>in mawaqe ko avail kiya jaye.</w:t>
      </w:r>
    </w:p>
    <w:p>
      <w:pPr>
        <w:jc w:val="right"/>
      </w:pPr>
      <w:r>
        <w:t>ان مواقع کو اویل کیا جائے۔</w:t>
      </w:r>
    </w:p>
    <w:p>
      <w:r>
        <w:rPr>
          <w:b/>
        </w:rPr>
        <w:t xml:space="preserve">[39:57] </w:t>
      </w:r>
      <w:r>
        <w:t>aur main samajhta hoon ke jo log is kaam ke liye uthe hain, in mawaqe ko avail karne ke liye,</w:t>
      </w:r>
    </w:p>
    <w:p>
      <w:pPr>
        <w:jc w:val="right"/>
      </w:pPr>
      <w:r>
        <w:t>اور میں سمجھتا ہوں کہ جو لوگ اس کام کے لیے اٹھے ہیں، ان مواقع کو اویل کرنے کے لیے،</w:t>
      </w:r>
    </w:p>
    <w:p>
      <w:r>
        <w:rPr>
          <w:b/>
        </w:rPr>
        <w:t xml:space="preserve">[40:09] </w:t>
      </w:r>
      <w:r>
        <w:t>to</w:t>
      </w:r>
    </w:p>
    <w:p>
      <w:pPr>
        <w:jc w:val="right"/>
      </w:pPr>
      <w:r>
        <w:t>تو</w:t>
      </w:r>
    </w:p>
    <w:p>
      <w:r>
        <w:rPr>
          <w:b/>
        </w:rPr>
        <w:t xml:space="preserve">[40:12] </w:t>
      </w:r>
      <w:r>
        <w:t>firishte un ki madad ke liye daurenge.</w:t>
      </w:r>
    </w:p>
    <w:p>
      <w:pPr>
        <w:jc w:val="right"/>
      </w:pPr>
      <w:r>
        <w:t>فرشتے ان کی مدد کے لیے دوڑیں گے۔</w:t>
      </w:r>
    </w:p>
    <w:p>
      <w:r>
        <w:rPr>
          <w:b/>
        </w:rPr>
        <w:t xml:space="preserve">[40:17] </w:t>
      </w:r>
      <w:r>
        <w:t>main ek martaba gaya kashmir to srinagar ke bahir bara maidan tha jahan hamare pahar dikhai de rahe the.</w:t>
      </w:r>
    </w:p>
    <w:p>
      <w:pPr>
        <w:jc w:val="right"/>
      </w:pPr>
      <w:r>
        <w:t>میں ایک مرتبہ گیا کشمیر تو سری نگر کے باہر بڑا میدان تھا جہاں ہمارے پہاڑ دکھائی دے رہے تھے۔</w:t>
      </w:r>
    </w:p>
    <w:p>
      <w:r>
        <w:rPr>
          <w:b/>
        </w:rPr>
        <w:t xml:space="preserve">[40:31] </w:t>
      </w:r>
      <w:r>
        <w:t>to hum yahan pade the, khade the maidan mein, idhar hamare pahar tha, us ke upar chamak raha tha barf kyunke barf jam jati hai, aap jante hain, paharon ke upar,</w:t>
      </w:r>
    </w:p>
    <w:p>
      <w:pPr>
        <w:jc w:val="right"/>
      </w:pPr>
      <w:r>
        <w:t>تو ہم یہاں پڑے تھے، کھڑے تھے میدان میں، ادھر ہمارے پہاڑ تھا، اس کے اوپر چمک رہا تھا برف کیونکہ برف جم جاتی ہے، آپ جانتے ہیں، پہاڑوں کے اوپر،</w:t>
      </w:r>
    </w:p>
    <w:p>
      <w:r>
        <w:rPr>
          <w:b/>
        </w:rPr>
        <w:t xml:space="preserve">[40:46] </w:t>
      </w:r>
      <w:r>
        <w:t>pahaaron ke upar barf jam jati hai. to jab maine dekha is ko to waqai mujhe khushi se aansu nikal aaye hue hain ke Allah itna meherban hai,</w:t>
      </w:r>
    </w:p>
    <w:p>
      <w:pPr>
        <w:jc w:val="right"/>
      </w:pPr>
      <w:r>
        <w:t>پہاڑوں کے اوپر برف جم جاتی ہے۔ تو جب میں نے دیکھا اس کو تو واقعی مجھے خوشی سے آنسو نکل آئے ہوئے ہیں کہ اللہ اتنا مہربان ہے،</w:t>
      </w:r>
    </w:p>
    <w:p>
      <w:r>
        <w:rPr>
          <w:b/>
        </w:rPr>
        <w:t xml:space="preserve">[41:03] </w:t>
      </w:r>
      <w:r>
        <w:t>itna meherban hai ke jab kisan log uthe, soil, soil ek opportunity hai jis se hum ugate hain apna food, food ugate hain, phal ugate hain, ghalla ugate hain,</w:t>
      </w:r>
    </w:p>
    <w:p>
      <w:pPr>
        <w:jc w:val="right"/>
      </w:pPr>
      <w:r>
        <w:t>اتنا مہربان ہے کہ جب کسان لوگ اٹھے، سائل، سائل ایک اپرچونیٹی ہے جس سے ہم اگاتے ہیں اپنا فوڈ، فوڈ اگاتے ہیں، پھل اگاتے ہیں، غلہ اگاتے ہیں،</w:t>
      </w:r>
    </w:p>
    <w:p>
      <w:r>
        <w:rPr>
          <w:b/>
        </w:rPr>
        <w:t xml:space="preserve">[41:25] </w:t>
      </w:r>
      <w:r>
        <w:t>khane ki cheezen ugate hain. to jab insan utha ke wo Allah ke diye hue soil ko istemal kare to firishton ne kaha ke "khudaya!</w:t>
      </w:r>
    </w:p>
    <w:p>
      <w:pPr>
        <w:jc w:val="right"/>
      </w:pPr>
      <w:r>
        <w:t>کھانے کی چیزیں اگاتے ہیں۔ تو جب انسان اٹھا کہ وہ اللہ کے دیئے ہوئے سائل کو استعمال کرے تو فرشتوں نے کہا کہ "خدایا!</w:t>
      </w:r>
    </w:p>
    <w:p>
      <w:r>
        <w:rPr>
          <w:b/>
        </w:rPr>
        <w:t xml:space="preserve">[41:42] </w:t>
      </w:r>
      <w:r>
        <w:t>aap ne jo barish, aap ne jo barish barsai hai, wo tumhare dono pani beh gaya, nadi mein chali gayi. yeh pani le kar ke log kya karenge?" asal agar is se mere kaan mein awaz aa rahi hai ke "ae firishton!</w:t>
      </w:r>
    </w:p>
    <w:p>
      <w:pPr>
        <w:jc w:val="right"/>
      </w:pPr>
      <w:r>
        <w:t>آپ نے جو بارش، آپ نے جو بارش برسائی ہے، وہ تمہارے دونوں پانی بہہ گیا، ندیب چلی گئی۔ یہ پانی لے کر کے لوگ کیا کریں گے؟" اصل اگر اس سے میرے کان میں آواز آ رہی ہے کہ "اے فرشتوں!</w:t>
      </w:r>
    </w:p>
    <w:p>
      <w:r>
        <w:rPr>
          <w:b/>
        </w:rPr>
        <w:t xml:space="preserve">[41:58] </w:t>
      </w:r>
      <w:r>
        <w:t>sun lo, maine pani ko hukum de diya hai ke wo barf ki surat mein jam jao, jam jao!" aur sare saal un ko</w:t>
      </w:r>
    </w:p>
    <w:p>
      <w:pPr>
        <w:jc w:val="right"/>
      </w:pPr>
      <w:r>
        <w:t>سن لو، میں نے پانی کو حکم دے دیا ہے کہ وہ برف کی صورت میں جم جاؤ، جم جاؤ!" اور سارے سال ان کو</w:t>
      </w:r>
    </w:p>
    <w:p>
      <w:r>
        <w:rPr>
          <w:b/>
        </w:rPr>
        <w:t xml:space="preserve">[42:12] </w:t>
      </w:r>
      <w:r>
        <w:t>dheere dheere pani beh ke pahuncha, un ko dheere dheere.</w:t>
      </w:r>
    </w:p>
    <w:p>
      <w:pPr>
        <w:jc w:val="right"/>
      </w:pPr>
      <w:r>
        <w:t>دھیرے دھیرے پانی بہہ کے پہنچا، ان کو دھیرے دھیرے۔</w:t>
      </w:r>
    </w:p>
    <w:p>
      <w:r>
        <w:rPr>
          <w:b/>
        </w:rPr>
        <w:t xml:space="preserve">[42:23] </w:t>
      </w:r>
      <w:r>
        <w:t>to Allah itna meherban hai ke jahan barish ki shakal mein insan avail kar sakta hai, wahan barish barsi, aur jahan sab barf ki shakal mein wo avail kar sakta tha insan, wahan barf jam gayi.</w:t>
      </w:r>
    </w:p>
    <w:p>
      <w:pPr>
        <w:jc w:val="right"/>
      </w:pPr>
      <w:r>
        <w:t>تو اللہ اتنا مہربان ہے کہ جہاں بارش کی شکل میں انسان اویل کر سکتا ہے، وہاں بارش برسی، اور جہاں سب برف کی شکل میں وہ اویل کر سکتا تھا انسان، وہاں برف جم گئی۔</w:t>
      </w:r>
    </w:p>
    <w:p>
      <w:r>
        <w:rPr>
          <w:b/>
        </w:rPr>
        <w:t xml:space="preserve">[42:40] </w:t>
      </w:r>
      <w:r>
        <w:t>yeh barf jo jamti hai pahaaron par, wo bhi barish hai. to maidanon mein to barish hoti hai ke beh kar ke nadiyon mein pani pahunch gaya, aur pahaaron par wo jam jati hai taake saal bhar dheere dheere, dheere dheere wo barf pighalti rahe, pighal pighal kar pahunchti rahe.</w:t>
      </w:r>
    </w:p>
    <w:p>
      <w:pPr>
        <w:jc w:val="right"/>
      </w:pPr>
      <w:r>
        <w:t>یہ برف جو جمتی ہے پہاڑوں پر، وہ بھی بارش ہے۔ تو میدانوں میں تو بارش ہوتی ہے کہ بہہ کر کے ندیوں میں پانی پہنچ گیا، اور پہاڑوں پر وہ جم جاتی ہے تاکہ سال بھر دھیرے دھیرے، دھیرے دھیرے وہ برف پگھلتی رہے، پگھل پگھل کر پہنچتی رہے۔</w:t>
      </w:r>
    </w:p>
    <w:p>
      <w:r>
        <w:rPr>
          <w:b/>
        </w:rPr>
        <w:t xml:space="preserve">[43:04] </w:t>
      </w:r>
      <w:r>
        <w:t>to wahi qissa hai ke aaj dawat ke liye, Allah ke deen ko phailane ke liye, sare hi mawaqe, sari opportunities khul chuki hain.</w:t>
      </w:r>
    </w:p>
    <w:p>
      <w:pPr>
        <w:jc w:val="right"/>
      </w:pPr>
      <w:r>
        <w:t>تو وہی قصہ ہے کہ آج دعوت کے لیے، اللہ کے دین کو پھیلانے کے لیے، سارے ہی مواقع، ساری اپرچونیٹیز کھل چکی ہیں۔</w:t>
      </w:r>
    </w:p>
    <w:p>
      <w:r>
        <w:rPr>
          <w:b/>
        </w:rPr>
        <w:t xml:space="preserve">[43:14] </w:t>
      </w:r>
      <w:r>
        <w:t>ab humein to bas daudna hai,</w:t>
      </w:r>
    </w:p>
    <w:p>
      <w:pPr>
        <w:jc w:val="right"/>
      </w:pPr>
      <w:r>
        <w:t>اب ہمیں تو بس دوڑنا ہے،</w:t>
      </w:r>
    </w:p>
    <w:p>
      <w:r>
        <w:rPr>
          <w:b/>
        </w:rPr>
        <w:t xml:space="preserve">[43:21] </w:t>
      </w:r>
      <w:r>
        <w:t>daudna hai, is opportunity ko avail karna hai.</w:t>
      </w:r>
    </w:p>
    <w:p>
      <w:pPr>
        <w:jc w:val="right"/>
      </w:pPr>
      <w:r>
        <w:t>دوڑنا ہے، اس اپرچونیٹی کو اویل کرنا ہے۔</w:t>
      </w:r>
    </w:p>
    <w:p>
      <w:r>
        <w:rPr>
          <w:b/>
        </w:rPr>
        <w:t xml:space="preserve">[43:33] </w:t>
      </w:r>
      <w:r>
        <w:t>afsos! logon ko acknowledge karna, logon ke liye duain karna. ab nafrat ka daur khatam ho gaya, ladai ka daur khatam ho gaya,</w:t>
      </w:r>
    </w:p>
    <w:p>
      <w:pPr>
        <w:jc w:val="right"/>
      </w:pPr>
      <w:r>
        <w:t>افسوس! لوگوں کو اکنالج کرنا، لوگوں کے لیے دعائیں کرنا۔ اب نفرت کا دور ختم ہو گیا، لڑائی کا دور ختم ہو گیا،</w:t>
      </w:r>
    </w:p>
    <w:p>
      <w:r>
        <w:rPr>
          <w:b/>
        </w:rPr>
        <w:t xml:space="preserve">[43:48] </w:t>
      </w:r>
      <w:r>
        <w:t>ab talwar aur bandook ka daur khatam ho gaya. ab, ab to daur hai opportunity ka. opportunity ko avail karo, logon ke liye duain do, logon se mohabbat karna sikho,</w:t>
      </w:r>
    </w:p>
    <w:p>
      <w:pPr>
        <w:jc w:val="right"/>
      </w:pPr>
      <w:r>
        <w:t>اب تلوار اور بندوق کا دور ختم ہو گیا۔ اب، اب تو دور ہے اپرچونیٹی کا۔ اپرچونیٹی کو اویل کرو، لوگوں کے لیے دعائیں دو، لوگوں سے محبت کرنا سیکھو،</w:t>
      </w:r>
    </w:p>
    <w:p>
      <w:r>
        <w:rPr>
          <w:b/>
        </w:rPr>
        <w:t xml:space="preserve">[44:02] </w:t>
      </w:r>
      <w:r>
        <w:t>sab ko apna samjho, sab ko apna samjho, sab ko apna samjho.</w:t>
      </w:r>
    </w:p>
    <w:p>
      <w:pPr>
        <w:jc w:val="right"/>
      </w:pPr>
      <w:r>
        <w:t>سب کو اپنا سمجھو، سب کو اپنا سمجھو، سب کو اپنا سمجھو۔</w:t>
      </w:r>
    </w:p>
    <w:p>
      <w:r>
        <w:rPr>
          <w:b/>
        </w:rPr>
        <w:t xml:space="preserve">[44:12] </w:t>
      </w:r>
      <w:r>
        <w:t>to meri dua hai ke Allah taala hum sab ko tofeeq de ke hum samjhein ke aaj ke daur ko, ke aaj ka daur opportunity ka daur hai,</w:t>
      </w:r>
    </w:p>
    <w:p>
      <w:pPr>
        <w:jc w:val="right"/>
      </w:pPr>
      <w:r>
        <w:t>تو میری دعا ہے کہ اللہ تعالیٰ ہم سب کو توفیق دے کہ ہم سمجھیں کہ آج کے دور کو، کہ آج کا دور اپرچونیٹی کا دور ہے،</w:t>
      </w:r>
    </w:p>
    <w:p>
      <w:r>
        <w:rPr>
          <w:b/>
        </w:rPr>
        <w:t xml:space="preserve">[44:27] </w:t>
      </w:r>
      <w:r>
        <w:t>is ko avail karein, is ke mutabiq planning karein, aur Allah ki jannat mein dakhla payein.</w:t>
      </w:r>
    </w:p>
    <w:p>
      <w:pPr>
        <w:jc w:val="right"/>
      </w:pPr>
      <w:r>
        <w:t>اس کو اویل کریں، اس کے مطابق پلاننگ کریں، اور اللہ کی جنت میں داخلہ پائیں۔</w:t>
      </w:r>
    </w:p>
    <w:p>
      <w:r>
        <w:rPr>
          <w:b/>
        </w:rPr>
        <w:t xml:space="preserve">[44:38] </w:t>
      </w:r>
      <w:r>
        <w:t>assalam o alaikum wa rehmatullah.</w:t>
      </w:r>
    </w:p>
    <w:p>
      <w:pPr>
        <w:jc w:val="right"/>
      </w:pPr>
      <w:r>
        <w:t>السلام علیکم ورحمۃ اللہ۔</w:t>
      </w:r>
    </w:p>
    <w:p>
      <w:r>
        <w:rPr>
          <w:b/>
        </w:rPr>
        <w:t xml:space="preserve">[44:52] </w:t>
      </w:r>
      <w:r>
        <w:t>okay, before we get into the question answer session, ah one announcement, ah as you all know that Maulana Urdu mouthpiece, which is Al-Risala, was launched in 1976,</w:t>
      </w:r>
    </w:p>
    <w:p>
      <w:pPr>
        <w:jc w:val="right"/>
      </w:pPr>
      <w:r>
        <w:t>اوکے، بیفور وی گیٹ انٹو دی کوئسچن انسر سیشن، اہ ون اناؤنسمنٹ، اہ ایز یو ال نو دیٹ مولانا اردو ماؤتھ پیس، وچ از الرسالہ، واز لانچڈ ان 1976،</w:t>
      </w:r>
    </w:p>
    <w:p>
      <w:r>
        <w:rPr>
          <w:b/>
        </w:rPr>
        <w:t xml:space="preserve">[45:07] </w:t>
      </w:r>
      <w:r>
        <w:t>and since then Urdu Al-Risala has been published and printed in several places, and it is read very widely by the Urdu speaking world.</w:t>
      </w:r>
    </w:p>
    <w:p>
      <w:pPr>
        <w:jc w:val="right"/>
      </w:pPr>
      <w:r>
        <w:t>اینڈ سنس دین اردو الرسالہ ہیز بین پبلشڈ اینڈ پرنٹڈ ان سیورل پلیسز، اینڈ اٹ از ریڈ ویری وائیڈلی بائی دی اردو سپیکنگ ورلڈ۔</w:t>
      </w:r>
    </w:p>
    <w:p>
      <w:r>
        <w:rPr>
          <w:b/>
        </w:rPr>
        <w:t xml:space="preserve">[45:17] </w:t>
      </w:r>
      <w:r>
        <w:t>it is also getting translated into several languages. Many years later, ah the English version of Al-Risala came with the title "The Spiritual Message", which continued for many years.</w:t>
      </w:r>
    </w:p>
    <w:p>
      <w:pPr>
        <w:jc w:val="right"/>
      </w:pPr>
      <w:r>
        <w:t>اٹ از السو گیٹنگ ٹرانسلیٹڈ انٹو سیورل لینگویجز۔ مینی ایئرز لیٹر، اہ دی انگلش ورژن اف دی الرسالہ کیم ود دی ٹائٹل "دا سپرچول میسج"، وچ کنٹینیوڈ فار مینی ایئرز۔</w:t>
      </w:r>
    </w:p>
    <w:p>
      <w:r>
        <w:rPr>
          <w:b/>
        </w:rPr>
        <w:t xml:space="preserve">[45:31] </w:t>
      </w:r>
      <w:r>
        <w:t>Later, it was realized that a proper team needs to be set up for the English audience, so that Maulana's message can go in the Western world, and also people who don't know Urdu.</w:t>
      </w:r>
    </w:p>
    <w:p>
      <w:pPr>
        <w:jc w:val="right"/>
      </w:pPr>
      <w:r>
        <w:t>لیٹر، اٹ واز ریلائز دیٹ ا پراپر ٹیم نیڈز ٹو بی سیٹ اپ فار دی انگلش اڈینس، سو دیٹ مولانا میسج کین گو ان دا ویسٹرن ورلڈ، اینڈ السو پیپل ہو ڈونٹ نو اردو۔</w:t>
      </w:r>
    </w:p>
    <w:p>
      <w:r>
        <w:rPr>
          <w:b/>
        </w:rPr>
        <w:t xml:space="preserve">[45:44] </w:t>
      </w:r>
      <w:r>
        <w:t>and therefore, under the initiative of Ms. Sarah Fatima and her husband, Mr. Ejaz Ahmed, ah a team was set up, and this editorial team came up with a much better version of English, ah version of Al-Risala, with the title "Spirit of Islam".</w:t>
      </w:r>
    </w:p>
    <w:p>
      <w:pPr>
        <w:jc w:val="right"/>
      </w:pPr>
      <w:r>
        <w:t>اینڈ دیر فور، انڈر دی انیشیٹیو اف مس سارہ فاطمہ اینڈ ہر ہسبینڈ، مسٹر اعجاز احمد، اہ ا ٹیم واز سیٹ اپ، اینڈ دس ایڈیٹوریل ٹیم کیم اپ ود ا مچ بیٹر ورژن اف انگلش، اہ ورژن اف الرسالہ، ود دا ٹائٹل "سپرٹ اف اسلام"۔</w:t>
      </w:r>
    </w:p>
    <w:p>
      <w:r>
        <w:rPr>
          <w:b/>
        </w:rPr>
        <w:t xml:space="preserve">[46:04] </w:t>
      </w:r>
      <w:r>
        <w:t>Ah today, Spirit of Islam completes seven years, and in the seven years, ah many milestones have been achieved. Not only Spirit of Islam has become very popular among the youth audience, it has also become a very important magazine among the academic world, and in the intelligentsia.</w:t>
      </w:r>
    </w:p>
    <w:p>
      <w:pPr>
        <w:jc w:val="right"/>
      </w:pPr>
      <w:r>
        <w:t>اہ ٹوڈے، سپرٹ اف اسلام کمپلیٹس سیون ایئرز، اینڈ ان دی سیون ایئرز، اہ مینی مائل سٹونز ہیو بین اچیوڈ۔ ناٹ اونلی سپرٹ اف اسلام ہیز بیکم ویری پاپولر امنگ دا یوتھ اڈینس، اٹ ہیز السو بیکم ا ویری امپورٹنٹ میگزین امنگ دی اکیڈیمک ورلڈ، اینڈ ان دی انٹیلیجنسیا۔</w:t>
      </w:r>
    </w:p>
    <w:p>
      <w:r>
        <w:rPr>
          <w:b/>
        </w:rPr>
        <w:t xml:space="preserve">[46:24] </w:t>
      </w:r>
      <w:r>
        <w:t>As we complete seven years with Spirit of Islam, Ms. Sarah Fatima has sent her message, which I would like to read for all of you, and post that.</w:t>
      </w:r>
    </w:p>
    <w:p>
      <w:pPr>
        <w:jc w:val="right"/>
      </w:pPr>
      <w:r>
        <w:t>ایز وی کمپلیٹ سیون ایئرز ود سپرٹ اف اسلام، مس سارہ فاطمہ ہیز سینڈ ہر میسج، وچ ائی وڈ لائک ٹو ریڈ فار ال اف یو، اینڈ پوسٹ دیٹ۔</w:t>
      </w:r>
    </w:p>
    <w:p>
      <w:r>
        <w:rPr>
          <w:b/>
        </w:rPr>
        <w:t xml:space="preserve">[46:33] </w:t>
      </w:r>
      <w:r>
        <w:t>I would request Maulana sahib to relaunch the new version of Spirit of Islam magazine. So Ms. Sarah Fatima writes: "Spirit of Islam monthly magazine publication work has been an enriching experience for me.</w:t>
      </w:r>
    </w:p>
    <w:p>
      <w:pPr>
        <w:jc w:val="right"/>
      </w:pPr>
      <w:r>
        <w:t>ائی وڈ ریکویسٹ مولانا صاحب ٹو ریلانچ دا نیو ورژن اف سپرٹ اف اسلام میگزین۔ سو مس سارہ فاطمہ رائٹس: "سپرٹ اف اسلام منتھلی میگزین پبلیکیشن ورک ہیز بین این انرچنگ ایکسپیرینس فار می۔</w:t>
      </w:r>
    </w:p>
    <w:p>
      <w:r>
        <w:rPr>
          <w:b/>
        </w:rPr>
        <w:t xml:space="preserve">[46:50] </w:t>
      </w:r>
      <w:r>
        <w:t>I feel truly blessed to be a part of all the work that goes in the making of this magazine. I offer my gratefulness to Allah for giving me this opportunity and for His infinite support to carry out this task.</w:t>
      </w:r>
    </w:p>
    <w:p>
      <w:pPr>
        <w:jc w:val="right"/>
      </w:pPr>
      <w:r>
        <w:t>ائی فیل ٹرولی بریسڈ ٹو بی ا پارٹ اف ال دا ورک دیٹ گوز ان دی میکنگ اف دس میگزین۔ ائی افر مائی گریٹ فلنس ٹو اللہ فار گیونگ می دس اپرچونیٹی اینڈ فار ہز انفائنٹ سپورٹ ٹو کیری اؤٹ دس ٹاسک۔</w:t>
      </w:r>
    </w:p>
    <w:p>
      <w:r>
        <w:rPr>
          <w:b/>
        </w:rPr>
        <w:t xml:space="preserve">[47:10] </w:t>
      </w:r>
      <w:r>
        <w:t>Spirit of Islam is embarking on the seventh year of its publication. This milestone is being marked by the addition of one new feature, the photo feature.</w:t>
      </w:r>
    </w:p>
    <w:p>
      <w:pPr>
        <w:jc w:val="right"/>
      </w:pPr>
      <w:r>
        <w:t>سپرٹ اف اسلام از ایمباکنگ ان دا سیونتھ ایئر اف اٹس پبلیکیشن۔ دس مائل سٹون از بینگ مارکڈ بائی دی ایڈیشن اف ون نیو فیچر، دا فوٹو فیچر۔</w:t>
      </w:r>
    </w:p>
    <w:p>
      <w:r>
        <w:rPr>
          <w:b/>
        </w:rPr>
        <w:t xml:space="preserve">[47:24] </w:t>
      </w:r>
      <w:r>
        <w:t>This section will comprise of colorful pages about the various activities performed by CPS team from around the globe, and the way people from all over the world are responding positively.</w:t>
      </w:r>
    </w:p>
    <w:p>
      <w:pPr>
        <w:jc w:val="right"/>
      </w:pPr>
      <w:r>
        <w:t>دس سیکشن ویل کمپرائز اف کلرفل پیجز اباؤٹ دا ویریس ایکٹیویٹیز پرفارم بائے سی پی ایس ٹیم فرام اراؤنڈ دا گلوب، اینڈ دا وے پیپل فرام ال اوور دا ورلڈ ار ریسپانڈنگ پوزیٹیولی۔</w:t>
      </w:r>
    </w:p>
    <w:p>
      <w:r>
        <w:rPr>
          <w:b/>
        </w:rPr>
        <w:t xml:space="preserve">[47:40] </w:t>
      </w:r>
      <w:r>
        <w:t>I take this special occasion to express my heartfelt gratitude to Maulana sahib for being my mentor and guide in the journey of life I'm towards the attainment of paradise.</w:t>
      </w:r>
    </w:p>
    <w:p>
      <w:pPr>
        <w:jc w:val="right"/>
      </w:pPr>
      <w:r>
        <w:t>ائی ٹیک دس سپیشل اوکیژن ٹو ایکسپریس مائی ہارٹ فیلڈ گریٹیٹیوڈ ٹو مولانا صاحب فار بینگ مائی مینٹر اینڈ گائیڈ ان دا جرنی اف لائف ایم ٹورڈز دی اٹینمنٹ اف پیراڈائز۔</w:t>
      </w:r>
    </w:p>
    <w:p>
      <w:r>
        <w:rPr>
          <w:b/>
        </w:rPr>
        <w:t xml:space="preserve">[47:54] </w:t>
      </w:r>
      <w:r>
        <w:t>May Almighty Allah shower His choicest and highest rewards upon you, Maulana sahib. The magazine profound articles are full of wisdom, which are gleaned from the Quran and Prophet's life and the understanding of the creation plan of God.</w:t>
      </w:r>
    </w:p>
    <w:p>
      <w:pPr>
        <w:jc w:val="right"/>
      </w:pPr>
      <w:r>
        <w:t>می المائٹی اللہ شاور ہز چوائسز اینڈ ہائیسٹ ریوارڈز اپون یو، مولانا صاحب۔ دا میگزین پروفاؤنڈ ارٹیکلز ار فل اف وزڈم، وچ ار گلینڈ فرام دا قران اینڈ پرافٹس لائف اینڈ دی انڈرسٹینڈنگ اف دا کریشن پلان اف گاڈ۔</w:t>
      </w:r>
    </w:p>
    <w:p>
      <w:r>
        <w:rPr>
          <w:b/>
        </w:rPr>
        <w:t xml:space="preserve">[48:12] </w:t>
      </w:r>
      <w:r>
        <w:t>The simple explanation of Tazkiyah or purification, the intellectual understanding of the teachings of the Prophet, its application in the present times and the ideology of peace to present Islam as it is.</w:t>
      </w:r>
    </w:p>
    <w:p>
      <w:pPr>
        <w:jc w:val="right"/>
      </w:pPr>
      <w:r>
        <w:t>دا سمپل ایکسپلینیشن اف تزکیہ اور پیوریفیکیشن، دا انٹلیکچول انڈرسٹینڈنگ اف دا ٹیچنگز اف دا پرافٹ، اٹس ایپلیکیشن ان دا پریزنٹ ٹائمز اینڈ دی ائیڈیالوجی اف پیس ٹو پریزنٹ اسلام ایز اٹ از۔</w:t>
      </w:r>
    </w:p>
    <w:p>
      <w:r>
        <w:rPr>
          <w:b/>
        </w:rPr>
        <w:t xml:space="preserve">[48:27] </w:t>
      </w:r>
      <w:r>
        <w:t>These articles are selected from the innumerable writings of Maulana sahib and are presented in the monthly magazine Spirit of Islam.</w:t>
      </w:r>
    </w:p>
    <w:p>
      <w:pPr>
        <w:jc w:val="right"/>
      </w:pPr>
      <w:r>
        <w:t>دیز ارٹیکلز ار سلیکٹڈ فرام دا انیومریبل رائٹنگز اف مولانا صاحب اینڈ ار پریزنٹڈ ان دا منتھلی میگزین سپرٹ اف اسلام۔</w:t>
      </w:r>
    </w:p>
    <w:p>
      <w:r>
        <w:rPr>
          <w:b/>
        </w:rPr>
        <w:t xml:space="preserve">[48:38] </w:t>
      </w:r>
      <w:r>
        <w:t>May Allah bless everyone who is directly and indirectly involved in this work and richly bless the readers. In this special occasion, I request Maulana sahib to do dua for this endeavor to continue with wisdom and elegance.</w:t>
      </w:r>
    </w:p>
    <w:p>
      <w:pPr>
        <w:jc w:val="right"/>
      </w:pPr>
      <w:r>
        <w:t>می اللہ بلیس ایوری ون ہو از ڈائریکٹلی اینڈ ان ڈائریکٹلی انوالوڈ ان دس ورک اینڈ رچلی بلیس دا ریڈرز۔ ان دس سپیشل اوکیژن، ائی ریکویسٹ مولانا صاحب ٹو ڈو دعا فار دس انڈیور ٹو کنٹینیو ود وزڈم اینڈ ایلیگنس۔</w:t>
      </w:r>
    </w:p>
    <w:p>
      <w:r>
        <w:rPr>
          <w:b/>
        </w:rPr>
        <w:t xml:space="preserve">[48:56] </w:t>
      </w:r>
      <w:r>
        <w:t>Allah taala hum sab ko aur jo log is kaam mein</w:t>
      </w:r>
    </w:p>
    <w:p>
      <w:pPr>
        <w:jc w:val="right"/>
      </w:pPr>
      <w:r>
        <w:t>اللہ تعالیٰ ہم سب کو اور جو لوگ اس کام میں</w:t>
      </w:r>
    </w:p>
    <w:p>
      <w:r>
        <w:rPr>
          <w:b/>
        </w:rPr>
        <w:t xml:space="preserve">[49:03] </w:t>
      </w:r>
      <w:r>
        <w:t>lage hue hain, un sab ki bohat ziyada madad farmaye, poori team ki madad farmaye.</w:t>
      </w:r>
    </w:p>
    <w:p>
      <w:pPr>
        <w:jc w:val="right"/>
      </w:pPr>
      <w:r>
        <w:t>لگے ہوئے ہیں، ان سب کی بہت زیادہ مدد فرمائے، پوری ٹیم کی مدد فرمائے۔</w:t>
      </w:r>
    </w:p>
    <w:p>
      <w:r>
        <w:rPr>
          <w:b/>
        </w:rPr>
        <w:t xml:space="preserve">[49:16] </w:t>
      </w:r>
      <w:r>
        <w:t>Sarah Fatima sahib ke shohar Mr. Ejaz, un ki poori help karte hain.</w:t>
      </w:r>
    </w:p>
    <w:p>
      <w:pPr>
        <w:jc w:val="right"/>
      </w:pPr>
      <w:r>
        <w:t>سارہ فاطمہ صاحب کے شوہر مسٹر اعجاز، ان کی پوری ہیلپ کرتے ہیں۔</w:t>
      </w:r>
    </w:p>
    <w:p>
      <w:r>
        <w:rPr>
          <w:b/>
        </w:rPr>
        <w:t xml:space="preserve">[49:25] </w:t>
      </w:r>
      <w:r>
        <w:t>Un ke do bete hain jo Canada mein hain, woh sab un ke saathi hain. Isi tarah se saari team is mein lagi hui hai.</w:t>
      </w:r>
    </w:p>
    <w:p>
      <w:pPr>
        <w:jc w:val="right"/>
      </w:pPr>
      <w:r>
        <w:t>ان کے دو بیٹے ہیں جو کینیڈا میں ہیں، وہ سب ان کے ساتھی ہیں۔ اسی طرح سے ساری ٹیم اس میں لگی ہوئی ہے۔</w:t>
      </w:r>
    </w:p>
    <w:p>
      <w:r>
        <w:rPr>
          <w:b/>
        </w:rPr>
        <w:t xml:space="preserve">[49:36] </w:t>
      </w:r>
      <w:r>
        <w:t>Yeh Bangalore mein chhapta hai aur saari team jo duniya mein phaili hui hai, us ko phailati hai. Abhi gaye hain hamare saathi Brazil, woh bhi us ko le gaye hain wahan.</w:t>
      </w:r>
    </w:p>
    <w:p>
      <w:pPr>
        <w:jc w:val="right"/>
      </w:pPr>
      <w:r>
        <w:t>یہ بنگلور میں چھپتا ہے اور ساری ٹیم جو دنیا میں پھیلی ہوئی ہے، اس کو پھیلاتی ہے۔ ابھی گئے ہیں ہمارے ساتھی برازیل، وہ بھی اس کو لے گئے ہیں وہاں۔</w:t>
      </w:r>
    </w:p>
    <w:p>
      <w:r>
        <w:rPr>
          <w:b/>
        </w:rPr>
        <w:t xml:space="preserve">[49:50] </w:t>
      </w:r>
      <w:r>
        <w:t>Toh main un sab ke liye dua karta hoon, Allah taala un ko jannat mein jagah de, Allah taala un ko</w:t>
      </w:r>
    </w:p>
    <w:p>
      <w:pPr>
        <w:jc w:val="right"/>
      </w:pPr>
      <w:r>
        <w:t>تو میں ان سب کے لیے دعا کرتا ہوں، اللہ تعالیٰ ان کو جنت میں جگہ دے، اللہ تعالیٰ ان کو</w:t>
      </w:r>
    </w:p>
    <w:p>
      <w:r>
        <w:rPr>
          <w:b/>
        </w:rPr>
        <w:t xml:space="preserve">[50:01] </w:t>
      </w:r>
      <w:r>
        <w:t>is ka bohat bara reward de aur</w:t>
      </w:r>
    </w:p>
    <w:p>
      <w:pPr>
        <w:jc w:val="right"/>
      </w:pPr>
      <w:r>
        <w:t>اس کا بہت بڑا ریوارڈ دے اور</w:t>
      </w:r>
    </w:p>
    <w:p>
      <w:r>
        <w:rPr>
          <w:b/>
        </w:rPr>
        <w:t xml:space="preserve">[50:07] </w:t>
      </w:r>
      <w:r>
        <w:t>qayamat ke din un ko surkhroohi ata farmaye.</w:t>
      </w:r>
    </w:p>
    <w:p>
      <w:pPr>
        <w:jc w:val="right"/>
      </w:pPr>
      <w:r>
        <w:t>قیامت کے دن ان کو سرخوشی عطا فرمائے۔</w:t>
      </w:r>
    </w:p>
    <w:p>
      <w:r>
        <w:rPr>
          <w:b/>
        </w:rPr>
        <w:t xml:space="preserve">[50:19] </w:t>
      </w:r>
      <w:r>
        <w:t>Allah</w:t>
      </w:r>
    </w:p>
    <w:p>
      <w:pPr>
        <w:jc w:val="right"/>
      </w:pPr>
      <w:r>
        <w:t>اللہ</w:t>
      </w:r>
    </w:p>
    <w:p>
      <w:r>
        <w:rPr>
          <w:b/>
        </w:rPr>
        <w:t xml:space="preserve">[50:26] </w:t>
      </w:r>
      <w:r>
        <w:t>allah ke liye mushkil nahi ke hamare se kamzor bando ko qabool farmaye,</w:t>
      </w:r>
    </w:p>
    <w:p>
      <w:pPr>
        <w:jc w:val="right"/>
      </w:pPr>
      <w:r>
        <w:t>اللہ کے لیے مشکل نہیں کہ ہمارے سے کمزور بندوں کو قبول فرمائے،</w:t>
      </w:r>
    </w:p>
    <w:p>
      <w:r>
        <w:rPr>
          <w:b/>
        </w:rPr>
        <w:t xml:space="preserve">[50:36] </w:t>
      </w:r>
      <w:r>
        <w:t>hum ko jannaton mein dakhil kare. allah</w:t>
      </w:r>
    </w:p>
    <w:p>
      <w:pPr>
        <w:jc w:val="right"/>
      </w:pPr>
      <w:r>
        <w:t>ہم کو جنتوں میں داخل کرے۔ اللہ</w:t>
      </w:r>
    </w:p>
    <w:p>
      <w:r>
        <w:rPr>
          <w:b/>
        </w:rPr>
        <w:t xml:space="preserve">[50:56] </w:t>
      </w:r>
      <w:r>
        <w:t>ur-rehman, aye allah! hum sab ko</w:t>
      </w:r>
    </w:p>
    <w:p>
      <w:pPr>
        <w:jc w:val="right"/>
      </w:pPr>
      <w:r>
        <w:t>الرحیم، اے اللہ! ہم سب کو</w:t>
      </w:r>
    </w:p>
    <w:p>
      <w:r>
        <w:rPr>
          <w:b/>
        </w:rPr>
        <w:t xml:space="preserve">[51:04] </w:t>
      </w:r>
      <w:r>
        <w:t>qabool farma, hum ko jannat mein ekhatta kar farma, hum tere deedar ki, tere deedar ki khushi hasil hasil karein,</w:t>
      </w:r>
    </w:p>
    <w:p>
      <w:pPr>
        <w:jc w:val="right"/>
      </w:pPr>
      <w:r>
        <w:t>قبول فرما، ہم کو جنت میں اکٹھا کر فرما، ہم تیرے دیدار کی، تیرے دیدار کی خوشی حاصل حاصل کریں،</w:t>
      </w:r>
    </w:p>
    <w:p>
      <w:r>
        <w:rPr>
          <w:b/>
        </w:rPr>
        <w:t xml:space="preserve">[51:18] </w:t>
      </w:r>
      <w:r>
        <w:t>paighambaron se milne ki khushi hasil karein.</w:t>
      </w:r>
    </w:p>
    <w:p>
      <w:pPr>
        <w:jc w:val="right"/>
      </w:pPr>
      <w:r>
        <w:t>پیغمبروں سے ملنے کی خوشی حاصل کریں۔</w:t>
      </w:r>
    </w:p>
    <w:p>
      <w:r>
        <w:rPr>
          <w:b/>
        </w:rPr>
        <w:t xml:space="preserve">[51:25] </w:t>
      </w:r>
      <w:r>
        <w:t>hum sab ko jannat mein dakhil farma, ya rab al-alameen.</w:t>
      </w:r>
    </w:p>
    <w:p>
      <w:pPr>
        <w:jc w:val="right"/>
      </w:pPr>
      <w:r>
        <w:t>ہم سب کو جنت میں داخل فرما، یا رب العالمین۔</w:t>
      </w:r>
    </w:p>
    <w:p>
      <w:r>
        <w:rPr>
          <w:b/>
        </w:rPr>
        <w:t xml:space="preserve">[51:33] </w:t>
      </w:r>
      <w:r>
        <w:t>okay, we have some complimentary copies for all those who are in the center. so before you leave, you can collect your copies and also all those who are watching this program.</w:t>
      </w:r>
    </w:p>
    <w:p>
      <w:pPr>
        <w:jc w:val="right"/>
      </w:pPr>
      <w:r>
        <w:t>اوکے، وی ہیو سم کمپلیمنٹری کاپیز فار ال دوز ہو آر ان دا سینٹر۔ سو بیفور یو لیو، یو کین کلیکٹ یور کاپیز اینڈ السو ال دوز ہو آر واچنگ دس پروگرام۔</w:t>
      </w:r>
    </w:p>
    <w:p>
      <w:r>
        <w:rPr>
          <w:b/>
        </w:rPr>
        <w:t xml:space="preserve">[51:44] </w:t>
      </w:r>
      <w:r>
        <w:t>if you want to subscribe to spirit of islam magazine, you can always download it from the website www.spiritofislam.co.in.</w:t>
      </w:r>
    </w:p>
    <w:p>
      <w:pPr>
        <w:jc w:val="right"/>
      </w:pPr>
      <w:r>
        <w:t>اف یو وانٹ ٹو سبسکرائب ٹو سپرٹ اف اسلام میگزین، یو کین الویز ڈاؤن لوڈ اٹ فرام دا ویب سائٹ www.spiritofislam.co.in۔</w:t>
      </w:r>
    </w:p>
    <w:p>
      <w:r>
        <w:rPr>
          <w:b/>
        </w:rPr>
        <w:t xml:space="preserve">[51:55] </w:t>
      </w:r>
      <w:r>
        <w:t>you can also subscribe for the hard copy by visiting the website. maulana, ab hum comments lena chahenge aaj ke talk ko le ke.</w:t>
      </w:r>
    </w:p>
    <w:p>
      <w:pPr>
        <w:jc w:val="right"/>
      </w:pPr>
      <w:r>
        <w:t>یو کین السو سبسکرائب فار دی ہارڈ کاپی بائے وزٹنگ دا ویب سائٹ۔ مولانا، اب ہم کمنٹس لینا چاہیں گے آج کے ٹاک کو لے کے۔</w:t>
      </w:r>
    </w:p>
    <w:p>
      <w:r>
        <w:rPr>
          <w:b/>
        </w:rPr>
        <w:t xml:space="preserve">[52:09] </w:t>
      </w:r>
      <w:r>
        <w:t>aurangabad, maharashtra se, samiyuddin siddiqui sahib ne likha hai: "alhamdulillah! this is the gift of this modern era that today we can listen to maulana lecture live with all family members from aurangabad." miss shaiesta ramzan ne pakistan se likha hai: "maulana sahib!</w:t>
      </w:r>
    </w:p>
    <w:p>
      <w:pPr>
        <w:jc w:val="right"/>
      </w:pPr>
      <w:r>
        <w:t>اورنگ آباد، مہاراشٹر سے، سمیودین صدیقی صاحب نے لکھا ہے: "الحمدللہ! دس از دا گفٹ اف دس ماڈرن ایرا دیٹ ٹوڈے وی کین لسن ٹو مولانا لیکچر لائیو ود ال فیملی ممبرز فرام اورنگ آباد۔" مس شائستہ رمضان نے پاکستان سے لکھا ہے: "مولانا صاحب!</w:t>
      </w:r>
    </w:p>
    <w:p>
      <w:r>
        <w:rPr>
          <w:b/>
        </w:rPr>
        <w:t xml:space="preserve">[52:33] </w:t>
      </w:r>
      <w:r>
        <w:t>alhamdulillah! we all are watching you. you are an inspiration for us. indeed, you are a great teacher, honorable maulana sahib. may allah bless you." maulana iqbal umri ne chennai se likha hai:</w:t>
      </w:r>
    </w:p>
    <w:p>
      <w:pPr>
        <w:jc w:val="right"/>
      </w:pPr>
      <w:r>
        <w:t>الحمدللہ! وی ال آر واچنگ یو۔ یو آر این انسپیریشن فار اس۔ انڈیڈ، یو آر ا گریٹ ٹیچر، انریبل مولانا صاحب۔ می اللہ بلیس یو۔" مولانا اقبال عمری نے چنئی سے لکھا ہے:</w:t>
      </w:r>
    </w:p>
    <w:p>
      <w:r>
        <w:rPr>
          <w:b/>
        </w:rPr>
        <w:t xml:space="preserve">[52:47] </w:t>
      </w:r>
      <w:r>
        <w:t>"maulana! aap ne kaha ke dawah ka kaam poori tarah mumkin ho gaya hai aur yahi shahadat-e-azm ada karne ka zamana hai.</w:t>
      </w:r>
    </w:p>
    <w:p>
      <w:pPr>
        <w:jc w:val="right"/>
      </w:pPr>
      <w:r>
        <w:t>"مولانا! آپ نے کہا کہ دعوت کا کام پوری طرح ممکن ہو گیا ہے اور یہی شہادت اعظم ادا کرنے کا زمانہ ہے۔</w:t>
      </w:r>
    </w:p>
    <w:p>
      <w:r>
        <w:rPr>
          <w:b/>
        </w:rPr>
        <w:t xml:space="preserve">[52:58] </w:t>
      </w:r>
      <w:r>
        <w:t>maulana! inshallah! cps ke is mission pe we will do it spirit ke saath hum log qaim rahenge. jazak allah, maulana." miss shabana ansari ne pakistan se likha hai: "you have told great point that political power was assigned to muslims from god for the sake of preservation of quran hadith and to end the religious persecution.</w:t>
      </w:r>
    </w:p>
    <w:p>
      <w:pPr>
        <w:jc w:val="right"/>
      </w:pPr>
      <w:r>
        <w:t>مولانا! انشاءاللہ! سی پی ایس کے اس مشن پہ وی ویل ڈو اٹ سپرٹ کے ساتھ ہم لوگ قائم رہیں گے۔ جزاک اللہ، مولانا۔" مس شبانہ انصاری نے پاکستان سے لکھا ہے: "یو ہیو ٹولڈ گریٹ پوائنٹ دیٹ پولیٹیکل پاور واز اسائنڈ ٹو مسلمز فرام گاڈ فار دا سیک اف پریزرویشن اف قرآن حدیث اینڈ ٹو اینڈ دا ریلیجیس پرسیکیوشن۔</w:t>
      </w:r>
    </w:p>
    <w:p>
      <w:r>
        <w:rPr>
          <w:b/>
        </w:rPr>
        <w:t xml:space="preserve">[53:25] </w:t>
      </w:r>
      <w:r>
        <w:t>but muslims wrongly think that it is their birthright to rule all over the world. jazak allah, maulana sahib! for this great point." dr. naghma siddiqui ne delhi se likha hai:</w:t>
      </w:r>
    </w:p>
    <w:p>
      <w:pPr>
        <w:jc w:val="right"/>
      </w:pPr>
      <w:r>
        <w:t>بٹ مسلمز رونگلی تھنک دیٹ اٹ از دیر برتھ رائٹ ٹو رول ال اوور دا ورلڈ۔ جزاک اللہ، مولانا صاحب! فار دس گریٹ پوائنٹ۔" ڈاکٹر نغمہ صدیقی نے دلی سے لکھا ہے:</w:t>
      </w:r>
    </w:p>
    <w:p>
      <w:r>
        <w:rPr>
          <w:b/>
        </w:rPr>
        <w:t xml:space="preserve">[53:40] </w:t>
      </w:r>
      <w:r>
        <w:t>"i have learned today that the quran has been preserved to the last extent by muslims and the entire infrastructure to disseminate god's message is in place primarily by the west.</w:t>
      </w:r>
    </w:p>
    <w:p>
      <w:pPr>
        <w:jc w:val="right"/>
      </w:pPr>
      <w:r>
        <w:t>"آئی ہیو لرن ٹوڈے دیٹ دا قرآن ہیز بین پریزرو ٹو دا لاسٹ ایکسٹینٹ بائے مسلمز اینڈ دی انٹائر انفراسٹرکچر ٹو ڈسیمینیٹ گاڈز میسج از ان پلیس پرائمریلی بائے دا ویسٹ۔</w:t>
      </w:r>
    </w:p>
    <w:p>
      <w:r>
        <w:rPr>
          <w:b/>
        </w:rPr>
        <w:t xml:space="preserve">[53:54] </w:t>
      </w:r>
      <w:r>
        <w:t>in this age of opportunity, the time has come for us to stand up, remove all hatred from from our minds, take all well-wishers and helpers and disseminate god's message to all mankind.</w:t>
      </w:r>
    </w:p>
    <w:p>
      <w:pPr>
        <w:jc w:val="right"/>
      </w:pPr>
      <w:r>
        <w:t>ان دس ایج اف اپرچونیٹی، دا ٹائم ہیز کم فار اس ٹو سٹینڈ اپ، ریموو ال ہیٹریٹ فار فرام فرام اور مائنڈز، ٹیک ال ایز ویل وشرز اینڈ ہیلپرز اینڈ ڈسیمینیٹ گاڈز میسج ٹو ال مین کائنڈ۔</w:t>
      </w:r>
    </w:p>
    <w:p>
      <w:r>
        <w:rPr>
          <w:b/>
        </w:rPr>
        <w:t xml:space="preserve">[54:10] </w:t>
      </w:r>
      <w:r>
        <w:t>this is shahadat-e-azm. may god help all of us to fulfill this task. amin." ayaz ahmad sahib ne jamshedpur se likha hai: "alhamdulillah!</w:t>
      </w:r>
    </w:p>
    <w:p>
      <w:pPr>
        <w:jc w:val="right"/>
      </w:pPr>
      <w:r>
        <w:t>دس از شہادت اعظم۔ می گاڈ ہیلپ ال اف اس ٹو فلفل دس ٹاسک۔ آمین۔" ایاز احمد صاحب نے جمشید پور سے لکھا ہے: "الحمدللہ!</w:t>
      </w:r>
    </w:p>
    <w:p>
      <w:r>
        <w:rPr>
          <w:b/>
        </w:rPr>
        <w:t xml:space="preserve">[54:22] </w:t>
      </w:r>
      <w:r>
        <w:t>yeh zamana problem ka nahi, opportunity ka hai." tareq johar sahib ne kashmir se likha hai: "after revelation of quran, muslims have been gifted the dawah work so they can get the rewards in akhirat and not in this world as political power."</w:t>
      </w:r>
    </w:p>
    <w:p>
      <w:pPr>
        <w:jc w:val="right"/>
      </w:pPr>
      <w:r>
        <w:t>یہ زمانہ پرابلم کا نہیں، اپرچونیٹی کا ہے۔" طارق جوہر صاحب نے کشمیر سے لکھا ہے: "افٹر ریولیشن اف قرآن، مسلمز ہیو بین گفٹڈ دا دعویٰ ورک سو دے کین گیٹ دا ریوارڈز ان اخرت اینڈ ناٹ ان دس ورلڈ ایز پولیٹیکل پاور۔"</w:t>
      </w:r>
    </w:p>
    <w:p>
      <w:r>
        <w:rPr>
          <w:b/>
        </w:rPr>
        <w:t xml:space="preserve">[54:46] </w:t>
      </w:r>
      <w:r>
        <w:t>maulana question lena chahenge? yeh sawal ah bheja hai ah mr. ravesh bahl ne bangalore se.</w:t>
      </w:r>
    </w:p>
    <w:p>
      <w:pPr>
        <w:jc w:val="right"/>
      </w:pPr>
      <w:r>
        <w:t>مولانا کوئسچن لینا چاہیں گے؟ یہ سوال اہ بھیجا ہے اہ مسٹر رویش بہل نے بینگلور سے۔</w:t>
      </w:r>
    </w:p>
    <w:p>
      <w:r>
        <w:rPr>
          <w:b/>
        </w:rPr>
        <w:t xml:space="preserve">[54:55] </w:t>
      </w:r>
      <w:r>
        <w:t>unhone likha hai: "maulana! you said today that quran hadith were preserved and even after centuries, no change was made in the quran and it is the same quran as it was at the time of the prophet of islam." however, maulana!</w:t>
      </w:r>
    </w:p>
    <w:p>
      <w:pPr>
        <w:jc w:val="right"/>
      </w:pPr>
      <w:r>
        <w:t>انہوں نے لکھا ہے: "مولانا! یو سیڈ ٹوڈے دیٹ قرآن حدیث وار پریزرو اینڈ ایون افٹر سینچریز، نو چینج واز میڈ ان دا قرآن اینڈ اٹ از دا سیم قرآن ایز اٹ واز ایٹ دا ٹائم اف دا پرافٹ اف اسلام۔" ہاؤ ایور، مولانا!</w:t>
      </w:r>
    </w:p>
    <w:p>
      <w:r>
        <w:rPr>
          <w:b/>
        </w:rPr>
        <w:t xml:space="preserve">[55:16] </w:t>
      </w:r>
      <w:r>
        <w:t>I want to humbly ask that: "Don't you think Quran needs to be revised? Because if we look at Muslims today, they have not progressed as compared to other faith followers, and the reason is due to their stubbornness and not adopting modern thought.</w:t>
      </w:r>
    </w:p>
    <w:p>
      <w:pPr>
        <w:jc w:val="right"/>
      </w:pPr>
      <w:r>
        <w:t>ائی وانٹ ٹو ہمبلری اسک دیٹ: "ڈونٹ یو تھنک قرآن نیڈز ٹو بی ریوائزڈ؟ بیکاز اف وی لوک ایٹ مسلمز ٹوڈے، دے ہیو ناٹ پروگریسڈ ایز کمپیر ٹو ادر فیتھ فالوورز، اینڈ دا ریزن از ڈیو ٹو دیر سٹبنس اینڈ ناٹ اڈاپٹنگ ماڈرن تھاٹ۔</w:t>
      </w:r>
    </w:p>
    <w:p>
      <w:r>
        <w:rPr>
          <w:b/>
        </w:rPr>
        <w:t xml:space="preserve">[55:35] </w:t>
      </w:r>
      <w:r>
        <w:t>When we talk to these Muslims, they say: "We follow Quran and it is enough for us." So the real reason for their stagnation is their unwillingness to change their mindset, which is because of the 1400 years old Quran.</w:t>
      </w:r>
    </w:p>
    <w:p>
      <w:pPr>
        <w:jc w:val="right"/>
      </w:pPr>
      <w:r>
        <w:t>وین وی ٹاک ٹو دیز مسلمز، دے سے: "وی فالو قرآن اینڈ اٹ از انف فار اس۔" سو دا ریئل ریزن فار دیر سٹیگنیشن از دیر ان ویلنگنس ٹو چینج دیر مائنڈ سیٹ، وچ از بیکاز اف دا 1400 ایئرز اولڈ قرآن۔</w:t>
      </w:r>
    </w:p>
    <w:p>
      <w:r>
        <w:rPr>
          <w:b/>
        </w:rPr>
        <w:t xml:space="preserve">[55:53] </w:t>
      </w:r>
      <w:r>
        <w:t>what is your opinion on this? maulana sahib! dekhiye, asal cheez yeh nahi hai, jadd ki baat yeh nahi hai.</w:t>
        <w:br/>
      </w:r>
    </w:p>
    <w:p>
      <w:pPr>
        <w:jc w:val="right"/>
      </w:pPr>
      <w:r>
        <w:t>واٹ از یور اوپینین ان دس؟ مولانا صاحب! دیکھیے، اصل چیز یہ نہیں ہے، جڑ کی بات یہ نہیں ہے۔</w:t>
      </w:r>
    </w:p>
    <w:p>
      <w:r>
        <w:rPr>
          <w:b/>
        </w:rPr>
        <w:t xml:space="preserve">[56:04] </w:t>
      </w:r>
      <w:r>
        <w:t>jadd ki baat yeh hai ke zamane mein jo change aaya hai, change us ko bekhabar reh gaye. sirf musalmani nahi, itna bada country russia bekhabar reh gaya.</w:t>
        <w:br/>
      </w:r>
    </w:p>
    <w:p>
      <w:pPr>
        <w:jc w:val="right"/>
      </w:pPr>
      <w:r>
        <w:t>جڑ کی بات یہ ہے کہ زمانے میں جو چینج آیا ہے، چینج اس کو بے خبر رہ گئے۔ صرف مسلمانی نہیں، اتنا بڑا کنٹری رشیا بے خبر رہ گیا۔</w:t>
      </w:r>
    </w:p>
    <w:p>
      <w:r>
        <w:rPr>
          <w:b/>
        </w:rPr>
        <w:t xml:space="preserve">[56:17] </w:t>
      </w:r>
      <w:r>
        <w:t>russia mein aap jante hain ke jo communist philosophy thi, woh base karti thi tashaddud par.</w:t>
      </w:r>
    </w:p>
    <w:p>
      <w:pPr>
        <w:jc w:val="right"/>
      </w:pPr>
      <w:r>
        <w:t>رشیا میں آپ جانتے ہیں کہ جو کمبسٹ فلاسفی تھی، وہ بیس کرتی تھی تشدد پر۔</w:t>
      </w:r>
    </w:p>
    <w:p>
      <w:r>
        <w:rPr>
          <w:b/>
        </w:rPr>
        <w:t xml:space="preserve">[56:29] </w:t>
      </w:r>
      <w:r>
        <w:t>kambast philosophy jis par hazaron log uth khare hue, to sare qisse tashaddud pe base karti thi.</w:t>
      </w:r>
    </w:p>
    <w:p>
      <w:pPr>
        <w:jc w:val="right"/>
      </w:pPr>
      <w:r>
        <w:t>کمبسٹ فلاسفی جس پر ہزاروں لوگ اٹھ کھڑے ہوئے، تو سارے قصے تشدد پہ بیس کرتی تھی۔</w:t>
      </w:r>
    </w:p>
    <w:p>
      <w:r>
        <w:rPr>
          <w:b/>
        </w:rPr>
        <w:t xml:space="preserve">[56:39] </w:t>
      </w:r>
      <w:r>
        <w:t>unhon ne nahi jana ke dori tashaddud ka khatm ka dor aya. ab sari opportunities free hain, jis jis ko chahen istemal kijiyey.</w:t>
      </w:r>
    </w:p>
    <w:p>
      <w:pPr>
        <w:jc w:val="right"/>
      </w:pPr>
      <w:r>
        <w:t>انہوں نے نہیں جانا کہ دوری تشدد کا ختم کا دور آیا۔ اب ساری اپورچونیٹیز فری ہیں، جس جس کو چاہیں استعمال کیجئے۔</w:t>
      </w:r>
    </w:p>
    <w:p>
      <w:r>
        <w:rPr>
          <w:b/>
        </w:rPr>
        <w:t xml:space="preserve">[56:50] </w:t>
      </w:r>
      <w:r>
        <w:t>yeh musalmani ki baat nahi hai, dor jadeed se bekhabari ki baat hai, jis mein bohat se log mubtala hue.</w:t>
      </w:r>
    </w:p>
    <w:p>
      <w:pPr>
        <w:jc w:val="right"/>
      </w:pPr>
      <w:r>
        <w:t>یہ مسلمانی کی بات نہیں ہے، دور جدید سے بے خبری کی بات ہے، جس میں بہت سے لوگ مبتلا ہوئے۔</w:t>
      </w:r>
    </w:p>
    <w:p>
      <w:r>
        <w:rPr>
          <w:b/>
        </w:rPr>
        <w:t xml:space="preserve">[56:59] </w:t>
      </w:r>
      <w:r>
        <w:t>to is ka taluq is se nahi hai. Quran to aaj bhi itna hi wald hai jitna pehle tha.</w:t>
      </w:r>
    </w:p>
    <w:p>
      <w:pPr>
        <w:jc w:val="right"/>
      </w:pPr>
      <w:r>
        <w:t>تو اس کا تعلق اس سے نہیں ہے۔ قرآن تو آج بھی اتنا ہی ویلڈ ہے جتنا پہلے تھا۔</w:t>
      </w:r>
    </w:p>
    <w:p>
      <w:r>
        <w:rPr>
          <w:b/>
        </w:rPr>
        <w:t xml:space="preserve">[57:09] </w:t>
      </w:r>
      <w:r>
        <w:t>misalan dekhiye, jis zamane mein abhi communism roos se khatm nahi hua tha, mein wahan gaya tha to mein aik airport pe utra jahaz badalne ke liye, yani communist Russia mein.</w:t>
      </w:r>
    </w:p>
    <w:p>
      <w:pPr>
        <w:jc w:val="right"/>
      </w:pPr>
      <w:r>
        <w:t>مثلاً دیکھیے، جس زمانے میں ابھی کمر روس سے ختم نہیں ہوا تھا، میں وہاں گیا تھا تو میں ایک ایئرپورٹ پہ اترا جہاز بدلنے کے لیے، یعنی کمبسٹ رشیا میں۔</w:t>
      </w:r>
    </w:p>
    <w:p>
      <w:r>
        <w:rPr>
          <w:b/>
        </w:rPr>
        <w:t xml:space="preserve">[57:26] </w:t>
      </w:r>
      <w:r>
        <w:t>to jaise hi mein ne, mein ne chaha ke bahar ja kar dekhun, thora bohat airport se bahar ja kar ke.</w:t>
      </w:r>
    </w:p>
    <w:p>
      <w:pPr>
        <w:jc w:val="right"/>
      </w:pPr>
      <w:r>
        <w:t>تو جیسے ہی میں نے، میں نے چاہا کہ باہر جا کر دیکھوں، تھوڑا بہت ایئرپورٹ سے باہر جا کر کے۔</w:t>
      </w:r>
    </w:p>
    <w:p>
      <w:r>
        <w:rPr>
          <w:b/>
        </w:rPr>
        <w:t xml:space="preserve">[57:36] </w:t>
      </w:r>
      <w:r>
        <w:t>to jaise hi mein ne airport ke ke gate se bahar qadam rakha, foran police fauj bole: "gun le ke pohanch gayi ke bahar nahi ja sakte." to yeh kya tha?</w:t>
      </w:r>
    </w:p>
    <w:p>
      <w:pPr>
        <w:jc w:val="right"/>
      </w:pPr>
      <w:r>
        <w:t>تو جیسے ہی میں نے ایئرپورٹ کے کے گیٹ سے باہر قدم رکھا، فوراً پولیس فوج بولے: "گن لے کے پہنچ گئی کہ باہر نہیں جا سکتے۔" تو یہ کیا تھا؟</w:t>
      </w:r>
    </w:p>
    <w:p>
      <w:r>
        <w:rPr>
          <w:b/>
        </w:rPr>
        <w:t xml:space="preserve">[57:53] </w:t>
      </w:r>
      <w:r>
        <w:t>extremism tha. yeh is zamane mein yahi tha, wahan par extremism. To mujhe airport ke andar ghusa diya: "Bahar nahi ja sakte ho, jao.</w:t>
      </w:r>
    </w:p>
    <w:p>
      <w:pPr>
        <w:jc w:val="right"/>
      </w:pPr>
      <w:r>
        <w:t>ایکسٹریمزم تھا۔ یہ اس زمانے میں یہی تھا، وہاں پر ایکسٹریمزم۔ تو مجھے ایئرپورٹ کے اندر گھسا دیا: "باہر نہیں جا سکتے ہو، جاؤ۔</w:t>
      </w:r>
    </w:p>
    <w:p>
      <w:r>
        <w:rPr>
          <w:b/>
        </w:rPr>
        <w:t xml:space="preserve">[58:07] </w:t>
      </w:r>
      <w:r>
        <w:t>" to yeh extremism, poora poora communism jo hai, extremism mabni tha. jo toot gaya, woh khatm ho gaya.</w:t>
      </w:r>
    </w:p>
    <w:p>
      <w:pPr>
        <w:jc w:val="right"/>
      </w:pPr>
      <w:r>
        <w:t>" تو یہ ایکسٹریمزم، پورا پورا کمرزم جو ہے، ایکسٹریمزم مبنی تھا۔ جو ٹوٹ گیا، وہ ختم ہو گیا۔</w:t>
      </w:r>
    </w:p>
    <w:p>
      <w:r>
        <w:rPr>
          <w:b/>
        </w:rPr>
        <w:t xml:space="preserve">[58:16] </w:t>
      </w:r>
      <w:r>
        <w:t>ab naya dor aa gaya russia mein. to musalmanon ki baat nahi hai, dunya mein doosri qaumein bhi hain jinhon ne dor jadeed ko nahi samjha.</w:t>
      </w:r>
    </w:p>
    <w:p>
      <w:pPr>
        <w:jc w:val="right"/>
      </w:pPr>
      <w:r>
        <w:t>اب نیا دور آ گیا رشیا میں۔ تو مسلمانوں کی بات نہیں ہے، دنیا میں دوسری قومیں بھی ہیں جنہوں نے دور جدید کو نہیں سمجھا۔</w:t>
      </w:r>
    </w:p>
    <w:p>
      <w:r>
        <w:rPr>
          <w:b/>
        </w:rPr>
        <w:t xml:space="preserve">[58:27] </w:t>
      </w:r>
      <w:r>
        <w:t>hata ke mein kehta hoon ke khud Europe ne nahi samjha. shuru mein aap jante hain ke shuru mein jo colonialism aya, colonialism</w:t>
      </w:r>
    </w:p>
    <w:p>
      <w:pPr>
        <w:jc w:val="right"/>
      </w:pPr>
      <w:r>
        <w:t>حتیٰ کہ میں کہتا ہوں کہ خود یورپ نے نہیں سمجھا۔ شروع میں آپ جانتے ہیں کہ شروع میں جو کلونیلزم آیا، کلونیلزم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