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God Manages Human History December 23, 2018</w:t>
      </w:r>
    </w:p>
    <w:p>
      <w:r>
        <w:t>https://www.youtube.com/watch?v=j_yxigrCl5U</w:t>
      </w:r>
    </w:p>
    <w:p>
      <w:r>
        <w:rPr>
          <w:b/>
        </w:rPr>
        <w:t xml:space="preserve">[00:14] </w:t>
      </w:r>
      <w:r>
        <w:t>bismillah rahman rahim,</w:t>
      </w:r>
    </w:p>
    <w:p>
      <w:pPr>
        <w:jc w:val="right"/>
      </w:pPr>
      <w:r>
        <w:t>بسم اللہ الرحمن الرحیم،</w:t>
      </w:r>
    </w:p>
    <w:p>
      <w:r>
        <w:rPr>
          <w:b/>
        </w:rPr>
        <w:t xml:space="preserve">[00:18] </w:t>
      </w:r>
      <w:r>
        <w:t>wasallallahu ala nabiyil karim.</w:t>
      </w:r>
    </w:p>
    <w:p>
      <w:pPr>
        <w:jc w:val="right"/>
      </w:pPr>
      <w:r>
        <w:t>وصلی اللہ علی 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[00:39] </w:t>
      </w:r>
      <w:r>
        <w:t>23 december 2018.</w:t>
      </w:r>
    </w:p>
    <w:p>
      <w:pPr>
        <w:jc w:val="right"/>
      </w:pPr>
      <w:r>
        <w:t>23 دسمبر 2018۔</w:t>
      </w:r>
    </w:p>
    <w:p>
      <w:r>
        <w:rPr>
          <w:b/>
        </w:rPr>
        <w:t xml:space="preserve">[00:50] </w:t>
      </w:r>
      <w:r>
        <w:t>Quran aap parhein to shuru ke hisse mein aik baat milti hai aap ko, woh yeh</w:t>
      </w:r>
    </w:p>
    <w:p>
      <w:pPr>
        <w:jc w:val="right"/>
      </w:pPr>
      <w:r>
        <w:t>قرآن آپ پڑھیں تو شروع کے حصے میں ایک بات ملتی ہے آپ کو، وہ یہ</w:t>
      </w:r>
    </w:p>
    <w:p>
      <w:r>
        <w:rPr>
          <w:b/>
        </w:rPr>
        <w:t xml:space="preserve">[01:04] </w:t>
      </w:r>
      <w:r>
        <w:t>ke insan ko jo paida kiya Allah taala ne aur zameen par basaya, to woh is ka purpose kya tha.</w:t>
      </w:r>
    </w:p>
    <w:p>
      <w:pPr>
        <w:jc w:val="right"/>
      </w:pPr>
      <w:r>
        <w:t>کہ انسان کو جو پیدا کیا اللہ تعالیٰ نے اور زمین پر بسایا، تو وہ اس کا پرپس کیا تھا۔</w:t>
      </w:r>
    </w:p>
    <w:p>
      <w:r>
        <w:rPr>
          <w:b/>
        </w:rPr>
        <w:t xml:space="preserve">[01:18] </w:t>
      </w:r>
      <w:r>
        <w:t>woh is tareeqe se bataya hai ke Allah ne farishton ke samne ailan kiya</w:t>
      </w:r>
    </w:p>
    <w:p>
      <w:pPr>
        <w:jc w:val="right"/>
      </w:pPr>
      <w:r>
        <w:t>وہ اس طریقے سے بتایا ہے کہ اللہ نے فرشتوں کے سامنے اعلان کیا</w:t>
      </w:r>
    </w:p>
    <w:p>
      <w:r>
        <w:rPr>
          <w:b/>
        </w:rPr>
        <w:t xml:space="preserve">[01:28] </w:t>
      </w:r>
      <w:r>
        <w:t>is purpose ka ya is ki is scheme ka ailan aap ne farishton ke sath samne kiya, kyunke farishte hi sari kainat ko manage kar rahe hain Allah ke hukum se.</w:t>
      </w:r>
    </w:p>
    <w:p>
      <w:pPr>
        <w:jc w:val="right"/>
      </w:pPr>
      <w:r>
        <w:t>اس پرپس کا یا اس کی اس اسکیم کا اعلان آپ نے فرشتوں کے ساتھ سامنے کیا، کیونکہ فرشتے ہی ساری کائنات کو مینج کر رہے ہیں اللہ کے حکم سے۔</w:t>
      </w:r>
    </w:p>
    <w:p>
      <w:r>
        <w:rPr>
          <w:b/>
        </w:rPr>
        <w:t xml:space="preserve">[01:45] </w:t>
      </w:r>
      <w:r>
        <w:t>to Allah ne kaha ke "ani jali fil arz khalifa"</w:t>
      </w:r>
    </w:p>
    <w:p>
      <w:pPr>
        <w:jc w:val="right"/>
      </w:pPr>
      <w:r>
        <w:t>تو اللہ نے کہا کہ "انی جال فی الارض خلیفہ"</w:t>
      </w:r>
    </w:p>
    <w:p>
      <w:r>
        <w:rPr>
          <w:b/>
        </w:rPr>
        <w:t xml:space="preserve">[01:52] </w:t>
      </w:r>
      <w:r>
        <w:t>mein zameen mein aik khalifa bananay wala hoon.</w:t>
      </w:r>
    </w:p>
    <w:p>
      <w:pPr>
        <w:jc w:val="right"/>
      </w:pPr>
      <w:r>
        <w:t>میں زمین میں ایک خلیفہ بنانے والا ہوں۔</w:t>
      </w:r>
    </w:p>
    <w:p>
      <w:r>
        <w:rPr>
          <w:b/>
        </w:rPr>
        <w:t xml:space="preserve">[02:01] </w:t>
      </w:r>
      <w:r>
        <w:t>lafz khalifa ko logon ne le liya political maani mein, is wajah se is ki deep meaning jo thi woh logon se chupi rahi.</w:t>
      </w:r>
    </w:p>
    <w:p>
      <w:pPr>
        <w:jc w:val="right"/>
      </w:pPr>
      <w:r>
        <w:t>لفظ خلیفہ کو لوگوں نے لے لیا پولیٹیکل معنی میں، اس وجہ سے اس کی ڈیپ میننگ جو تھی وہ لوگوں سے چھپی رہی۔</w:t>
      </w:r>
    </w:p>
    <w:p>
      <w:r>
        <w:rPr>
          <w:b/>
        </w:rPr>
        <w:t xml:space="preserve">[02:14] </w:t>
      </w:r>
      <w:r>
        <w:t>dekhiye, yahan jo khalifa hai woh is maani mein hai ke Allah ne insan ko zameen ka independent incharge banaya.</w:t>
      </w:r>
    </w:p>
    <w:p>
      <w:pPr>
        <w:jc w:val="right"/>
      </w:pPr>
      <w:r>
        <w:t>دیکھیے، یہاں جو خلیفہ ہے وہ اس معنی میں ہے کہ اللہ نے انسان کو زمین کا انڈیپینڈنٹ انچارج بنایا۔</w:t>
      </w:r>
    </w:p>
    <w:p>
      <w:r>
        <w:rPr>
          <w:b/>
        </w:rPr>
        <w:t xml:space="preserve">[02:33] </w:t>
      </w:r>
      <w:r>
        <w:t>independent incharge.</w:t>
      </w:r>
    </w:p>
    <w:p>
      <w:pPr>
        <w:jc w:val="right"/>
      </w:pPr>
      <w:r>
        <w:t>انڈیپینڈنٹ انچارج۔</w:t>
      </w:r>
    </w:p>
    <w:p>
      <w:r>
        <w:rPr>
          <w:b/>
        </w:rPr>
        <w:t xml:space="preserve">[02:41] </w:t>
      </w:r>
      <w:r>
        <w:t>to insan isi liye farishton ne kaha tha ke woh to fasad karega, jab independent incharge rahega to fasad karega.</w:t>
      </w:r>
    </w:p>
    <w:p>
      <w:pPr>
        <w:jc w:val="right"/>
      </w:pPr>
      <w:r>
        <w:t>تو انسان اسی لیے فرشتوں نے کہا تھا کہ وہ تو فساد کرے گا، جب انڈیپینڈنٹ انچارج رہے گا تو فساد کرے گا۔</w:t>
      </w:r>
    </w:p>
    <w:p>
      <w:r>
        <w:rPr>
          <w:b/>
        </w:rPr>
        <w:t xml:space="preserve">[02:53] </w:t>
      </w:r>
      <w:r>
        <w:t>to Allah taala ne kaha ke</w:t>
      </w:r>
    </w:p>
    <w:p>
      <w:pPr>
        <w:jc w:val="right"/>
      </w:pPr>
      <w:r>
        <w:t>تو اللہ تعالیٰ نے کہا کہ</w:t>
      </w:r>
    </w:p>
    <w:p>
      <w:r>
        <w:rPr>
          <w:b/>
        </w:rPr>
        <w:t xml:space="preserve">[02:58] </w:t>
      </w:r>
      <w:r>
        <w:t>"main woh janta hoon jo tum nahi jante".</w:t>
      </w:r>
    </w:p>
    <w:p>
      <w:pPr>
        <w:jc w:val="right"/>
      </w:pPr>
      <w:r>
        <w:t>"میں وہ جانتا ہوں جو تم نہیں جانتے"۔</w:t>
      </w:r>
    </w:p>
    <w:p>
      <w:r>
        <w:rPr>
          <w:b/>
        </w:rPr>
        <w:t xml:space="preserve">[03:04] </w:t>
      </w:r>
      <w:r>
        <w:t>yeh yeh jo ayat hai</w:t>
      </w:r>
    </w:p>
    <w:p>
      <w:pPr>
        <w:jc w:val="right"/>
      </w:pPr>
      <w:r>
        <w:t>یہ یہ جو آیت ہے</w:t>
      </w:r>
    </w:p>
    <w:p>
      <w:r>
        <w:rPr>
          <w:b/>
        </w:rPr>
        <w:t xml:space="preserve">[03:08] </w:t>
      </w:r>
      <w:r>
        <w:t>"ani aalim o ma la ta'lam</w:t>
      </w:r>
    </w:p>
    <w:p>
      <w:pPr>
        <w:jc w:val="right"/>
      </w:pPr>
      <w:r>
        <w:t>"انی عالم و مالا تعلم</w:t>
      </w:r>
    </w:p>
    <w:p>
      <w:r>
        <w:rPr>
          <w:b/>
        </w:rPr>
        <w:t xml:space="preserve">[03:11] </w:t>
      </w:r>
      <w:r>
        <w:t>un" nahi hai ji,</w:t>
      </w:r>
    </w:p>
    <w:p>
      <w:pPr>
        <w:jc w:val="right"/>
      </w:pPr>
      <w:r>
        <w:t>ون" نہیں ہے جی،</w:t>
      </w:r>
    </w:p>
    <w:p>
      <w:r>
        <w:rPr>
          <w:b/>
        </w:rPr>
        <w:t xml:space="preserve">[03:15] </w:t>
      </w:r>
      <w:r>
        <w:t>"main woh janta hoon jo tum nahi jante".</w:t>
      </w:r>
    </w:p>
    <w:p>
      <w:pPr>
        <w:jc w:val="right"/>
      </w:pPr>
      <w:r>
        <w:t>"میں وہ جانتا ہوں جو تم نہیں جانتے"۔ اس کا مطلب کیا ہے؟ میں بہت برسوں سے سوچتا رہا ہوں کہ اس کا مطلب کیا ہے،</w:t>
      </w:r>
    </w:p>
    <w:p>
      <w:r>
        <w:rPr>
          <w:b/>
        </w:rPr>
        <w:t xml:space="preserve">[03:30] </w:t>
      </w:r>
      <w:r>
        <w:t>is ka matlab kya hai? Main bohat barson se sochta raha hoon ke is ka matlab kya hai,</w:t>
      </w:r>
    </w:p>
    <w:p>
      <w:pPr>
        <w:jc w:val="right"/>
      </w:pPr>
      <w:r>
        <w:t>تو میرے سبب میں یہ آیا کہ انسان کو لمیٹڈ آزادی دی گئی ہے، لمیٹڈ، ٹوٹل نہیں۔</w:t>
      </w:r>
    </w:p>
    <w:p>
      <w:r>
        <w:rPr>
          <w:b/>
        </w:rPr>
        <w:t xml:space="preserve">[03:46] </w:t>
      </w:r>
      <w:r>
        <w:t>to mere sabab mein yeh aaya ke insaan ko limited azadi di gayi hai, limited, total nahi.</w:t>
      </w:r>
    </w:p>
    <w:p>
      <w:pPr>
        <w:jc w:val="right"/>
      </w:pPr>
      <w:r>
        <w:t>کیونکہ انسان کی آزادی کے ساتھ ساتھ ایک اللہ تعالیٰ کی اس کی وہ اپ تھنگز ہیں، وہ بھی چلتی جاری ہے، انڈر کرنٹ۔</w:t>
      </w:r>
    </w:p>
    <w:p>
      <w:r>
        <w:rPr>
          <w:b/>
        </w:rPr>
        <w:t xml:space="preserve">[03:59] </w:t>
      </w:r>
      <w:r>
        <w:t>kyun ke insaan ki azadi ke sath sath aik Allah taala ki is ki woh up things hain, woh bhi chalti jari hai, under current.</w:t>
      </w:r>
    </w:p>
    <w:p>
      <w:pPr>
        <w:jc w:val="right"/>
      </w:pPr>
      <w:r>
        <w:t>انڈر کرنٹ ایک اور چیز چل رہی ہے، وہ بظاہر ہوتی ہے اسباب و علل کے تحت کہ انسان اس کو ڈسکور نہیں کر پاتا۔</w:t>
      </w:r>
    </w:p>
    <w:p>
      <w:r>
        <w:rPr>
          <w:b/>
        </w:rPr>
        <w:t xml:space="preserve">[04:15] </w:t>
      </w:r>
      <w:r>
        <w:t>under current aik aur cheez chal rahi hai, woh bazahir hoti hai asbab o ilal ke tehat ke insaan is ko discover nahi kar pata.</w:t>
      </w:r>
    </w:p>
    <w:p>
      <w:pPr>
        <w:jc w:val="right"/>
      </w:pPr>
      <w:r>
        <w:t>وہ شروع سے، یعنی جب سے انسان زمین پر بسایا گیا ہے، اسی وقت سے ایک اللہ تعالیٰ کی ایک انڈر انڈر کرنٹ اسکیم جاری ہے۔</w:t>
      </w:r>
    </w:p>
    <w:p>
      <w:r>
        <w:rPr>
          <w:b/>
        </w:rPr>
        <w:t xml:space="preserve">[04:33] </w:t>
      </w:r>
      <w:r>
        <w:t>woh shuru se, yani jab se insaan zameen par basaya gaya hai, usi waqt se aik Allah taala ki aik under under current scheme jari hai.</w:t>
      </w:r>
    </w:p>
    <w:p>
      <w:pPr>
        <w:jc w:val="right"/>
      </w:pPr>
      <w:r>
        <w:t>اور میں یہ سمجھتا ہوں کہ اب 21 سینچری میں یہ اسکیم اپنے کلمنیشن پر پہنچ گئی ہے۔</w:t>
      </w:r>
    </w:p>
    <w:p>
      <w:r>
        <w:rPr>
          <w:b/>
        </w:rPr>
        <w:t xml:space="preserve">[04:46] </w:t>
      </w:r>
      <w:r>
        <w:t>aur main yeh samajhta hoon ke ab 21 century mein yeh scheme apne culmination par pahunch gayi hai.</w:t>
      </w:r>
    </w:p>
    <w:p>
      <w:pPr>
        <w:jc w:val="right"/>
      </w:pPr>
      <w:r>
        <w:t>کلمنیشن پر شاید، یعنی اگر میں اسٹیفن ہاکنگ کا جو کانسیپٹ تھا، اس کو بارو کروں تو میں سمجھتا ہوں کہ اب انسان کے لیے</w:t>
      </w:r>
    </w:p>
    <w:p>
      <w:r>
        <w:rPr>
          <w:b/>
        </w:rPr>
        <w:t xml:space="preserve">[05:05] </w:t>
      </w:r>
      <w:r>
        <w:t>culmination par shayad, yani agar main Stephen Hawking ka jo concept tha, us ko borrow karoon to main samajhta hoon ke ab insaan ke liye</w:t>
      </w:r>
    </w:p>
    <w:p>
      <w:pPr>
        <w:jc w:val="right"/>
      </w:pPr>
      <w:r>
        <w:t>20 سیکنڈ سینچری مقدر نہیں ہے۔</w:t>
      </w:r>
    </w:p>
    <w:p>
      <w:r>
        <w:rPr>
          <w:b/>
        </w:rPr>
        <w:t xml:space="preserve">[05:14] </w:t>
      </w:r>
      <w:r>
        <w:t>20 second century muqaddar nahi hai.</w:t>
      </w:r>
    </w:p>
    <w:p>
      <w:pPr>
        <w:jc w:val="right"/>
      </w:pPr>
      <w:r>
        <w:t>اسٹیفن ہاکنگ جو بہت ہی بڑا سائنٹسٹ تھا، تھیوریشن، تو اس کا اس نے جو سائنٹیفک اسیسمنٹ کیا تھا، تو اس کا خیال تھا کہ 20 سیکنڈ سینچری از دا لاسٹ سینچری آف ہیومن ہسٹری۔</w:t>
      </w:r>
    </w:p>
    <w:p>
      <w:r>
        <w:rPr>
          <w:b/>
        </w:rPr>
        <w:t xml:space="preserve">[05:36] </w:t>
      </w:r>
      <w:r>
        <w:t>Stephen Hawking jo bohat hi bara scientist tha, theoretiician, to us ka us ne jo scientific assessment kiya tha, to us ka khayal tha ke 20 second century is the last century of human history.</w:t>
      </w:r>
    </w:p>
    <w:p>
      <w:pPr>
        <w:jc w:val="right"/>
      </w:pPr>
      <w:r>
        <w:t>میں بھی اپنی گیس کے مطابق اس کو صحیح مانتا ہوں۔</w:t>
      </w:r>
    </w:p>
    <w:p>
      <w:r>
        <w:rPr>
          <w:b/>
        </w:rPr>
        <w:t xml:space="preserve">[05:43] </w:t>
      </w:r>
      <w:r>
        <w:t>main bhi apni guess ke mutabiq is ko sahi manta hoon.</w:t>
      </w:r>
    </w:p>
    <w:p>
      <w:pPr>
        <w:jc w:val="right"/>
      </w:pPr>
      <w:r>
        <w:t>اب سوال یہ ہے کہ انڈر کرنٹ جو اسکیم تھی اللہ تعالیٰ کی، وہ کیا تھی؟</w:t>
      </w:r>
    </w:p>
    <w:p>
      <w:r>
        <w:rPr>
          <w:b/>
        </w:rPr>
        <w:t xml:space="preserve">[05:52] </w:t>
      </w:r>
      <w:r>
        <w:t>ab sawal yeh hai ke under current jo scheme thi Allah taala ki, woh kya thi?</w:t>
      </w:r>
    </w:p>
    <w:p>
      <w:pPr>
        <w:jc w:val="right"/>
      </w:pPr>
      <w:r>
        <w:t>وہ ہے "ولولا دفو لارج ناسا"۔ دف، وہ قار دفو ہے، یعنی زمین پر انسان کی ایکٹیویٹیز جو ہوں گی آزادانہ،</w:t>
      </w:r>
    </w:p>
    <w:p>
      <w:r>
        <w:rPr>
          <w:b/>
        </w:rPr>
        <w:t xml:space="preserve">[06:10] </w:t>
      </w:r>
      <w:r>
        <w:t>woh hai "walola daf o laj nasa".</w:t>
      </w:r>
    </w:p>
    <w:p>
      <w:pPr>
        <w:jc w:val="right"/>
      </w:pPr>
      <w:r>
        <w:t>اس کے ساتھ ساتھ ایک اور ایکٹیویٹی جو خدا کی چل رہی ہے، اس کو دف کہا گیا ہے۔ دف کا مطلب ڈکشنری کے اعتبار سے تو صرف ہے ہٹانا،</w:t>
      </w:r>
    </w:p>
    <w:p>
      <w:r>
        <w:rPr>
          <w:b/>
        </w:rPr>
        <w:t xml:space="preserve">[06:26] </w:t>
      </w:r>
      <w:r>
        <w:t>daf, woh qarf o hai, yani zameen par insaan ki activities jo hongi azadana,</w:t>
      </w:r>
    </w:p>
    <w:p>
      <w:pPr>
        <w:jc w:val="right"/>
      </w:pPr>
      <w:r>
        <w:t>لیکن میں سمجھتا ہوں کہ اس کا مطلب ہے شاک۔</w:t>
      </w:r>
    </w:p>
    <w:p>
      <w:r>
        <w:rPr>
          <w:b/>
        </w:rPr>
        <w:t xml:space="preserve">[06:34] </w:t>
      </w:r>
      <w:r>
        <w:t>us ke sath sath aik aur activity jo Khuda ki chal rahi hai, us ko daf kaha gaya hai.</w:t>
      </w:r>
    </w:p>
    <w:p>
      <w:pPr>
        <w:jc w:val="right"/>
      </w:pPr>
      <w:r>
        <w:t>اللہ تعالیٰ کا جو اللہ تعالیٰ کا جو چل رہا ہے انڈر کرنٹ جو منصوبہ، وہ تھرو شاک ہوتا ہے۔</w:t>
      </w:r>
    </w:p>
    <w:p>
      <w:r>
        <w:rPr>
          <w:b/>
        </w:rPr>
        <w:t xml:space="preserve">[06:49] </w:t>
      </w:r>
      <w:r>
        <w:t>daf ka matlab dictionary ke aitbar se to sirf hai hatana,</w:t>
      </w:r>
    </w:p>
    <w:p>
      <w:pPr>
        <w:jc w:val="right"/>
      </w:pPr>
      <w:r>
        <w:t>ایک کے بعد ایک شاک ہوتے ہیں، اس شاک سے انسان کی ہسٹری کو لایا جاتا ہے پٹی پر۔</w:t>
      </w:r>
    </w:p>
    <w:p>
      <w:r>
        <w:rPr>
          <w:b/>
        </w:rPr>
        <w:t xml:space="preserve">[06:59] </w:t>
      </w:r>
      <w:r>
        <w:t>lekin main samajhta hoon ke is ka matlab hai shock.</w:t>
      </w:r>
    </w:p>
    <w:p>
      <w:pPr>
        <w:jc w:val="right"/>
      </w:pPr>
      <w:r>
        <w:t>پٹی پر لایا جاتا ہے۔ اس کی ایک سمبولک ایگزیمپل نیوٹن کا واقعہ ہے۔ نیوٹن کا ایک خاندانی باغ تھا سیب کا،</w:t>
      </w:r>
    </w:p>
    <w:p>
      <w:r>
        <w:rPr>
          <w:b/>
        </w:rPr>
        <w:t xml:space="preserve">[07:17] </w:t>
      </w:r>
      <w:r>
        <w:t>Allah taala ka jo Allah taala ka jo chal raha hai under current jo mansooba, woh through shock hota hai.</w:t>
      </w:r>
    </w:p>
    <w:p>
      <w:pPr>
        <w:jc w:val="right"/>
      </w:pPr>
      <w:r>
        <w:t>اس میں وہ بیٹھا بیٹھا کرتا تھا کیونکہ اس کو تنائی چاہیے تھی۔ تو ظاہر ہے کہ سیب کے پھل وہاں پر یعنی نکلتے تھے درخت میں اور گرتے بھی تھے۔</w:t>
      </w:r>
    </w:p>
    <w:p>
      <w:r>
        <w:rPr>
          <w:b/>
        </w:rPr>
        <w:t xml:space="preserve">[07:35] </w:t>
      </w:r>
      <w:r>
        <w:t>aik ke baad aik shock hotay hain, us shock se insaan ki history ko laya jata hai patti par.</w:t>
      </w:r>
    </w:p>
    <w:p>
      <w:pPr>
        <w:jc w:val="right"/>
      </w:pPr>
      <w:r>
        <w:t>تو دیکھتا تھا نیوٹن اس کو، لیکن اس سے کچھ سبق لے لیا اس نے۔</w:t>
      </w:r>
    </w:p>
    <w:p>
      <w:r>
        <w:rPr>
          <w:b/>
        </w:rPr>
        <w:t xml:space="preserve">[07:42] </w:t>
      </w:r>
      <w:r>
        <w:t>patti par laya jata hai.</w:t>
      </w:r>
    </w:p>
    <w:p>
      <w:pPr>
        <w:jc w:val="right"/>
      </w:pPr>
      <w:r>
        <w:t>تو ایک بار کیا ہوا کہ ایک سیب پیڑ سے ٹوٹ کر گرا تو وہ نیوٹن کے سر پر گرا۔</w:t>
      </w:r>
    </w:p>
    <w:p>
      <w:r>
        <w:rPr>
          <w:b/>
        </w:rPr>
        <w:t xml:space="preserve">[07:55] </w:t>
      </w:r>
      <w:r>
        <w:t>is ko main kehta hoon apple shock. apple shock yani nature ne is ke sir par shock ke zariye is ki tawajjuh tawajjuh ko hataya.</w:t>
      </w:r>
    </w:p>
    <w:p>
      <w:pPr>
        <w:jc w:val="right"/>
      </w:pPr>
      <w:r>
        <w:t>اس کو میں کہتا ہوں ایپل شاک۔ ایپل شاک یعنی نیچر نے اس کے سر پر شاک کے ذریعے اس کی توجہ توجہ کو ہٹایا۔</w:t>
      </w:r>
    </w:p>
    <w:p>
      <w:r>
        <w:rPr>
          <w:b/>
        </w:rPr>
        <w:t xml:space="preserve">[08:10] </w:t>
      </w:r>
      <w:r>
        <w:t>yeh dafa dafa tha shock treatment</w:t>
      </w:r>
    </w:p>
    <w:p>
      <w:pPr>
        <w:jc w:val="right"/>
      </w:pPr>
      <w:r>
        <w:t>یہ دفع دفع تھا شاک ٹریٹمنٹ</w:t>
      </w:r>
    </w:p>
    <w:p>
      <w:r>
        <w:rPr>
          <w:b/>
        </w:rPr>
        <w:t xml:space="preserve">[08:16] </w:t>
      </w:r>
      <w:r>
        <w:t>ke yeh itna bara waqea ho raha hai aur tum sochte kyun nahi? is ko discover kyun nahi karte?</w:t>
      </w:r>
    </w:p>
    <w:p>
      <w:pPr>
        <w:jc w:val="right"/>
      </w:pPr>
      <w:r>
        <w:t>کہ یہ اتنا بڑا واقعہ ہو رہا ہے اور تم سوچتے کیوں نہیں؟ اس کو ڈسکور کیوں نہیں کرتے؟</w:t>
      </w:r>
    </w:p>
    <w:p>
      <w:r>
        <w:rPr>
          <w:b/>
        </w:rPr>
        <w:t xml:space="preserve">[08:25] </w:t>
      </w:r>
      <w:r>
        <w:t>tab is ne socha, sochte sochte is ko gravitational pull ki daryaft thi yani zameen mein quwwat kashish.</w:t>
      </w:r>
    </w:p>
    <w:p>
      <w:pPr>
        <w:jc w:val="right"/>
      </w:pPr>
      <w:r>
        <w:t>تب اس نے سوچا، سوچتے سوچتے اس کو گریویٹیشنل پل کی دریافت تھی یعنی زمین میں قوت کشش۔</w:t>
      </w:r>
    </w:p>
    <w:p>
      <w:r>
        <w:rPr>
          <w:b/>
        </w:rPr>
        <w:t xml:space="preserve">[08:37] </w:t>
      </w:r>
      <w:r>
        <w:t>to yeh apple shock ka jo muamla hai, yahi under current muamla yahi hai aur poori tareekh mein chal raha hai.</w:t>
      </w:r>
    </w:p>
    <w:p>
      <w:pPr>
        <w:jc w:val="right"/>
      </w:pPr>
      <w:r>
        <w:t>تو یہ ایپل شاک کا جو معاملہ ہے، یہی انڈر کرنٹ معاملہ یہی ہے اور پوری تاریخ میں چل رہا ہے۔</w:t>
      </w:r>
    </w:p>
    <w:p>
      <w:r>
        <w:rPr>
          <w:b/>
        </w:rPr>
        <w:t xml:space="preserve">[08:51] </w:t>
      </w:r>
      <w:r>
        <w:t>sab se pehle jo hua</w:t>
      </w:r>
    </w:p>
    <w:p>
      <w:pPr>
        <w:jc w:val="right"/>
      </w:pPr>
      <w:r>
        <w:t>سب سے پہلے جو ہوا</w:t>
      </w:r>
    </w:p>
    <w:p>
      <w:r>
        <w:rPr>
          <w:b/>
        </w:rPr>
        <w:t xml:space="preserve">[08:57] </w:t>
      </w:r>
      <w:r>
        <w:t>wo tha great flood yani Nuh ke zamanay ka toofan.</w:t>
      </w:r>
    </w:p>
    <w:p>
      <w:pPr>
        <w:jc w:val="right"/>
      </w:pPr>
      <w:r>
        <w:t>وہ تھا گریٹ فلڈ یعنی نوح کے زمانے کا طوفان۔</w:t>
      </w:r>
    </w:p>
    <w:p>
      <w:r>
        <w:rPr>
          <w:b/>
        </w:rPr>
        <w:t xml:space="preserve">[09:08] </w:t>
      </w:r>
      <w:r>
        <w:t>is waqt insan ki woh pehli abadi thi. to yeh log Iraq ke area mein do darya hain,</w:t>
      </w:r>
    </w:p>
    <w:p>
      <w:pPr>
        <w:jc w:val="right"/>
      </w:pPr>
      <w:r>
        <w:t>اس وقت انسان کی وہ پہلی آبادی تھی۔ تو یہ لوگ عراق کے ایریا میں دو دریا ہیں،</w:t>
      </w:r>
    </w:p>
    <w:p>
      <w:r>
        <w:rPr>
          <w:b/>
        </w:rPr>
        <w:t xml:space="preserve">[09:22] </w:t>
      </w:r>
      <w:r>
        <w:t>Dajla aur Faraat, Euphrates aur Tigris. to Dajla aur Faraat ke darmiyan jo ilaaqa hai, jo bohat hi zar khez hai, bohat hi acha hai.</w:t>
      </w:r>
    </w:p>
    <w:p>
      <w:pPr>
        <w:jc w:val="right"/>
      </w:pPr>
      <w:r>
        <w:t>دجلہ اور فرات، ایفریٹ اور ٹگری۔ تو دجلہ اور فرات کے درمیان جو علاقہ ہے، جو بہت ہی زرخیز ہے، بہت ہی اچھا ہے۔</w:t>
      </w:r>
    </w:p>
    <w:p>
      <w:r>
        <w:rPr>
          <w:b/>
        </w:rPr>
        <w:t xml:space="preserve">[09:38] </w:t>
      </w:r>
      <w:r>
        <w:t>to wahan par woh log abad hue.</w:t>
      </w:r>
    </w:p>
    <w:p>
      <w:pPr>
        <w:jc w:val="right"/>
      </w:pPr>
      <w:r>
        <w:t>تو وہاں پر وہ لوگ آباد ہوئے۔</w:t>
      </w:r>
    </w:p>
    <w:p>
      <w:r>
        <w:rPr>
          <w:b/>
        </w:rPr>
        <w:t xml:space="preserve">[09:44] </w:t>
      </w:r>
      <w:r>
        <w:t>pehli jo abadi thi insan ki,</w:t>
      </w:r>
    </w:p>
    <w:p>
      <w:pPr>
        <w:jc w:val="right"/>
      </w:pPr>
      <w:r>
        <w:t>پہلی جو آبادی تھی انسان کی،</w:t>
      </w:r>
    </w:p>
    <w:p>
      <w:r>
        <w:rPr>
          <w:b/>
        </w:rPr>
        <w:t xml:space="preserve">[09:50] </w:t>
      </w:r>
      <w:r>
        <w:t>to wohin par raij se wohin par kheti karte thay.</w:t>
      </w:r>
    </w:p>
    <w:p>
      <w:pPr>
        <w:jc w:val="right"/>
      </w:pPr>
      <w:r>
        <w:t>تو وہیں پر رجب سے وہیں پر کھیتی کرتے تھے۔</w:t>
      </w:r>
    </w:p>
    <w:p>
      <w:r>
        <w:rPr>
          <w:b/>
        </w:rPr>
        <w:t xml:space="preserve">[10:01] </w:t>
      </w:r>
      <w:r>
        <w:t>to Allah taala ne chaha ke in ko disperse kiya jaye,</w:t>
      </w:r>
    </w:p>
    <w:p>
      <w:pPr>
        <w:jc w:val="right"/>
      </w:pPr>
      <w:r>
        <w:t>تو اللہ تعالیٰ نے چاہا کہ ان کو ڈسپرس کیا جائے،</w:t>
      </w:r>
    </w:p>
    <w:p>
      <w:r>
        <w:rPr>
          <w:b/>
        </w:rPr>
        <w:t xml:space="preserve">[10:07] </w:t>
      </w:r>
      <w:r>
        <w:t>disperse kiya jaye.</w:t>
      </w:r>
    </w:p>
    <w:p>
      <w:pPr>
        <w:jc w:val="right"/>
      </w:pPr>
      <w:r>
        <w:t>ڈسپرس کیا جائے۔</w:t>
      </w:r>
    </w:p>
    <w:p>
      <w:r>
        <w:rPr>
          <w:b/>
        </w:rPr>
        <w:t xml:space="preserve">[10:13] </w:t>
      </w:r>
      <w:r>
        <w:t>to woh toofan aaya. toofan jo hai, ek aitbar se log samajhte hain ke woh azab tha.</w:t>
      </w:r>
    </w:p>
    <w:p>
      <w:pPr>
        <w:jc w:val="right"/>
      </w:pPr>
      <w:r>
        <w:t>تو وہ طوفان آیا۔ طوفان جو ہے، ایک اعتبار سے لوگ سمجھتے ہیں کہ وہ عذاب تھا۔</w:t>
      </w:r>
    </w:p>
    <w:p>
      <w:r>
        <w:rPr>
          <w:b/>
        </w:rPr>
        <w:t xml:space="preserve">[10:23] </w:t>
      </w:r>
      <w:r>
        <w:t>nahi, woh is se bhi bara is mein ek pehlu tha, woh tha in ko disperse karna. yani Iraq ke area se nikal kar in ko pohncha diya gaya Turkey mein kis raat par?</w:t>
      </w:r>
    </w:p>
    <w:p>
      <w:pPr>
        <w:jc w:val="right"/>
      </w:pPr>
      <w:r>
        <w:t>نہیں، وہ اس سے بھی بڑا اس میں ایک پہلو تھا، وہ تھا ان کو ڈسپرس کرنا۔ یعنی عراق کے ایریا سے نکال کر ان کو پہنچا دیا گیا ترکی میں کس رات پر؟</w:t>
      </w:r>
    </w:p>
    <w:p>
      <w:r>
        <w:rPr>
          <w:b/>
        </w:rPr>
        <w:t xml:space="preserve">[10:43] </w:t>
      </w:r>
      <w:r>
        <w:t>jo aise mauqe par, aise maqam par in ko pohnchaya gaya kashti ke zariye, jo teen bar aazamoon ka sangam tha yani Asia, Africa aur Europe.</w:t>
      </w:r>
    </w:p>
    <w:p>
      <w:pPr>
        <w:jc w:val="right"/>
      </w:pPr>
      <w:r>
        <w:t>جو ایسے موقع پر، ایسے مقام پر ان کو پہنچایا گیا کشتی کے ذریعے، جو تین براعظموں کا سنگم تھا یعنی ایشیا، افریقہ اور یورپ۔</w:t>
      </w:r>
    </w:p>
    <w:p>
      <w:r>
        <w:rPr>
          <w:b/>
        </w:rPr>
        <w:t xml:space="preserve">[10:59] </w:t>
      </w:r>
      <w:r>
        <w:t>yahan se woh log phailay. ab aur local community jo thi, woh global community bani.</w:t>
      </w:r>
    </w:p>
    <w:p>
      <w:pPr>
        <w:jc w:val="right"/>
      </w:pPr>
      <w:r>
        <w:t>یہاں سے وہ لوگ پھیلے۔ اب اور لوکل کمیونٹی جو تھی، وہ گلوبل کمیونٹی بنی۔</w:t>
      </w:r>
    </w:p>
    <w:p>
      <w:r>
        <w:rPr>
          <w:b/>
        </w:rPr>
        <w:t xml:space="preserve">[11:11] </w:t>
      </w:r>
      <w:r>
        <w:t>yeh tha ek shock treatment. isi tareeqay se is se pehle, is isi tareeqay se is ke baad peghambar aaye, peghambar aaye, peghambar aaye.</w:t>
      </w:r>
    </w:p>
    <w:p>
      <w:pPr>
        <w:jc w:val="right"/>
      </w:pPr>
      <w:r>
        <w:t>یہ تھا ایک شاک ٹریٹمنٹ۔ اسی طریقے سے اس سے پہلے، اس اسی طریقے سے اس کے بعد پیغمبر آئے، پیغمبر آئے، پیغمبر آئے۔</w:t>
      </w:r>
    </w:p>
    <w:p>
      <w:r>
        <w:rPr>
          <w:b/>
        </w:rPr>
        <w:t xml:space="preserve">[11:28] </w:t>
      </w:r>
      <w:r>
        <w:t>mukhtalif waqeat hue. to Rasool Allah Sal Allah Alaihi Wasallam Makkah mein paida hue aur Hazrat Ibrahim ki koshishon se wahan par ek ek nasal ban chuki thi,</w:t>
      </w:r>
    </w:p>
    <w:p>
      <w:pPr>
        <w:jc w:val="right"/>
      </w:pPr>
      <w:r>
        <w:t>مختلف واقعات ہوئے۔ تو رسول اللہ صلی اللہ علیہ وسلم مکہ میں پیدا ہوئے اور حضرت ابراہیم کی کوششوں سے وہاں پر ایک ایک نسل بن چکی تھی،</w:t>
      </w:r>
    </w:p>
    <w:p>
      <w:r>
        <w:rPr>
          <w:b/>
        </w:rPr>
        <w:t xml:space="preserve">[11:44] </w:t>
      </w:r>
      <w:r>
        <w:t>jis ko ek mufassir ne</w:t>
      </w:r>
    </w:p>
    <w:p>
      <w:pPr>
        <w:jc w:val="right"/>
      </w:pPr>
      <w:r>
        <w:t>جس کو ایک مفسر نے</w:t>
      </w:r>
    </w:p>
    <w:p>
      <w:r>
        <w:rPr>
          <w:b/>
        </w:rPr>
        <w:t xml:space="preserve">[11:49] </w:t>
      </w:r>
      <w:r>
        <w:t>heroes ki nasal kaha hai, nation of heroes. to Rasool Allah ne in mein kaam kiya. in mein se aadmi milay aap ko, yahan ki ek team bani.</w:t>
      </w:r>
    </w:p>
    <w:p>
      <w:pPr>
        <w:jc w:val="right"/>
      </w:pPr>
      <w:r>
        <w:t>ہیرو کی نسل کہا ہے، نیشن آف ہیروز۔ تو رسول اللہ نے ان میں کام کیا۔ ان میں سے آدمی ملے آپ کو، یہاں کی ایک ٹیم بنی۔</w:t>
      </w:r>
    </w:p>
    <w:p>
      <w:r>
        <w:rPr>
          <w:b/>
        </w:rPr>
        <w:t xml:space="preserve">[12:05] </w:t>
      </w:r>
      <w:r>
        <w:t>is team ko Allah taala ne istemal kiya empire yani ke dour khatam karne ke liye. qadeem zamanay mein dheere dheere</w:t>
      </w:r>
    </w:p>
    <w:p>
      <w:pPr>
        <w:jc w:val="right"/>
      </w:pPr>
      <w:r>
        <w:t>اس ٹیم کو اللہ تعالیٰ نے استعمال کیا ایمپائر یعنی کا دور ختم کرنے کے لیے۔ قدیم زمانے میں دھیرے دھیرے</w:t>
      </w:r>
    </w:p>
    <w:p>
      <w:r>
        <w:rPr>
          <w:b/>
        </w:rPr>
        <w:t xml:space="preserve">[12:21] </w:t>
      </w:r>
      <w:r>
        <w:t>empire ban gayi thi. kuch log faujen bana kar ke aur taqat ke dour par zameen par qabiz ho gaye thay.</w:t>
      </w:r>
    </w:p>
    <w:p>
      <w:pPr>
        <w:jc w:val="right"/>
      </w:pPr>
      <w:r>
        <w:t>ایمپائر بن گئی تھی۔ کچھ لوگ فوجیں بنا کر کے اور طاقت کے دور پر زمین پر قابض ہو گئے تھے۔</w:t>
      </w:r>
    </w:p>
    <w:p>
      <w:r>
        <w:rPr>
          <w:b/>
        </w:rPr>
        <w:t xml:space="preserve">[12:35] </w:t>
      </w:r>
      <w:r>
        <w:t>to badshahat ka dour aa gaya. yeh badshahat ka dour hazaron saal chalta raha. Allah taala ko manzoor tha ke badshahat ka dour khatam ho aur dunya mein azadi ka dour aaye.</w:t>
      </w:r>
    </w:p>
    <w:p>
      <w:pPr>
        <w:jc w:val="right"/>
      </w:pPr>
      <w:r>
        <w:t>تو بادشاہت کا دور آ گیا۔ یہ بادشاہت کا دور ہزاروں سال چلتا رہا۔ اللہ تعالیٰ کو منظور تھا کہ بادشاہت کا دور ختم ہو اور دنیا میں آزادی کا دور آئے۔</w:t>
      </w:r>
    </w:p>
    <w:p>
      <w:r>
        <w:rPr>
          <w:b/>
        </w:rPr>
        <w:t xml:space="preserve">[12:51] </w:t>
      </w:r>
      <w:r>
        <w:t>azadi.</w:t>
      </w:r>
    </w:p>
    <w:p>
      <w:pPr>
        <w:jc w:val="right"/>
      </w:pPr>
      <w:r>
        <w:t>آزادی۔</w:t>
      </w:r>
    </w:p>
    <w:p>
      <w:r>
        <w:rPr>
          <w:b/>
        </w:rPr>
        <w:t xml:space="preserve">[12:56] </w:t>
      </w:r>
      <w:r>
        <w:t>to kiya hua ke rasool Allah ne jo team banai thi,</w:t>
      </w:r>
    </w:p>
    <w:p>
      <w:pPr>
        <w:jc w:val="right"/>
      </w:pPr>
      <w:r>
        <w:t>تو کیا ہوا کہ رسول اللہ نے جو ٹیم بنائی تھی،</w:t>
      </w:r>
    </w:p>
    <w:p>
      <w:r>
        <w:rPr>
          <w:b/>
        </w:rPr>
        <w:t xml:space="preserve">[13:05] </w:t>
      </w:r>
      <w:r>
        <w:t>ummat-e-muhammadi ki team, is ka takrao hua. Do bari badshahatain wahan qaim theen Arab ke border par, Shah Sahil Empire aur Byzantine Empire.</w:t>
      </w:r>
    </w:p>
    <w:p>
      <w:pPr>
        <w:jc w:val="right"/>
      </w:pPr>
      <w:r>
        <w:t>امت محمدی کی ٹیم، اس کا ٹکرا گیا۔ دو بڑی بادشاہتیں وہاں قائم تھیں عرب کے بارڈر پر، شاہ ساحل ایمپائر اور بازنطینی ایمپائر۔</w:t>
      </w:r>
    </w:p>
    <w:p>
      <w:r>
        <w:rPr>
          <w:b/>
        </w:rPr>
        <w:t xml:space="preserve">[13:19] </w:t>
      </w:r>
      <w:r>
        <w:t>to musalmanon ka is se takrao hua. To woh daur khatam ho gaya. Yani musalmanon ke daur takrao ke baad dunya mein aik naya daur aa gaya, non-political daur.</w:t>
      </w:r>
    </w:p>
    <w:p>
      <w:pPr>
        <w:jc w:val="right"/>
      </w:pPr>
      <w:r>
        <w:t>تو مسلمانوں کا اس سے ٹکراؤ ہوا۔ تو وہ دور ختم ہو گیا۔ یعنی مسلمانوں کے دور ٹکراؤ کے بعد دنیا میں ایک نیا دور آ گیا، نان پولیٹیکل دور۔</w:t>
      </w:r>
    </w:p>
    <w:p>
      <w:r>
        <w:rPr>
          <w:b/>
        </w:rPr>
        <w:t xml:space="preserve">[13:36] </w:t>
      </w:r>
      <w:r>
        <w:t>isi ko is ko samjha hai bohat ziyada France ke murikh Henry Piren ne, jis ne kaha tha ke Islam changed the face of the globe,</w:t>
      </w:r>
    </w:p>
    <w:p>
      <w:pPr>
        <w:jc w:val="right"/>
      </w:pPr>
      <w:r>
        <w:t>اسی کو اس کو سمجھا ہے بہت زیادہ فرانس کے مورخ ہنری پرین نے، جس نے کہا تھا کہ اسلام چینج دا فیس اف دا گلوب،</w:t>
      </w:r>
    </w:p>
    <w:p>
      <w:r>
        <w:rPr>
          <w:b/>
        </w:rPr>
        <w:t xml:space="preserve">[13:49] </w:t>
      </w:r>
      <w:r>
        <w:t>da traditional order of history was overthrown. Doosre lafzon mein main kahunga ke daur-e-shirk khatam hua aur daur-e-tauheed aaya, mazhabi maano mein nahi, tareekhi maano mein.</w:t>
      </w:r>
    </w:p>
    <w:p>
      <w:pPr>
        <w:jc w:val="right"/>
      </w:pPr>
      <w:r>
        <w:t>دا ٹریڈیشنل آرڈر اف ہسٹری واز اوور تھرون۔ دوسرے لفظوں میں میں کہوں گا کہ دور شرک ختم ہوا اور دور توحید آیا، مذہبی معنی میں نہیں، تاریخی معنوں میں۔</w:t>
      </w:r>
    </w:p>
    <w:p>
      <w:r>
        <w:rPr>
          <w:b/>
        </w:rPr>
        <w:t xml:space="preserve">[14:06] </w:t>
      </w:r>
      <w:r>
        <w:t>phir yeh chalta raha. Musalman aik baray area mein powerful taqat ban gaye, zameen ke baray area mein, Africa mein, Asia mein, hatta ke Europe tak.</w:t>
      </w:r>
    </w:p>
    <w:p>
      <w:pPr>
        <w:jc w:val="right"/>
      </w:pPr>
      <w:r>
        <w:t>پھر یہ چلتا رہا۔ مسلمان ایک بڑے ایریا میں پاور فل طاقت بن گئے، زمین کے بڑے ایریا میں، افریقہ میں، ایشیا میں، حتی کہ یورپ تک۔</w:t>
      </w:r>
    </w:p>
    <w:p>
      <w:r>
        <w:rPr>
          <w:b/>
        </w:rPr>
        <w:t xml:space="preserve">[14:25] </w:t>
      </w:r>
      <w:r>
        <w:t>ab phir se aik shock treatment hua aur woh tha Crusades. Crusades ki jo larai hui, woh</w:t>
      </w:r>
    </w:p>
    <w:p>
      <w:pPr>
        <w:jc w:val="right"/>
      </w:pPr>
      <w:r>
        <w:t>اب پھر سے ایک شاک ٹریٹمنٹ ہوا اور وہ تھا کروسیٹس۔ کروسیٹس کی جو لڑائی ہوئی، وہ</w:t>
      </w:r>
    </w:p>
    <w:p>
      <w:r>
        <w:rPr>
          <w:b/>
        </w:rPr>
        <w:t xml:space="preserve">[14:39] </w:t>
      </w:r>
      <w:r>
        <w:t>musalmanon ke darmiyan aur aur aur Western Christian ke darmiyan, Christian community Pope ke zariye poore Europe ka virtually hakim ban chuki thi.</w:t>
      </w:r>
    </w:p>
    <w:p>
      <w:pPr>
        <w:jc w:val="right"/>
      </w:pPr>
      <w:r>
        <w:t>مسلمانوں کے درمیان اور اور اور ویسٹرن کرسچن کے درمیان، کرسچن کمیونٹی پوپ کے ذریعے پورے یورپ کا ورچولی حاکم بن چکی تھی۔</w:t>
      </w:r>
    </w:p>
    <w:p>
      <w:r>
        <w:rPr>
          <w:b/>
        </w:rPr>
        <w:t xml:space="preserve">[14:59] </w:t>
      </w:r>
      <w:r>
        <w:t>to Crusades ki larai hui aur Guivon ke alfaaz mein Christian.</w:t>
      </w:r>
    </w:p>
    <w:p>
      <w:pPr>
        <w:jc w:val="right"/>
      </w:pPr>
      <w:r>
        <w:t>تو کروسیٹس کی لڑائی ہوئی اور گیون کے الفاظ میں کرسچن۔</w:t>
      </w:r>
    </w:p>
    <w:p>
      <w:r>
        <w:rPr>
          <w:b/>
        </w:rPr>
        <w:t xml:space="preserve">[15:08] </w:t>
      </w:r>
      <w:r>
        <w:t>kaamon ko humiliating defeat hui. Humiliated, that is, that is Crusades shock.</w:t>
      </w:r>
    </w:p>
    <w:p>
      <w:pPr>
        <w:jc w:val="right"/>
      </w:pPr>
      <w:r>
        <w:t>کاموں کو ہیومیلیٹنگ ڈیفیٹ ہوئی۔ ہیومیلیٹڈ، دیٹ از، دیٹ از کروسیٹ شاک۔</w:t>
      </w:r>
    </w:p>
    <w:p>
      <w:r>
        <w:rPr>
          <w:b/>
        </w:rPr>
        <w:t xml:space="preserve">[15:19] </w:t>
      </w:r>
      <w:r>
        <w:t>yeh jo defeat in ko hui thi, jis tarah Newton ko apple shock hua aur Noah ke zamanay mein first shock hua, isi tarah</w:t>
      </w:r>
    </w:p>
    <w:p>
      <w:pPr>
        <w:jc w:val="right"/>
      </w:pPr>
      <w:r>
        <w:t>یہ جو ڈیفیٹ ان کو ہوئی تھی، جس طرح نیوٹن کو ایپل شاک ہوا اور ہر نوح کے زمانے میں فرسٹ شاک ہوا، اسی طریقے سے</w:t>
      </w:r>
    </w:p>
    <w:p>
      <w:r>
        <w:rPr>
          <w:b/>
        </w:rPr>
        <w:t xml:space="preserve">[15:33] </w:t>
      </w:r>
      <w:r>
        <w:t>Crusades ke zamanay mein Crusades shock hua. Ab jo Christian qaumein theen, Western qaumein,</w:t>
      </w:r>
    </w:p>
    <w:p>
      <w:pPr>
        <w:jc w:val="right"/>
      </w:pPr>
      <w:r>
        <w:t>کروسیٹس کے زمانے میں کروسیٹ شاک ہوا۔ اب جو کرسچن قومیں تھیں، ویسٹرن قومیں،</w:t>
      </w:r>
    </w:p>
    <w:p>
      <w:r>
        <w:rPr>
          <w:b/>
        </w:rPr>
        <w:t xml:space="preserve">[15:47] </w:t>
      </w:r>
      <w:r>
        <w:t>West mein Constantine, woh Qustuntun jo tha, us ki wajah se Christianity saare Europe mein phail gayi,</w:t>
      </w:r>
    </w:p>
    <w:p>
      <w:pPr>
        <w:jc w:val="right"/>
      </w:pPr>
      <w:r>
        <w:t>ویسٹ میں کانسٹنٹین، وہ قسطنطین جو تھا، اس کی وجہ سے کرسچینٹی سارے یورپ میں پھیل گئی،</w:t>
      </w:r>
    </w:p>
    <w:p>
      <w:r>
        <w:rPr>
          <w:b/>
        </w:rPr>
        <w:t xml:space="preserve">[16:00] </w:t>
      </w:r>
      <w:r>
        <w:t>Constantine ki wajah se. To Christian community, jo virtual, virtually Europe ki hukmaran ban chuki thi,</w:t>
      </w:r>
    </w:p>
    <w:p>
      <w:pPr>
        <w:jc w:val="right"/>
      </w:pPr>
      <w:r>
        <w:t>کانسٹنٹین کی وجہ سے۔ تو کرسچن کمیونٹی، جو ورچول، ورچولی یورپ کی حکمران بن چکی تھی،</w:t>
      </w:r>
    </w:p>
    <w:p>
      <w:r>
        <w:rPr>
          <w:b/>
        </w:rPr>
        <w:t xml:space="preserve">[16:14] </w:t>
      </w:r>
      <w:r>
        <w:t>us ko humiliating defeat hui. Yeh lafz hai Guivon ka.</w:t>
      </w:r>
    </w:p>
    <w:p>
      <w:pPr>
        <w:jc w:val="right"/>
      </w:pPr>
      <w:r>
        <w:t>اس کو ہیومیلیٹنگ ڈیفیٹ ہوئی۔ یہ لفظ ہے گیون کا۔</w:t>
      </w:r>
    </w:p>
    <w:p>
      <w:r>
        <w:rPr>
          <w:b/>
        </w:rPr>
        <w:t xml:space="preserve">[16:24] </w:t>
      </w:r>
      <w:r>
        <w:t>to Christian yeh qaumein jo theen Europe, Europe par, aik yeh thanday mizaj qaumein theen kyunke sard ilaqay mein rehte thay log.</w:t>
      </w:r>
    </w:p>
    <w:p>
      <w:pPr>
        <w:jc w:val="right"/>
      </w:pPr>
      <w:r>
        <w:t>تو کرسچن یہ قومیں جو تھیں یورپ، یورپ پر، ایک یہ ٹھنڈے مزاج قومیں تھیں کیونکہ سرد علاقے میں رہتے تھے لوگ۔</w:t>
      </w:r>
    </w:p>
    <w:p>
      <w:r>
        <w:rPr>
          <w:b/>
        </w:rPr>
        <w:t xml:space="preserve">[16:33] </w:t>
      </w:r>
      <w:r>
        <w:t>Asia mein jo tha, woh Changez ka zehan hota tha, maro. To yahan jaldi se nikal aati thi talwar.</w:t>
      </w:r>
    </w:p>
    <w:p>
      <w:pPr>
        <w:jc w:val="right"/>
      </w:pPr>
      <w:r>
        <w:t>ایشیا میں جو تھا، وہ چنگیز کا ذہن ہوتا تھا، مارو۔ تو یہاں جلدی سے نکل آتی تھی تلوار۔</w:t>
      </w:r>
    </w:p>
    <w:p>
      <w:r>
        <w:rPr>
          <w:b/>
        </w:rPr>
        <w:t xml:space="preserve">[16:46] </w:t>
      </w:r>
      <w:r>
        <w:t>lekin Christian qaumein jo abad theen maghrib mein, woh thanda ilaaqa tha. To un ko jab shikast hui, apne holy places ko woh regain nahi kar sakay.</w:t>
      </w:r>
    </w:p>
    <w:p>
      <w:pPr>
        <w:jc w:val="right"/>
      </w:pPr>
      <w:r>
        <w:t>لیکن کرسچن قومیں جو آباد تھیں مغرب میں، وہ ٹھنڈا علاقہ تھا۔ تو ان کو جب شکست ہوئی، اپنے ہولی پلیسز کو وہ ریگین نہیں کر سکے۔</w:t>
      </w:r>
    </w:p>
    <w:p>
      <w:r>
        <w:rPr>
          <w:b/>
        </w:rPr>
        <w:t xml:space="preserve">[17:06] </w:t>
      </w:r>
      <w:r>
        <w:t>to un ke andar jo soch aayi, woh yeh ke there must be some alternative,</w:t>
      </w:r>
    </w:p>
    <w:p>
      <w:pPr>
        <w:jc w:val="right"/>
      </w:pPr>
      <w:r>
        <w:t>تو ان کے اندر جو سوچ آئی، وہ یہ کہ دیر مسٹ بی سم الٹرنیٹو،</w:t>
      </w:r>
    </w:p>
    <w:p>
      <w:r>
        <w:rPr>
          <w:b/>
        </w:rPr>
        <w:t xml:space="preserve">[17:17] </w:t>
      </w:r>
      <w:r>
        <w:t>yani larai ka koi alternative hona chahiye. Hum musalmanon ko larai ke maidan mein defeat nahi de sakte.</w:t>
      </w:r>
    </w:p>
    <w:p>
      <w:pPr>
        <w:jc w:val="right"/>
      </w:pPr>
      <w:r>
        <w:t>یعنی لڑائی کا کوئی الٹرنیٹو ہونا چاہیے۔ ہم مسلمانوں کو لڑائی کے میدان میں ڈیفیٹ نہیں دے سکتے۔</w:t>
      </w:r>
    </w:p>
    <w:p>
      <w:r>
        <w:rPr>
          <w:b/>
        </w:rPr>
        <w:t xml:space="preserve">[17:34] </w:t>
      </w:r>
      <w:r>
        <w:t>to we have to find out some</w:t>
      </w:r>
    </w:p>
    <w:p>
      <w:pPr>
        <w:jc w:val="right"/>
      </w:pPr>
      <w:r>
        <w:t>تو وی ہیو ٹو فائنڈ آؤٹ سم</w:t>
      </w:r>
    </w:p>
    <w:p>
      <w:r>
        <w:rPr>
          <w:b/>
        </w:rPr>
        <w:t xml:space="preserve">[17:40] </w:t>
      </w:r>
      <w:r>
        <w:t>other field, some alternative. Yeh zehan tha jis jo un ko le gaya jang ke maidan se nikal kar nature ke maidan mein,</w:t>
      </w:r>
    </w:p>
    <w:p>
      <w:pPr>
        <w:jc w:val="right"/>
      </w:pPr>
      <w:r>
        <w:t>ادر فیلڈ، سم الٹرنیٹو۔ یہ ذہن تھا جس جو ان کو لے گیا جنگ کے میدان سے نکال کر نیچر کے میدان میں،</w:t>
      </w:r>
    </w:p>
    <w:p>
      <w:r>
        <w:rPr>
          <w:b/>
        </w:rPr>
        <w:t xml:space="preserve">[17:57] </w:t>
      </w:r>
      <w:r>
        <w:t>nature ki research, nature, nature ki tehqeeq,</w:t>
      </w:r>
    </w:p>
    <w:p>
      <w:pPr>
        <w:jc w:val="right"/>
      </w:pPr>
      <w:r>
        <w:t>نیچر کی ریسرچ، نیچر، نیچر کی تحقیق،</w:t>
      </w:r>
    </w:p>
    <w:p>
      <w:r>
        <w:rPr>
          <w:b/>
        </w:rPr>
        <w:t xml:space="preserve">[18:03] </w:t>
      </w:r>
      <w:r>
        <w:t>law of nature ki daryaft. Yeh aik process chala kai so saal tak, kai so saal tak, yahan tak ke jab Galileo, Galile ke zamanay mein,</w:t>
      </w:r>
    </w:p>
    <w:p>
      <w:pPr>
        <w:jc w:val="right"/>
      </w:pPr>
      <w:r>
        <w:t>لا آف نیچر کی دریافت۔ یہ ایک پروسیس چلا کئی سو سال تک، کئی سو سال تک، یہاں تک کہ جب گلیلیو، گلیلی کے زمانے میں،</w:t>
      </w:r>
    </w:p>
    <w:p>
      <w:r>
        <w:rPr>
          <w:b/>
        </w:rPr>
        <w:t xml:space="preserve">[18:18] </w:t>
      </w:r>
      <w:r>
        <w:t>us ne yeh daryaft kiya.</w:t>
      </w:r>
    </w:p>
    <w:p>
      <w:pPr>
        <w:jc w:val="right"/>
      </w:pPr>
      <w:r>
        <w:t>اس نے یہ دریافت کیا۔</w:t>
      </w:r>
    </w:p>
    <w:p>
      <w:r>
        <w:rPr>
          <w:b/>
        </w:rPr>
        <w:t xml:space="preserve">[18:22] </w:t>
      </w:r>
      <w:r>
        <w:t>yani hamesha se insaan yeh samajhta tha ke</w:t>
      </w:r>
    </w:p>
    <w:p>
      <w:pPr>
        <w:jc w:val="right"/>
      </w:pPr>
      <w:r>
        <w:t>یعنی ہمیشہ سے انسان یہ سمجھتا تھا کہ</w:t>
      </w:r>
    </w:p>
    <w:p>
      <w:r>
        <w:rPr>
          <w:b/>
        </w:rPr>
        <w:t xml:space="preserve">[18:28] </w:t>
      </w:r>
      <w:r>
        <w:t>sooraj zameen ke gird ghoomta hai. Galileo ke zamanay mein pehli baar telescope is bani, is ko istemaal kiya Galileo ne.</w:t>
      </w:r>
    </w:p>
    <w:p>
      <w:pPr>
        <w:jc w:val="right"/>
      </w:pPr>
      <w:r>
        <w:t>سورج زمین کے گرد گھومتا ہے۔ گلیلیو کے زمانے میں پہلی بار ٹیلیسکوپ اس بنی، اس کو استعمال کیا گلیلیو نے۔</w:t>
      </w:r>
    </w:p>
    <w:p>
      <w:r>
        <w:rPr>
          <w:b/>
        </w:rPr>
        <w:t xml:space="preserve">[18:41] </w:t>
      </w:r>
      <w:r>
        <w:t>to pata chala ke nahi,</w:t>
      </w:r>
    </w:p>
    <w:p>
      <w:pPr>
        <w:jc w:val="right"/>
      </w:pPr>
      <w:r>
        <w:t>تو پتہ چلا کہ نہیں،</w:t>
      </w:r>
    </w:p>
    <w:p>
      <w:r>
        <w:rPr>
          <w:b/>
        </w:rPr>
        <w:t xml:space="preserve">[18:45] </w:t>
      </w:r>
      <w:r>
        <w:t>zame</w:t>
      </w:r>
    </w:p>
    <w:p>
      <w:pPr>
        <w:jc w:val="right"/>
      </w:pPr>
      <w:r>
        <w:t>زمین گھومتی ہے سورج کے گرد۔ اس سے انقلاب آ گیا۔ چارچر گلیلیو کو مانا جاتا ہے، کو ہی فاؤنڈر آف ماڈرن سائنس۔</w:t>
      </w:r>
    </w:p>
    <w:p>
      <w:r>
        <w:rPr>
          <w:b/>
        </w:rPr>
        <w:t xml:space="preserve">[18:59] </w:t>
      </w:r>
      <w:r>
        <w:t>ab ek nai soch jaagi, nature ko discover karo, nature ko discover karo.</w:t>
      </w:r>
    </w:p>
    <w:p>
      <w:pPr>
        <w:jc w:val="right"/>
      </w:pPr>
      <w:r>
        <w:t>اب ایک نئی سوچ جاگی، نیچر کو ڈسکور کرو، نیچر کو ڈسکور کرو۔</w:t>
      </w:r>
    </w:p>
    <w:p>
      <w:r>
        <w:rPr>
          <w:b/>
        </w:rPr>
        <w:t xml:space="preserve">[19:13] </w:t>
      </w:r>
      <w:r>
        <w:t>to discovery par discovery, discovery par discovery hone hone lagi. Is zamanay mein insaan ne yeh daryaft kiya ke matter mein ek aur cheez chupi hui hai, woh hai bijli.</w:t>
      </w:r>
    </w:p>
    <w:p>
      <w:pPr>
        <w:jc w:val="right"/>
      </w:pPr>
      <w:r>
        <w:t>تو ڈسکوری پر ڈسکوری، ڈسکوری پر ڈسکوری ہونے ہونے لگی۔ اس زمانے میں انسان نے یہ دریافت کیا کہ میٹر میں ایک اور چیز چھپی ہوئی ہے، وہ ہے بجلی۔</w:t>
      </w:r>
    </w:p>
    <w:p>
      <w:r>
        <w:rPr>
          <w:b/>
        </w:rPr>
        <w:t xml:space="preserve">[19:30] </w:t>
      </w:r>
      <w:r>
        <w:t>yeh jis ko hum matter kehte hain, is ke andar ek aur taqat chupi hui hai,</w:t>
      </w:r>
    </w:p>
    <w:p>
      <w:pPr>
        <w:jc w:val="right"/>
      </w:pPr>
      <w:r>
        <w:t>یہ جس کو ہم میٹر کہتے ہیں، اس کے اندر ایک اور طاقت چھپی ہوئی ہے،</w:t>
      </w:r>
    </w:p>
    <w:p>
      <w:r>
        <w:rPr>
          <w:b/>
        </w:rPr>
        <w:t xml:space="preserve">[19:37] </w:t>
      </w:r>
      <w:r>
        <w:t>woh hai bijli. Yani kaha jata hai ke electricity, electricity means full of electron.</w:t>
      </w:r>
    </w:p>
    <w:p>
      <w:pPr>
        <w:jc w:val="right"/>
      </w:pPr>
      <w:r>
        <w:t>وہ ہے بجلی۔ یعنی کہا جاتا ہے کہ الیکٹریسٹی، الیکٹریسٹی مینز فل آف الیکٹران۔</w:t>
      </w:r>
    </w:p>
    <w:p>
      <w:r>
        <w:rPr>
          <w:b/>
        </w:rPr>
        <w:t xml:space="preserve">[19:48] </w:t>
      </w:r>
      <w:r>
        <w:t>yani matter bazahir to ek jamad cheez hai, jamad cheez, lekin is mein current hai, woh current flow karta hai,</w:t>
      </w:r>
    </w:p>
    <w:p>
      <w:pPr>
        <w:jc w:val="right"/>
      </w:pPr>
      <w:r>
        <w:t>یعنی میٹر بظاہر تو ایک جامد چیز ہے، جامد چیز، لیکن اس میں کرنٹ ہے، وہ کرنٹ فلو کرتا ہے،</w:t>
      </w:r>
    </w:p>
    <w:p>
      <w:r>
        <w:rPr>
          <w:b/>
        </w:rPr>
        <w:t xml:space="preserve">[20:01] </w:t>
      </w:r>
      <w:r>
        <w:t>current flow karta hai. Is ki is ka method hai, is method ko apply kiya jaye to matter ke andar jo current hai, woh flow karega, flow karega.</w:t>
      </w:r>
    </w:p>
    <w:p>
      <w:pPr>
        <w:jc w:val="right"/>
      </w:pPr>
      <w:r>
        <w:t>کرنٹ فلو کرتا ہے۔ اس کی اس کا میتھڈ ہے، اس میتھڈ کو اپلائی کیا جائے تو میٹر کے اندر جو کرنٹ ہے، وہ فلو کرے گا، فلو کرے گا۔</w:t>
      </w:r>
    </w:p>
    <w:p>
      <w:r>
        <w:rPr>
          <w:b/>
        </w:rPr>
        <w:t xml:space="preserve">[20:17] </w:t>
      </w:r>
      <w:r>
        <w:t>to be-panaah taqat niklegi is se.</w:t>
      </w:r>
    </w:p>
    <w:p>
      <w:pPr>
        <w:jc w:val="right"/>
      </w:pPr>
      <w:r>
        <w:t>تو بے پناہ طاقت نکلے گی اس سے۔</w:t>
      </w:r>
    </w:p>
    <w:p>
      <w:r>
        <w:rPr>
          <w:b/>
        </w:rPr>
        <w:t xml:space="preserve">[20:24] </w:t>
      </w:r>
      <w:r>
        <w:t>to shuru wahan se hua ke zameen ghoomti hai sooraj ke gird. Phir daryaften hone lagin ke matter ke andar current hai.</w:t>
      </w:r>
    </w:p>
    <w:p>
      <w:pPr>
        <w:jc w:val="right"/>
      </w:pPr>
      <w:r>
        <w:t>تو شروع وہاں سے ہوا کہ زمین گھومتی ہے سورج کے گرد۔ پھر دریافتیں ہونے لگیں کہ میٹر کے اندر کرنٹ ہے۔</w:t>
      </w:r>
    </w:p>
    <w:p>
      <w:r>
        <w:rPr>
          <w:b/>
        </w:rPr>
        <w:t xml:space="preserve">[20:37] </w:t>
      </w:r>
      <w:r>
        <w:t>phir hote hote yahan tak pohancha ke nuclear power daryaft hua, yahan tak ke civilization bani, industrial age aaya, yeh sab hua.</w:t>
      </w:r>
    </w:p>
    <w:p>
      <w:pPr>
        <w:jc w:val="right"/>
      </w:pPr>
      <w:r>
        <w:t>پھر ہوتے ہوتے یہاں تک پہنچا کہ نیوکلیئر پاور دریافت ہوا، یہاں تک کہ سویلائزیشن بنی، انڈسٹریل ایج آیا، یہ سب ہوا۔</w:t>
      </w:r>
    </w:p>
    <w:p>
      <w:r>
        <w:rPr>
          <w:b/>
        </w:rPr>
        <w:t xml:space="preserve">[20:56] </w:t>
      </w:r>
      <w:r>
        <w:t>to yeh jo tha, is ko hadees mein bataya gaya tha, isi waqeye ko,</w:t>
      </w:r>
    </w:p>
    <w:p>
      <w:pPr>
        <w:jc w:val="right"/>
      </w:pPr>
      <w:r>
        <w:t>تو یہ جو تھا، اس کو حدیث میں بتایا گیا تھا، اسی واقعے کو،</w:t>
      </w:r>
    </w:p>
    <w:p>
      <w:r>
        <w:rPr>
          <w:b/>
        </w:rPr>
        <w:t xml:space="preserve">[21:08] </w:t>
      </w:r>
      <w:r>
        <w:t>isi waqeye ko, kyunke yeh waqea jo tha, ek aitbaar se woh civilization thi, ek aitbaar se, doosre aitbaar se woh pro Islam thi.</w:t>
      </w:r>
    </w:p>
    <w:p>
      <w:pPr>
        <w:jc w:val="right"/>
      </w:pPr>
      <w:r>
        <w:t>اسی واقعے کو، کیونکہ یہ واقعہ جو تھا، ایک اعتبار سے وہ سویلائزیشن تھی، ایک اعتبار سے، دوسرے اعتبار سے وہ پرو اسلام تھی۔</w:t>
      </w:r>
    </w:p>
    <w:p>
      <w:r>
        <w:rPr>
          <w:b/>
        </w:rPr>
        <w:t xml:space="preserve">[21:22] </w:t>
      </w:r>
      <w:r>
        <w:t>pro Islam poori poori science jo daryaft hui, woh poore pro Islam thi, kyunke woh Allah taala ki takhleeq thi.</w:t>
      </w:r>
    </w:p>
    <w:p>
      <w:pPr>
        <w:jc w:val="right"/>
      </w:pPr>
      <w:r>
        <w:t>پرو اسلام پوری پوری سائنس جو دریافت ہوئی، وہ پورے پرو اسلام تھی، کیونکہ وہ اللہ تعالیٰ کی تخلیق تھی۔</w:t>
      </w:r>
    </w:p>
    <w:p>
      <w:r>
        <w:rPr>
          <w:b/>
        </w:rPr>
        <w:t xml:space="preserve">[21:36] </w:t>
      </w:r>
      <w:r>
        <w:t>yani matter mein jo bijli ka current hoti hai, woh kya hai? Woh Allah ki takhleeq hai. Paani mein jo steam paida hota hai, woh Allah ki takhleeq hai.</w:t>
      </w:r>
    </w:p>
    <w:p>
      <w:pPr>
        <w:jc w:val="right"/>
      </w:pPr>
      <w:r>
        <w:t>یعنی میٹر میں جو بجلی کا کرنٹ ہوتی ہے، وہ کیا ہے؟ وہ اللہ کی تخلیق ہے۔ پانی میں جو اسٹیم پیدا ہوتا ہے، وہ اللہ کی تخلیق ہے۔</w:t>
      </w:r>
    </w:p>
    <w:p>
      <w:r>
        <w:rPr>
          <w:b/>
        </w:rPr>
        <w:t xml:space="preserve">[21:52] </w:t>
      </w:r>
      <w:r>
        <w:t>to saari technology jo thi, jo jo western nation daryaft kiya, woh nikle the ke talwar ka alternative jaane,</w:t>
      </w:r>
    </w:p>
    <w:p>
      <w:pPr>
        <w:jc w:val="right"/>
      </w:pPr>
      <w:r>
        <w:t>تو ساری ٹیکنالوجی جو تھی، جو جو ویسٹرن نیشن دریافت کیا، وہ نکلے تھے کہ تلوار کا الٹرنیٹو جانے،</w:t>
      </w:r>
    </w:p>
    <w:p>
      <w:r>
        <w:rPr>
          <w:b/>
        </w:rPr>
        <w:t xml:space="preserve">[22:10] </w:t>
      </w:r>
      <w:r>
        <w:t>talwar ka alternative, kyunke talwar ke maidan mein woh haar gaye the. To un ko law of nature daryaft ho gaya.</w:t>
      </w:r>
    </w:p>
    <w:p>
      <w:pPr>
        <w:jc w:val="right"/>
      </w:pPr>
      <w:r>
        <w:t>تلوار کا الٹرنیٹو، کیونکہ تلوار کے میدان میں وہ ہار گئے تھے۔ تو ان کو لا آف نیچر دریافت ہو گیا۔</w:t>
      </w:r>
    </w:p>
    <w:p>
      <w:r>
        <w:rPr>
          <w:b/>
        </w:rPr>
        <w:t xml:space="preserve">[22:22] </w:t>
      </w:r>
      <w:r>
        <w:t>hamare hamare gaon mein ek misl kahi jati hai, dehati misl ke "birat raho, taisi pargahon chinna".</w:t>
      </w:r>
    </w:p>
    <w:p>
      <w:pPr>
        <w:jc w:val="right"/>
      </w:pPr>
      <w:r>
        <w:t>ہمارے ہمارے گاؤں میں ایک مثل کہی جاتی ہے، دیہاتی مثل کہ "بیرت رہو، تیسی پارگاہوں چننا"۔</w:t>
      </w:r>
    </w:p>
    <w:p>
      <w:r>
        <w:rPr>
          <w:b/>
        </w:rPr>
        <w:t xml:space="preserve">[22:34] </w:t>
      </w:r>
      <w:r>
        <w:t>"birat raho, taisi pargahon chinna". Yani dhoond rahe the woh talwar ka alternative, imblagi technology, jo hamare paas bhi zyada taqatwar hai.</w:t>
      </w:r>
    </w:p>
    <w:p>
      <w:pPr>
        <w:jc w:val="right"/>
      </w:pPr>
      <w:r>
        <w:t>"بیرت رہو، تیسی پارگاہوں چننا"۔ یعنی ڈھونڈ رہے تھے وہ تلوار کا الٹرنیٹو، امبلگی ٹیکنالوجی، جو ہمارے پاس بھی زیادہ طاقتور ہے۔</w:t>
      </w:r>
    </w:p>
    <w:p>
      <w:r>
        <w:rPr>
          <w:b/>
        </w:rPr>
        <w:t xml:space="preserve">[22:52] </w:t>
      </w:r>
      <w:r>
        <w:t>ab yeh chalne lagi aur bohat sari sciences wajood mein aayin, bohat sari sciences, yahan tak ke nuclear production daryaft hui aur insaan ne atom bomb bana liya.</w:t>
      </w:r>
    </w:p>
    <w:p>
      <w:pPr>
        <w:jc w:val="right"/>
      </w:pPr>
      <w:r>
        <w:t>اب یہ چلنے لگی اور بہت ساری سائنسز وجود میں آئیں، بہت ساری سائنسز، یہاں تک کہ نیوکلیئر پروڈکشن دریافت ہوئی اور انسان نے ایٹم بم بنا لیا۔</w:t>
      </w:r>
    </w:p>
    <w:p>
      <w:r>
        <w:rPr>
          <w:b/>
        </w:rPr>
        <w:t xml:space="preserve">[23:10] </w:t>
      </w:r>
      <w:r>
        <w:t>to jis tarah pehle zamanay mein insaan talwar ko istemaal karta tha aur talwar ka istemaal karte karte technology ka daur aa gaya.</w:t>
      </w:r>
    </w:p>
    <w:p>
      <w:pPr>
        <w:jc w:val="right"/>
      </w:pPr>
      <w:r>
        <w:t>تو جس طرح پہلے زمانے میں انسان تلوار کو استعمال کرتا تھا اور تلوار کا استعمال کرتے کرتے ٹیکنالوجی کا دور آ گیا۔</w:t>
      </w:r>
    </w:p>
    <w:p>
      <w:r>
        <w:rPr>
          <w:b/>
        </w:rPr>
        <w:t xml:space="preserve">[23:22] </w:t>
      </w:r>
      <w:r>
        <w:t>aise ab kya hua? Ab insaan ne nuclear bomb istemaal kiya,</w:t>
      </w:r>
    </w:p>
    <w:p>
      <w:pPr>
        <w:jc w:val="right"/>
      </w:pPr>
      <w:r>
        <w:t>ایسے اب کیا ہوا؟ اب انسان نے نیوکلیئر بم استعمال کیا،</w:t>
      </w:r>
    </w:p>
    <w:p>
      <w:r>
        <w:rPr>
          <w:b/>
        </w:rPr>
        <w:t xml:space="preserve">[23:32] </w:t>
      </w:r>
      <w:r>
        <w:t>do bam istemal kiye, do bare shehron ko barbaad kar diya aur bohat ziyada is se tabahi hui. lekin is se yeh bhi ek ek ek ek shock treatment tha.</w:t>
      </w:r>
    </w:p>
    <w:p>
      <w:pPr>
        <w:jc w:val="right"/>
      </w:pPr>
      <w:r>
        <w:t>دو بم استعمال کیے، دو بڑے شہروں کو برباد کر دیا اور بہت زیادہ اس سے تباہی ہوئی۔ لیکن اس سے یہ بھی ایک ایک ایک ایک شاک ٹریٹمنٹ تھا۔</w:t>
      </w:r>
    </w:p>
    <w:p>
      <w:r>
        <w:rPr>
          <w:b/>
        </w:rPr>
        <w:t xml:space="preserve">[23:47] </w:t>
      </w:r>
      <w:r>
        <w:t>second world war mein jo bam giraye gaye thay, woh is se "that was shock treatment" jaise newton ke upar saib gira tha.</w:t>
      </w:r>
    </w:p>
    <w:p>
      <w:pPr>
        <w:jc w:val="right"/>
      </w:pPr>
      <w:r>
        <w:t>سیکنڈ ورلڈ وار میں جو بم گرائے گئے تھے، وہ اس سے "دیٹ واز شاک ٹریٹمنٹ" جیسے نیوٹن کے اوپر سیب گرا تھا۔</w:t>
      </w:r>
    </w:p>
    <w:p>
      <w:r>
        <w:rPr>
          <w:b/>
        </w:rPr>
        <w:t xml:space="preserve">[23:58] </w:t>
      </w:r>
      <w:r>
        <w:t>kyunke yeh nuclear bam jo istemal kiye, is se dunya mein ek naya daur aa gaya jis ko kehte hain "weapons of mass destruction".</w:t>
      </w:r>
    </w:p>
    <w:p>
      <w:pPr>
        <w:jc w:val="right"/>
      </w:pPr>
      <w:r>
        <w:t>کیونکہ یہ نیوکلیئر بم جو استعمال کیے، اس سے دنیا میں ایک نیا دور آ گیا جس کو کہتے ہیں "ویپنز آف ماس ڈسٹرکشن"۔</w:t>
      </w:r>
    </w:p>
    <w:p>
      <w:r>
        <w:rPr>
          <w:b/>
        </w:rPr>
        <w:t xml:space="preserve">[24:13] </w:t>
      </w:r>
      <w:r>
        <w:t>is ko sab se pehle notice kiya tha hitler ne. sab se pehle</w:t>
      </w:r>
    </w:p>
    <w:p>
      <w:pPr>
        <w:jc w:val="right"/>
      </w:pPr>
      <w:r>
        <w:t>اس کو سب سے پہلے نوٹس کیا تھا ہٹلر نے۔ سب سے پہلے</w:t>
      </w:r>
    </w:p>
    <w:p>
      <w:r>
        <w:rPr>
          <w:b/>
        </w:rPr>
        <w:t xml:space="preserve">[24:23] </w:t>
      </w:r>
      <w:r>
        <w:t>is ne kaha tha jab woh civilization kar liya tha, us ne us ne kaha tha ke "furer mein ab there is no victor, only survivors".</w:t>
      </w:r>
    </w:p>
    <w:p>
      <w:pPr>
        <w:jc w:val="right"/>
      </w:pPr>
      <w:r>
        <w:t>اس نے کہا تھا جب وہ سویلائزیشن کر لیا تھا، اس نے اس نے کہا تھا کہ "فوشر میں اب دیر از نو وکٹر، اونلی سروائیورز"۔</w:t>
      </w:r>
    </w:p>
    <w:p>
      <w:r>
        <w:rPr>
          <w:b/>
        </w:rPr>
        <w:t xml:space="preserve">[24:38] </w:t>
      </w:r>
      <w:r>
        <w:t>yeh yeh yeh sab se pehle yeh baat kahi thi hitler ne "there is no victor, only survivors".</w:t>
      </w:r>
    </w:p>
    <w:p>
      <w:pPr>
        <w:jc w:val="right"/>
      </w:pPr>
      <w:r>
        <w:t>یہ یہ یہ سب سے پہلے یہ بات کہی تھی ہٹلر نے "دیر از نو وکٹر، اونلی سروائیورز"۔</w:t>
      </w:r>
    </w:p>
    <w:p>
      <w:r>
        <w:rPr>
          <w:b/>
        </w:rPr>
        <w:t xml:space="preserve">[24:48] </w:t>
      </w:r>
      <w:r>
        <w:t>yani ab agar koi third war hoti hai to second war war ko is ne age of war ka khatma kaha tha.</w:t>
      </w:r>
    </w:p>
    <w:p>
      <w:pPr>
        <w:jc w:val="right"/>
      </w:pPr>
      <w:r>
        <w:t>یعنی اب اگر کوئی تھرڈ وار ہوتی ہے تو سیکنڈ وار وار کو اس نے ایج آف وار کا خاتمہ کہا تھا۔</w:t>
      </w:r>
    </w:p>
    <w:p>
      <w:r>
        <w:rPr>
          <w:b/>
        </w:rPr>
        <w:t xml:space="preserve">[25:01] </w:t>
      </w:r>
      <w:r>
        <w:t>sab se bara jo war mangne wala aadmi tha, usi ne yeh baat kahi thi</w:t>
      </w:r>
    </w:p>
    <w:p>
      <w:pPr>
        <w:jc w:val="right"/>
      </w:pPr>
      <w:r>
        <w:t>سب سے بڑا جو وار مانگنے والا آدمی تھا، اسی نے یہ بات کہی تھی</w:t>
      </w:r>
    </w:p>
    <w:p>
      <w:r>
        <w:rPr>
          <w:b/>
        </w:rPr>
        <w:t xml:space="preserve">[25:09] </w:t>
      </w:r>
      <w:r>
        <w:t>ke "there is no victor, only survivors". ke ab agar kuch log jang chherte hain third world war to us waqt koi waqt victor nahi hoga.</w:t>
      </w:r>
    </w:p>
    <w:p>
      <w:pPr>
        <w:jc w:val="right"/>
      </w:pPr>
      <w:r>
        <w:t>کہ "دیر از نو وکٹر، اونلی سروائیورز"۔ کہ اب اگر کچھ لوگ جنگ چھیڑتے ہیں تھرڈ ورلڈ وار تو اس وقت کوئی وقت وکٹر نہیں ہوگا۔</w:t>
      </w:r>
    </w:p>
    <w:p>
      <w:r>
        <w:rPr>
          <w:b/>
        </w:rPr>
        <w:t xml:space="preserve">[25:21] </w:t>
      </w:r>
      <w:r>
        <w:t>kyun? is liye ke ab jo jang hogi, woh hogi</w:t>
      </w:r>
    </w:p>
    <w:p>
      <w:pPr>
        <w:jc w:val="right"/>
      </w:pPr>
      <w:r>
        <w:t>کیوں؟ اس لیے کہ اب جو جنگ ہوگی، وہ ہوگی</w:t>
      </w:r>
    </w:p>
    <w:p>
      <w:r>
        <w:rPr>
          <w:b/>
        </w:rPr>
        <w:t xml:space="preserve">[25:29] </w:t>
      </w:r>
      <w:r>
        <w:t>is is age mein jab ke "weapons of mass destruction" ka daur hoga. yeh bohat ajeeb baat hai jo is ne bohat zaheen tha newton.</w:t>
      </w:r>
    </w:p>
    <w:p>
      <w:pPr>
        <w:jc w:val="right"/>
      </w:pPr>
      <w:r>
        <w:t>اس اس ایج میں جب کہ "ویپنز آف ماس ڈسٹرکشن" کا دور ہوگا۔ یہ بہت عجیب بات ہے جو اس نے بہت ذہین تھا نیوٹن۔</w:t>
      </w:r>
    </w:p>
    <w:p>
      <w:r>
        <w:rPr>
          <w:b/>
        </w:rPr>
        <w:t xml:space="preserve">[25:44] </w:t>
      </w:r>
      <w:r>
        <w:t>yeh hitler bohat zaheen aadmi tha. us waqt is ne keh diya tha haar haar ke haar ke stage par khara ho kar ke ab chuki daur aa chuka hai,</w:t>
      </w:r>
    </w:p>
    <w:p>
      <w:pPr>
        <w:jc w:val="right"/>
      </w:pPr>
      <w:r>
        <w:t>یہ ہٹلر بہت ذہین آدمی تھا۔ اس وقت اس نے کہہ دیا تھا ہار ہار کے ہار کے اسٹیج پر کھڑا ہو کر کہ اب چونکہ دور آ چکا ہے،</w:t>
      </w:r>
    </w:p>
    <w:p>
      <w:r>
        <w:rPr>
          <w:b/>
        </w:rPr>
        <w:t xml:space="preserve">[26:02] </w:t>
      </w:r>
      <w:r>
        <w:t>mass destruction ke hathyar ban gaye hain, to is ko marne wala khud hi mare ga. jo mare ga, woh khud is ko hi marna hai.</w:t>
      </w:r>
    </w:p>
    <w:p>
      <w:pPr>
        <w:jc w:val="right"/>
      </w:pPr>
      <w:r>
        <w:t>ماس ڈسٹرکشن کے ہتھیار بن گئے ہیں، تو اس کو مارنے والا خود ہی مرے گا۔ جو مارے گا، وہ خود اس کو ہی مرنا ہے۔</w:t>
      </w:r>
    </w:p>
    <w:p>
      <w:r>
        <w:rPr>
          <w:b/>
        </w:rPr>
        <w:t xml:space="preserve">[26:15] </w:t>
      </w:r>
      <w:r>
        <w:t>to kis ladaai?</w:t>
      </w:r>
    </w:p>
    <w:p>
      <w:pPr>
        <w:jc w:val="right"/>
      </w:pPr>
      <w:r>
        <w:t>تو کس لڑائی؟</w:t>
      </w:r>
    </w:p>
    <w:p>
      <w:r>
        <w:rPr>
          <w:b/>
        </w:rPr>
        <w:t xml:space="preserve">[26:20] </w:t>
      </w:r>
      <w:r>
        <w:t>is se pehle jo war hoti thi, woh woh hoti thi talwar ke zariye, yani local destruction ke mani mein hoti thi.</w:t>
      </w:r>
    </w:p>
    <w:p>
      <w:pPr>
        <w:jc w:val="right"/>
      </w:pPr>
      <w:r>
        <w:t>اس سے پہلے جو وار ہوتی تھی، وہ وہ ہوتی تھی تلوار کے ذریعے، یعنی لوکل ڈسٹرکشن کے معنی میں ہوتی تھی۔</w:t>
      </w:r>
    </w:p>
    <w:p>
      <w:r>
        <w:rPr>
          <w:b/>
        </w:rPr>
        <w:t xml:space="preserve">[26:36] </w:t>
      </w:r>
      <w:r>
        <w:t>ab jo war hogi, woh mass destruction ke mani mein hogi. yani dono maren ge, yeh bhi maren ge, woh bhi maren ge. to ab jang ka daur khatam.</w:t>
      </w:r>
    </w:p>
    <w:p>
      <w:pPr>
        <w:jc w:val="right"/>
      </w:pPr>
      <w:r>
        <w:t>اب جو وار ہوگی، وہ ماس ڈسٹرکشن کے معنی میں ہوگی۔ یعنی دونوں مریں گے، یہ بھی مرے گے، وہ بھی مریں گے۔ تو اب جنگ کا دور ختم۔</w:t>
      </w:r>
    </w:p>
    <w:p>
      <w:r>
        <w:rPr>
          <w:b/>
        </w:rPr>
        <w:t xml:space="preserve">[26:47] </w:t>
      </w:r>
      <w:r>
        <w:t>to yeh jo hai, dekhiye, yeh nuclear shock jo hai, nuclear shock se kya hua?</w:t>
      </w:r>
    </w:p>
    <w:p>
      <w:pPr>
        <w:jc w:val="right"/>
      </w:pPr>
      <w:r>
        <w:t>تو یہ جو ہے، دیکھیے، یہ نیوکلیئر شاک جو ہے، نیوکلیئر شاک سے کیا ہوا؟</w:t>
      </w:r>
    </w:p>
    <w:p>
      <w:r>
        <w:rPr>
          <w:b/>
        </w:rPr>
        <w:t xml:space="preserve">[26:56] </w:t>
      </w:r>
      <w:r>
        <w:t>dunya mein peace ka daur aa gaya.</w:t>
      </w:r>
    </w:p>
    <w:p>
      <w:pPr>
        <w:jc w:val="right"/>
      </w:pPr>
      <w:r>
        <w:t>دنیا میں پیس کا دور آ گیا۔</w:t>
      </w:r>
    </w:p>
    <w:p>
      <w:r>
        <w:rPr>
          <w:b/>
        </w:rPr>
        <w:t xml:space="preserve">[27:01] </w:t>
      </w:r>
      <w:r>
        <w:t>now we are living in the age of peace. main samajhta hoon ke dunya mein ek hi community hai jo is se bekhabar hai, woh musalman hai. ab ladaai ka daur hi khatam hoga.</w:t>
      </w:r>
    </w:p>
    <w:p>
      <w:pPr>
        <w:jc w:val="right"/>
      </w:pPr>
      <w:r>
        <w:t>ناو وی آر لیونگ ان دا ایج آف پیس۔ میں سمجھتا ہوں کہ دنیا میں ایک ہی کمیونٹی ہے جو اس سے بے خبر ہے، وہ مسلمان ہے۔ اب لڑائی کا دور ہی ختم ہوگا۔</w:t>
      </w:r>
    </w:p>
    <w:p>
      <w:r>
        <w:rPr>
          <w:b/>
        </w:rPr>
        <w:t xml:space="preserve">[27:12] </w:t>
      </w:r>
      <w:r>
        <w:t>kyun lad rahe ho?</w:t>
      </w:r>
    </w:p>
    <w:p>
      <w:pPr>
        <w:jc w:val="right"/>
      </w:pPr>
      <w:r>
        <w:t>کیوں لڑ رہے ہو؟</w:t>
      </w:r>
    </w:p>
    <w:p>
      <w:r>
        <w:rPr>
          <w:b/>
        </w:rPr>
        <w:t xml:space="preserve">[27:21] </w:t>
      </w:r>
      <w:r>
        <w:t>jise diya hamare bachpan mein diya jala kar ke roshni ki aati thi. jab main chhota tha, diya se roshni jalai jati thi.</w:t>
      </w:r>
    </w:p>
    <w:p>
      <w:pPr>
        <w:jc w:val="right"/>
      </w:pPr>
      <w:r>
        <w:t>جسے دیا ہمارے بچپن میں دیا جلا کر کے روشنی کی آتی تھی۔ جب میں چھوٹا تھا، دیا سے روشنی جلائی جاتی تھی۔</w:t>
      </w:r>
    </w:p>
    <w:p>
      <w:r>
        <w:rPr>
          <w:b/>
        </w:rPr>
        <w:t xml:space="preserve">[27:33] </w:t>
      </w:r>
      <w:r>
        <w:t>ab kaun diya jalaye ga? kyunke ab to bijli ka daur aa gaya hai. ab to bijli ka daur aa gaya hai. to ladaai ka daur hi khatam ho gaya.</w:t>
      </w:r>
    </w:p>
    <w:p>
      <w:pPr>
        <w:jc w:val="right"/>
      </w:pPr>
      <w:r>
        <w:t>اب کون دیا جلائے گا؟ کیونکہ اب تو بجلی کا دور آ گیا ہے۔ اب تو بجلی کا دور آ گیا ہے۔ تو لڑائی کا دور ہی ختم ہو گیا۔</w:t>
      </w:r>
    </w:p>
    <w:p>
      <w:r>
        <w:rPr>
          <w:b/>
        </w:rPr>
        <w:t xml:space="preserve">[27:44] </w:t>
      </w:r>
      <w:r>
        <w:t>ab to peace ka daur hai.</w:t>
      </w:r>
    </w:p>
    <w:p>
      <w:pPr>
        <w:jc w:val="right"/>
      </w:pPr>
      <w:r>
        <w:t>اب تو پیس کا دور ہے۔</w:t>
      </w:r>
    </w:p>
    <w:p>
      <w:r>
        <w:rPr>
          <w:b/>
        </w:rPr>
        <w:t xml:space="preserve">[27:50] </w:t>
      </w:r>
      <w:r>
        <w:t>is ko jaan liya tha is se pehle, yani ailaan to kiya tha pehle hitler ne. is ke baad jo yeh western nations hain, unhone ladaai, yani un ka jo tha, woh colonialism.</w:t>
      </w:r>
    </w:p>
    <w:p>
      <w:pPr>
        <w:jc w:val="right"/>
      </w:pPr>
      <w:r>
        <w:t>اس کو جان لیا تھا اس سے پہلے، یعنی اعلان تو کیا تھا پہلے ہٹلر نے۔ اس کے بعد جو یہ ویسٹرن نیشنز ہیں، انہوں نے لڑائی، یعنی ان کا جو تھا، وہ کلونیلزم۔</w:t>
      </w:r>
    </w:p>
    <w:p>
      <w:r>
        <w:rPr>
          <w:b/>
        </w:rPr>
        <w:t xml:space="preserve">[28:08] </w:t>
      </w:r>
      <w:r>
        <w:t>is zamane mein colonial tha, is mein fauj hua karti thi un ke paas. east india, east india company ke paas fauj hua karti thi. ab koi fauj nahi, saare dunya par un ka satrah hai.</w:t>
      </w:r>
    </w:p>
    <w:p>
      <w:pPr>
        <w:jc w:val="right"/>
      </w:pPr>
      <w:r>
        <w:t>اس زمانے میں کلونیل تھا، اس میں فوج ہوا کرتی تھی ان کے پاس۔ ایسٹ انڈیا، ایسٹ انڈیا کمپنی کے پاس فوج ہوا کرتی تھی۔ اب کوئی فوج نہیں، سارے دنیا پر ان کا سترہ ہے۔</w:t>
      </w:r>
    </w:p>
    <w:p>
      <w:r>
        <w:rPr>
          <w:b/>
        </w:rPr>
        <w:t xml:space="preserve">[28:24] </w:t>
      </w:r>
      <w:r>
        <w:t>European nations ka daur satrah aaj colonial power say bhi ziyada hai. Aaj duniya mein dekhiye, duniya mein France nay is zamane mein aur Britain nay duniya mein ghalba hasil kar liya tha.</w:t>
      </w:r>
    </w:p>
    <w:p>
      <w:pPr>
        <w:jc w:val="right"/>
      </w:pPr>
      <w:r>
        <w:t>یورپین نیشنز کا دور سترہ آج کلونیل پیئر سے بھی زیادہ ہے۔ آج دنیا میں دیکھیے، دنیا میں فرانس نے اس زمانے میں اور برٹن نے دنیا میں غلبہ حاصل کر لیا تھا۔</w:t>
      </w:r>
    </w:p>
    <w:p>
      <w:r>
        <w:rPr>
          <w:b/>
        </w:rPr>
        <w:t xml:space="preserve">[28:45] </w:t>
      </w:r>
      <w:r>
        <w:t>thorough thorough fauj in kay pas fauj hua. East India, East India Company kay pas fauj hoti thi. Ab ab kuch nahi hai.</w:t>
      </w:r>
    </w:p>
    <w:p>
      <w:pPr>
        <w:jc w:val="right"/>
      </w:pPr>
      <w:r>
        <w:t>تھرو تھرو فوج ان کے پاس فوج ہوا۔ ایسٹ انڈیا، ایسٹ انڈیا کمپنی کے پاس فوج ہوتی تھی۔ اب اب کچھ نہیں ہے۔</w:t>
      </w:r>
    </w:p>
    <w:p>
      <w:r>
        <w:rPr>
          <w:b/>
        </w:rPr>
        <w:t xml:space="preserve">[28:56] </w:t>
      </w:r>
      <w:r>
        <w:t>ab kya hai? britan banata hai air bus, amreeka banata hai boing.</w:t>
      </w:r>
    </w:p>
    <w:p>
      <w:pPr>
        <w:jc w:val="right"/>
      </w:pPr>
      <w:r>
        <w:t>اب کیا ہے؟ برٹن بناتا ہے ایئر بس، امریکہ بناتا ہے بوئنگ۔</w:t>
      </w:r>
    </w:p>
    <w:p>
      <w:r>
        <w:rPr>
          <w:b/>
        </w:rPr>
        <w:t xml:space="preserve">[29:07] </w:t>
      </w:r>
      <w:r>
        <w:t>wo bilyan bilyan is ki qimat hoti hai. kisi kay bas mein nahi kay banaye. ab sari dunya jo hai, ya to boing khareedti hai ya air bus khareedti hai.</w:t>
      </w:r>
    </w:p>
    <w:p>
      <w:pPr>
        <w:jc w:val="right"/>
      </w:pPr>
      <w:r>
        <w:t>وہ بلین بلین اس کی قیمت ہوتی ہے۔ کسی کے بس میں نہیں کہ بنائے۔ اب ساری دنیا جو ہے، یا تو بوئنگ خریدتی ہے یا ایئر بس خریدتی ہے۔</w:t>
      </w:r>
    </w:p>
    <w:p>
      <w:r>
        <w:rPr>
          <w:b/>
        </w:rPr>
        <w:t xml:space="preserve">[29:21] </w:t>
      </w:r>
      <w:r>
        <w:t>sari dunya ki jo ikonomi hai, un ki muthi mein hai. kyunkay bari bari jo masnooat hain, bari bari masnooat, wo inhi kay qabze mein hain.</w:t>
      </w:r>
    </w:p>
    <w:p>
      <w:pPr>
        <w:jc w:val="right"/>
      </w:pPr>
      <w:r>
        <w:t>ساری دنیا کی جو اکانومی ہے، ان کی مٹھی میں ہے۔ کیونکہ بڑی بڑی جو مصنوعات ہیں، بڑی بڑی مصنوعات، وہ انہی کے قبضے میں ہیں۔</w:t>
      </w:r>
    </w:p>
    <w:p>
      <w:r>
        <w:rPr>
          <w:b/>
        </w:rPr>
        <w:t xml:space="preserve">[29:37] </w:t>
      </w:r>
      <w:r>
        <w:t>to dunya baghair lare hue in kay qabze mein aa gayi hai. aaj jo hai, dunya baghair larai kiye, baghair talwar chalaye, in kay qabze mein aa gayi hai.</w:t>
      </w:r>
    </w:p>
    <w:p>
      <w:pPr>
        <w:jc w:val="right"/>
      </w:pPr>
      <w:r>
        <w:t>تو دنیا بغیر لڑے ہوئے ان کے قبضے میں آ گئی ہے۔ آج جو ہے، دنیا بغیر لڑائی کیے، بغیر تلوار چلائے، ان کے قبضے میں آ گئی ہے۔</w:t>
      </w:r>
    </w:p>
    <w:p>
      <w:r>
        <w:rPr>
          <w:b/>
        </w:rPr>
        <w:t xml:space="preserve">[29:49] </w:t>
      </w:r>
      <w:r>
        <w:t>kyunkay log logon kay liye option nahi hai doosra sawal kay in kay masnooat ko khareeden. aaj dunya ka biznes jo hai, chalta hai eviyeshan par.</w:t>
      </w:r>
    </w:p>
    <w:p>
      <w:pPr>
        <w:jc w:val="right"/>
      </w:pPr>
      <w:r>
        <w:t>کیونکہ لوگ لوگوں کے لیے آپشن نہیں ہے دوسرا سوال کہ ان کے مصنوعات کو خریدیں۔ آج دنیا کا بزنس جو ہے، چلتا ہے ایوی ایشن پر۔</w:t>
      </w:r>
    </w:p>
    <w:p>
      <w:r>
        <w:rPr>
          <w:b/>
        </w:rPr>
        <w:t xml:space="preserve">[30:01] </w:t>
      </w:r>
      <w:r>
        <w:t>agar dunya mein hawai jahaz na hon to partiyan khatam, tijarat khatam, indastri khatam.</w:t>
      </w:r>
    </w:p>
    <w:p>
      <w:pPr>
        <w:jc w:val="right"/>
      </w:pPr>
      <w:r>
        <w:t>اگر دنیا میں ہوائی جہاز نہ ہوں تو پارٹیز ختم، تجارت ختم، انڈسٹری ختم۔</w:t>
      </w:r>
    </w:p>
    <w:p>
      <w:r>
        <w:rPr>
          <w:b/>
        </w:rPr>
        <w:t xml:space="preserve">[30:13] </w:t>
      </w:r>
      <w:r>
        <w:t>aur aur aur aur eviyeshan kay biznes kis kay hath mein hai? wo hath mein hai boing kay hath mein ya air bus kay hath mein.</w:t>
      </w:r>
    </w:p>
    <w:p>
      <w:pPr>
        <w:jc w:val="right"/>
      </w:pPr>
      <w:r>
        <w:t>اور اور اور اور ایوی ایشن کے بزنس کس کے ہاتھ میں ہے؟ وہ ہاتھ میں ہے بوئنگ کے ہاتھ میں یا ایئر بس کے ہاتھ میں۔</w:t>
      </w:r>
    </w:p>
    <w:p>
      <w:r>
        <w:rPr>
          <w:b/>
        </w:rPr>
        <w:t xml:space="preserve">[30:28] </w:t>
      </w:r>
      <w:r>
        <w:t>to peaceful, peaceful satra ka daur aa gaya. yeh sirf musalman community hai.</w:t>
      </w:r>
    </w:p>
    <w:p>
      <w:pPr>
        <w:jc w:val="right"/>
      </w:pPr>
      <w:r>
        <w:t>تو پیس فل، پیس فل سترہ کا دور آ گیا۔ یہ صرف مسلم کمیونٹی ہے۔</w:t>
      </w:r>
    </w:p>
    <w:p>
      <w:r>
        <w:rPr>
          <w:b/>
        </w:rPr>
        <w:t xml:space="preserve">[30:38] </w:t>
      </w:r>
      <w:r>
        <w:t>ajeeb o ghareeb log hain yeh jo jantay hi nahi is ko. abhi bhi larai, wo is ki, wo larai ko jihad samajhtay hain.</w:t>
      </w:r>
    </w:p>
    <w:p>
      <w:pPr>
        <w:jc w:val="right"/>
      </w:pPr>
      <w:r>
        <w:t>عجیب و غریب لوگ ہیں یہ جو جانتے ہی نہیں اس کو۔ ابھی بھی لڑائی، وہ اس کی، وہ لڑائی کو جہاد سمجھتے ہیں۔</w:t>
      </w:r>
    </w:p>
    <w:p>
      <w:r>
        <w:rPr>
          <w:b/>
        </w:rPr>
        <w:t xml:space="preserve">[30:48] </w:t>
      </w:r>
      <w:r>
        <w:t>halankay larai jihad hai hi nahi. jihad to stragal ka naam hai.</w:t>
      </w:r>
    </w:p>
    <w:p>
      <w:pPr>
        <w:jc w:val="right"/>
      </w:pPr>
      <w:r>
        <w:t>حالانکہ لڑائی جہاد ہے ہی نہیں۔ جہاد تو اسٹرگل کا نام ہے۔</w:t>
      </w:r>
    </w:p>
    <w:p>
      <w:r>
        <w:rPr>
          <w:b/>
        </w:rPr>
        <w:t xml:space="preserve">[30:57] </w:t>
      </w:r>
      <w:r>
        <w:t>musalman log jo hain, unhon nay larai ko jihad ka naam day diya. yani namaz ka darja day diya is ko. namaz ka darja to namaz to parhi jaye gi hamesha.</w:t>
      </w:r>
    </w:p>
    <w:p>
      <w:pPr>
        <w:jc w:val="right"/>
      </w:pPr>
      <w:r>
        <w:t>مسلم لوگ جو ہیں، انہوں نے لڑائی کو جہاد کا نام دے دیا۔ یعنی نماز کا درجہ دے دیا اس کو۔ نماز کا درجہ تو نماز تو پڑھی جائے گی ہمیشہ۔</w:t>
      </w:r>
    </w:p>
    <w:p>
      <w:r>
        <w:rPr>
          <w:b/>
        </w:rPr>
        <w:t xml:space="preserve">[31:09] </w:t>
      </w:r>
      <w:r>
        <w:t>namaz to parhi jaye gi hamesha. to larai ko jihad ka naam day kar is ko namaz bana diya. is waqt chornay par tayar nahi hain wo.</w:t>
      </w:r>
    </w:p>
    <w:p>
      <w:pPr>
        <w:jc w:val="right"/>
      </w:pPr>
      <w:r>
        <w:t>نماز تو پڑھی جائے گی ہمیشہ۔ تو لڑائی کو جہاد کا نام دے کر اس کو نماز بنا دیا۔ اس وقت چھوڑنے پر تیار نہیں ہیں وہ۔</w:t>
      </w:r>
    </w:p>
    <w:p>
      <w:r>
        <w:rPr>
          <w:b/>
        </w:rPr>
        <w:t xml:space="preserve">[31:24] </w:t>
      </w:r>
      <w:r>
        <w:t>ab jo dekhiye, yeh sab jo hua tha, yeh is ka aik pehlu tha jo mein nay arz kiya. doosra pehlu is ka kya hai?</w:t>
      </w:r>
    </w:p>
    <w:p>
      <w:pPr>
        <w:jc w:val="right"/>
      </w:pPr>
      <w:r>
        <w:t>اب جو دیکھیے، یہ سب جو ہوا تھا، یہ اس کا ایک پہلو تھا جو میں نے عرض کیا۔ دوسرا پہلو اس کا کیا ہے؟</w:t>
      </w:r>
    </w:p>
    <w:p>
      <w:r>
        <w:rPr>
          <w:b/>
        </w:rPr>
        <w:t xml:space="preserve">[31:38] </w:t>
      </w:r>
      <w:r>
        <w:t>doosra pehlu dawat ka pehlu hai.</w:t>
      </w:r>
    </w:p>
    <w:p>
      <w:pPr>
        <w:jc w:val="right"/>
      </w:pPr>
      <w:r>
        <w:t>دوسرا پہلو دعوت کا پہلو ہے۔</w:t>
      </w:r>
    </w:p>
    <w:p>
      <w:r>
        <w:rPr>
          <w:b/>
        </w:rPr>
        <w:t xml:space="preserve">[31:45] </w:t>
      </w:r>
      <w:r>
        <w:t>hadison mein taqreeban tamam hadisi kitabon mein aik riwayat hai. bukhari mein bhi hai, muslim mein bhi hai.</w:t>
      </w:r>
    </w:p>
    <w:p>
      <w:pPr>
        <w:jc w:val="right"/>
      </w:pPr>
      <w:r>
        <w:t>حدیثوں میں تقریباً تمام حدیثی کتابوں میں ایک روایت ہے۔ بخاری میں بھی ہے، مسلم میں بھی ہے۔</w:t>
      </w:r>
    </w:p>
    <w:p>
      <w:r>
        <w:rPr>
          <w:b/>
        </w:rPr>
        <w:t xml:space="preserve">[31:56] </w:t>
      </w:r>
      <w:r>
        <w:t>wo yeh kay aik dor aye ga jab fajar log bhi, nan musalman log bhi, sekular log bhi islam kay</w:t>
      </w:r>
    </w:p>
    <w:p>
      <w:pPr>
        <w:jc w:val="right"/>
      </w:pPr>
      <w:r>
        <w:t>وہ یہ کہ ایک دور آئے گا جب فاجر لوگ بھی، نان مسلم لوگ بھی، سیکولر لوگ بھی اسلام کے</w:t>
      </w:r>
    </w:p>
    <w:p>
      <w:r>
        <w:rPr>
          <w:b/>
        </w:rPr>
        <w:t xml:space="preserve">[32:10] </w:t>
      </w:r>
      <w:r>
        <w:t>supporter ban jayen gay. yeh kitni ajeeb o ghareeb yeh peshangoi thi hadison mein. peshangoi kay is mani kay sari hi dunya islam ki supporter ban jaye gi.</w:t>
      </w:r>
    </w:p>
    <w:p>
      <w:pPr>
        <w:jc w:val="right"/>
      </w:pPr>
      <w:r>
        <w:t>سپورٹر بن جائیں گے۔ یہ کتنی عجیب و غریب یہ پیشنگوئی تھی حدیثوں میں۔ پیشنگوئی کہ اس معنی کہ ساری ہی دنیا اسلام کی سپورٹر بن جائے گی۔</w:t>
      </w:r>
    </w:p>
    <w:p>
      <w:r>
        <w:rPr>
          <w:b/>
        </w:rPr>
        <w:t xml:space="preserve">[32:27] </w:t>
      </w:r>
      <w:r>
        <w:t>yeh wo dor tha</w:t>
      </w:r>
    </w:p>
    <w:p>
      <w:pPr>
        <w:jc w:val="right"/>
      </w:pPr>
      <w:r>
        <w:t>یہ وہ دور تھا</w:t>
      </w:r>
    </w:p>
    <w:p>
      <w:r>
        <w:rPr>
          <w:b/>
        </w:rPr>
        <w:t xml:space="preserve">[32:31] </w:t>
      </w:r>
      <w:r>
        <w:t>jis ki hadis peshangoi ki ki gayi thi. aaj jo kamyunikayshan hai, aaj jo printng pres hai, aaj jo computer hai,</w:t>
      </w:r>
    </w:p>
    <w:p>
      <w:pPr>
        <w:jc w:val="right"/>
      </w:pPr>
      <w:r>
        <w:t>جس کی حدیث پیشنگوئی کی کی گئی تھی۔ آج جو کمیونیکیشن ہے، آج جو پرنٹنگ پریس ہے، آج جو کمپیوٹر ہے،</w:t>
      </w:r>
    </w:p>
    <w:p>
      <w:r>
        <w:rPr>
          <w:b/>
        </w:rPr>
        <w:t xml:space="preserve">[32:46] </w:t>
      </w:r>
      <w:r>
        <w:t>abhi mein jab mein jahan mein rehta hoon, si 29 mein, is say mein yahan aya to aik ajeeb mere maind mein aya kay wahan say mein first floor par tha.</w:t>
      </w:r>
    </w:p>
    <w:p>
      <w:pPr>
        <w:jc w:val="right"/>
      </w:pPr>
      <w:r>
        <w:t>ابھی میں جب میں جہاں میں رہتا ہوں، سی 29 میں، اس سے میں یہاں آیا تو ایک عجیب میرے مائنڈ میں آیا کہ وہاں سے میں فرسٹ فلور پر تھا۔</w:t>
      </w:r>
    </w:p>
    <w:p>
      <w:r>
        <w:rPr>
          <w:b/>
        </w:rPr>
        <w:t xml:space="preserve">[33:01] </w:t>
      </w:r>
      <w:r>
        <w:t>wahan first floor say neechay utra mein lift, lift kay, lift kay zariye phir yahan pohanchna tha mujhe.</w:t>
      </w:r>
    </w:p>
    <w:p>
      <w:pPr>
        <w:jc w:val="right"/>
      </w:pPr>
      <w:r>
        <w:t>وہاں فرسٹ فلور سے نیچے اترا میں لفٹ، لفٹ کے، لفٹ کے ذریعے پھر یہاں پہنچنا تھا مجھے۔</w:t>
      </w:r>
    </w:p>
    <w:p>
      <w:r>
        <w:rPr>
          <w:b/>
        </w:rPr>
        <w:t xml:space="preserve">[33:11] </w:t>
      </w:r>
      <w:r>
        <w:t>to yahan mein aya</w:t>
      </w:r>
    </w:p>
    <w:p>
      <w:pPr>
        <w:jc w:val="right"/>
      </w:pPr>
      <w:r>
        <w:t>تو یہاں میں آیا</w:t>
      </w:r>
    </w:p>
    <w:p>
      <w:r>
        <w:rPr>
          <w:b/>
        </w:rPr>
        <w:t xml:space="preserve">[33:15] </w:t>
      </w:r>
      <w:r>
        <w:t>is kay zariye, yeh vail chair kay zarie.</w:t>
      </w:r>
    </w:p>
    <w:p>
      <w:pPr>
        <w:jc w:val="right"/>
      </w:pPr>
      <w:r>
        <w:t>اس کے ذریعے، یہ ویل چیئر کے ذریعے۔</w:t>
      </w:r>
    </w:p>
    <w:p>
      <w:r>
        <w:rPr>
          <w:b/>
        </w:rPr>
        <w:t xml:space="preserve">[33:26] </w:t>
      </w:r>
      <w:r>
        <w:t>to isi tarike se doosri cheezen hain. to sara jo age of communication, age of industry, age of interest, yeh jo yeh age of civilization jo hai, woh sab ka sab isi mani mein pro Islam hai.</w:t>
      </w:r>
    </w:p>
    <w:p>
      <w:pPr>
        <w:jc w:val="right"/>
      </w:pPr>
      <w:r>
        <w:t>تو اسی طریقے سے دوسری چیزیں ہیں۔ تو سارا جو ایج آف کمیونیکیشن، ایج آف انڈسٹری، ایج آف انٹرسٹ، یہ جو یہ ایج آف سویلائزیشن جو ہے، وہ سب کا سب اسی معنی میں پرو اسلام ہے۔</w:t>
      </w:r>
    </w:p>
    <w:p>
      <w:r>
        <w:rPr>
          <w:b/>
        </w:rPr>
        <w:t xml:space="preserve">[33:48] </w:t>
      </w:r>
      <w:r>
        <w:t>pro islam ka mani yeh nahi ke woh musalli banega har jagah. shayad unhein musalli banayenge log. yeh yeh matlab nahi hai.</w:t>
      </w:r>
    </w:p>
    <w:p>
      <w:pPr>
        <w:jc w:val="right"/>
      </w:pPr>
      <w:r>
        <w:t>پرو اسلام کا معنی یہ نہیں کہ وہ مصلی بنے گا ہر جگہ۔ شاید انہیں مصلی بنائیں گے لوگ۔ یہ یہ مطلب نہیں ہے۔</w:t>
      </w:r>
    </w:p>
    <w:p>
      <w:r>
        <w:rPr>
          <w:b/>
        </w:rPr>
        <w:t xml:space="preserve">[33:59] </w:t>
      </w:r>
      <w:r>
        <w:t>is ka matlab yeh hai ke monopolization khatam ho jayega. monopoly khatam ho jayegi. pehle zamane mein sirf badshah log the jo talwar banate the.</w:t>
      </w:r>
    </w:p>
    <w:p>
      <w:pPr>
        <w:jc w:val="right"/>
      </w:pPr>
      <w:r>
        <w:t>اس کا مطلب یہ ہے کہ موناپولائزیشن ختم ہو جائے گا۔ موناپولی ختم ہو جائے گی۔ پہلے زمانے میں صرف بادشاہ لوگ تھے جو تلوار بناتے تھے۔</w:t>
      </w:r>
    </w:p>
    <w:p>
      <w:r>
        <w:rPr>
          <w:b/>
        </w:rPr>
        <w:t xml:space="preserve">[34:12] </w:t>
      </w:r>
      <w:r>
        <w:t>aam logon ke bas mein nahi tha ke talwar banana hai. to wohi ladte bhi the. ab daur aa gaya hai ke aap de-monopolization ho gaya.</w:t>
      </w:r>
    </w:p>
    <w:p>
      <w:pPr>
        <w:jc w:val="right"/>
      </w:pPr>
      <w:r>
        <w:t>عام لوگوں کے بس میں نہیں تھا کہ تلوار بنانا ہے۔ تو وہی لڑتے بھی تھے۔ اب دور آ گیا ہے کہ آپ ڈی موناپولائزیشن ہو گیا۔</w:t>
      </w:r>
    </w:p>
    <w:p>
      <w:r>
        <w:rPr>
          <w:b/>
        </w:rPr>
        <w:t xml:space="preserve">[34:23] </w:t>
      </w:r>
      <w:r>
        <w:t>har cheez, har cheez aap chahen to hawai jahaz khareed len, car khareed len, machine khareed len. sab aap ke, yani potentially aap ke kabze mein hai.</w:t>
      </w:r>
    </w:p>
    <w:p>
      <w:pPr>
        <w:jc w:val="right"/>
      </w:pPr>
      <w:r>
        <w:t>ہر چیز، ہر چیز آپ چاہیں تو ہوائی جہاز خرید لیں، کار خرید لیں، مشین خرید لیں۔ سب آپ کے، یعنی پوٹینشلی آپ کے قبضے میں ہے۔</w:t>
      </w:r>
    </w:p>
    <w:p>
      <w:r>
        <w:rPr>
          <w:b/>
        </w:rPr>
        <w:t xml:space="preserve">[34:38] </w:t>
      </w:r>
      <w:r>
        <w:t>aap daawa empire khara karen, sari duniya mein dawat phailayen aur sari us ko istemal karen.</w:t>
      </w:r>
    </w:p>
    <w:p>
      <w:pPr>
        <w:jc w:val="right"/>
      </w:pPr>
      <w:r>
        <w:t>آپ دعویٰ امپائر کھڑا کریں، ساری دنیا میں دعوت پھیلائیں اور ساری اس کو استعمال کریں۔</w:t>
      </w:r>
    </w:p>
    <w:p>
      <w:r>
        <w:rPr>
          <w:b/>
        </w:rPr>
        <w:t xml:space="preserve">[34:48] </w:t>
      </w:r>
      <w:r>
        <w:t>hamare jaise boodhe ko bhi aap istemal karen machine ke zariye se. to yeh tamam wasail jo hai, sab ke istemal mein aa jayenge.</w:t>
      </w:r>
    </w:p>
    <w:p>
      <w:pPr>
        <w:jc w:val="right"/>
      </w:pPr>
      <w:r>
        <w:t>ہمارے جیسے بوڑھے کو بھی آپ استعمال کریں مشین کے ذریعے سے۔ تو یہ تمام وسائل جو ہے، سب کے استعمال میں آ جائیں گے۔</w:t>
      </w:r>
    </w:p>
    <w:p>
      <w:r>
        <w:rPr>
          <w:b/>
        </w:rPr>
        <w:t xml:space="preserve">[35:00] </w:t>
      </w:r>
      <w:r>
        <w:t>yeh matlab hai jo hadithon mein, hadithon mein bataya gaya hai ke non muslim, hatta ke fajar log bhi islam ke ma'yub ban jayenge.</w:t>
      </w:r>
    </w:p>
    <w:p>
      <w:pPr>
        <w:jc w:val="right"/>
      </w:pPr>
      <w:r>
        <w:t>یہ مطلب ہے جو حدیثوں میں، حدیثوں میں بتایا گیا ہے کہ نان مسلم، حتیٰ کہ فاجر لوگ بھی اسلام کے معیوب بن جائیں گے۔</w:t>
      </w:r>
    </w:p>
    <w:p>
      <w:r>
        <w:rPr>
          <w:b/>
        </w:rPr>
        <w:t xml:space="preserve">[35:12] </w:t>
      </w:r>
      <w:r>
        <w:t>is ka matlab hai ke woh log ek aisi civilization banayenge, law of nature ko daryaft kar ke ek aisa daur layenge jahan monopoly nahi hogi.</w:t>
      </w:r>
    </w:p>
    <w:p>
      <w:pPr>
        <w:jc w:val="right"/>
      </w:pPr>
      <w:r>
        <w:t>اس کا معنی ہے کہ وہ لوگ ایک ایسی سویلائزیشن بنائیں گے، لاء آف نیچر کو دریافت کر کے ایک ایسا دور لائیں گے جہاں موناپولی نہیں ہوگی۔</w:t>
      </w:r>
    </w:p>
    <w:p>
      <w:r>
        <w:rPr>
          <w:b/>
        </w:rPr>
        <w:t xml:space="preserve">[35:26] </w:t>
      </w:r>
      <w:r>
        <w:t>monopoly nahi hogi to jo chahe us ko istemal kare. to musalman bhi istemal kar sakte hain us ko islam ke liye. yeh matlab hai is ka.</w:t>
      </w:r>
    </w:p>
    <w:p>
      <w:pPr>
        <w:jc w:val="right"/>
      </w:pPr>
      <w:r>
        <w:t>موناپولی نہیں ہوگی تو جو چاہے اس کو استعمال کرے۔ تو مسلمان بھی استعمال کر سکتے ہیں اس کو اسلام کے لیے۔ یہ مطلب ہے اس کا۔</w:t>
      </w:r>
    </w:p>
    <w:p>
      <w:r>
        <w:rPr>
          <w:b/>
        </w:rPr>
        <w:t xml:space="preserve">[35:38] </w:t>
      </w:r>
      <w:r>
        <w:t>Bukhari mein hai ke in Allah la yudeen bid-rajulil-fajir. Allah deen ki taeed karega fajar ke zariye bhi.</w:t>
      </w:r>
    </w:p>
    <w:p>
      <w:pPr>
        <w:jc w:val="right"/>
      </w:pPr>
      <w:r>
        <w:t>بخاری میں ہے کہ ان اللہ لاید الدین بالرجل الفاجر۔ اللہ دین کی تائید کرے گا فاجر کے ذریعے بھی۔</w:t>
      </w:r>
    </w:p>
    <w:p>
      <w:r>
        <w:rPr>
          <w:b/>
        </w:rPr>
        <w:t xml:space="preserve">[35:51] </w:t>
      </w:r>
      <w:r>
        <w:t>is ka is ka matlab kya hai? is ka matlab hai nahi ke fajar aadmi aakhri masjidon mein quran padhega. yeh matlab nahi hai. fajar aadmi aisa daur layega, aisi industry layega,</w:t>
      </w:r>
    </w:p>
    <w:p>
      <w:pPr>
        <w:jc w:val="right"/>
      </w:pPr>
      <w:r>
        <w:t>اس کا اس کا مطلب کیا ہے؟ اس کا مطلب ہے نہیں کہ فاجر آدمی آخری مسجدوں میں قرآن پڑھے گا۔ یہ مطلب نہیں ہے۔ فاجر آدمی ایسا دور لائے گا، ایسی انڈسٹری لائے گا،</w:t>
      </w:r>
    </w:p>
    <w:p>
      <w:r>
        <w:rPr>
          <w:b/>
        </w:rPr>
        <w:t xml:space="preserve">[36:06] </w:t>
      </w:r>
      <w:r>
        <w:t>aisi</w:t>
      </w:r>
    </w:p>
    <w:p>
      <w:pPr>
        <w:jc w:val="right"/>
      </w:pPr>
      <w:r>
        <w:t>ایسی</w:t>
      </w:r>
    </w:p>
    <w:p>
      <w:r>
        <w:rPr>
          <w:b/>
        </w:rPr>
        <w:t xml:space="preserve">[36:10] </w:t>
      </w:r>
      <w:r>
        <w:t>technology layega jo har ek ke liye jis ko istemal karna possible hoga. to jis tarah istemal kar rahe honge doosre log,</w:t>
      </w:r>
    </w:p>
    <w:p>
      <w:pPr>
        <w:jc w:val="right"/>
      </w:pPr>
      <w:r>
        <w:t>ٹیکنالوجی لائے گا جو ہر ایک کے لیے جس کو استعمال کرنا پاسیبل ہوگا۔ تو جس طرح استعمال کر رہے ہوں گے دوسرے لوگ،</w:t>
      </w:r>
    </w:p>
    <w:p>
      <w:r>
        <w:rPr>
          <w:b/>
        </w:rPr>
        <w:t xml:space="preserve">[36:26] </w:t>
      </w:r>
      <w:r>
        <w:t>usi tarah mumkin ho jayega ke millat millat muhammadi istemal kare dawat dawat ke liye. jaise Tata tha.</w:t>
      </w:r>
    </w:p>
    <w:p>
      <w:pPr>
        <w:jc w:val="right"/>
      </w:pPr>
      <w:r>
        <w:t>اسی طرح ممکن ہو جائے گا کہ ملت ملت محمدی استعمال کرے دعوت دعوت کے لیے۔ جیسے ٹاٹا تھا۔</w:t>
      </w:r>
    </w:p>
    <w:p>
      <w:r>
        <w:rPr>
          <w:b/>
        </w:rPr>
        <w:t xml:space="preserve">[36:39] </w:t>
      </w:r>
      <w:r>
        <w:t>Tata paida hua France mein. phir us ke zehen mein aaya ke woh India mein hard work, India mein woh lohe ki industry</w:t>
      </w:r>
    </w:p>
    <w:p>
      <w:pPr>
        <w:jc w:val="right"/>
      </w:pPr>
      <w:r>
        <w:t>ٹاٹا پیدا ہوا فرانس میں۔ پھر اس کے ذہن میں آیا کہ وہ انڈیا میں ہارڈ ورک، انڈیا میں وہ لوہے کی انڈسٹری</w:t>
      </w:r>
    </w:p>
    <w:p>
      <w:r>
        <w:rPr>
          <w:b/>
        </w:rPr>
        <w:t xml:space="preserve">[36:53] </w:t>
      </w:r>
      <w:r>
        <w:t>banaye. to France ko chhod kar ke India aa gaya yahan aur us ne bohat bara,</w:t>
      </w:r>
    </w:p>
    <w:p>
      <w:pPr>
        <w:jc w:val="right"/>
      </w:pPr>
      <w:r>
        <w:t>بنائے۔ تو فرانس کو چھوڑ کر کے انڈیا آ گیا یہاں اور اس نے بہت بڑا،</w:t>
      </w:r>
    </w:p>
    <w:p>
      <w:r>
        <w:rPr>
          <w:b/>
        </w:rPr>
        <w:t xml:space="preserve">[37:03] </w:t>
      </w:r>
      <w:r>
        <w:t>bohat bara, is bohat bari industry lagai. bohat hi bari jo railway ka saman supply karti hai.</w:t>
      </w:r>
    </w:p>
    <w:p>
      <w:pPr>
        <w:jc w:val="right"/>
      </w:pPr>
      <w:r>
        <w:t>بہت بڑا، اس بہت بڑی انڈسٹری لگائی۔ بہت ہی بڑی جو ریلوے کا سامان سپلائی کرتی ہے۔</w:t>
      </w:r>
    </w:p>
    <w:p>
      <w:r>
        <w:rPr>
          <w:b/>
        </w:rPr>
        <w:t xml:space="preserve">[37:17] </w:t>
      </w:r>
      <w:r>
        <w:t>to Tata koi government nahi hai. Tata hai insanon ki jamaat ka naam hai. to baghair government ke yeh mumkin ho gaya ke aap ek empire khara kar saken.</w:t>
      </w:r>
    </w:p>
    <w:p>
      <w:pPr>
        <w:jc w:val="right"/>
      </w:pPr>
      <w:r>
        <w:t>تو ٹاٹا کوئی گورنمنٹ نہیں ہے۔ ٹاٹا ہے انسانوں کی جماعت کا نام ہے۔ تو بغیر گورنمنٹ کے یہ ممکن ہو گیا کہ آپ ایک ایمپائر کھڑا کر سکیں۔</w:t>
      </w:r>
    </w:p>
    <w:p>
      <w:r>
        <w:rPr>
          <w:b/>
        </w:rPr>
        <w:t xml:space="preserve">[37:33] </w:t>
      </w:r>
      <w:r>
        <w:t>Tata ne India mein ek empire khara kar rakha hai. business, business empire. us ko hukoomat nahi hai. aap ko maloom hai ke us ne air air company banai thi aur market design ke zamane mein us ko band kar diya.</w:t>
      </w:r>
    </w:p>
    <w:p>
      <w:pPr>
        <w:jc w:val="right"/>
      </w:pPr>
      <w:r>
        <w:t>ٹاٹا نے انڈیا میں ایک ایمپائر کھڑا کر رکھا ہے۔ بزنس، بزنس ایمپائر۔ اس کو حکومت نہیں ہے۔ آپ کو معلوم ہے کہ اس نے ایئر ایئر کمپنی بنائی تھی اور مارجٹ ڈیزائن کے زمانے میں اس کو بند کر دیا۔</w:t>
      </w:r>
    </w:p>
    <w:p>
      <w:r>
        <w:rPr>
          <w:b/>
        </w:rPr>
        <w:t xml:space="preserve">[37:47] </w:t>
      </w:r>
      <w:r>
        <w:t>aur itni taqat ki hukoomat hoti hai. taqat ki, taqat ki itni hukoomat hoti hai ke us ne Tata ko aviation mein aanay nahi diya.</w:t>
      </w:r>
    </w:p>
    <w:p>
      <w:pPr>
        <w:jc w:val="right"/>
      </w:pPr>
      <w:r>
        <w:t>اور اتنی طاقت کی حکومت ہوتی ہے۔ طاقت کی، طاقت کی اتنی حکومت ہوتی ہے کہ اس نے ٹاٹا کو ایوی ایشن میں آنے نہیں دیا۔</w:t>
      </w:r>
    </w:p>
    <w:p>
      <w:r>
        <w:rPr>
          <w:b/>
        </w:rPr>
        <w:t xml:space="preserve">[38:02] </w:t>
      </w:r>
      <w:r>
        <w:t>to musalmanon ko janna chahiye ke sirf ek cheez taboo hai, woh hai politics. baqi sab tumhare kabze mein hai.</w:t>
      </w:r>
    </w:p>
    <w:p>
      <w:pPr>
        <w:jc w:val="right"/>
      </w:pPr>
      <w:r>
        <w:t>تو مسلمانوں کو جاننا چاہیے کہ صرف ایک چیز ٹیبو ہے، وہ ہے پولیٹکس۔ باقی سب تمہارے قبضے میں ہے۔</w:t>
      </w:r>
    </w:p>
    <w:p>
      <w:r>
        <w:rPr>
          <w:b/>
        </w:rPr>
        <w:t xml:space="preserve">[38:13] </w:t>
      </w:r>
      <w:r>
        <w:t>political takrao na karo aur sari duniya tumhari hai. yeh raat koi janta hi nahi. Arab se Ajam tak koi janta hi nahi ke political takrao na karo aur sari duniya tumhari hai.</w:t>
      </w:r>
    </w:p>
    <w:p>
      <w:pPr>
        <w:jc w:val="right"/>
      </w:pPr>
      <w:r>
        <w:t>پولیٹیکل ٹکراؤ نہ کرو اور ساری دنیا تمہاری ہے۔ یہ رات کوئی جانتا ہی نہیں۔ عرب سے عجم تک کوئی جانتا ہی نہیں کہ پولیٹیکل ٹکراؤ نہ کرو اور ساری دنیا تمہاری ہے۔</w:t>
      </w:r>
    </w:p>
    <w:p>
      <w:r>
        <w:rPr>
          <w:b/>
        </w:rPr>
        <w:t xml:space="preserve">[38:30] </w:t>
      </w:r>
      <w:r>
        <w:t>sari duniya tumhari hai.</w:t>
      </w:r>
    </w:p>
    <w:p>
      <w:pPr>
        <w:jc w:val="right"/>
      </w:pPr>
      <w:r>
        <w:t>ساری دنیا تمہاری ہے۔</w:t>
      </w:r>
    </w:p>
    <w:p>
      <w:r>
        <w:rPr>
          <w:b/>
        </w:rPr>
        <w:t xml:space="preserve">[38:35] </w:t>
      </w:r>
      <w:r>
        <w:t>to ab jo yahi woh daur hai, us ko hadith mein kaha gaya hai shahadat-e-azam. shahadat-e-azam yani great witness.</w:t>
      </w:r>
    </w:p>
    <w:p>
      <w:pPr>
        <w:jc w:val="right"/>
      </w:pPr>
      <w:r>
        <w:t>تو اب جو یہی وہ دور ہے، اس کو حدیث میں کہا گیا ہے شہادت اعظم۔ شہادت اعظم یعنی گریٹ وٹنس۔</w:t>
      </w:r>
    </w:p>
    <w:p>
      <w:r>
        <w:rPr>
          <w:b/>
        </w:rPr>
        <w:t xml:space="preserve">[38:47] </w:t>
      </w:r>
      <w:r>
        <w:t>is ka matlab kya hai? global daawa. shahadat-e-aazam ka matlab hai global daawa. kabhi kisi paighambar ko mauqa nahi tha ke woh global daawa kar sake.</w:t>
      </w:r>
    </w:p>
    <w:p>
      <w:pPr>
        <w:jc w:val="right"/>
      </w:pPr>
      <w:r>
        <w:t>اس کا معنی کیا ہے؟ گلوبل دعویٰ۔ شہادت اعظم کا مطلب ہے گلوبل دعویٰ۔ کبھی کسی پیغمبر کو موقع نہیں تھا کہ وہ گلوبل دعویٰ کرے۔</w:t>
      </w:r>
    </w:p>
    <w:p>
      <w:r>
        <w:rPr>
          <w:b/>
        </w:rPr>
        <w:t xml:space="preserve">[39:02] </w:t>
      </w:r>
      <w:r>
        <w:t>aaj potentially possible ho gaya hai global daawa. yeh saari duniya mein jahan bhi insaan rehte hon, wahan aap pahunch sakte hain.</w:t>
      </w:r>
    </w:p>
    <w:p>
      <w:pPr>
        <w:jc w:val="right"/>
      </w:pPr>
      <w:r>
        <w:t>آج پوٹینشلی پاسیبل ہو گیا ہے گلوبل دعویٰ۔ یہ ساری دنیا میں جہاں بھی انسان رہتے ہوں، وہاں آپ پہنچ سکتے ہیں۔</w:t>
      </w:r>
    </w:p>
    <w:p>
      <w:r>
        <w:rPr>
          <w:b/>
        </w:rPr>
        <w:t xml:space="preserve">[39:17] </w:t>
      </w:r>
      <w:r>
        <w:t>aisi sawariyan hain, aise sadhan hain, aisi sarkein hain, aisi technology hai aur is ki kisi kisi hukoomat ki zaroorat nahi hai.</w:t>
      </w:r>
    </w:p>
    <w:p>
      <w:pPr>
        <w:jc w:val="right"/>
      </w:pPr>
      <w:r>
        <w:t>ایسی سواریاں ہیں، ایسے سادن ہیں، ایسی سڑکیں ہیں، ایسی ٹیکنالوجی ہے اور اس کی کسی کسی حکومت کی ضرورت نہیں ہے۔</w:t>
      </w:r>
    </w:p>
    <w:p>
      <w:r>
        <w:rPr>
          <w:b/>
        </w:rPr>
        <w:t xml:space="preserve">[39:31] </w:t>
      </w:r>
      <w:r>
        <w:t>jis tarah se Tata ne baghair hukoomat ke India mein apna aik industrial empire bana rakha hai, aise hi ummat-e-Muhammadi ke liye mumkin ho gaya ke hukoomat ke baghair woh saari duniya mein global level par aik daawa empire khada kar de.</w:t>
      </w:r>
    </w:p>
    <w:p>
      <w:pPr>
        <w:jc w:val="right"/>
      </w:pPr>
      <w:r>
        <w:t>جس طرح سے ٹاٹا نے بغیر حکومت کے انڈیا میں اپنا ایک انڈسٹریل ایمپائر بنا رکھا ہے، ایسے ہی ملت محمدی کے لیے ممکن ہو گیا کہ حکومت کے بغیر وہ ساری دنیا میں گلوبل لیول پر ایک دعویٰ ایمپائر کھڑا کر دے۔</w:t>
      </w:r>
    </w:p>
    <w:p>
      <w:r>
        <w:rPr>
          <w:b/>
        </w:rPr>
        <w:t xml:space="preserve">[39:53] </w:t>
      </w:r>
      <w:r>
        <w:t>koi rukawat nahi hai. sirf gun chhod di hai, talwar chhod di hai, bomb chhod di hai. lekin mahaz ilm ke mutabiq koi jaante hi nahi is ko.</w:t>
      </w:r>
    </w:p>
    <w:p>
      <w:pPr>
        <w:jc w:val="right"/>
      </w:pPr>
      <w:r>
        <w:t>کوئی رکاوٹ نہیں ہے۔ صرف گن چھوڑ دی ہے، تلوار چھوڑ دی ہے، بم چھوڑ دی ہے۔ لیکن محض علم کے مطابق کوئی جانتے ہی نہیں اس کو۔</w:t>
      </w:r>
    </w:p>
    <w:p>
      <w:r>
        <w:rPr>
          <w:b/>
        </w:rPr>
        <w:t xml:space="preserve">[40:07] </w:t>
      </w:r>
      <w:r>
        <w:t>sab log jaante hain ke bomb maaro, gun maaro.</w:t>
      </w:r>
    </w:p>
    <w:p>
      <w:pPr>
        <w:jc w:val="right"/>
      </w:pPr>
      <w:r>
        <w:t>سب لوگ جانتے ہیں کہ بم مارو، گن مارو۔</w:t>
      </w:r>
    </w:p>
    <w:p>
      <w:r>
        <w:rPr>
          <w:b/>
        </w:rPr>
        <w:t xml:space="preserve">[40:14] </w:t>
      </w:r>
      <w:r>
        <w:t>to yeh waqt aa gaya hai. ab main aap ko yeh arz karunga ke hadith mein jo aaya hai, yeh shahadat-e-aazam ke aik zamana aayega jab shahadat-e-aazam ada ki jayegi.</w:t>
      </w:r>
    </w:p>
    <w:p>
      <w:pPr>
        <w:jc w:val="right"/>
      </w:pPr>
      <w:r>
        <w:t>تو یہ وقت آ گیا ہے۔ اب میں آپ کو یہ عرض کروں گا کہ حدیث میں جو آیا ہے، یہ شہادت اعظم کہ ایک زمانہ آئے گا جب شہادت اعظم ادا کی جائے گی۔</w:t>
      </w:r>
    </w:p>
    <w:p>
      <w:r>
        <w:rPr>
          <w:b/>
        </w:rPr>
        <w:t xml:space="preserve">[40:29] </w:t>
      </w:r>
      <w:r>
        <w:t>shahadat-e-aazam yani great witness. aise Quran mein hai tabiyeen ka lafz hai. tabiyeen yani great tabiyeen.</w:t>
      </w:r>
    </w:p>
    <w:p>
      <w:pPr>
        <w:jc w:val="right"/>
      </w:pPr>
      <w:r>
        <w:t>شہادت اعظم یعنی گریٹ وٹنس۔ ایسے قرآن میں ہے تابعین کا لفظ ہے۔ تابعین یعنی گریٹ تابعین۔</w:t>
      </w:r>
    </w:p>
    <w:p>
      <w:r>
        <w:rPr>
          <w:b/>
        </w:rPr>
        <w:t xml:space="preserve">[40:39] </w:t>
      </w:r>
      <w:r>
        <w:t>wahan great witness hai, yahan great tabiyeen hain.</w:t>
      </w:r>
    </w:p>
    <w:p>
      <w:pPr>
        <w:jc w:val="right"/>
      </w:pPr>
      <w:r>
        <w:t>وہاں گریٹ وٹنس ہے، یہاں گریٹ تابعین ہے۔</w:t>
      </w:r>
    </w:p>
    <w:p>
      <w:r>
        <w:rPr>
          <w:b/>
        </w:rPr>
        <w:t xml:space="preserve">[40:48] </w:t>
      </w:r>
      <w:r>
        <w:t>lekin kya hua? fitna-e-dohma aa gaya. dohama ke maani utter darkness. yani sab ki aankhon par parde pad gaye.</w:t>
      </w:r>
    </w:p>
    <w:p>
      <w:pPr>
        <w:jc w:val="right"/>
      </w:pPr>
      <w:r>
        <w:t>لیکن کیا ہوا؟ فتنہ دوہما آ گیا۔ دوہما کے معنی اٹر ڈارکنس۔ یعنی سب کی آنکھوں پر پردے پڑ گئے۔</w:t>
      </w:r>
    </w:p>
    <w:p>
      <w:r>
        <w:rPr>
          <w:b/>
        </w:rPr>
        <w:t xml:space="preserve">[40:59] </w:t>
      </w:r>
      <w:r>
        <w:t>sab log phans gaye is mein jis ko main ne pichhli baar kaha tha westophobia.</w:t>
      </w:r>
    </w:p>
    <w:p>
      <w:pPr>
        <w:jc w:val="right"/>
      </w:pPr>
      <w:r>
        <w:t>سب لوگ پھنس گئے اس میں جس کو میں نے پچھلی بار کہا تھا ویسٹو فوبیا۔</w:t>
      </w:r>
    </w:p>
    <w:p>
      <w:r>
        <w:rPr>
          <w:b/>
        </w:rPr>
        <w:t xml:space="preserve">[41:10] </w:t>
      </w:r>
      <w:r>
        <w:t>musalman ilzaam dete hain ke ke maghrib jo hai islamophobia mein mubtala hai.</w:t>
      </w:r>
    </w:p>
    <w:p>
      <w:pPr>
        <w:jc w:val="right"/>
      </w:pPr>
      <w:r>
        <w:t>مسلمان الزام دیتے ہیں کہ کہ مغرب جو ہے اسلامو فوبیا میں مبتلا ہے۔</w:t>
      </w:r>
    </w:p>
    <w:p>
      <w:r>
        <w:rPr>
          <w:b/>
        </w:rPr>
        <w:t xml:space="preserve">[41:20] </w:t>
      </w:r>
      <w:r>
        <w:t>yeh bilkul false hai. false. koi duniya mein koi bhi nahi hai jo islamophobia mein mubtala ho.</w:t>
      </w:r>
    </w:p>
    <w:p>
      <w:pPr>
        <w:jc w:val="right"/>
      </w:pPr>
      <w:r>
        <w:t>یہ بالکل فالس ہے۔ فالس۔ کوئی دنیا میں کوئی بھی نہیں ہے جو اسلامو فوبیا میں مبتلا ہو۔</w:t>
      </w:r>
    </w:p>
    <w:p>
      <w:r>
        <w:rPr>
          <w:b/>
        </w:rPr>
        <w:t xml:space="preserve">[41:30] </w:t>
      </w:r>
      <w:r>
        <w:t>yeh yaad rakhiye, yeh aish aish ke khilaaf hai. yeh daur ke khilaaf hai. koi Hindu Hindu phobia, Islam phobia, Buddhist phobia.</w:t>
      </w:r>
    </w:p>
    <w:p>
      <w:pPr>
        <w:jc w:val="right"/>
      </w:pPr>
      <w:r>
        <w:t>یہ یاد رکھیے، یہ عیش عیش کے خلاف ہے۔ یہ دور کے خلاف ہے۔ کوئی ہندو ہندو فوبیا، اسلام فوبیا، بدھسٹ فوبیا۔</w:t>
      </w:r>
    </w:p>
    <w:p>
      <w:r>
        <w:rPr>
          <w:b/>
        </w:rPr>
        <w:t xml:space="preserve">[41:43] </w:t>
      </w:r>
      <w:r>
        <w:t>yeh yeh daur ke khilaaf hai. albatta musalman ka jo hai, jo fitna woh hai westophobia.</w:t>
      </w:r>
    </w:p>
    <w:p>
      <w:pPr>
        <w:jc w:val="right"/>
      </w:pPr>
      <w:r>
        <w:t>یہ یہ دور کے خلاف ہے۔ البتہ مسلمان کا جو ہے، جو فتنہ وہ ہے ویسٹو فوبیا۔</w:t>
      </w:r>
    </w:p>
    <w:p>
      <w:r>
        <w:rPr>
          <w:b/>
        </w:rPr>
        <w:t xml:space="preserve">[41:59] </w:t>
      </w:r>
      <w:r>
        <w:t>to fitna-e-dohma ka matlab hai fitna westophobia ya nafrat. nafrat, nafrat, nafrat.</w:t>
      </w:r>
    </w:p>
    <w:p>
      <w:pPr>
        <w:jc w:val="right"/>
      </w:pPr>
      <w:r>
        <w:t>تو فتنہ دوہما کا مطلب ہے فتنہ ویسٹو فوبیا یا نفرت۔ نفرت، نفرت، نفرت۔</w:t>
      </w:r>
    </w:p>
    <w:p>
      <w:r>
        <w:rPr>
          <w:b/>
        </w:rPr>
        <w:t xml:space="preserve">[42:10] </w:t>
      </w:r>
      <w:r>
        <w:t>is nafrat ki wajah se log samajh nahi paate ke yeh to daur woh hai ke jang khatm, bomb khatm, gun khatm.</w:t>
      </w:r>
    </w:p>
    <w:p>
      <w:pPr>
        <w:jc w:val="right"/>
      </w:pPr>
      <w:r>
        <w:t>اس نفرت کی وجہ سے لوگ سمجھ نہیں پاتے کہ یہ تو دور وہ ہے کہ جنگ ختم، بم ختم، گن ختم۔</w:t>
      </w:r>
    </w:p>
    <w:p>
      <w:r>
        <w:rPr>
          <w:b/>
        </w:rPr>
        <w:t xml:space="preserve">[42:22] </w:t>
      </w:r>
      <w:r>
        <w:t>ab to peaceful zariye se jo chahe karo. peaceful zariye se tum Quran empire banao, daawa empire banao, tableegh empire banao.</w:t>
      </w:r>
    </w:p>
    <w:p>
      <w:pPr>
        <w:jc w:val="right"/>
      </w:pPr>
      <w:r>
        <w:t>اب تو پیس فل ذریعے سے جو چاہے کرو۔ پیس فل ذریعے سے تم قرآن ایمپائر بناؤ، دعویٰ ایمپائر بناؤ، تبلیغ ایمپائر بناؤ۔</w:t>
      </w:r>
    </w:p>
    <w:p>
      <w:r>
        <w:rPr>
          <w:b/>
        </w:rPr>
        <w:t xml:space="preserve">[42:37] </w:t>
      </w:r>
      <w:r>
        <w:t>koi rukawat nahi hai, koi rokne wala nahi hai.</w:t>
      </w:r>
    </w:p>
    <w:p>
      <w:pPr>
        <w:jc w:val="right"/>
      </w:pPr>
      <w:r>
        <w:t>کوئی رکاوٹ نہیں ہے، کوئی روکنے والا نہیں ہے۔</w:t>
      </w:r>
    </w:p>
    <w:p>
      <w:r>
        <w:rPr>
          <w:b/>
        </w:rPr>
        <w:t xml:space="preserve">[42:43] </w:t>
      </w:r>
      <w:r>
        <w:t>beh-haal jo main kehna chahta hoon woh yeh hai ke kya aap jawab denge Allah taala ko jab Allah taala aapse</w:t>
      </w:r>
    </w:p>
    <w:p>
      <w:pPr>
        <w:jc w:val="right"/>
      </w:pPr>
      <w:r>
        <w:t>بہرحال جو میں کہنا چاہتا ہوں وہ یہ ہے کہ کیا آپ جواب دیں گے اللہ تعالیٰ کو جب اللہ تعالیٰ آپ سے</w:t>
      </w:r>
    </w:p>
    <w:p>
      <w:r>
        <w:rPr>
          <w:b/>
        </w:rPr>
        <w:t xml:space="preserve">[42:54] </w:t>
      </w:r>
      <w:r>
        <w:t>poochega ke tumhare liye main ne khol diya tha saara rasta, saara rasta, saara rasta aur tum westophobia mein phans gaye, fitna-e-dohma mein phans gaye?</w:t>
      </w:r>
    </w:p>
    <w:p>
      <w:pPr>
        <w:jc w:val="right"/>
      </w:pPr>
      <w:r>
        <w:t>پوچھے گا کہ تمہارے لیے میں نے کھول دیا تھا سارا راستہ، سارا راستہ، سارا راستہ اور تم ویسٹو فوبیا میں پھنس گئے، فتنہ دوہما میں پھنس گئے؟</w:t>
      </w:r>
    </w:p>
    <w:p>
      <w:r>
        <w:rPr>
          <w:b/>
        </w:rPr>
        <w:t xml:space="preserve">[43:11] </w:t>
      </w:r>
      <w:r>
        <w:t>mujhe aik qissa yaad aata hai. aik saahab jo businessman the, apne un ka aik pota tha, zaheen.</w:t>
      </w:r>
    </w:p>
    <w:p>
      <w:pPr>
        <w:jc w:val="right"/>
      </w:pPr>
      <w:r>
        <w:t>مجھے ایک قصہ یاد آتا ہے۔ ایک صاحب جو بزنس مین تھے، اپنے ان کا ایک پوتا تھا، ذہین۔</w:t>
      </w:r>
    </w:p>
    <w:p>
      <w:r>
        <w:rPr>
          <w:b/>
        </w:rPr>
        <w:t xml:space="preserve">[43:25] </w:t>
      </w:r>
      <w:r>
        <w:t>to woh chahte the ke pote ko business ka gur sikhayen. bahut zaheen aadmi the, woh khud bhi. yeh sachha qissa hai.</w:t>
      </w:r>
    </w:p>
    <w:p>
      <w:pPr>
        <w:jc w:val="right"/>
      </w:pPr>
      <w:r>
        <w:t>تو وہ چاہتے تھے کہ پوتے کو بزنس کا گر سکھائیں۔ بہت ذہین آدمی تھے، وہ خود بھی۔ یہ سچا قصہ ہے۔</w:t>
      </w:r>
    </w:p>
    <w:p>
      <w:r>
        <w:rPr>
          <w:b/>
        </w:rPr>
        <w:t xml:space="preserve">[43:37] </w:t>
      </w:r>
      <w:r>
        <w:t>to unhon ne us ki jeb paisa paisa se bhar di aur kaha ke jao Mumbai jao.</w:t>
      </w:r>
    </w:p>
    <w:p>
      <w:pPr>
        <w:jc w:val="right"/>
      </w:pPr>
      <w:r>
        <w:t>تو انہوں نے اس کی جیب پیسہ پیسہ سے بھر دی اور کہا کہ جاؤ ممبئی جاؤ۔</w:t>
      </w:r>
    </w:p>
    <w:p>
      <w:r>
        <w:rPr>
          <w:b/>
        </w:rPr>
        <w:t xml:space="preserve">[43:46] </w:t>
      </w:r>
      <w:r>
        <w:t>halanki woh abhi teenager tha, woh teenager. un ka nazariya kya tha ke jao wahan dhakke khao ke police wale danda maaren, kuch ho to tab bhi tumhara paisa rahega, sab manage kar lenge.</w:t>
      </w:r>
    </w:p>
    <w:p>
      <w:pPr>
        <w:jc w:val="right"/>
      </w:pPr>
      <w:r>
        <w:t>حالانکہ وہ ابھی ٹین ایجر تھا، وہ ٹین ایجر۔ ان کا نظریہ کیا تھا کہ جاؤ وہاں دھکے کھاؤ کہ پولیس والے ڈنڈا ماریں، کچھ ہو تو تب بھی تمہارا پیسہ رہے گا، سب مینج کر لینا۔</w:t>
      </w:r>
    </w:p>
    <w:p>
      <w:r>
        <w:rPr>
          <w:b/>
        </w:rPr>
        <w:t xml:space="preserve">[44:03] </w:t>
      </w:r>
      <w:r>
        <w:t>woh chahte thay ke is ko batayein ke paise ke zariye sab kuch manage ho sakta hai. apne pote ko yeh fun batana chahte thay ke paisa kamao, paise ke zariye jo chahe manage karo, jo chaho banao.</w:t>
      </w:r>
    </w:p>
    <w:p>
      <w:pPr>
        <w:jc w:val="right"/>
      </w:pPr>
      <w:r>
        <w:t>وہ چاہتے تھے کہ اس کو بتائیں کہ پیسے کے ذریعے سب کچھ مینج ہو سکتا ہے۔ اپنے پوتے کو یہ فن بتانا چاہتے تھے کہ پیسہ کماؤ، پیسے کے ذریعے جو چاہے مینج کرو، جو چاہو بناؤ۔</w:t>
      </w:r>
    </w:p>
    <w:p>
      <w:r>
        <w:rPr>
          <w:b/>
        </w:rPr>
        <w:t xml:space="preserve">[44:21] </w:t>
      </w:r>
      <w:r>
        <w:t>toh woh bechara gaya, abhi woh train nahi tha, teenager tha. toh woh nahi janta tha ke mein kya karoon.</w:t>
      </w:r>
    </w:p>
    <w:p>
      <w:pPr>
        <w:jc w:val="right"/>
      </w:pPr>
      <w:r>
        <w:t>تو وہ بیچارہ گیا، ابھی وہ ٹرین نہیں تھا، ٹین ایجر تھا۔ تو وہ نہیں جانتا تھا کہ میں کیا کروں۔</w:t>
      </w:r>
    </w:p>
    <w:p>
      <w:r>
        <w:rPr>
          <w:b/>
        </w:rPr>
        <w:t xml:space="preserve">[44:30] </w:t>
      </w:r>
      <w:r>
        <w:t>toh kahin footpath par woh raat ko pada hua tha. toh police ne dekha, poore danda mara us ko. toh woh bhaga, bhag, bhag ke wapas aa gaya.</w:t>
      </w:r>
    </w:p>
    <w:p>
      <w:pPr>
        <w:jc w:val="right"/>
      </w:pPr>
      <w:r>
        <w:t>تو کہیں فٹ پاتھ پر وہ رات کو پڑا ہوا تھا۔ تو پولیس نے دیکھا، پورے ڈنڈا مارا اس کو۔ تو وہ بھاگا، بھاگ، بھاگ کے واپس آ گیا۔</w:t>
      </w:r>
    </w:p>
    <w:p>
      <w:r>
        <w:rPr>
          <w:b/>
        </w:rPr>
        <w:t xml:space="preserve">[44:42] </w:t>
      </w:r>
      <w:r>
        <w:t>toh unhon ne kaha ke tum isi liye toh tum ko mein jeeb paise bhar di thi, kuch bhi ho, paisa hal karo, manage karo.</w:t>
      </w:r>
    </w:p>
    <w:p>
      <w:pPr>
        <w:jc w:val="right"/>
      </w:pPr>
      <w:r>
        <w:t>تو انہوں نے کہا کہ تم اسی لیے تو تم کو میں جیب پیسے بھر دی تھی، کچھ بھی ہو، پیسہ حل کرو، مینج کرو۔</w:t>
      </w:r>
    </w:p>
    <w:p>
      <w:r>
        <w:rPr>
          <w:b/>
        </w:rPr>
        <w:t xml:space="preserve">[44:55] </w:t>
      </w:r>
      <w:r>
        <w:t>toh us ne kaha ke acha, ab ab mein aisa nahi karunga.</w:t>
      </w:r>
    </w:p>
    <w:p>
      <w:pPr>
        <w:jc w:val="right"/>
      </w:pPr>
      <w:r>
        <w:t>تو اس نے کہا کہ اچھا، اب اب میں ایسا نہیں کروں گا۔</w:t>
      </w:r>
    </w:p>
    <w:p>
      <w:r>
        <w:rPr>
          <w:b/>
        </w:rPr>
        <w:t xml:space="preserve">[45:01] </w:t>
      </w:r>
      <w:r>
        <w:t>toh Allah taala ne sab ke hath baandh diye hain, sab ka hathiyar tod diya hai, sab ke bomb nakara kar diye hain ke ab pais hi pais hai.</w:t>
      </w:r>
    </w:p>
    <w:p>
      <w:pPr>
        <w:jc w:val="right"/>
      </w:pPr>
      <w:r>
        <w:t>تو اللہ تعالیٰ نے سب کے ہاتھ باندھ دیے ہیں، سب کا ہتھیار توڑ دیا ہے، سب کے بم ناکارہ کر دیے ہیں کہ اب پیس ہی پیس ہے۔</w:t>
      </w:r>
    </w:p>
    <w:p>
      <w:r>
        <w:rPr>
          <w:b/>
        </w:rPr>
        <w:t xml:space="preserve">[45:12] </w:t>
      </w:r>
      <w:r>
        <w:t>yahi matlab hai ke ek daur aaye ga jab ke sari dunya pro Islam daur hoga. sab Islam ke moajid honge, Islam ke supporter honge.</w:t>
      </w:r>
    </w:p>
    <w:p>
      <w:pPr>
        <w:jc w:val="right"/>
      </w:pPr>
      <w:r>
        <w:t>یہی مطلب ہے کہ ایک دور آئے گا جب کہ ساری دنیا پرو اسلام دور ہوگا۔ سب اسلام کے موجد ہوں گے، اسلام کے سپورٹر ہوں گے۔</w:t>
      </w:r>
    </w:p>
    <w:p>
      <w:r>
        <w:rPr>
          <w:b/>
        </w:rPr>
        <w:t xml:space="preserve">[45:25] </w:t>
      </w:r>
      <w:r>
        <w:t>toh hum log is daur mein paida hue hain, phir hamein Allah ka samne jana hai. toh aap ghor kijiye ke hum Allah ko kya jawab denge ke jab sare raste khol diye, sari aasaniyan tumhari ho gayin,</w:t>
      </w:r>
    </w:p>
    <w:p>
      <w:pPr>
        <w:jc w:val="right"/>
      </w:pPr>
      <w:r>
        <w:t>تو ہم لوگ اس دور میں پیدا ہوئے ہیں، پھر ہمیں اللہ کا سامنے جانا ہے۔ تو آپ غور کیجئے کہ ہم اللہ کو کیا جواب دیں گے کہ جب سارے راستے کھول دیے، ساری آسانیاں تمہاری ہو گئیں،</w:t>
      </w:r>
    </w:p>
    <w:p>
      <w:r>
        <w:rPr>
          <w:b/>
        </w:rPr>
        <w:t xml:space="preserve">[45:44] </w:t>
      </w:r>
      <w:r>
        <w:t>tab bhi tum daawa nahi kiya, tab bhi tum ne Quran ko phailaya nahi.</w:t>
      </w:r>
    </w:p>
    <w:p>
      <w:pPr>
        <w:jc w:val="right"/>
      </w:pPr>
      <w:r>
        <w:t>تب بھی تم دعویٰ نہیں کیا، تب بھی تم نے قرآن کو پھیلایا نہیں۔</w:t>
      </w:r>
    </w:p>
    <w:p>
      <w:r>
        <w:rPr>
          <w:b/>
        </w:rPr>
        <w:t xml:space="preserve">[45:51] </w:t>
      </w:r>
      <w:r>
        <w:t>kya jawab denge hum Allah taala ke haan? kya jawab denge? yeh sochiye, yeh mein karna chahta hoon ke yeh aap sochein.</w:t>
      </w:r>
    </w:p>
    <w:p>
      <w:pPr>
        <w:jc w:val="right"/>
      </w:pPr>
      <w:r>
        <w:t>کیا جواب دیں گے ہم اللہ تعالیٰ کے ہاں؟ کیا جواب دیں گے؟ یہ سوچیے، یہ میں کرنا چاہتا ہوں کہ یہ آپ سوچیں۔</w:t>
      </w:r>
    </w:p>
    <w:p>
      <w:r>
        <w:rPr>
          <w:b/>
        </w:rPr>
        <w:t xml:space="preserve">[46:02] </w:t>
      </w:r>
      <w:r>
        <w:t>aaj hamein dunya mein daawa empire khada karayein toh koi rukawat nahi, Quran empire khada karayein toh koi rukawat nahi.</w:t>
      </w:r>
    </w:p>
    <w:p>
      <w:pPr>
        <w:jc w:val="right"/>
      </w:pPr>
      <w:r>
        <w:t>آج ہمیں دنیا میں دعویٰ ایمپائر کھڑا کرائیں تو کوئی رکاوٹ نہیں، قرآن ایمپائر کھڑا کرائیں تو کوئی رکاوٹ نہیں۔</w:t>
      </w:r>
    </w:p>
    <w:p>
      <w:r>
        <w:rPr>
          <w:b/>
        </w:rPr>
        <w:t xml:space="preserve">[46:13] </w:t>
      </w:r>
      <w:r>
        <w:t>toh yeh situation pukaar rahi hai ke aye Musalmano, waqt aa gaya shahadat e azam ka, utho, shahadat e azam par role ada karo aur Allah ki jannat mein dakhla tumhare liye muqaddar hoga.</w:t>
      </w:r>
    </w:p>
    <w:p>
      <w:pPr>
        <w:jc w:val="right"/>
      </w:pPr>
      <w:r>
        <w:t>تو یہ سچوئیشن پکار رہی ہے کہ اے مسلمانوں، وقت آ گیا شہادت اعظم کا، اٹھو، شہادت اعظم پر رول ادا کرو اور اللہ کی جنت میں داخلہ تمہارے لیے مقدر ہوگا۔</w:t>
      </w:r>
    </w:p>
    <w:p>
      <w:r>
        <w:rPr>
          <w:b/>
        </w:rPr>
        <w:t xml:space="preserve">[46:34] </w:t>
      </w:r>
      <w:r>
        <w:t>assalam o alaikum wa rehmatullah.</w:t>
      </w:r>
    </w:p>
    <w:p>
      <w:pPr>
        <w:jc w:val="right"/>
      </w:pPr>
      <w:r>
        <w:t>السلام علیکم ورحمۃ اللہ۔</w:t>
      </w:r>
    </w:p>
    <w:p>
      <w:r>
        <w:rPr>
          <w:b/>
        </w:rPr>
        <w:t xml:space="preserve">[46:47] </w:t>
      </w:r>
      <w:r>
        <w:t>okay, we will start with the question answer and comment session. all the viewers who are watching this live, please when you post your questions or comments, also post your location.</w:t>
      </w:r>
    </w:p>
    <w:p>
      <w:pPr>
        <w:jc w:val="right"/>
      </w:pPr>
      <w:r>
        <w:t>اوکے، we will start with the question answer and comment session. All the viewers who are watching this live, please when you post your questions or comments, also post your location.</w:t>
      </w:r>
    </w:p>
    <w:p>
      <w:r>
        <w:rPr>
          <w:b/>
        </w:rPr>
        <w:t xml:space="preserve">[46:59] </w:t>
      </w:r>
      <w:r>
        <w:t>also, before we start, we would like to announce that every year CPS International participates in the World Book Fair which takes place in Pragati Medan.</w:t>
      </w:r>
    </w:p>
    <w:p>
      <w:pPr>
        <w:jc w:val="right"/>
      </w:pPr>
      <w:r>
        <w:t>Also, before we start, we would like to announce that every year CPS International participates in the World Book Fair which takes place in Pragati Medan.</w:t>
      </w:r>
    </w:p>
    <w:p>
      <w:r>
        <w:rPr>
          <w:b/>
        </w:rPr>
        <w:t xml:space="preserve">[47:10] </w:t>
      </w:r>
      <w:r>
        <w:t>so this year too we are participating and the World Book Fair will start on January 5, 2019 and it will continue till 13th January.</w:t>
      </w:r>
    </w:p>
    <w:p>
      <w:pPr>
        <w:jc w:val="right"/>
      </w:pPr>
      <w:r>
        <w:t>So this year too we are participating and the World Book Fair will start on January 5, 2019 and it will continue till 13th January.</w:t>
      </w:r>
    </w:p>
    <w:p>
      <w:r>
        <w:rPr>
          <w:b/>
        </w:rPr>
        <w:t xml:space="preserve">[47:20] </w:t>
      </w:r>
      <w:r>
        <w:t>so if anyone of you wants to volunteer in Quran distribution or you want to sponsor Quran distribution, then write to us at info@cpsglobal.org.</w:t>
      </w:r>
    </w:p>
    <w:p>
      <w:pPr>
        <w:jc w:val="right"/>
      </w:pPr>
      <w:r>
        <w:t>So if anyone of you wants to volunteer in Quran distribution or you want to sponsor Quran distribution, then write to us at info@cpsglobal.org.</w:t>
      </w:r>
    </w:p>
    <w:p>
      <w:r>
        <w:rPr>
          <w:b/>
        </w:rPr>
        <w:t xml:space="preserve">[47:35] </w:t>
      </w:r>
      <w:r>
        <w:t>people who are residing in Delhi and they want to volunteer and want to give service during this time can contact Faraz Khan.</w:t>
      </w:r>
    </w:p>
    <w:p>
      <w:pPr>
        <w:jc w:val="right"/>
      </w:pPr>
      <w:r>
        <w:t>People who are residing in Delhi and they want to volunteer and want to give service during this time can contact Faraz Khan.</w:t>
      </w:r>
    </w:p>
    <w:p>
      <w:r>
        <w:rPr>
          <w:b/>
        </w:rPr>
        <w:t xml:space="preserve">[47:44] </w:t>
      </w:r>
      <w:r>
        <w:t>please write to us on info@cpsglobal.org. Maulana sahib, ab hum sab se pehle comments lena chahenge sawal lene se pehle.</w:t>
      </w:r>
    </w:p>
    <w:p>
      <w:pPr>
        <w:jc w:val="right"/>
      </w:pPr>
      <w:r>
        <w:t>Please write to us on info@cpsglobal.org. مولانا صاحب، اب ہم سب سے پہلے comments لینا چاہیں گے سوال لینے سے پہلے۔</w:t>
      </w:r>
    </w:p>
    <w:p>
      <w:r>
        <w:rPr>
          <w:b/>
        </w:rPr>
        <w:t xml:space="preserve">[47:56] </w:t>
      </w:r>
      <w:r>
        <w:t>doctor Naghma Siddiqui ne Delhi se likha hai: "I understood today the importance of shock treatment in the historical process and in our lives.</w:t>
      </w:r>
    </w:p>
    <w:p>
      <w:pPr>
        <w:jc w:val="right"/>
      </w:pPr>
      <w:r>
        <w:t>ڈاکٹر نغمہ صدیقی نے Delhi سے لکھا ہے: "I understood today the importance of shock treatment in the historical process and in our lives.</w:t>
      </w:r>
    </w:p>
    <w:p>
      <w:r>
        <w:rPr>
          <w:b/>
        </w:rPr>
        <w:t xml:space="preserve">[48:09] </w:t>
      </w:r>
      <w:r>
        <w:t>we have to take shocks positively so as to develop ourselves and play a role in the historical process. this is an eye opener.</w:t>
      </w:r>
    </w:p>
    <w:p>
      <w:pPr>
        <w:jc w:val="right"/>
      </w:pPr>
      <w:r>
        <w:t>We have to take shocks positively so as to develop ourselves and play a role in the historical process. This is an eye opener.</w:t>
      </w:r>
    </w:p>
    <w:p>
      <w:r>
        <w:rPr>
          <w:b/>
        </w:rPr>
        <w:t xml:space="preserve">[48:18] </w:t>
      </w:r>
      <w:r>
        <w:t>jazakallah Maulana."</w:t>
      </w:r>
    </w:p>
    <w:p>
      <w:pPr>
        <w:jc w:val="right"/>
      </w:pPr>
      <w:r>
        <w:t>Jazakallah مولانا."</w:t>
      </w:r>
    </w:p>
    <w:p>
      <w:r>
        <w:rPr>
          <w:b/>
        </w:rPr>
        <w:t xml:space="preserve">[48:22] </w:t>
      </w:r>
      <w:r>
        <w:t>Muhammad Maqsood Najar sahib ne Srinagar se likha hai: "Molana sahib, you are a unique Islamic scholar in the world. your thinking is quite different from the rest of the scholars of the world.</w:t>
      </w:r>
    </w:p>
    <w:p>
      <w:pPr>
        <w:jc w:val="right"/>
      </w:pPr>
      <w:r>
        <w:t>محمد مقصود نجر صاحب نے Srinagar سے لکھا ہے: "Molana صاحب, you are a unique Islamic scholar in the world. Your thinking is quite different from the rest of the scholars of the world.</w:t>
      </w:r>
    </w:p>
    <w:p>
      <w:r>
        <w:rPr>
          <w:b/>
        </w:rPr>
        <w:t xml:space="preserve">[48:36] </w:t>
      </w:r>
      <w:r>
        <w:t>may God bless you and succeed you in your mission." Muhammad Imran Talha sahib ne Karimnagar, Telangana se likha hai: "Molana, aaj ke lecture mein baatein maloom huin ke insaan ko azaadi mili hai aur woh limited azaadi hai.</w:t>
      </w:r>
    </w:p>
    <w:p>
      <w:pPr>
        <w:jc w:val="right"/>
      </w:pPr>
      <w:r>
        <w:t>May God bless you and succeed you in your mission." محمد عمران طلحہ صاحب نے Karimnagar, Telangana سے لکھا ہے: "Molana, آج کے lecture میں باتیں معلوم ہوئیں کہ انسان کو آزادی ملی ہے اور وہ limited آزادی ہے۔</w:t>
      </w:r>
    </w:p>
    <w:p>
      <w:r>
        <w:rPr>
          <w:b/>
        </w:rPr>
        <w:t xml:space="preserve">[48:53] </w:t>
      </w:r>
      <w:r>
        <w:t>aur apple shock aur shock treatment ke bare mein baatein maloom huin ke Allah taala insaan ko shock treatment deta hai aur us ko is treatment ke zariye cheezein batata hai."</w:t>
      </w:r>
    </w:p>
    <w:p>
      <w:pPr>
        <w:jc w:val="right"/>
      </w:pPr>
      <w:r>
        <w:t>اور Apple shock اور shock treatment کے بارے میں باتیں معلوم ہوئیں کہ اللہ تعالیٰ انسان کو shock treatment دیتا ہے اور اس کو اس treatment کے ذریعے چیزیں بتاتا ہے۔</w:t>
      </w:r>
    </w:p>
    <w:p>
      <w:r>
        <w:rPr>
          <w:b/>
        </w:rPr>
        <w:t xml:space="preserve">[49:04] </w:t>
      </w:r>
      <w:r>
        <w:t>unhon ne phir likha hai ke nuclear shock se peace aa gaya aur ab yeh peace ka daur hai, beshak bohat bari baat hai.</w:t>
      </w:r>
    </w:p>
    <w:p>
      <w:pPr>
        <w:jc w:val="right"/>
      </w:pPr>
      <w:r>
        <w:t>انہوں نے پھر لکھا ہے کہ nuclear shock سے peace آ گیا اور اب یہ peace کا دور ہے، بے شک بہت بڑی بات ہے۔</w:t>
      </w:r>
    </w:p>
    <w:p>
      <w:r>
        <w:rPr>
          <w:b/>
        </w:rPr>
        <w:t xml:space="preserve">[49:14] </w:t>
      </w:r>
      <w:r>
        <w:t>molana iqbal umri ne chennai se likha hai: "molana, sirf aap hi muslim ulama mein yeh baat jante hain ke yeh daur aman ka daur hai.</w:t>
      </w:r>
    </w:p>
    <w:p>
      <w:pPr>
        <w:jc w:val="right"/>
      </w:pPr>
      <w:r>
        <w:t>مولانا اقبال عمری نے Chennai سے لکھا ہے: "Molana, صرف آپ ہی مسلم علماء میں یہ بات جانتے ہیں کہ یہ دور امن کا دور ہے۔</w:t>
      </w:r>
    </w:p>
    <w:p>
      <w:r>
        <w:rPr>
          <w:b/>
        </w:rPr>
        <w:t xml:space="preserve">[49:25] </w:t>
      </w:r>
      <w:r>
        <w:t>dawat ka starting point yahi hai. agar is ko nahi manenge to sahi dawat start hi nahi ho sakti." hamid bari sahib ne srinagar se likha hai: "today's lecture was a captivating lecture and a modern need for muslims to spread deen islam.</w:t>
      </w:r>
    </w:p>
    <w:p>
      <w:pPr>
        <w:jc w:val="right"/>
      </w:pPr>
      <w:r>
        <w:t>دعوت کا starting point یہی ہے۔ اگر اس کو نہیں مانیں گے تو صحیح دعوت start ہی نہیں ہو سکتی۔" حامد باری صاحب نے Srinagar سے لکھا ہے: "Today's lecture was a captivating lecture and a modern need for Muslims to spread دین اسلام.</w:t>
      </w:r>
    </w:p>
    <w:p>
      <w:r>
        <w:rPr>
          <w:b/>
        </w:rPr>
        <w:t xml:space="preserve">[49:46] </w:t>
      </w:r>
      <w:r>
        <w:t>global dawah became possible for us. but unfortunately, we are busy in futile exercises and anachronistic things." irshad hussain sahib ne odisha se likha hai: "molana, you have given us a great vision for dawah empowerment." zahoor ur rehman sahib ne auckland, new zealand se likha hai:</w:t>
      </w:r>
    </w:p>
    <w:p>
      <w:pPr>
        <w:jc w:val="right"/>
      </w:pPr>
      <w:r>
        <w:t>Global دعویٰ became possible for us. But unfortunately, we are busy in futile exercises and anachronistic things." ارشاد حسین صاحب نے Odisha سے لکھا ہے: "Molana, you have given us a great vision for دعویٰ empowerment." ظہور الرحمان صاحب نے Auckland, New Zealand سے لکھا ہے:</w:t>
      </w:r>
    </w:p>
    <w:p>
      <w:r>
        <w:rPr>
          <w:b/>
        </w:rPr>
        <w:t xml:space="preserve">[50:11] </w:t>
      </w:r>
      <w:r>
        <w:t>"mashallah, darya ko kuze mein baandh kar diya. today's lecture is a travel through the history of science and spirituality.</w:t>
      </w:r>
    </w:p>
    <w:p>
      <w:pPr>
        <w:jc w:val="right"/>
      </w:pPr>
      <w:r>
        <w:t>"Mashallah, دریا کو کوزے میں باندھ کر دیا. Today's lecture is a travel through the history of science and spirituality.</w:t>
      </w:r>
    </w:p>
    <w:p>
      <w:r>
        <w:rPr>
          <w:b/>
        </w:rPr>
        <w:t xml:space="preserve">[50:20] </w:t>
      </w:r>
      <w:r>
        <w:t>politics is a taboo for muslims. it is us who are still unaware that this age is an age of peace.</w:t>
      </w:r>
    </w:p>
    <w:p>
      <w:pPr>
        <w:jc w:val="right"/>
      </w:pPr>
      <w:r>
        <w:t>Politics is a taboo for Muslims. It is us who are still unaware that this age is an age of peace.</w:t>
      </w:r>
    </w:p>
    <w:p>
      <w:r>
        <w:rPr>
          <w:b/>
        </w:rPr>
        <w:t xml:space="preserve">[50:30] </w:t>
      </w:r>
      <w:r>
        <w:t>westerners are more humble, honest, and love humanity than us. we are unaware of the need of time." molana, ab sawal lena chahenge.</w:t>
      </w:r>
    </w:p>
    <w:p>
      <w:pPr>
        <w:jc w:val="right"/>
      </w:pPr>
      <w:r>
        <w:t>Westerners are more humble, honest, and love humanity than us. We are unaware of the need of time." مولانا، اب سوال لینا چاہیں گے۔</w:t>
      </w:r>
    </w:p>
    <w:p>
      <w:r>
        <w:rPr>
          <w:b/>
        </w:rPr>
        <w:t xml:space="preserve">[50:44] </w:t>
      </w:r>
      <w:r>
        <w:t>yeh sawal bheja hai bangalore se iftikhar hussain sahib ne. molana, un ka sawal yeh hai: "molana, you said today that present age is age of peace.</w:t>
      </w:r>
    </w:p>
    <w:p>
      <w:pPr>
        <w:jc w:val="right"/>
      </w:pPr>
      <w:r>
        <w:t>یہ سوال بھیجا ہے Bangalore سے Iftikhar Hussain صاحب نے۔ مولانا، ان کا سوال یہ ہے: "Molana, you said today that present age is age of peace.</w:t>
      </w:r>
    </w:p>
    <w:p>
      <w:r>
        <w:rPr>
          <w:b/>
        </w:rPr>
        <w:t xml:space="preserve">[51:00] </w:t>
      </w:r>
      <w:r>
        <w:t>and quoting hitler, you said: 'there will be no victors but survivors if there is any more war.' my question is then: can we as muslims at least protest peacefully without use of violence?</w:t>
      </w:r>
    </w:p>
    <w:p>
      <w:pPr>
        <w:jc w:val="right"/>
      </w:pPr>
      <w:r>
        <w:t>And quoting Hitler, you said: 'There will be no victors but survivors if there is any more war.' My question is then: can we as Muslims at least protest peacefully without use of violence?</w:t>
      </w:r>
    </w:p>
    <w:p>
      <w:r>
        <w:rPr>
          <w:b/>
        </w:rPr>
        <w:t xml:space="preserve">[51:18] </w:t>
      </w:r>
      <w:r>
        <w:t>i am saying this because unless we raise our voice, authorities will not listen to the concerns and will keep on exploiting us.</w:t>
      </w:r>
    </w:p>
    <w:p>
      <w:pPr>
        <w:jc w:val="right"/>
      </w:pPr>
      <w:r>
        <w:t>I am saying this because unless we raise our voice, authorities will not listen to the concerns and will keep on exploiting us.</w:t>
      </w:r>
    </w:p>
    <w:p>
      <w:r>
        <w:rPr>
          <w:b/>
        </w:rPr>
        <w:t xml:space="preserve">[51:28] </w:t>
      </w:r>
      <w:r>
        <w:t>molana sahib, what is your guidance on peaceful protest?" peaceful protest means futile protest.</w:t>
      </w:r>
    </w:p>
    <w:p>
      <w:pPr>
        <w:jc w:val="right"/>
      </w:pPr>
      <w:r>
        <w:t>مولانا صاحب, what is your guidance on peaceful protest?" Peaceful protest means futile protest.</w:t>
      </w:r>
    </w:p>
    <w:p>
      <w:r>
        <w:rPr>
          <w:b/>
        </w:rPr>
        <w:t xml:space="preserve">[51:39] </w:t>
      </w:r>
      <w:r>
        <w:t>futile protest.</w:t>
      </w:r>
    </w:p>
    <w:p>
      <w:pPr>
        <w:jc w:val="right"/>
      </w:pPr>
      <w:r>
        <w:t>Futile protest.</w:t>
      </w:r>
    </w:p>
    <w:p>
      <w:r>
        <w:rPr>
          <w:b/>
        </w:rPr>
        <w:t xml:space="preserve">[51:41] </w:t>
      </w:r>
      <w:r>
        <w:t>aap blame dete hain authorities ko, blame dijiye apne wrong method ko.</w:t>
      </w:r>
    </w:p>
    <w:p>
      <w:pPr>
        <w:jc w:val="right"/>
      </w:pPr>
      <w:r>
        <w:t>آپ blame دیتے ہیں authorities کو، blame دیجیے اپنے wrong method کو۔</w:t>
      </w:r>
    </w:p>
    <w:p>
      <w:r>
        <w:rPr>
          <w:b/>
        </w:rPr>
        <w:t xml:space="preserve">[51:53] </w:t>
      </w:r>
      <w:r>
        <w:t>road par aa kar chalana yeh chodiye,</w:t>
      </w:r>
    </w:p>
    <w:p>
      <w:pPr>
        <w:jc w:val="right"/>
      </w:pPr>
      <w:r>
        <w:t>Road پر آ کر چلانا یہ چھوڑیئے،</w:t>
      </w:r>
    </w:p>
    <w:p>
      <w:r>
        <w:rPr>
          <w:b/>
        </w:rPr>
        <w:t xml:space="preserve">[51:59] </w:t>
      </w:r>
      <w:r>
        <w:t>measurement seekhiye. allah taala ka tareeqa manage karna hai, manage karna.</w:t>
      </w:r>
    </w:p>
    <w:p>
      <w:pPr>
        <w:jc w:val="right"/>
      </w:pPr>
      <w:r>
        <w:t>measurement سیکھیے۔ اللہ تعالیٰ کا طریقہ manage کرنا ہے، manage کرنا۔</w:t>
      </w:r>
    </w:p>
    <w:p>
      <w:r>
        <w:rPr>
          <w:b/>
        </w:rPr>
        <w:t xml:space="preserve">[52:08] </w:t>
      </w:r>
      <w:r>
        <w:t>wo seekhiye. poori tareekh ko allah manage kar raha hai, poori tareekh ko. to aap manage karna seekhiye, takrao chodiye, is ko haram samjhiye.</w:t>
      </w:r>
    </w:p>
    <w:p>
      <w:pPr>
        <w:jc w:val="right"/>
      </w:pPr>
      <w:r>
        <w:t>وہ سیکھیے۔ پوری تاریخ کو اللہ manage کر رہا ہے، پوری تاریخ کو۔ تو آپ manage کرنا سیکھیے، ٹکراؤ چھوڑیئے، اس کو حرام سمجھیے۔</w:t>
      </w:r>
    </w:p>
    <w:p>
      <w:r>
        <w:rPr>
          <w:b/>
        </w:rPr>
        <w:t xml:space="preserve">[52:23] </w:t>
      </w:r>
      <w:r>
        <w:t>is ko samjhiye ke andha pan samjhiye, andha pan. yahi to hai fitna dohama ke sari qaum andhi ho jayegi, is ko kuch dikhai nahi dega, kuch kiya karein, kiya na karein.</w:t>
      </w:r>
    </w:p>
    <w:p>
      <w:pPr>
        <w:jc w:val="right"/>
      </w:pPr>
      <w:r>
        <w:t>اس کو سمجھیے کہ اندھا پن سمجھیے، اندھا پن۔ یہی تو ہے فتنہ دوہما کہ ساری قوم اندھی ہو جائے گی، اس کو کچھ دکھائی نہیں دے گا، کچھ کیا کریں، کیا نہ کریں۔</w:t>
      </w:r>
    </w:p>
    <w:p>
      <w:r>
        <w:rPr>
          <w:b/>
        </w:rPr>
        <w:t xml:space="preserve">[52:37] </w:t>
      </w:r>
      <w:r>
        <w:t>jis cheez ko aap keh rahe hain protest, wo wo phenomena hai fitna dohama ka. itne zyada raaste khule hue hain.</w:t>
      </w:r>
    </w:p>
    <w:p>
      <w:pPr>
        <w:jc w:val="right"/>
      </w:pPr>
      <w:r>
        <w:t>جس چیز کو آپ کہہ رہے ہیں protest، وہ وہ phenomena ہے فتنہ دوہما کا۔ اتنے زیادہ راستے کھلے ہوئے ہیں۔</w:t>
      </w:r>
    </w:p>
    <w:p>
      <w:r>
        <w:rPr>
          <w:b/>
        </w:rPr>
        <w:t xml:space="preserve">[52:49] </w:t>
      </w:r>
      <w:r>
        <w:t>aap bataiye ke ek shakhs france se aata hai aur poore india mein ek empire khada kar deta hai, tata.</w:t>
      </w:r>
    </w:p>
    <w:p>
      <w:pPr>
        <w:jc w:val="right"/>
      </w:pPr>
      <w:r>
        <w:t>آپ بتائیے کہ ایک شخص فرانس سے آتا ہے اور پورے انڈیا میں ایک ایمپائر کھڑا کر دیتا ہے، ٹاٹا۔</w:t>
      </w:r>
    </w:p>
    <w:p>
      <w:r>
        <w:rPr>
          <w:b/>
        </w:rPr>
        <w:t xml:space="preserve">[52:59] </w:t>
      </w:r>
      <w:r>
        <w:t>aap kehte hain hamein ladna hai, protest karna hai. us ne kabhi protest nahi kiya, tata ne kabhi protest nahi kiya. aur sab se bara jo hai colonial powers ka misaal,</w:t>
      </w:r>
    </w:p>
    <w:p>
      <w:pPr>
        <w:jc w:val="right"/>
      </w:pPr>
      <w:r>
        <w:t>آپ کہتے ہیں ہمیں لڑنا ہے، protest کرنا ہے۔ اس نے کبھی protest نہیں کیا، ٹاٹا نے کبھی protest نہیں کیا۔ اور سب سے بڑا جو ہے colonial powers کا مثال،</w:t>
      </w:r>
    </w:p>
    <w:p>
      <w:r>
        <w:rPr>
          <w:b/>
        </w:rPr>
        <w:t xml:space="preserve">[53:19] </w:t>
      </w:r>
      <w:r>
        <w:t>wo log india mein aaye, french company aur british company to talwar le ke aaye the, maar maar kar ke hukoomat karna aur apna maqsad to tha apne product ko bechna, lekin maar maar kar ke.</w:t>
      </w:r>
    </w:p>
    <w:p>
      <w:pPr>
        <w:jc w:val="right"/>
      </w:pPr>
      <w:r>
        <w:t>وہ لوگ انڈیا میں آئے، French company اور British company تو تلوار لے کے آئے تھے، مار مار کر کے حکومت کرنا اور اپنا مقصد تو تھا اپنے product کو بیچنا، لیکن مار مار کر کے۔</w:t>
      </w:r>
    </w:p>
    <w:p>
      <w:r>
        <w:rPr>
          <w:b/>
        </w:rPr>
        <w:t xml:space="preserve">[53:39] </w:t>
      </w:r>
      <w:r>
        <w:t>phir unhon ne pata kiya ke maarne ki zaroorat hi kya hai? peaceful tareeqe se hum apni industry badha sakte hain poori duniya mein, yahan tak ke poori duniya mein hamari monopoly ho jaye.</w:t>
      </w:r>
    </w:p>
    <w:p>
      <w:pPr>
        <w:jc w:val="right"/>
      </w:pPr>
      <w:r>
        <w:t>پھر انہوں نے پتہ کیا کہ مارنے کی ضرورت ہی کیا ہے؟ Peaceful طریقے سے ہم اپنی industry بڑھا سکتے ہیں پوری دنیا میں، یہاں تک کہ پوری دنیا میں ہماری monopoly ہو جائے۔</w:t>
      </w:r>
    </w:p>
    <w:p>
      <w:r>
        <w:rPr>
          <w:b/>
        </w:rPr>
        <w:t xml:space="preserve">[53:52] </w:t>
      </w:r>
      <w:r>
        <w:t>aap ghaur kijiye, aaj monopoly hai, jaisa ke maine arz kiya, airbus ki aur boeing ki monopoly hai sari duniya mein.</w:t>
      </w:r>
    </w:p>
    <w:p>
      <w:pPr>
        <w:jc w:val="right"/>
      </w:pPr>
      <w:r>
        <w:t>آپ غور کیجیے، آج monopoly ہے، جیسا کہ میں نے عرض کیا، ایئر بس کی اور بوئنگ کی monopoly ہے ساری دنیا میں۔</w:t>
      </w:r>
    </w:p>
    <w:p>
      <w:r>
        <w:rPr>
          <w:b/>
        </w:rPr>
        <w:t xml:space="preserve">[54:06] </w:t>
      </w:r>
      <w:r>
        <w:t>to kya koi talwar le ke yeh monopoly qaim kiya unhon ne? gun chala kar kiya hai? apne standard se. india ki kamzori yeh hai ke aaj koi standard ki cheez milti nahi.</w:t>
      </w:r>
    </w:p>
    <w:p>
      <w:pPr>
        <w:jc w:val="right"/>
      </w:pPr>
      <w:r>
        <w:t>تو کیا کوئی تلوار لے کے یہ monopoly قائم کیا انہوں نے؟ گن چلا کر کیا ہے؟ اپنے standard سے۔ انڈیا کی کمزوری یہ ہے کہ آج کوئی standard کی چیز ملتی نہیں۔</w:t>
      </w:r>
    </w:p>
    <w:p>
      <w:r>
        <w:rPr>
          <w:b/>
        </w:rPr>
        <w:t xml:space="preserve">[54:21] </w:t>
      </w:r>
      <w:r>
        <w:t>agar india in standard ki cheezein banaye to is ki bhi monopoly qaim ho jayegi. lekin india mein koi cheez standard ki milti nahi.</w:t>
      </w:r>
    </w:p>
    <w:p>
      <w:pPr>
        <w:jc w:val="right"/>
      </w:pPr>
      <w:r>
        <w:t>اگر انڈیا ان standard کی چیزیں بنائے تو اس کی بھی monopoly قائم ہو جائے گی۔ لیکن انڈیا میں کوئی چیز standard کی ملتی نہیں۔</w:t>
      </w:r>
    </w:p>
    <w:p>
      <w:r>
        <w:rPr>
          <w:b/>
        </w:rPr>
        <w:t xml:space="preserve">[54:35] </w:t>
      </w:r>
      <w:r>
        <w:t>is zamane mein yaad rakhiye, standard ki taqat hai, talwar ki taqat nahi hai. is zamane mein jo taqat hai na, woh standard ki taqat hai.</w:t>
      </w:r>
    </w:p>
    <w:p>
      <w:pPr>
        <w:jc w:val="right"/>
      </w:pPr>
      <w:r>
        <w:t>اس زمانے میں یاد رکھیے، standard کی طاقت ہے، تلوار کی طاقت نہیں ہے۔ اس زمانے میں جو طاقت ہے نا، وہ standard کی طاقت ہے۔</w:t>
      </w:r>
    </w:p>
    <w:p>
      <w:r>
        <w:rPr>
          <w:b/>
        </w:rPr>
        <w:t xml:space="preserve">[54:46] </w:t>
      </w:r>
      <w:r>
        <w:t>talwar ki koi taqat nahi hai. koi bhi cheez aap standard ki banaiye, sari duniya jhook markar kharede gi. lekin india mein koi ek cheez bhi standard ki nahi milti.</w:t>
      </w:r>
    </w:p>
    <w:p>
      <w:pPr>
        <w:jc w:val="right"/>
      </w:pPr>
      <w:r>
        <w:t>تلوار کی کوئی طاقت نہیں ہے۔ کوئی بھی چیز آپ standard کی بنائیے، ساری دنیا جھک مار کر خریدے گی۔ لیکن انڈیا میں کوئی ایک چیز بھی standard کی نہیں ملتی۔</w:t>
      </w:r>
    </w:p>
    <w:p>
      <w:r>
        <w:rPr>
          <w:b/>
        </w:rPr>
        <w:t xml:space="preserve">[55:00] </w:t>
      </w:r>
      <w:r>
        <w:t>isi liye yahan par log bohat si cheezein late hain.</w:t>
      </w:r>
    </w:p>
    <w:p>
      <w:pPr>
        <w:jc w:val="right"/>
      </w:pPr>
      <w:r>
        <w:t>اسی لیے یہاں پر لوگ بہت سی چیزیں لاتے ہیں۔</w:t>
      </w:r>
    </w:p>
    <w:p>
      <w:r>
        <w:rPr>
          <w:b/>
        </w:rPr>
        <w:t xml:space="preserve">[55:07] </w:t>
      </w:r>
      <w:r>
        <w:t>bohat hi ajeeb baat hai ke parhe likhe log bhi haqeeqaton ko nahi jante. mujhe taajjub hota hai. baat karte hain protest ki, baat karo standard ki, quality education ki.</w:t>
      </w:r>
    </w:p>
    <w:p>
      <w:pPr>
        <w:jc w:val="right"/>
      </w:pPr>
      <w:r>
        <w:t>بہت ہی عجیب بات ہے کہ پڑھے لکھے لوگ بھی حقیقتوں کو نہیں جانتے۔ مجھے تعجب ہوتا ہے۔ بات کرتے ہیں protest کی، بات کرو standard کی، quality education کی۔</w:t>
      </w:r>
    </w:p>
    <w:p>
      <w:r>
        <w:rPr>
          <w:b/>
        </w:rPr>
        <w:t xml:space="preserve">[55:21] </w:t>
      </w:r>
      <w:r>
        <w:t>yeh parhe likhe log hain jo baatein karte hain, yeh sab protest.</w:t>
      </w:r>
    </w:p>
    <w:p>
      <w:pPr>
        <w:jc w:val="right"/>
      </w:pPr>
      <w:r>
        <w:t>یہ پڑھے لکھے لوگ ہیں جو باتیں کرتے ہیں، یہ سب protest۔</w:t>
      </w:r>
    </w:p>
    <w:p>
      <w:r>
        <w:rPr>
          <w:b/>
        </w:rPr>
        <w:t xml:space="preserve">[55:28] </w:t>
      </w:r>
      <w:r>
        <w:t>aaj ke daur mein baat karo quality education ki, standard ki. mujhe bohat taajjub hota hai ke parhe likhe log itne bekhauf, bekhabar hain.</w:t>
      </w:r>
    </w:p>
    <w:p>
      <w:pPr>
        <w:jc w:val="right"/>
      </w:pPr>
      <w:r>
        <w:t>آج کے دور میں بات کرو quality education کی، standard کی۔ مجھے بہت تعجب ہوتا ہے کہ پڑھے لکھے لوگ اتنے بے خوف، بے خبر ہیں۔</w:t>
      </w:r>
    </w:p>
    <w:p>
      <w:r>
        <w:rPr>
          <w:b/>
        </w:rPr>
        <w:t xml:space="preserve">[55:39] </w:t>
      </w:r>
      <w:r>
        <w:t>isi liye mujhe lagta hai ke yahi hai fitna dohama, yahi fitna dohama hai. Maulana, Mumbai se sawal kiya hai Fawad Siddiqui sahab ne.</w:t>
      </w:r>
    </w:p>
    <w:p>
      <w:pPr>
        <w:jc w:val="right"/>
      </w:pPr>
      <w:r>
        <w:t>اسی لیے مجھے لگتا ہے کہ یہی ہے فتنہ دوہما، یہی فتنہ دوہما ہے۔ مولانا، ممبئی سے سوال کیا ہے فواد صدیقی صاحب نے۔</w:t>
      </w:r>
    </w:p>
    <w:p>
      <w:r>
        <w:rPr>
          <w:b/>
        </w:rPr>
        <w:t xml:space="preserve">[55:51] </w:t>
      </w:r>
      <w:r>
        <w:t>unhone likha hai: "Molana, polytheism exists even today like it existed at the time of Prophet of Islam.</w:t>
      </w:r>
    </w:p>
    <w:p>
      <w:pPr>
        <w:jc w:val="right"/>
      </w:pPr>
      <w:r>
        <w:t>انہوں نے لکھا ہے: "Molana, polytheism exists even today like it existed at the time of Prophet of Islam.</w:t>
      </w:r>
    </w:p>
    <w:p>
      <w:r>
        <w:rPr>
          <w:b/>
        </w:rPr>
        <w:t xml:space="preserve">[56:00] </w:t>
      </w:r>
      <w:r>
        <w:t>So what is wrong if Muslims are engaging in conflict with polytheists as this is what Prophet and later sahaba did, which helped in spreading of Islam?</w:t>
      </w:r>
    </w:p>
    <w:p>
      <w:pPr>
        <w:jc w:val="right"/>
      </w:pPr>
      <w:r>
        <w:t>So what is wrong if Muslims are engaging in conflict with polytheists as this is what Prophet and later صحابہ did, which helped in spreading of Islam?</w:t>
      </w:r>
    </w:p>
    <w:p>
      <w:r>
        <w:rPr>
          <w:b/>
        </w:rPr>
        <w:t xml:space="preserve">[56:12] </w:t>
      </w:r>
      <w:r>
        <w:t>So in a way Muslims are engaged in conflict with polytheists that is like following sunnat. Why is it that you stop?" is se bara koi jhoot nahi ho sakta, is se bara koi jhoot nahi ho sakta.</w:t>
      </w:r>
    </w:p>
    <w:p>
      <w:pPr>
        <w:jc w:val="right"/>
      </w:pPr>
      <w:r>
        <w:t>So in a way Muslims are engaged in conflict with polytheists that is like following سنت. Why is it that you stop?" اس سے بڑا کوئی جھوٹ نہیں ہو سکتا، اس سے بڑا کوئی جھوٹ نہیں ہو سکتا۔</w:t>
      </w:r>
    </w:p>
    <w:p>
      <w:r>
        <w:rPr>
          <w:b/>
        </w:rPr>
        <w:t xml:space="preserve">[56:28] </w:t>
      </w:r>
      <w:r>
        <w:t>dekhiye, is raaz ko janiye ke shirk se murad Quran mein jo shirk jarah hai, shirk eitiqadi nahi hai.</w:t>
      </w:r>
    </w:p>
    <w:p>
      <w:pPr>
        <w:jc w:val="right"/>
      </w:pPr>
      <w:r>
        <w:t>دیکھیے، اس راز کو جانیے کہ شرک سے مراد قرآن میں جو شرک جارح ہے، شرک اعتقادی نہیں ہے۔</w:t>
      </w:r>
    </w:p>
    <w:p>
      <w:r>
        <w:rPr>
          <w:b/>
        </w:rPr>
        <w:t xml:space="preserve">[56:40] </w:t>
      </w:r>
      <w:r>
        <w:t>shirk eitiqadi to kabhi khatam hi nahi hoga, Allah ke script ke mutabiq. shirk eitiqadi na kabhi khatam hua, na kabhi khatam hoga.</w:t>
      </w:r>
    </w:p>
    <w:p>
      <w:pPr>
        <w:jc w:val="right"/>
      </w:pPr>
      <w:r>
        <w:t>شرک اعتقادی تو کبھی ختم ہی نہیں ہوگا، اللہ کے اسکرپٹ کے مطابق۔ شرک اعتقادی نہ کبھی ختم ہوا، نہ کبھی ختم ہوگا۔</w:t>
      </w:r>
    </w:p>
    <w:p>
      <w:r>
        <w:rPr>
          <w:b/>
        </w:rPr>
        <w:t xml:space="preserve">[56:50] </w:t>
      </w:r>
      <w:r>
        <w:t>shirk jarah ko Quran ne khatam kar diya aur inqalabat jo aaye duniya mein, is ne khatam kar diya. to Allah ka jo matlab tha, woh yeh nahi tha ke shirk eitiqadi khatam ho jaye.</w:t>
      </w:r>
    </w:p>
    <w:p>
      <w:pPr>
        <w:jc w:val="right"/>
      </w:pPr>
      <w:r>
        <w:t>شرک جارح کو قرآن نے ختم کر دیا اور انقلابات جو آئے دنیا میں، اس نے ختم کر دیا۔ تو اللہ کا جو مطلوب تھا، وہ یہ نہیں تھا کہ شرک اعتقادی ختم ہو جائے۔</w:t>
      </w:r>
    </w:p>
    <w:p>
      <w:r>
        <w:rPr>
          <w:b/>
        </w:rPr>
        <w:t xml:space="preserve">[57:06] </w:t>
      </w:r>
      <w:r>
        <w:t>iska matlab tha ke shirk jarah khatam ho jaye. qatil fitna, yahan shirk se murad hai shirk jarah.</w:t>
      </w:r>
    </w:p>
    <w:p>
      <w:pPr>
        <w:jc w:val="right"/>
      </w:pPr>
      <w:r>
        <w:t>اس کا مطلب تھا کہ شرک جارح ختم ہو جائے۔ قاتل فتنہ، یہاں شرک سے مراد ہے شرک جارح۔</w:t>
      </w:r>
    </w:p>
    <w:p>
      <w:r>
        <w:rPr>
          <w:b/>
        </w:rPr>
        <w:t xml:space="preserve">[57:16] </w:t>
      </w:r>
      <w:r>
        <w:t>kaise ajeeb hai, parhe likhe log ki baaton ko samajhte nahi aur bari bari baatein karte hain.</w:t>
      </w:r>
    </w:p>
    <w:p>
      <w:pPr>
        <w:jc w:val="right"/>
      </w:pPr>
      <w:r>
        <w:t>کیسے عجیب ہے، پڑھے لکھے لوگ کی باتوں کو سمجھتے نہیں اور بڑی بڑی باتیں کرتے ہیں۔</w:t>
      </w:r>
    </w:p>
    <w:p>
      <w:r>
        <w:rPr>
          <w:b/>
        </w:rPr>
        <w:t xml:space="preserve">[57:24] </w:t>
      </w:r>
      <w:r>
        <w:t>Maulana, agla comment lena chahenge. yeh bheja hai Mahboob bhai ne Mumbai se. unhone likha hai: "Molana, today you said a sentence: Musalmanon ne ladai ko namaz ka darja de rakha hai.</w:t>
      </w:r>
    </w:p>
    <w:p>
      <w:pPr>
        <w:jc w:val="right"/>
      </w:pPr>
      <w:r>
        <w:t>مولانا، اگلا comment لینا چاہیں گے۔ یہ بھیجا ہے محبوب بھائی نے ممبئی سے۔ انہوں نے لکھا ہے: "Molana, today you said a sentence: مسلمانوں نے لڑائی کو نماز کا درجہ دے رکھا ہے۔</w:t>
      </w:r>
    </w:p>
    <w:p>
      <w:r>
        <w:rPr>
          <w:b/>
        </w:rPr>
        <w:t xml:space="preserve">[57:41] </w:t>
      </w:r>
      <w:r>
        <w:t>This is the path-breaking sentence for any Muslim to break his conditioning in this regard. Maulana, definitely my conviction has doubled towards you.</w:t>
      </w:r>
    </w:p>
    <w:p>
      <w:pPr>
        <w:jc w:val="right"/>
      </w:pPr>
      <w:r>
        <w:t>This is the path-breaking sentence for any Muslim to break his conditioning in this regard. مولانا، definitely my conviction has doubled towards you.</w:t>
      </w:r>
    </w:p>
    <w:p>
      <w:r>
        <w:rPr>
          <w:b/>
        </w:rPr>
        <w:t xml:space="preserve">[57:52] </w:t>
      </w:r>
      <w:r>
        <w:t>Jazak Allah." Dr. Najma Siddiqui ne Dubai se likha hai: "Very meaningfully described historical gist from the Islamic perspective,</w:t>
      </w:r>
    </w:p>
    <w:p>
      <w:pPr>
        <w:jc w:val="right"/>
      </w:pPr>
      <w:r>
        <w:t>جزاک اللہ۔" ڈاکٹر نجمہ صدیقی نے دبئی سے لکھا ہے: "Very meaningfully described historical gist from the Islamic perspective,</w:t>
      </w:r>
    </w:p>
    <w:p>
      <w:r>
        <w:rPr>
          <w:b/>
        </w:rPr>
        <w:t xml:space="preserve">[58:06] </w:t>
      </w:r>
      <w:r>
        <w:t>focusing on various shocks for learning process, for learning lessons. Also pointing out our mistakes and need for global da'wah work.</w:t>
      </w:r>
    </w:p>
    <w:p>
      <w:pPr>
        <w:jc w:val="right"/>
      </w:pPr>
      <w:r>
        <w:t>focusing on various shocks for learning process, for learning lessons. Also pointing out our mistakes and need for global دعویٰ work.</w:t>
      </w:r>
    </w:p>
    <w:p>
      <w:r>
        <w:rPr>
          <w:b/>
        </w:rPr>
        <w:t xml:space="preserve">[58:16] </w:t>
      </w:r>
      <w:r>
        <w:t>May Allah help all of us in this work. Jazak Allah." Maulana, Sahar Saleem ne likha hai Kashmir se: "Molana sahib, in today's lecture we all again got the broader vision for da'wah.</w:t>
      </w:r>
    </w:p>
    <w:p>
      <w:pPr>
        <w:jc w:val="right"/>
      </w:pPr>
      <w:r>
        <w:t>May Allah help all of us in this work. جزاک اللہ۔" مولانا، سحر سلیم نے لکھا ہے کشمیر سے: "Molana صاحب، in today's lecture we all again got the broader vision for دعویٰ.</w:t>
      </w:r>
    </w:p>
    <w:p>
      <w:r>
        <w:rPr>
          <w:b/>
        </w:rPr>
        <w:t xml:space="preserve">[58:34] </w:t>
      </w:r>
      <w:r>
        <w:t>We should be thankful to today's time where it is so easy and convenient to make da'wah empire. We should take global dawah as an opportunity by truly understanding what it really means.</w:t>
      </w:r>
    </w:p>
    <w:p>
      <w:pPr>
        <w:jc w:val="right"/>
      </w:pPr>
      <w:r>
        <w:t>We should be thankful to today's time where it is so easy and convenient to make دعویٰ empire. We should take global دعوت as an opportunity by truly understanding what it really means.</w:t>
      </w:r>
    </w:p>
    <w:p>
      <w:r>
        <w:rPr>
          <w:b/>
        </w:rPr>
        <w:t xml:space="preserve">[58:49] </w:t>
      </w:r>
      <w:r>
        <w:t>Thank you, Maulana sahib." Javed Hayat sahab ne Mumbai se likha hai: "Maujooda daur mein Musalman aur Islam ko hasil da'wah opportunities ko aap ke ilawa koi aur address karta ho, yeh mujhe nahi pata." Maulana, hum agla sawal lete hain.</w:t>
      </w:r>
    </w:p>
    <w:p>
      <w:pPr>
        <w:jc w:val="right"/>
      </w:pPr>
      <w:r>
        <w:t>Thank you, مولانا صاحب۔" جاوید حیات صاحب نے ممبئی سے لکھا ہے: "موجودہ دور میں مسلمان اور اسلام کو حاصل دعویٰ opportunities کو آپ کے علاوہ کوئی اور address کرتا ہو، یہ مجھے نہیں پتا۔" مولانا، ہم اگلا سوال لیتے ہیں۔</w:t>
      </w:r>
    </w:p>
    <w:p>
      <w:r>
        <w:rPr>
          <w:b/>
        </w:rPr>
        <w:t xml:space="preserve">[59:11] </w:t>
      </w:r>
      <w:r>
        <w:t>yeh sawal bheja hai Odisha se, Odisha Bhubaneshwar se Irshad Hussain sahab ne. unhone likha hai: "Political representation is essential.</w:t>
      </w:r>
    </w:p>
    <w:p>
      <w:pPr>
        <w:jc w:val="right"/>
      </w:pPr>
      <w:r>
        <w:t>یہ سوال بھیجا ہے Odisha سے، Odisha بھوبنیشور سے ارشاد حسین صاحب نے۔ انہوں نے لکھا ہے: "Political representation is essential.</w:t>
      </w:r>
    </w:p>
    <w:p>
      <w:r>
        <w:rPr>
          <w:b/>
        </w:rPr>
        <w:t xml:space="preserve">[59:25] </w:t>
      </w:r>
      <w:r>
        <w:t>Without political taboo, honestly purposeful service."</w:t>
      </w:r>
    </w:p>
    <w:p>
      <w:pPr>
        <w:jc w:val="right"/>
      </w:pPr>
      <w:r>
        <w:t>Without political taboo, honestly purposeful service."</w:t>
      </w:r>
    </w:p>
    <w:p>
      <w:r>
        <w:rPr>
          <w:b/>
        </w:rPr>
        <w:t xml:space="preserve">[59:36] </w:t>
      </w:r>
      <w:r>
        <w:t>Maulana, ek clear nahi hai, woh yeh janna chah rahe hain ke "Political representation is essential. So without that, you cannot give a purposeful service." So kya advice hoga is ko le ke?</w:t>
      </w:r>
    </w:p>
    <w:p>
      <w:pPr>
        <w:jc w:val="right"/>
      </w:pPr>
      <w:r>
        <w:t>مولانا، ایک clear نہیں ہے، وہ یہ جاننا چاہ رہے ہیں کہ "Political representation is essential. So without that, you cannot give a purposeful service." So کیا advice ہوگا اس کو لے کے؟</w:t>
      </w:r>
    </w:p>
    <w:p>
      <w:r>
        <w:rPr>
          <w:b/>
        </w:rPr>
        <w:t xml:space="preserve">[59:48] </w:t>
      </w:r>
      <w:r>
        <w:t>yeh to ek claim hai. hmm, claim ka hum kya batayein? to claim to kuch bhi karein, karein. to aap keh sakte hain ke jab tak aadmi hathi na ban jaye, koi khidmat nahi kar sakta.</w:t>
      </w:r>
    </w:p>
    <w:p>
      <w:pPr>
        <w:jc w:val="right"/>
      </w:pPr>
      <w:r>
        <w:t>یہ تو ایک claim ہے۔ ہمم، claim کا ہم کیا بتائیں؟ تو claim تو کچھ بھی کریں، کریں۔ تو آپ کہہ سکتے ہیں کہ جب تک آدمی ہاتھی نہ بن جائے، کوئی خدمت نہیں کر سکتا۔</w:t>
      </w:r>
    </w:p>
    <w:p>
      <w:r>
        <w:rPr>
          <w:b/>
        </w:rPr>
        <w:t xml:space="preserve">[1:00:02] </w:t>
      </w:r>
      <w:r>
        <w:t>to yeh claim hua.</w:t>
      </w:r>
    </w:p>
    <w:p>
      <w:pPr>
        <w:jc w:val="right"/>
      </w:pPr>
      <w:r>
        <w:t>تو یہ claim ہوا۔</w:t>
      </w:r>
    </w:p>
    <w:p>
      <w:r>
        <w:rPr>
          <w:b/>
        </w:rPr>
        <w:t xml:space="preserve">[1:00:07] </w:t>
      </w:r>
      <w:r>
        <w:t>hamare CPS ke log hain, yeh to inka koi political game nahi hai. lekin main to samajhta hoon ke CPS ke log dunya ki sab se bari service kar rahe hain.</w:t>
      </w:r>
    </w:p>
    <w:p>
      <w:pPr>
        <w:jc w:val="right"/>
      </w:pPr>
      <w:r>
        <w:t>ہمارے سی پی ایس کے لوگ ہیں، یہ تو ان کا کوئی political game نہیں ہے۔ لیکن میں تو سمجھتا ہوں کہ سی پی ایس کے لوگ دنیا کی سب سے بڑی service کر رہے ہیں۔</w:t>
      </w:r>
    </w:p>
    <w:p>
      <w:r>
        <w:rPr>
          <w:b/>
        </w:rPr>
        <w:t xml:space="preserve">[1:00:18] </w:t>
      </w:r>
      <w:r>
        <w:t>to aap ne jo baat kahi, woh to claim hai. iska koi aap ne isko woh kijiye,</w:t>
      </w:r>
    </w:p>
    <w:p>
      <w:pPr>
        <w:jc w:val="right"/>
      </w:pPr>
      <w:r>
        <w:t>تو آپ نے جو بات کہی، وہ تو claim ہے۔ اس کا کوئی آپ نے اس کو وہ کیجیے،</w:t>
      </w:r>
    </w:p>
    <w:p>
      <w:r>
        <w:rPr>
          <w:b/>
        </w:rPr>
        <w:t xml:space="preserve">[1:00:30] </w:t>
      </w:r>
      <w:r>
        <w:t>isko koi rational argument is mein add kijiye.</w:t>
      </w:r>
    </w:p>
    <w:p>
      <w:pPr>
        <w:jc w:val="right"/>
      </w:pPr>
      <w:r>
        <w:t>اس کو کوئی rational argument اس میں add کیجیے۔</w:t>
      </w:r>
    </w:p>
    <w:p>
      <w:r>
        <w:rPr>
          <w:b/>
        </w:rPr>
        <w:t xml:space="preserve">[1:00:40] </w:t>
      </w:r>
      <w:r>
        <w:t>Maulana, agla sawal Pakistan se Miss Dania Mustafa ne kiya hai. unhone likha hai: "Maulana sahib, referring to your yesterday's lecture, I have a question that there are many things which people ask in dua but they don't receive them in this dunya.</w:t>
      </w:r>
    </w:p>
    <w:p>
      <w:pPr>
        <w:jc w:val="right"/>
      </w:pPr>
      <w:r>
        <w:t>مولانا، اگلا سوال پاکستان سے مس دانیہ مصطفیٰ نے کیا ہے۔ انہوں نے لکھا ہے: "مولانا صاحب، referring to your yesterday's lecture, I have a question that there are many things which people ask in دعا but they don't receive them in this دنیا۔</w:t>
      </w:r>
    </w:p>
    <w:p>
      <w:r>
        <w:rPr>
          <w:b/>
        </w:rPr>
        <w:t xml:space="preserve">[1:01:01] </w:t>
      </w:r>
      <w:r>
        <w:t>Then what does this ayat means which says we have given everything you asked for?"</w:t>
      </w:r>
    </w:p>
    <w:p>
      <w:pPr>
        <w:jc w:val="right"/>
      </w:pPr>
      <w:r>
        <w:t>Then what does this آیت means which says we have given everything you asked for؟"</w:t>
      </w:r>
    </w:p>
    <w:p>
      <w:r>
        <w:rPr>
          <w:b/>
        </w:rPr>
        <w:t xml:space="preserve">[1:01:14] </w:t>
      </w:r>
      <w:r>
        <w:t>bhai, woh potential sense mein hai, potential. actual sense mein to actualize to aap ko karna hai. ka hota hai iske apni aql ko istemal kijiye, art of measurement seekhiye.</w:t>
      </w:r>
    </w:p>
    <w:p>
      <w:pPr>
        <w:jc w:val="right"/>
      </w:pPr>
      <w:r>
        <w:t>بھائی، وہ potential sense میں ہے، potential۔ actual sense میں تو actualize تو آپ کو کرنا ہے۔ کا ہوتا ہے اس کے اپنی عقل کو استعمال کیجیے، art of measurement سیکھیے۔</w:t>
      </w:r>
    </w:p>
    <w:p>
      <w:r>
        <w:rPr>
          <w:b/>
        </w:rPr>
        <w:t xml:space="preserve">[1:01:28] </w:t>
      </w:r>
      <w:r>
        <w:t>woh potential sense mein hai,</w:t>
      </w:r>
    </w:p>
    <w:p>
      <w:pPr>
        <w:jc w:val="right"/>
      </w:pPr>
      <w:r>
        <w:t>وہ potential sense میں ہے،</w:t>
      </w:r>
    </w:p>
    <w:p>
      <w:r>
        <w:rPr>
          <w:b/>
        </w:rPr>
        <w:t xml:space="preserve">[1:01:33] </w:t>
      </w:r>
      <w:r>
        <w:t>hata ke pani itni aam cheez hai. subah ko main jab is mein gaya bathroom mein to main socha ke pani ko istemal karne ke liye mujhe ek system lagana parega.</w:t>
      </w:r>
    </w:p>
    <w:p>
      <w:pPr>
        <w:jc w:val="right"/>
      </w:pPr>
      <w:r>
        <w:t>حتیٰ کہ پانی اتنی عام چیز ہے۔ صبح کو میں جب اس میں گیا باتھ روم میں تو میں سوچا کہ پانی کو استعمال کرنے کے لیے مجھے ایک سسٹم لگانا پڑے گا۔</w:t>
      </w:r>
    </w:p>
    <w:p>
      <w:r>
        <w:rPr>
          <w:b/>
        </w:rPr>
        <w:t xml:space="preserve">[1:01:48] </w:t>
      </w:r>
      <w:r>
        <w:t>to kal hi hum ne ek plumber ko bulaya. to Allah taala ne sab kuch diya hai, including pani.</w:t>
      </w:r>
    </w:p>
    <w:p>
      <w:pPr>
        <w:jc w:val="right"/>
      </w:pPr>
      <w:r>
        <w:t>تو کل ہی ہم نے ایک پلمبر کو بلایا۔ تو اللہ تعالیٰ نے سب کچھ دیا ہے، including پانی۔</w:t>
      </w:r>
    </w:p>
    <w:p>
      <w:r>
        <w:rPr>
          <w:b/>
        </w:rPr>
        <w:t xml:space="preserve">[1:01:56] </w:t>
      </w:r>
      <w:r>
        <w:t>lekin manage to aap ko karna hai, isko actualize to aap ko karna hai.</w:t>
      </w:r>
    </w:p>
    <w:p>
      <w:pPr>
        <w:jc w:val="right"/>
      </w:pPr>
      <w:r>
        <w:t>لیکن manage تو آپ کو کرنا ہے، اس کو actualize تو آپ کو کرنا ہے۔</w:t>
      </w:r>
    </w:p>
    <w:p>
      <w:r>
        <w:rPr>
          <w:b/>
        </w:rPr>
        <w:t xml:space="preserve">[1:02:06] </w:t>
      </w:r>
      <w:r>
        <w:t>Maulana, agla sawal Delhi se Dr. Farida Khanam ne bheja hai. unhone aapse poocha hai ke "Please explain, shirk jarah is it related to religious persecution?" haan haan, bilkul.</w:t>
      </w:r>
    </w:p>
    <w:p>
      <w:pPr>
        <w:jc w:val="right"/>
      </w:pPr>
      <w:r>
        <w:t>مولانا، اگلا سوال دلی سے ڈاکٹر فریدہ خانم نے بھیجا ہے۔ انہوں نے آپ سے پوچھا ہے کہ "Please explain, شرک جارح is it related to religious persecution؟" ہاں ہاں، بالکل۔</w:t>
      </w:r>
    </w:p>
    <w:p>
      <w:r>
        <w:rPr>
          <w:b/>
        </w:rPr>
        <w:t xml:space="preserve">[1:02:22] </w:t>
      </w:r>
      <w:r>
        <w:t>Islam mein jo cheez qatil fitna, woh Hussain likhte hain ke fitna se murad shirk ka fitna.</w:t>
      </w:r>
    </w:p>
    <w:p>
      <w:pPr>
        <w:jc w:val="right"/>
      </w:pPr>
      <w:r>
        <w:t>اسلام میں جو چیز قاتل فتنہ، وہ حسین لکھتے ہیں کہ فتنہ سے مراد شرک کا فتنہ۔</w:t>
      </w:r>
    </w:p>
    <w:p>
      <w:r>
        <w:rPr>
          <w:b/>
        </w:rPr>
        <w:t xml:space="preserve">[1:02:35] </w:t>
      </w:r>
      <w:r>
        <w:t>likhte hain ke shirk ka fitna. to shirk ka fitna insan ka believe to aaj bhi hai, hamesha rahega, hamesha raha hai.</w:t>
      </w:r>
    </w:p>
    <w:p>
      <w:pPr>
        <w:jc w:val="right"/>
      </w:pPr>
      <w:r>
        <w:t>لکھتے ہیں کہ شرک کا فتنہ۔ تو شرک کا فتنہ انسان کا believe تو آج بھی ہے، ہمیشہ رہے گا، ہمیشہ رہا ہے۔</w:t>
      </w:r>
    </w:p>
    <w:p>
      <w:r>
        <w:rPr>
          <w:b/>
        </w:rPr>
        <w:t xml:space="preserve">[1:02:48] </w:t>
      </w:r>
      <w:r>
        <w:t>to shirk ka fitna as a belief nahi hai, woh jarah ke ma'ne mein.</w:t>
      </w:r>
    </w:p>
    <w:p>
      <w:pPr>
        <w:jc w:val="right"/>
      </w:pPr>
      <w:r>
        <w:t>تو شرک کا فتنہ as a belief نہیں ہے، وہ جارح کے معنی میں۔</w:t>
      </w:r>
    </w:p>
    <w:p>
      <w:r>
        <w:rPr>
          <w:b/>
        </w:rPr>
        <w:t xml:space="preserve">[1:02:57] </w:t>
      </w:r>
      <w:r>
        <w:t>jaise Quran mein likhi hai: "ayat ke</w:t>
      </w:r>
    </w:p>
    <w:p>
      <w:pPr>
        <w:jc w:val="right"/>
      </w:pPr>
      <w:r>
        <w:t>جیسے قرآن میں لکھی ہے: "آیت کہ</w:t>
      </w:r>
    </w:p>
    <w:p>
      <w:r>
        <w:rPr>
          <w:b/>
        </w:rPr>
        <w:t xml:space="preserve">[1:03:04] </w:t>
      </w:r>
      <w:r>
        <w:t>namaz parhne gaye Hazrat Abu Bakr Kaba mein to unko itna mara itna mara ke woh behosh ho gaye." yeh shirk jarah hai.</w:t>
      </w:r>
    </w:p>
    <w:p>
      <w:pPr>
        <w:jc w:val="right"/>
      </w:pPr>
      <w:r>
        <w:t>نماز پڑھنے گئے حضرت ابوبکر کعبہ میں تو ان کو اتنا مارا اتنا مارا کہ وہ بے ہوش ہو گئے۔" یہ شرک جارح ہے۔</w:t>
      </w:r>
    </w:p>
    <w:p>
      <w:r>
        <w:rPr>
          <w:b/>
        </w:rPr>
        <w:t xml:space="preserve">[1:03:15] </w:t>
      </w:r>
      <w:r>
        <w:t>to pehle zamane mein kya tha? is zamane ka jo mushrikana culture tha, us mein aur empire mein, political power mein, woh tha sambandh ban gaya tha.</w:t>
      </w:r>
    </w:p>
    <w:p>
      <w:pPr>
        <w:jc w:val="right"/>
      </w:pPr>
      <w:r>
        <w:t>تو پہلے زمانے میں کیا تھا؟ اس زمانے کا جو مشرکانہ کلچر تھا، اس میں اور ایمپائر میں، political power میں، وہ تھا संबंध بن گیا تھا۔</w:t>
      </w:r>
    </w:p>
    <w:p>
      <w:r>
        <w:rPr>
          <w:b/>
        </w:rPr>
        <w:t xml:space="preserve">[1:03:33] </w:t>
      </w:r>
      <w:r>
        <w:t>is ki wajah se qadeem zamane ke shirk ke paas taqat aa gayi thi. woh kehte the ke nahi, shirk ko unhone, shirk ko unhone woh bana diya tha, state religion ka darja de diya tha.</w:t>
      </w:r>
    </w:p>
    <w:p>
      <w:pPr>
        <w:jc w:val="right"/>
      </w:pPr>
      <w:r>
        <w:t>اس کی وجہ سے قدیم زمانے کے شرک کے پاس طاقت آ گئی تھی۔ وہ کہتے تھے کہ نہیں، شرک کو انہوں نے، شرک کو انہوں نے وہ بنا دیا تھا، state religion کا درجہ دے دیا تھا۔</w:t>
      </w:r>
    </w:p>
    <w:p>
      <w:r>
        <w:rPr>
          <w:b/>
        </w:rPr>
        <w:t xml:space="preserve">[1:03:50] </w:t>
      </w:r>
      <w:r>
        <w:t>qadeem zamane ki jo burai thi, jis ke liye ladai karni pari Islam ko, to is liye ke woh shirk ko unhone state religion ka darja de diya tha.</w:t>
      </w:r>
    </w:p>
    <w:p>
      <w:pPr>
        <w:jc w:val="right"/>
      </w:pPr>
      <w:r>
        <w:t>قدیم زمانے کی جو برائی تھی، جس کے لیے لڑائی کرنی پڑی اسلام کو، تو اس لیے کہ وہ شرک کو انہوں نے state religion کا درجہ دے دیا تھا۔</w:t>
      </w:r>
    </w:p>
    <w:p>
      <w:r>
        <w:rPr>
          <w:b/>
        </w:rPr>
        <w:t xml:space="preserve">[1:04:03] </w:t>
      </w:r>
      <w:r>
        <w:t>shirk ko maro warna mare jaoge, qatl qatl kiye jaoge. to Allah taala ne kya kiya? ke shirk se jarahiyat ko detach kar diya.</w:t>
      </w:r>
    </w:p>
    <w:p>
      <w:pPr>
        <w:jc w:val="right"/>
      </w:pPr>
      <w:r>
        <w:t>شرک کو مارو ورنہ مارے جاؤ گے، قتل قتل کیے جاؤ گے۔ تو اللہ تعالیٰ نے کیا کیا؟ کہ شرک سے جارحیت کو detach کر دیا۔</w:t>
      </w:r>
    </w:p>
    <w:p>
      <w:r>
        <w:rPr>
          <w:b/>
        </w:rPr>
        <w:t xml:space="preserve">[1:04:16] </w:t>
      </w:r>
      <w:r>
        <w:t>Muslim period mein yeh hua ke shirk ko khatam nahi kiya, kabhi khatam nahi ho sakta hai, na khatam kiya gaya.</w:t>
      </w:r>
    </w:p>
    <w:p>
      <w:pPr>
        <w:jc w:val="right"/>
      </w:pPr>
      <w:r>
        <w:t>مسلم پیریڈ میں یہ ہوا کہ شرک کو ختم نہیں کیا، کبھی ختم نہیں ہو سکتا ہے، نہ ختم کیا گیا۔</w:t>
      </w:r>
    </w:p>
    <w:p>
      <w:r>
        <w:rPr>
          <w:b/>
        </w:rPr>
        <w:t xml:space="preserve">[1:04:26] </w:t>
      </w:r>
      <w:r>
        <w:t>agar koi samjhe ke shirk ka as a belief khatam hoga to woh Quran ko samajhta nahi hua. shirk se shirk ko as a as a as a jarah tool khatam kar diya.</w:t>
      </w:r>
    </w:p>
    <w:p>
      <w:pPr>
        <w:jc w:val="right"/>
      </w:pPr>
      <w:r>
        <w:t>اگر کوئی سمجھے کہ شرک کا as a belief ختم ہوگا تو وہ قرآن کو سمجھتا نہیں ہوا۔ شرک سے شرک کو as a as a as a جارح tool ختم کر دیا۔</w:t>
      </w:r>
    </w:p>
    <w:p>
      <w:r>
        <w:rPr>
          <w:b/>
        </w:rPr>
        <w:t xml:space="preserve">[1:04:41] </w:t>
      </w:r>
      <w:r>
        <w:t>ab koi yeh nahi kar sakta ke tum ko shirk hi karna parega, warna mare jaoge. to chahe muhaddis baniye, chahe mushrik baniye, aap azaad hain.</w:t>
      </w:r>
    </w:p>
    <w:p>
      <w:pPr>
        <w:jc w:val="right"/>
      </w:pPr>
      <w:r>
        <w:t>اب کوئی یہ نہیں کر سکتا کہ تم کو شرک ہی کرنا پڑے گا، ورنہ مارے جاؤ گے۔ تو چاہے محدث بنیے، چاہے مشرک بنیے، آپ آزاد ہیں۔</w:t>
      </w:r>
    </w:p>
    <w:p>
      <w:r>
        <w:rPr>
          <w:b/>
        </w:rPr>
        <w:t xml:space="preserve">[1:04:52] </w:t>
      </w:r>
      <w:r>
        <w:t>to qadeem zamanay mein, yani sahaba ke zamanay mein jo larai hui thi, qatil fitna, woh is mani mein thi ke jang karo yahan tak ke shirk jarah khatam ho jaye.</w:t>
      </w:r>
    </w:p>
    <w:p>
      <w:pPr>
        <w:jc w:val="right"/>
      </w:pPr>
      <w:r>
        <w:t>تو قدیم زمانے میں، یعنی صحابہ کے زمانے میں جو لڑائی ہوئی تھی، قاتل فتنہ، وہ اس معنی میں تھی کہ جنگ کرو یہاں تک کہ شرک جارح ختم ہو جائے۔</w:t>
      </w:r>
    </w:p>
    <w:p>
      <w:r>
        <w:rPr>
          <w:b/>
        </w:rPr>
        <w:t xml:space="preserve">[1:05:11] </w:t>
      </w:r>
      <w:r>
        <w:t>jang karo yahan tak ke shirk jarah khatam ho jaye. shirk as a belief khatam ho jaye, yeh nishan hi nahi tha. nahi, kabhi ho sakta kyunke phir toh azadi, Allah taala ne jo azadi di hai, wohi khatam.</w:t>
      </w:r>
    </w:p>
    <w:p>
      <w:pPr>
        <w:jc w:val="right"/>
      </w:pPr>
      <w:r>
        <w:t>جنگ کرو یہاں تک کہ شرک جارح ختم ہو جائے۔ شرک as a belief ختم ہو جائے، یہ نشان ہی نہیں تھا۔ نہیں، کبھی ہو سکتا کیونکہ پھر تو آزادی، اللہ تعالیٰ نے جو آزادی دی ہے، وہی ختم۔</w:t>
      </w:r>
    </w:p>
    <w:p>
      <w:r>
        <w:rPr>
          <w:b/>
        </w:rPr>
        <w:t xml:space="preserve">[1:05:26] </w:t>
      </w:r>
      <w:r>
        <w:t>to Allah ki azadi ko koi abash nahi kar sakta. lekin insan ne khud se jo ijad kiya tha ke shirk ko official religion ka darja de diya aur yeh kaha ke jo is ko na manega, us ko gardan kaati jayegi, yeh yeh tha.</w:t>
      </w:r>
    </w:p>
    <w:p>
      <w:pPr>
        <w:jc w:val="right"/>
      </w:pPr>
      <w:r>
        <w:t>تو اللہ کی آزادی کو کوئی ابائش نہیں کر سکتا۔ لیکن انسان نے خود سے جو ایجاد کیا تھا کہ شرک کو official religion کا درجہ دے دیا اور یہ کہا کہ جو اس کو نہ مانے گا، اس کو گردن کاٹی جائے گی، یہ یہ تھا۔</w:t>
      </w:r>
    </w:p>
    <w:p>
      <w:r>
        <w:rPr>
          <w:b/>
        </w:rPr>
        <w:t xml:space="preserve">[1:05:46] </w:t>
      </w:r>
      <w:r>
        <w:t>jo firoun khatam manne ke khara ho gaya tha, firoun asiya bint muzahim ko, to isi liye ke tum official religion se baqawat kar rahi ho.</w:t>
      </w:r>
    </w:p>
    <w:p>
      <w:pPr>
        <w:jc w:val="right"/>
      </w:pPr>
      <w:r>
        <w:t>جو فرعون ختم ماننے کے کھڑا ہو گیا تھا، فرعون اسیہ بنت مظاہم کو، تو اسی لیے کہ تم official religion سے بقاوت کر رہی ہو۔</w:t>
      </w:r>
    </w:p>
    <w:p>
      <w:r>
        <w:rPr>
          <w:b/>
        </w:rPr>
        <w:t xml:space="preserve">[1:05:59] </w:t>
      </w:r>
      <w:r>
        <w:t>shirk to official religion hai,</w:t>
      </w:r>
    </w:p>
    <w:p>
      <w:pPr>
        <w:jc w:val="right"/>
      </w:pPr>
      <w:r>
        <w:t>شرک تو official religion ہے،</w:t>
      </w:r>
    </w:p>
    <w:p>
      <w:r>
        <w:rPr>
          <w:b/>
        </w:rPr>
        <w:t xml:space="preserve">[1:06:03] </w:t>
      </w:r>
      <w:r>
        <w:t>is ko samjhiye.</w:t>
      </w:r>
    </w:p>
    <w:p>
      <w:pPr>
        <w:jc w:val="right"/>
      </w:pPr>
      <w:r>
        <w:t>اس کو سمجھئے۔</w:t>
      </w:r>
    </w:p>
    <w:p>
      <w:r>
        <w:rPr>
          <w:b/>
        </w:rPr>
        <w:t xml:space="preserve">[1:06:10] </w:t>
      </w:r>
      <w:r>
        <w:t>maulana, agla sawal lene se pehle ek comment parhna chahenge. yeh comment bheja hai muhammad irfan rashidi sahab ne nagpur se. unhone likha hai: "maulana sahab, kal ke saturday talk ka mera take away yeh hai ke hamara focus akhirat hona chahiye.</w:t>
      </w:r>
    </w:p>
    <w:p>
      <w:pPr>
        <w:jc w:val="right"/>
      </w:pPr>
      <w:r>
        <w:t>مولانا، اگلا سوال لینے سے پہلے ایک comment پڑھنا چاہیں گے۔ یہ comment بھیجا ہے محمد عرفان رشیدی صاحب نے ناکپور سے۔ انہوں نے لکھا ہے: "مولانا صاحب، کل کے Saturday talk کا میرا take away یہ ہے کہ ہمارا focus آخرت ہونا چاہیے۔</w:t>
      </w:r>
    </w:p>
    <w:p>
      <w:r>
        <w:rPr>
          <w:b/>
        </w:rPr>
        <w:t xml:space="preserve">[1:06:27] </w:t>
      </w:r>
      <w:r>
        <w:t>Allah ne dunya mein hamein sari nematon se nawaza hai. hamein Allah se akhirat ki bhalai mangni chahiye. yeh hadith bhi samajh mein aayi ke dunya tumhari tumhari banayi gayi hai aur tumhein aur tum akhirat ke liye banaye gaye ho." maulana, sahi hai, sahi baat hai.</w:t>
      </w:r>
    </w:p>
    <w:p>
      <w:pPr>
        <w:jc w:val="right"/>
      </w:pPr>
      <w:r>
        <w:t>اللہ نے دنیا میں ہمیں ساری نعمتوں سے نوازا ہے۔ ہمیں اللہ سے آخرت کی بھلائی مانگنی چاہیے۔ یہ حدیث بھی سمجھ میں آئی کہ دنیا تمہاری تمہاری بنائی گئی ہے اور تمہیں اور تم آخرت کے لیے بنائے گئے ہو۔" مولانا، صحیح ہے، صحیح بات ہے۔</w:t>
      </w:r>
    </w:p>
    <w:p>
      <w:r>
        <w:rPr>
          <w:b/>
        </w:rPr>
        <w:t xml:space="preserve">[1:06:50] </w:t>
      </w:r>
      <w:r>
        <w:t>ji maulana, agla sawal Zubair Iqbal sahab ne likha hai Ahmedabad se. Unhone likha hai ke: "Maulana, lot of my atheist friends ask me that if God loves us, then why He would put His own creation to hellfire in the hereafter?</w:t>
      </w:r>
    </w:p>
    <w:p>
      <w:pPr>
        <w:jc w:val="right"/>
      </w:pPr>
      <w:r>
        <w:t>جی مولانا، اگلا سوال زبیر اقبال صاحب نے لکھا ہے احمد آباد سے۔ انہوں نے لکھا ہے کہ: "مولانا، lot of my atheist friends ask me that if God loves us, then why He would put His own creation to hellfire in the hereafter?</w:t>
      </w:r>
    </w:p>
    <w:p>
      <w:r>
        <w:rPr>
          <w:b/>
        </w:rPr>
        <w:t xml:space="preserve">[1:07:09] </w:t>
      </w:r>
      <w:r>
        <w:t>please tell us how to address such a question rationally."</w:t>
      </w:r>
    </w:p>
    <w:p>
      <w:pPr>
        <w:jc w:val="right"/>
      </w:pPr>
      <w:r>
        <w:t>Please tell us how to address such a question rationally."</w:t>
      </w:r>
    </w:p>
    <w:p>
      <w:r>
        <w:rPr>
          <w:b/>
        </w:rPr>
        <w:t xml:space="preserve">[1:07:16] </w:t>
      </w:r>
      <w:r>
        <w:t>dekhiye, jo akhirat ka jo anjam hai, chahe jannat ho ya dozakh ho, woh apne aamal hi ko bhukta hai ek aadmi.</w:t>
      </w:r>
    </w:p>
    <w:p>
      <w:pPr>
        <w:jc w:val="right"/>
      </w:pPr>
      <w:r>
        <w:t>دیکھیے، جو آخرت کا جو انجام ہے، چاہے جنت ہو یا دوزخ ہو، وہ اپنے اعمال ہی کو بھوکتا ہے ایک آدمی۔</w:t>
      </w:r>
    </w:p>
    <w:p>
      <w:r>
        <w:rPr>
          <w:b/>
        </w:rPr>
        <w:t xml:space="preserve">[1:07:28] </w:t>
      </w:r>
      <w:r>
        <w:t>ya aap samajh lijiye, is ki baat ko. jahannam bhi apne aamal ko bhugtana hai aur jannat bhi apne aamal ko pana hai.</w:t>
      </w:r>
    </w:p>
    <w:p>
      <w:pPr>
        <w:jc w:val="right"/>
      </w:pPr>
      <w:r>
        <w:t>یا آپ سمجھ لیجیے، اس کی بات کو۔ جہنم بھی اپنے اعمال کو بھگتنا ہے اور جنت بھی اپنے اعمال کو پانا ہے۔</w:t>
      </w:r>
    </w:p>
    <w:p>
      <w:r>
        <w:rPr>
          <w:b/>
        </w:rPr>
        <w:t xml:space="preserve">[1:07:40] </w:t>
      </w:r>
      <w:r>
        <w:t>donon apne aamal ka aamal hain, donon ke donon.</w:t>
      </w:r>
    </w:p>
    <w:p>
      <w:pPr>
        <w:jc w:val="right"/>
      </w:pPr>
      <w:r>
        <w:t>دونوں اپنے اعمال کا اعمال ہیں، دونوں کے دونوں۔</w:t>
      </w:r>
    </w:p>
    <w:p>
      <w:r>
        <w:rPr>
          <w:b/>
        </w:rPr>
        <w:t xml:space="preserve">[1:07:48] </w:t>
      </w:r>
      <w:r>
        <w:t>is par to hum ne likha hai, aap agar aap padh lein, hamari jo kitab hai, woh narah jahannam aur bagh jannat, do kitab choti choti hain, woh narah jahannam aur bagh jannat.</w:t>
      </w:r>
    </w:p>
    <w:p>
      <w:pPr>
        <w:jc w:val="right"/>
      </w:pPr>
      <w:r>
        <w:t>اس پر تو ہم نے لکھا ہے، آپ اگر آپ پڑھ لیں، ہماری جو کتاب ہے، وہ نعرہ جہنم اور باغ جنت، دو کتاب چھوٹی چھوٹی ہیں، وہ نعرہ جہنم اور باغ جنت۔</w:t>
      </w:r>
    </w:p>
    <w:p>
      <w:r>
        <w:rPr>
          <w:b/>
        </w:rPr>
        <w:t xml:space="preserve">[1:08:08] </w:t>
      </w:r>
      <w:r>
        <w:t>maulana, jo hadith mein hai, woh hadith bataiye un logon ko. inma aamalukum turdu ilaykum, is ka hawala bataiye.</w:t>
      </w:r>
    </w:p>
    <w:p>
      <w:pPr>
        <w:jc w:val="right"/>
      </w:pPr>
      <w:r>
        <w:t>مولانا، جو حدیث میں ہے، وہ حدیث بتائیے ان لوگوں کو۔ انما اعمالکم ترد الیکم، اس کا حوالہ بتائیے۔</w:t>
      </w:r>
    </w:p>
    <w:p>
      <w:r>
        <w:rPr>
          <w:b/>
        </w:rPr>
        <w:t xml:space="preserve">[1:08:19] </w:t>
      </w:r>
      <w:r>
        <w:t>inma aamalukum turdu ilaykum, ya ibadi, inma aamalukum turdu ilaykum.</w:t>
      </w:r>
    </w:p>
    <w:p>
      <w:pPr>
        <w:jc w:val="right"/>
      </w:pPr>
      <w:r>
        <w:t>انما اعمالکم ترد الیکم، یا عبادی، انما اعمالکم ترد الیکم۔</w:t>
      </w:r>
    </w:p>
    <w:p>
      <w:r>
        <w:rPr>
          <w:b/>
        </w:rPr>
        <w:t xml:space="preserve">[1:08:34] </w:t>
      </w:r>
      <w:r>
        <w:t>hilyat ul awliya, safha number 144, jild number panch. aye bande, yeh tumhare aamal hain jo tumhari taraf lotaye jayenge.</w:t>
      </w:r>
    </w:p>
    <w:p>
      <w:pPr>
        <w:jc w:val="right"/>
      </w:pPr>
      <w:r>
        <w:t>حلیۃ الاولیاء، صفحہ نمبر 144، جلد نمبر پانچ۔ اے بندے، یہ تمہارے اعمال ہیں جو تمہاری طرف لوٹائے جائیں گے۔</w:t>
      </w:r>
    </w:p>
    <w:p>
      <w:r>
        <w:rPr>
          <w:b/>
        </w:rPr>
        <w:t xml:space="preserve">[1:08:45] </w:t>
      </w:r>
      <w:r>
        <w:t>to jo is mein khair ko paya hai, to is par woh meri hamd kare aur jo is ke ilawa paya hai, to woh apne aap ko malamat kare.</w:t>
      </w:r>
    </w:p>
    <w:p>
      <w:pPr>
        <w:jc w:val="right"/>
      </w:pPr>
      <w:r>
        <w:t>تو جو اس میں خیر کو پایا ہے، تو اس پر وہ میری حمد کرے اور جو اس کے علاوہ پایا ہے، تو وہ اپنے آپ کو ملامت کرے۔</w:t>
      </w:r>
    </w:p>
    <w:p>
      <w:r>
        <w:rPr>
          <w:b/>
        </w:rPr>
        <w:t xml:space="preserve">[1:08:57] </w:t>
      </w:r>
      <w:r>
        <w:t>yani jannat bhi aap hi ka amal hoga aur jahannam bhi insan ka amal hoga. yeh hadith se sabit hota hai.</w:t>
      </w:r>
    </w:p>
    <w:p>
      <w:pPr>
        <w:jc w:val="right"/>
      </w:pPr>
      <w:r>
        <w:t>یعنی جنت بھی آپ ہی کا عمل ہوگا اور جہنم بھی انسان کا عمل ہوگا۔ یہ حدیث سے ثابت ہوتا ہے۔</w:t>
      </w:r>
    </w:p>
    <w:p>
      <w:r>
        <w:rPr>
          <w:b/>
        </w:rPr>
        <w:t xml:space="preserve">[1:09:14] </w:t>
      </w:r>
      <w:r>
        <w:t>maulana, agla sawal dilli se shahnawaz siddiqui sahab ne kiya hai. unhone likha hai: "califf is not a political term, but I think without political interference, many issues remain unresolved.</w:t>
      </w:r>
    </w:p>
    <w:p>
      <w:pPr>
        <w:jc w:val="right"/>
      </w:pPr>
      <w:r>
        <w:t>مولانا، اگلا سوال دلی سے شاہنواز صدیقی صاحب نے کیا ہے۔ انہوں نے لکھا ہے: "Califf is not a political term, but I think without political interference, many issues remain unresolved.</w:t>
      </w:r>
    </w:p>
    <w:p>
      <w:r>
        <w:rPr>
          <w:b/>
        </w:rPr>
        <w:t xml:space="preserve">[1:09:31] </w:t>
      </w:r>
      <w:r>
        <w:t>what is your opinion on this?" dekhiye, meri</w:t>
      </w:r>
    </w:p>
    <w:p>
      <w:pPr>
        <w:jc w:val="right"/>
      </w:pPr>
      <w:r>
        <w:t>What is your opinion on this?" دیکھیے، میری</w:t>
      </w:r>
    </w:p>
    <w:p>
      <w:r>
        <w:rPr>
          <w:b/>
        </w:rPr>
        <w:t xml:space="preserve">[1:09:39] </w:t>
      </w:r>
      <w:r>
        <w:t>puri zindagi ki tajurba yeh hai ke political interference sirf problem ko badhata hai, kisi problem ko hal nahi karta.</w:t>
      </w:r>
    </w:p>
    <w:p>
      <w:pPr>
        <w:jc w:val="right"/>
      </w:pPr>
      <w:r>
        <w:t>پوری زندگی کی تجربہ یہ ہے کہ political interference صرف problem کو بڑھاتا ہے، کسی problem کو حل نہیں کرتا۔</w:t>
      </w:r>
    </w:p>
    <w:p>
      <w:r>
        <w:rPr>
          <w:b/>
        </w:rPr>
        <w:t xml:space="preserve">[1:09:49] </w:t>
      </w:r>
      <w:r>
        <w:t>jo yeh samajhta ho ke political interference masla khatam hogya, to mujhe is ki misal likh ke bheje. jitne waqiyat aap bataye ke political interference ke, woh sab badhane wale honge, boost boost dene wale honge.</w:t>
      </w:r>
    </w:p>
    <w:p>
      <w:pPr>
        <w:jc w:val="right"/>
      </w:pPr>
      <w:r>
        <w:t>جو یہ سمجھتا ہو کہ political interference مسئلہ ختم ہوگیا، تو مجھے اس کی مثال لکھ کے بھیجے۔ جتنے واقعات آپ بتائیں کہ political interference کے، وہ سب بڑھانے والے ہوں گے، boost boost دینے والے ہوں گے۔</w:t>
      </w:r>
    </w:p>
    <w:p>
      <w:r>
        <w:rPr>
          <w:b/>
        </w:rPr>
        <w:t xml:space="preserve">[1:10:07] </w:t>
      </w:r>
      <w:r>
        <w:t>ab india mein bohat interference hota hai aur sab se zyada problem india mein hai. aap chale jayein switzerland mein, aap chale jaiye japan mein, wahan bohat koi peace hai,</w:t>
      </w:r>
    </w:p>
    <w:p>
      <w:pPr>
        <w:jc w:val="right"/>
      </w:pPr>
      <w:r>
        <w:t>اب انڈیا میں بہت interference ہوتا ہے اور سب سے زیادہ problem انڈیا میں ہے۔ آپ چلے جائیں Switzerland میں، آپ چلے جائیے Japan میں، وہاں بہت کوئی peace ہے،</w:t>
      </w:r>
    </w:p>
    <w:p>
      <w:r>
        <w:rPr>
          <w:b/>
        </w:rPr>
        <w:t xml:space="preserve">[1:10:20] </w:t>
      </w:r>
      <w:r>
        <w:t>koi masla hi nahi aur political interference wahan hota hi nahi hai. yeh to log mafroozat par jee rahe hain, khud hi apne dimagh mein mafroza banate hain aur usi ko samajhte hain ke yeh waqea hai.</w:t>
      </w:r>
    </w:p>
    <w:p>
      <w:pPr>
        <w:jc w:val="right"/>
      </w:pPr>
      <w:r>
        <w:t>کوئی مسئلہ ہی نہیں اور political interference وہاں ہوتا ہی نہیں ہے۔ یہ تو لوگ مفروضات پر جی رہے ہیں، خود ہی اپنے دماغ میں مفروضہ بناتے ہیں اور اسی کو سمجھتے ہیں کہ یہ واقعہ ہے۔</w:t>
      </w:r>
    </w:p>
    <w:p>
      <w:r>
        <w:rPr>
          <w:b/>
        </w:rPr>
        <w:t xml:space="preserve">[1:10:40] </w:t>
      </w:r>
      <w:r>
        <w:t>maulana, agla sawal ah ashaq kamal qadri sahib ne kiya hai haiderabad se. unhon ne likha hai: "Due to biased culture and negative thinking, today Muslim community is unable to utilize Islam to spread the word of Islam.</w:t>
      </w:r>
    </w:p>
    <w:p>
      <w:pPr>
        <w:jc w:val="right"/>
      </w:pPr>
      <w:r>
        <w:t>مولانا، اگلا سوال اہ عشاق کمال قادری صاحب نے کیا ہے حیدرآباد سے۔ انہوں نے لکھا ہے: "Due to biased culture and negative thinking, today Muslim community is unable to utilize Islam to spread the word of Islam.</w:t>
      </w:r>
    </w:p>
    <w:p>
      <w:r>
        <w:rPr>
          <w:b/>
        </w:rPr>
        <w:t xml:space="preserve">[1:10:59] </w:t>
      </w:r>
      <w:r>
        <w:t>maulana, how is how it is possible for us in such an atmosphere to get rid of westernophobia? Please guide us." bas logon ko samjhaiye, literature phailaiye,</w:t>
      </w:r>
    </w:p>
    <w:p>
      <w:pPr>
        <w:jc w:val="right"/>
      </w:pPr>
      <w:r>
        <w:t>مولانا، how is how it is possible for us in such an atmosphere to get rid of westernophobia? Please guide us." بس لوگوں کو سمجھائیے، literature پھیلائیے،</w:t>
      </w:r>
    </w:p>
    <w:p>
      <w:r>
        <w:rPr>
          <w:b/>
        </w:rPr>
        <w:t xml:space="preserve">[1:11:15] </w:t>
      </w:r>
      <w:r>
        <w:t>communication ko istemal kijiye,</w:t>
      </w:r>
    </w:p>
    <w:p>
      <w:pPr>
        <w:jc w:val="right"/>
      </w:pPr>
      <w:r>
        <w:t>communication کو استعمال کیجیے،</w:t>
      </w:r>
    </w:p>
    <w:p>
      <w:r>
        <w:rPr>
          <w:b/>
        </w:rPr>
        <w:t xml:space="preserve">[1:11:21] </w:t>
      </w:r>
      <w:r>
        <w:t>print media, electronic media dono ko istemal kijiye. bas yahi kafi hai.</w:t>
      </w:r>
    </w:p>
    <w:p>
      <w:pPr>
        <w:jc w:val="right"/>
      </w:pPr>
      <w:r>
        <w:t>print میڈیا، electronic میڈیا دونوں کو استعمال کیجیے۔ بس یہی کافی ہے۔</w:t>
      </w:r>
    </w:p>
    <w:p>
      <w:r>
        <w:rPr>
          <w:b/>
        </w:rPr>
        <w:t xml:space="preserve">[1:11:30] </w:t>
      </w:r>
      <w:r>
        <w:t>naseer sunah sahib ne tamapur se likha hai: "maulana, ek hadith mein peshin goi hai ke aakhri zamane mein sher aur bakri sath mein charen ge.</w:t>
      </w:r>
    </w:p>
    <w:p>
      <w:pPr>
        <w:jc w:val="right"/>
      </w:pPr>
      <w:r>
        <w:t>نصیر سنہ صاحب نے تماپور سے لکھا ہے: "مولانا، ایک حدیث میں پیشین گوئی ہے کہ آخری زمانے میں شیر اور بکری ساتھ میں چریں گے۔</w:t>
      </w:r>
    </w:p>
    <w:p>
      <w:r>
        <w:rPr>
          <w:b/>
        </w:rPr>
        <w:t xml:space="preserve">[1:11:43] </w:t>
      </w:r>
      <w:r>
        <w:t>shayad yeh wahi aman ka daur hai, aaj yeh yahi aman ka daur hai. maulana, kya yeh sahi hai?" dekhiye, sahi hai magar is mein condition ke ke sath hai.</w:t>
      </w:r>
    </w:p>
    <w:p>
      <w:pPr>
        <w:jc w:val="right"/>
      </w:pPr>
      <w:r>
        <w:t>شاید یہ وہی امن کا دور ہے، آج یہ یہی امن کا دور ہے۔ مولانا، کیا یہ صحیح ہے؟" دیکھیے، صحیح ہے مگر اس میں condition کے کے ساتھ ہے۔</w:t>
      </w:r>
    </w:p>
    <w:p>
      <w:r>
        <w:rPr>
          <w:b/>
        </w:rPr>
        <w:t xml:space="preserve">[1:11:55] </w:t>
      </w:r>
      <w:r>
        <w:t>sher aur bakri ek sath ka matlab yeh nahi hai ke physical sense mein, yeh matlab nahi hai. yeh possible ho gaya, ho jayega ke agar aadmi manage kar sake to yeh us ke us ko yeh faida utha sakta hai.</w:t>
      </w:r>
    </w:p>
    <w:p>
      <w:pPr>
        <w:jc w:val="right"/>
      </w:pPr>
      <w:r>
        <w:t>شیر اور بکری ایک ساتھ کا مطلب یہ نہیں ہے کہ physical sense میں، یہ مطلب نہیں ہے۔ یہ possible ہو گیا، ہو جائے گا کہ اگر آدمی manage کر سکے تو یہ اس کے اس کو یہ فائدہ اٹھا سکتا ہے۔</w:t>
      </w:r>
    </w:p>
    <w:p>
      <w:r>
        <w:rPr>
          <w:b/>
        </w:rPr>
        <w:t xml:space="preserve">[1:12:11] </w:t>
      </w:r>
      <w:r>
        <w:t>woh to aisi cheezen log manage karna jante nahi hain aur blame dete hain.</w:t>
      </w:r>
    </w:p>
    <w:p>
      <w:pPr>
        <w:jc w:val="right"/>
      </w:pPr>
      <w:r>
        <w:t>وہ تو ایسی چیزیں لوگ manage کرنا جانتے نہیں ہیں اور blame دیتے ہیں۔</w:t>
      </w:r>
    </w:p>
    <w:p>
      <w:r>
        <w:rPr>
          <w:b/>
        </w:rPr>
        <w:t xml:space="preserve">[1:12:19] </w:t>
      </w:r>
      <w:r>
        <w:t>manage karna jante nahi hain aur blame dete hain.</w:t>
      </w:r>
    </w:p>
    <w:p>
      <w:pPr>
        <w:jc w:val="right"/>
      </w:pPr>
      <w:r>
        <w:t>manage کرنا جانتے نہیں ہیں اور blame دیتے ہیں۔</w:t>
      </w:r>
    </w:p>
    <w:p>
      <w:r>
        <w:rPr>
          <w:b/>
        </w:rPr>
        <w:t xml:space="preserve">[1:12:24] </w:t>
      </w:r>
      <w:r>
        <w:t>aap you have to learn the art of management. is ke baad sab kuch woh hal ho jayega, sab kuch khatam.</w:t>
      </w:r>
    </w:p>
    <w:p>
      <w:pPr>
        <w:jc w:val="right"/>
      </w:pPr>
      <w:r>
        <w:t>آپ you have to learn the art of management۔ اس کے بعد سب کچھ وہ حل ہو جائے گا، سب کچھ ختم۔</w:t>
      </w:r>
    </w:p>
    <w:p>
      <w:r>
        <w:rPr>
          <w:b/>
        </w:rPr>
        <w:t xml:space="preserve">[1:12:37] </w:t>
      </w:r>
      <w:r>
        <w:t>art of management. maulana, dilli se management ka main ek misal deta hoon. yeh yeh divine method hai.</w:t>
      </w:r>
    </w:p>
    <w:p>
      <w:pPr>
        <w:jc w:val="right"/>
      </w:pPr>
      <w:r>
        <w:t>art of management۔ مولانا، دلی سے management کا میں ایک مثال دیتا ہوں۔ یہ یہ divine method ہے۔</w:t>
      </w:r>
    </w:p>
    <w:p>
      <w:r>
        <w:rPr>
          <w:b/>
        </w:rPr>
        <w:t xml:space="preserve">[1:12:48] </w:t>
      </w:r>
      <w:r>
        <w:t>jaise main srinagar gaya to wahan ke maidan mein jab main dekh raha tha to ek shakhs ne bataya ke dekhiye, paharon par jo chamak raha hai, woh woh barf hai.</w:t>
      </w:r>
    </w:p>
    <w:p>
      <w:pPr>
        <w:jc w:val="right"/>
      </w:pPr>
      <w:r>
        <w:t>جیسے میں سری نگر گیا تو وہاں کے میدان میں جب میں دیکھ رہا تھا تو ایک شخص نے بتایا کہ دیکھیے، پہاڑوں پر جو چمک رہا ہے، وہ وہ برف ہے۔</w:t>
      </w:r>
    </w:p>
    <w:p>
      <w:r>
        <w:rPr>
          <w:b/>
        </w:rPr>
        <w:t xml:space="preserve">[1:13:01] </w:t>
      </w:r>
      <w:r>
        <w:t>hum khade the aur paharon par chamak raha tha to woh woh barf thi. is waqt mujhe pehli bar discover hua ke khuda management ka tarika ikhtiyar karta hai.</w:t>
      </w:r>
    </w:p>
    <w:p>
      <w:pPr>
        <w:jc w:val="right"/>
      </w:pPr>
      <w:r>
        <w:t>ہم کھڑے تھے اور پہاڑوں پر چمک رہا تھا تو وہ وہ برف تھی۔ اس وقت مجھے پہلی بار discover ہوا کہ خدا management کا طریقہ اختیار کرتا ہے۔</w:t>
      </w:r>
    </w:p>
    <w:p>
      <w:r>
        <w:rPr>
          <w:b/>
        </w:rPr>
        <w:t xml:space="preserve">[1:13:17] </w:t>
      </w:r>
      <w:r>
        <w:t>yani yahan maidani ilaqe mein pani barta hai to mousla dhar barish hoti hai. pahari ilaqe mein mousla dhar barish nahi hoti.</w:t>
      </w:r>
    </w:p>
    <w:p>
      <w:pPr>
        <w:jc w:val="right"/>
      </w:pPr>
      <w:r>
        <w:t>یعنی یہاں میدانی علاقے میں پانی برستا ہے تو موسلا دھار بارش ہوتی ہے۔ پہاڑی علاقے میں موسلا دھار بارش نہیں ہوتی۔</w:t>
      </w:r>
    </w:p>
    <w:p>
      <w:r>
        <w:rPr>
          <w:b/>
        </w:rPr>
        <w:t xml:space="preserve">[1:13:29] </w:t>
      </w:r>
      <w:r>
        <w:t>wahan yeh jo snow kehte hain, us ko snow parti hai. to snow kya hai? woh mousla dhar barish ka badal hai.</w:t>
      </w:r>
    </w:p>
    <w:p>
      <w:pPr>
        <w:jc w:val="right"/>
      </w:pPr>
      <w:r>
        <w:t>وہاں یہ جو snow کہتے ہیں، اس کو snow پڑتی ہے۔ تو snow کیا ہے؟ وہ موسلا دھار بارش کا بدل ہے۔</w:t>
      </w:r>
    </w:p>
    <w:p>
      <w:r>
        <w:rPr>
          <w:b/>
        </w:rPr>
        <w:t xml:space="preserve">[1:13:43] </w:t>
      </w:r>
      <w:r>
        <w:t>yani upar se snow aati hai, bilkul rooi ke rooi ke tarike se woh jam jati hai, barf ban jati hai.</w:t>
      </w:r>
    </w:p>
    <w:p>
      <w:pPr>
        <w:jc w:val="right"/>
      </w:pPr>
      <w:r>
        <w:t>یعنی اوپر سے snow آتی ہے، بالکل روئی کے روئی کے طریقے سے وہ جم جاتی ہے، برف بن جاتی ہے۔</w:t>
      </w:r>
    </w:p>
    <w:p>
      <w:r>
        <w:rPr>
          <w:b/>
        </w:rPr>
        <w:t xml:space="preserve">[1:13:53] </w:t>
      </w:r>
      <w:r>
        <w:t>to barf kya cheez hai? woh is yeh store ki hui barish hai, store kiya hua pani hai.</w:t>
      </w:r>
    </w:p>
    <w:p>
      <w:pPr>
        <w:jc w:val="right"/>
      </w:pPr>
      <w:r>
        <w:t>تو برف کیا چیز ہے؟ وہ اس یہ store کی ہوئی بارش ہے، store کیا ہوا پانی ہے۔</w:t>
      </w:r>
    </w:p>
    <w:p>
      <w:r>
        <w:rPr>
          <w:b/>
        </w:rPr>
        <w:t xml:space="preserve">[1:14:05] </w:t>
      </w:r>
      <w:r>
        <w:t>ab woh barf jo hai, jam gayi aur dhire dhire dhoop se, suraj se pighalti hai, pighal ke koi behti hai.</w:t>
      </w:r>
    </w:p>
    <w:p>
      <w:pPr>
        <w:jc w:val="right"/>
      </w:pPr>
      <w:r>
        <w:t>اب وہ برف جو ہے، جم گئی اور دھیرے دھیرے دھوپ سے، سورج سے پگھلتی ہے، پگھل کے کوئی بہتی ہے۔</w:t>
      </w:r>
    </w:p>
    <w:p>
      <w:r>
        <w:rPr>
          <w:b/>
        </w:rPr>
        <w:t xml:space="preserve">[1:14:19] </w:t>
      </w:r>
      <w:r>
        <w:t>to mousla dhar barish mein pani nadiyon ke zariye yahan se wahan pahunch jata hai. aur jahan pahari ilaqe hain, wahan nadiyaan is tarah ki nahi hoti hain jaise ke maidani ilaqe mein.</w:t>
      </w:r>
    </w:p>
    <w:p>
      <w:pPr>
        <w:jc w:val="right"/>
      </w:pPr>
      <w:r>
        <w:t>تو موسلا دھار بارش میں پانی ندیوں کے ذریعے یہاں سے وہاں پہنچ جاتا ہے۔ اور جہاں پہاڑی علاقے ہیں، وہاں ندیاں اس طرح کی نہیں ہوتی ہیں جیسے کہ میدانی علاقے میں۔</w:t>
      </w:r>
    </w:p>
    <w:p>
      <w:r>
        <w:rPr>
          <w:b/>
        </w:rPr>
        <w:t xml:space="preserve">[1:14:32] </w:t>
      </w:r>
      <w:r>
        <w:t>to woh to pahari ilaqon mein barf pighal kar ke pani pahunchata hai aur maidani ilaqon mein barish nadiyon ke zariye pahunchti hai.</w:t>
      </w:r>
    </w:p>
    <w:p>
      <w:pPr>
        <w:jc w:val="right"/>
      </w:pPr>
      <w:r>
        <w:t>تو وہ تو پہاڑی علاقوں میں برف پگھل کر کے پانی پہنچاتا ہے اور میدانی علاقوں میں بارش ندیوں کے ذریعے پہنچتی ہے۔</w:t>
      </w:r>
    </w:p>
    <w:p>
      <w:r>
        <w:rPr>
          <w:b/>
        </w:rPr>
        <w:t xml:space="preserve">[1:14:50] </w:t>
      </w:r>
      <w:r>
        <w:t>jagah yeh hamare management hai. to management to khud khuda ka tarika hai, wohi insan ko karna chahiye.</w:t>
      </w:r>
    </w:p>
    <w:p>
      <w:pPr>
        <w:jc w:val="right"/>
      </w:pPr>
      <w:r>
        <w:t>جگہ یہ ہمارے management ہے۔ تو management تو خود خدا کا طریقہ ہے، وہی انسان کو کرنا چاہیے۔</w:t>
      </w:r>
    </w:p>
    <w:p>
      <w:r>
        <w:rPr>
          <w:b/>
        </w:rPr>
        <w:t xml:space="preserve">[1:15:10] </w:t>
      </w:r>
      <w:r>
        <w:t>maulana, dilli se mister ss poori ne sawal bheje hain. un ke do sawal jo milte julte hain, hum un ko lena chahenge.</w:t>
      </w:r>
    </w:p>
    <w:p>
      <w:pPr>
        <w:jc w:val="right"/>
      </w:pPr>
      <w:r>
        <w:t>مولانا، دلی سے مسٹر ایس ایس پوری نے سوال بھیجے ہیں۔ ان کے دو سوال جو ملتے جلتے ہیں، ہم ان کو لینا چاہیں گے۔</w:t>
      </w:r>
    </w:p>
    <w:p>
      <w:r>
        <w:rPr>
          <w:b/>
        </w:rPr>
        <w:t xml:space="preserve">[1:15:19] </w:t>
      </w:r>
      <w:r>
        <w:t>unhon ne likha hai ke: "In today's saffron regime, will peaceful efforts bring any result?</w:t>
      </w:r>
    </w:p>
    <w:p>
      <w:pPr>
        <w:jc w:val="right"/>
      </w:pPr>
      <w:r>
        <w:t>انہوں نے لکھا ہے کہ: "In today's saffron regime, will peaceful efforts bring any result?</w:t>
      </w:r>
    </w:p>
    <w:p>
      <w:r>
        <w:rPr>
          <w:b/>
        </w:rPr>
        <w:t xml:space="preserve">[1:15:29] </w:t>
      </w:r>
      <w:r>
        <w:t>if you talk against majority, you are you are termed as a traitor. kaho ya saho." phir un ka doosra sawal hai ke: "ji when isi ko pehle lijie.</w:t>
      </w:r>
    </w:p>
    <w:p>
      <w:pPr>
        <w:jc w:val="right"/>
      </w:pPr>
      <w:r>
        <w:t>If you talk against majority, you are you are termed as a traitor. کہو یا سہو۔" پھر ان کا دوسرا سوال ہے کہ: "جی when اسی کو پہلے لیجیے۔</w:t>
      </w:r>
    </w:p>
    <w:p>
      <w:r>
        <w:rPr>
          <w:b/>
        </w:rPr>
        <w:t xml:space="preserve">[1:15:41] </w:t>
      </w:r>
      <w:r>
        <w:t>ji yeh sab manta nahi. yeh to gaali ka lafz hai. saffron regime dekhiye, hamara tarika islam ka tarika yeh hai ke kisi ko wohi kaho jo khud apna naam de rakha hai us ne.</w:t>
      </w:r>
    </w:p>
    <w:p>
      <w:pPr>
        <w:jc w:val="right"/>
      </w:pPr>
      <w:r>
        <w:t>جی یہ سب مانتا نہیں۔ یہ تو گالی کا لفظ ہے۔ saffron regime دیکھیے، ہمارا طریقہ اسلام کا طریقہ یہ ہے کہ کسی کو وہی کہو جو خود اپنا نام دے رکھا ہے اس نے۔</w:t>
      </w:r>
    </w:p>
    <w:p>
      <w:r>
        <w:rPr>
          <w:b/>
        </w:rPr>
        <w:t xml:space="preserve">[1:15:54] </w:t>
      </w:r>
      <w:r>
        <w:t>agar aap ne woh kaha hai ke yeh saffron regime hai to kahiye un ko. nahi to woh gaali hai.</w:t>
      </w:r>
    </w:p>
    <w:p>
      <w:pPr>
        <w:jc w:val="right"/>
      </w:pPr>
      <w:r>
        <w:t>اگر آپ نے وہ کہا ہے کہ یہ saffron regime ہے تو کہیے ان کو۔ نہیں تو وہ گالی ہے۔</w:t>
      </w:r>
    </w:p>
    <w:p>
      <w:r>
        <w:rPr>
          <w:b/>
        </w:rPr>
        <w:t xml:space="preserve">[1:16:02] </w:t>
      </w:r>
      <w:r>
        <w:t>jaise qadiyani apne ko qadiyani nahi kehte to aap un ko qadiyani kahein to yeh gaali ho jayega. woh apne ko ahmadi kehte hain to aap bhi ahmadi kahein.</w:t>
      </w:r>
    </w:p>
    <w:p>
      <w:pPr>
        <w:jc w:val="right"/>
      </w:pPr>
      <w:r>
        <w:t>جیسے قادیانی اپنے کو قادیانی نہیں کہتے تو آپ ان کو قادیانی کہیں تو یہ گالی ہو جائے گی۔ وہ اپنے کو احمدی کہتے ہیں تو آپ بھی احمدی کہیے۔</w:t>
      </w:r>
    </w:p>
    <w:p>
      <w:r>
        <w:rPr>
          <w:b/>
        </w:rPr>
        <w:t xml:space="preserve">[1:16:12] </w:t>
      </w:r>
      <w:r>
        <w:t>apna naam jo unhon ne de rakha hai, wohi lijiye. doosra naam mat lijiye. to woh apne ko saffron regime nahi kehte to aap ko kehte hain.</w:t>
      </w:r>
    </w:p>
    <w:p>
      <w:pPr>
        <w:jc w:val="right"/>
      </w:pPr>
      <w:r>
        <w:t>اپنا نام جو انہوں نے دے رکھا ہے، وہی لیجیے۔ دوسرا نام مت لیجیے۔ تو وہ اپنے کو saffron regime نہیں کہتے تو آپ کو کہتے ہیں۔</w:t>
      </w:r>
    </w:p>
    <w:p>
      <w:r>
        <w:rPr>
          <w:b/>
        </w:rPr>
        <w:t xml:space="preserve">[1:16:21] </w:t>
      </w:r>
      <w:r>
        <w:t>ab gaali kyon dete hain?</w:t>
      </w:r>
    </w:p>
    <w:p>
      <w:pPr>
        <w:jc w:val="right"/>
      </w:pPr>
      <w:r>
        <w:t>اب گالی کیوں دیتے ہیں؟</w:t>
      </w:r>
    </w:p>
    <w:p>
      <w:r>
        <w:rPr>
          <w:b/>
        </w:rPr>
        <w:t xml:space="preserve">[1:16:26] </w:t>
      </w:r>
      <w:r>
        <w:t>bhai, pehle pehle to aap apni apni zuban badliye, apni soch badliye. tab aap ko right thinking aayegi aap ke andar.</w:t>
      </w:r>
    </w:p>
    <w:p>
      <w:pPr>
        <w:jc w:val="right"/>
      </w:pPr>
      <w:r>
        <w:t>بھائی، پہلے پہلے تو آپ اپنی اپنی زبان بدلیے، اپنی سوچ بدلیے۔ تب آپ کوright thinking آئے گی آپ کے اندر۔</w:t>
      </w:r>
    </w:p>
    <w:p>
      <w:r>
        <w:rPr>
          <w:b/>
        </w:rPr>
        <w:t xml:space="preserve">[1:16:36] </w:t>
      </w:r>
      <w:r>
        <w:t>aur doosra kya tha? "When a whole community is branded as terrorist." nahi, bilkul. "When what can they?" galat hai yeh.</w:t>
      </w:r>
    </w:p>
    <w:p>
      <w:pPr>
        <w:jc w:val="right"/>
      </w:pPr>
      <w:r>
        <w:t>اور دوسرا کیا تھا؟ "When a whole community is branded as terrorist۔" نہیں، بالکل۔ "When what can they؟" غلط ہے یہ۔</w:t>
      </w:r>
    </w:p>
    <w:p>
      <w:r>
        <w:rPr>
          <w:b/>
        </w:rPr>
        <w:t xml:space="preserve">[1:16:46] </w:t>
      </w:r>
      <w:r>
        <w:t>ji sari community ko terrorist kaun kehta hai? kaun kehta hai? main bhi doosri community ka fard hoon, mujhe to koi nahi kehta. hmm, is sari community ko branded un ko woh yaani keh diya ke yeh sab terrorist hain.</w:t>
      </w:r>
    </w:p>
    <w:p>
      <w:pPr>
        <w:jc w:val="right"/>
      </w:pPr>
      <w:r>
        <w:t>جی ساری community کو terrorist کون کہتا ہے؟ کون کہتا ہے؟ میں بھی دوسری community کا فرد ہوں، مجھے تو کوئی نہیں کہتا۔ ہمم، اس ساری community کو branded ان کو وہ یعنی کہہ دیا کہ یہ سب terrorist ہیں۔</w:t>
      </w:r>
    </w:p>
    <w:p>
      <w:r>
        <w:rPr>
          <w:b/>
        </w:rPr>
        <w:t xml:space="preserve">[1:17:03] </w:t>
      </w:r>
      <w:r>
        <w:t>yeh bilkul galat baat hai. maulana, shayad woh kuch aise debates ko mention kar rahe hon jahan pe aapas mein do log argument karte hain.</w:t>
      </w:r>
    </w:p>
    <w:p>
      <w:pPr>
        <w:jc w:val="right"/>
      </w:pPr>
      <w:r>
        <w:t>یہ بالکل غلط بات ہے۔ مولانا، شاید وہ کچھ ایسے debates کو mention کر رہے ہوں جہاں پہ آپس میں دو لوگ argument کرتے ہیں۔</w:t>
      </w:r>
    </w:p>
    <w:p>
      <w:r>
        <w:rPr>
          <w:b/>
        </w:rPr>
        <w:t xml:space="preserve">[1:17:13] </w:t>
      </w:r>
      <w:r>
        <w:t>to woh to kuch bhi ho sakta hai. debate mein to ek aadmi farzi tor par bolta hai, ek ek pro bolega, ek against mein bolega.</w:t>
      </w:r>
    </w:p>
    <w:p>
      <w:pPr>
        <w:jc w:val="right"/>
      </w:pPr>
      <w:r>
        <w:t>تو وہ تو کچھ بھی ہو سکتا ہے۔ ڈیبیٹ میں تو ایک آدمی فرضی طور پر بولتا ہے، ایک ایک pro بولے گا، ایک against میں بولے گا۔</w:t>
      </w:r>
    </w:p>
    <w:p>
      <w:r>
        <w:rPr>
          <w:b/>
        </w:rPr>
        <w:t xml:space="preserve">[1:17:24] </w:t>
      </w:r>
      <w:r>
        <w:t>debate karne ke liye is ko kyon misaal diya unhon ne? actual misaal dijiye. ji, koi aisa idea mein kuch nahi hai.</w:t>
      </w:r>
    </w:p>
    <w:p>
      <w:pPr>
        <w:jc w:val="right"/>
      </w:pPr>
      <w:r>
        <w:t>ڈیبیٹ کرنے کے لیے اس کو کیوں مثال دیا انہوں نے؟ actual مثال دیجیے۔ جی، کوئی ایسا idea میں کچھ نہیں ہے۔</w:t>
      </w:r>
    </w:p>
    <w:p>
      <w:r>
        <w:rPr>
          <w:b/>
        </w:rPr>
        <w:t xml:space="preserve">[1:17:35] </w:t>
      </w:r>
      <w:r>
        <w:t>khwamkhwah woh to title de rakha hai.</w:t>
      </w:r>
    </w:p>
    <w:p>
      <w:pPr>
        <w:jc w:val="right"/>
      </w:pPr>
      <w:r>
        <w:t>خوامخواہ وہ تو ٹائٹل دے رکھا ہے۔</w:t>
      </w:r>
    </w:p>
    <w:p>
      <w:r>
        <w:rPr>
          <w:b/>
        </w:rPr>
        <w:t xml:space="preserve">[1:17:41] </w:t>
      </w:r>
      <w:r>
        <w:t>maulana, agla sawal lena chahenge jo chennai se. main dekhiye, yeh is ke khilaf hai is hadees ke. "lamashkurannasa lamashkurallah." hum ko is mulk mein mauqa hai peaceful tareeqe se hum sab kaam kar rahe hain.</w:t>
      </w:r>
    </w:p>
    <w:p>
      <w:pPr>
        <w:jc w:val="right"/>
      </w:pPr>
      <w:r>
        <w:t>مولانا، اگلا سوال لینا چاہیں گے جو چنئی سے۔ میں دیکھیے، یہ اس کے خلاف ہے اس حدیث کے۔ "لما اشكر الناس لم اشکر اللہ۔" ہم کو اس ملک میں موقع ہے peaceful طریقے سے ہم سب کام کر رہے ہیں۔</w:t>
      </w:r>
    </w:p>
    <w:p>
      <w:r>
        <w:rPr>
          <w:b/>
        </w:rPr>
        <w:t xml:space="preserve">[1:17:56] </w:t>
      </w:r>
      <w:r>
        <w:t>is ka etraf karein, is ka shukr ada karein. woh nahi, is hadees ke khilaf ho jayega. aap etraf kyon nahi karte?</w:t>
      </w:r>
    </w:p>
    <w:p>
      <w:pPr>
        <w:jc w:val="right"/>
      </w:pPr>
      <w:r>
        <w:t>اس کا اعتراف کریں، اس کا شکر ادا کریں۔ وہ نہیں، اس حدیث کے خلاف ہو جائے گا۔ آپ اعتراف کیوں نہیں کرتے؟</w:t>
      </w:r>
    </w:p>
    <w:p>
      <w:r>
        <w:rPr>
          <w:b/>
        </w:rPr>
        <w:t xml:space="preserve">[1:18:09] </w:t>
      </w:r>
      <w:r>
        <w:t>main to aaj tak itni lambi muddat se main kaam kar raha hoon india mein. koi mujhe rok rokne nahi aaya.</w:t>
      </w:r>
    </w:p>
    <w:p>
      <w:pPr>
        <w:jc w:val="right"/>
      </w:pPr>
      <w:r>
        <w:t>میں تو آج تک اتنی لمبی مدت سے میں کام کر رہا ہوں انڈیا میں۔ کوئی مجھے روک روکنے نہیں آیا۔</w:t>
      </w:r>
    </w:p>
    <w:p>
      <w:r>
        <w:rPr>
          <w:b/>
        </w:rPr>
        <w:t xml:space="preserve">[1:18:20] </w:t>
      </w:r>
      <w:r>
        <w:t>yaani ajeeb baat hai. main aap ko ek qissa batata hoon ke main adhak board mein jab tha. adhak board ki baat hai yeh ke jab main naujawan tha, us waqt ki baat hai to mujhe dawat ka woh josh paida hua.</w:t>
      </w:r>
    </w:p>
    <w:p>
      <w:pPr>
        <w:jc w:val="right"/>
      </w:pPr>
      <w:r>
        <w:t>یعنی عجیب بات ہے۔ میں آپ کو ایک قصہ بتاتا ہوں کہ میں آدھک بورڈ میں جب تھا۔ آدھک بورڈ کی بات ہے یہ کہ جب میں نوجوان تھا، اس وقت کی بات ہے تو مجھے دعوت کا وہ جوش پیدا ہوا۔</w:t>
      </w:r>
    </w:p>
    <w:p>
      <w:r>
        <w:rPr>
          <w:b/>
        </w:rPr>
        <w:t xml:space="preserve">[1:18:37] </w:t>
      </w:r>
      <w:r>
        <w:t>to dawat ka jo josh paida hua to main ne ek is zamane mein tanga chalta tha. ek tanga kiraye par liya raat ke liye.</w:t>
      </w:r>
    </w:p>
    <w:p>
      <w:pPr>
        <w:jc w:val="right"/>
      </w:pPr>
      <w:r>
        <w:t>تو دعوت کا جو جوش پیدا ہوا تو میں نے ایک اس زمانے میں تانگا چلتا تھا۔ ایک تانگا کرائے پر لیا رات کے لیے۔</w:t>
      </w:r>
    </w:p>
    <w:p>
      <w:r>
        <w:rPr>
          <w:b/>
        </w:rPr>
        <w:t xml:space="preserve">[1:18:47] </w:t>
      </w:r>
      <w:r>
        <w:t>is par woh rakha, loudspeaker rakha aur raat ke andhere mein main is mein bolta hua saare saare is mein ghuma.</w:t>
      </w:r>
    </w:p>
    <w:p>
      <w:pPr>
        <w:jc w:val="right"/>
      </w:pPr>
      <w:r>
        <w:t>اس پر وہ رکھا، لاؤڈ سپیکر رکھا اور رات کے اندھیرے میں میں اس میں بولتا ہوا سارے سارے اس میں گھوما۔</w:t>
      </w:r>
    </w:p>
    <w:p>
      <w:r>
        <w:rPr>
          <w:b/>
        </w:rPr>
        <w:t xml:space="preserve">[1:18:59] </w:t>
      </w:r>
      <w:r>
        <w:t>saare is city mein hain. aur main kya kehta tha ke: "ae logon!</w:t>
      </w:r>
    </w:p>
    <w:p>
      <w:pPr>
        <w:jc w:val="right"/>
      </w:pPr>
      <w:r>
        <w:t>سارے اس سٹی میں ہیں۔ اور میں کیا کہتا تھا کہ: "اے لوگوں!</w:t>
      </w:r>
    </w:p>
    <w:p>
      <w:r>
        <w:rPr>
          <w:b/>
        </w:rPr>
        <w:t xml:space="preserve">[1:19:08] </w:t>
      </w:r>
      <w:r>
        <w:t>agar main yeh kahoon ke dakuon ki koi fauj saare hamla karne wali hai to tum mujh se poochne aaoge ke woh kaisa hai?" to dakuon ka hamla to nahi hai, to ek ek aur hamla hai.</w:t>
      </w:r>
    </w:p>
    <w:p>
      <w:pPr>
        <w:jc w:val="right"/>
      </w:pPr>
      <w:r>
        <w:t>اگر میں یہ کہوں کہ ڈاکوؤں کی کوئی فوج سارے حملہ کرنے والی ہے تو تم مجھ سے پوچھنے آؤ گے کہ وہ کیسا ہے؟" تو ڈاکوؤں کا حملہ تو نہیں ہے، تو ایک ایک اور حملہ ہے۔</w:t>
      </w:r>
    </w:p>
    <w:p>
      <w:r>
        <w:rPr>
          <w:b/>
        </w:rPr>
        <w:t xml:space="preserve">[1:19:20] </w:t>
      </w:r>
      <w:r>
        <w:t>woh shaitan ka hamla hai. hamare literature padho aur jano ke woh hamle se murad kya hai. to main sochta tha ke shayad subah ko police poochne aayegi mujh se.</w:t>
      </w:r>
    </w:p>
    <w:p>
      <w:pPr>
        <w:jc w:val="right"/>
      </w:pPr>
      <w:r>
        <w:t>وہ شیطان کا حملہ ہے۔ ہمارے literature پڑھو اور جانو کہ وہ حملے سے مراد کیا ہے۔ تو میں سوچتا تھا کہ شاید صبح کو پولیس پوچھنے آئے گی مجھ سے۔</w:t>
      </w:r>
    </w:p>
    <w:p>
      <w:r>
        <w:rPr>
          <w:b/>
        </w:rPr>
        <w:t xml:space="preserve">[1:19:31] </w:t>
      </w:r>
      <w:r>
        <w:t>aisa kyon kiya? aaj tak kisi ne poocha nahi mujhe. to itni azaadi hai is mulk mein to is ka shukr ada kijiye. aisa baatein kehte hain, baseless baatein, baseless.</w:t>
      </w:r>
    </w:p>
    <w:p>
      <w:pPr>
        <w:jc w:val="right"/>
      </w:pPr>
      <w:r>
        <w:t>ایسا کیوں کیا؟ آج تک کسی نے پوچھا نہیں مجھے۔ تو اتنی آزادی ہے اس ملک میں تو اس کا شکر ادا کیجیے۔ ایسا باتیں کہتے ہیں، baseless باتیں، baseless۔</w:t>
      </w:r>
    </w:p>
    <w:p>
      <w:r>
        <w:rPr>
          <w:b/>
        </w:rPr>
        <w:t xml:space="preserve">[1:19:49] </w:t>
      </w:r>
      <w:r>
        <w:t>maulana, agla sawal lene se pehle ek comment padhna chahenge. yeh maulana yaqoob umri ne dilli se bheja hai. unhon ne likha hai: "maulana!</w:t>
      </w:r>
    </w:p>
    <w:p>
      <w:pPr>
        <w:jc w:val="right"/>
      </w:pPr>
      <w:r>
        <w:t>مولانا، اگلا سوال لینے سے پہلے ایک کمنٹ پڑھنا چاہیں گے۔ یہ مولانا یعقوب عمری نے دلی سے بھیجا ہے۔ انہوں نے لکھا ہے: "مولانا!</w:t>
      </w:r>
    </w:p>
    <w:p>
      <w:r>
        <w:rPr>
          <w:b/>
        </w:rPr>
        <w:t xml:space="preserve">[1:19:58] </w:t>
      </w:r>
      <w:r>
        <w:t>today's lecture was a beautiful explanation of shock treatment to keep humanity on track and it was a new meaning of the ayat 'فَا لَوْلَا دَافُعُوا لِلنَّاسِ'." maulana, agla sawal lenge.</w:t>
      </w:r>
    </w:p>
    <w:p>
      <w:pPr>
        <w:jc w:val="right"/>
      </w:pPr>
      <w:r>
        <w:t>Today's lecture was a beautiful explanation of shock treatment to keep humanity on track and it was a new meaning of the آیت 'فَا لَوْلَا دَافُعُوا لِلنَّاسِ'۔" مولانا، اگلا سوال لیں گے۔</w:t>
      </w:r>
    </w:p>
    <w:p>
      <w:r>
        <w:rPr>
          <w:b/>
        </w:rPr>
        <w:t xml:space="preserve">[1:20:15] </w:t>
      </w:r>
      <w:r>
        <w:t>yeh sawal bheja hai maulana iqbal umri ne chennai se. unhon ne likha hai ke: "maulana! power struggle ki zehniyat ki asal wajah kya hai?</w:t>
      </w:r>
    </w:p>
    <w:p>
      <w:pPr>
        <w:jc w:val="right"/>
      </w:pPr>
      <w:r>
        <w:t>یہ سوال بھیجا ہے مولانا اقبال عمری نے چنئی سے۔ انہوں نے لکھا ہے کہ: "مولانا! Power struggle کی ذہنیت کی اصل وجہ کیا ہے؟</w:t>
      </w:r>
    </w:p>
    <w:p>
      <w:r>
        <w:rPr>
          <w:b/>
        </w:rPr>
        <w:t xml:space="preserve">[1:20:26] </w:t>
      </w:r>
      <w:r>
        <w:t>is ke baray mein batayein." kis ki zehniyat? power struggle. woh kya cheez hai? hum to jante nahi ke power struggle kya hai. yeh to jhoote alfaaz hain.</w:t>
      </w:r>
    </w:p>
    <w:p>
      <w:pPr>
        <w:jc w:val="right"/>
      </w:pPr>
      <w:r>
        <w:t>اس کے بارے میں بتائیں۔" کس کی ذہنیت؟ Power struggle۔ وہ کیا چیز ہے؟ ہم تو جانتے نہیں کہ power struggle کیا ہے۔ یہ تو جھوٹے الفاظ ہیں۔</w:t>
      </w:r>
    </w:p>
    <w:p>
      <w:r>
        <w:rPr>
          <w:b/>
        </w:rPr>
        <w:t xml:space="preserve">[1:20:39] </w:t>
      </w:r>
      <w:r>
        <w:t>woh dekhen, yeh toh kuch log hain jo term bana bana kar ke phailate hain. Power struggle kya hai?</w:t>
      </w:r>
    </w:p>
    <w:p>
      <w:pPr>
        <w:jc w:val="right"/>
      </w:pPr>
      <w:r>
        <w:t>وہ دیکھیں، یہ تو کچھ لوگ ہیں جو term بنا بنا کر کے پھیلاتے ہیں۔ Power struggle کیا ہے؟</w:t>
      </w:r>
    </w:p>
    <w:p>
      <w:r>
        <w:rPr>
          <w:b/>
        </w:rPr>
        <w:t xml:space="preserve">[1:20:49] </w:t>
      </w:r>
      <w:r>
        <w:t>kya cheez hai woh? Ji, jangl mein bhi power struggle hoti hai, hawa mein hoti hai, patange bhi karte hain.</w:t>
      </w:r>
    </w:p>
    <w:p>
      <w:pPr>
        <w:jc w:val="right"/>
      </w:pPr>
      <w:r>
        <w:t>کیا چیز ہے وہ؟ جی، جنگل میں بھی power struggle ہوتی ہے، ہوا میں ہوتی ہے، پتنگے بھی کرتے ہیں۔</w:t>
      </w:r>
    </w:p>
    <w:p>
      <w:r>
        <w:rPr>
          <w:b/>
        </w:rPr>
        <w:t xml:space="preserve">[1:20:59] </w:t>
      </w:r>
      <w:r>
        <w:t>yeh toh in ka murad kya hai? specific tor par bataein. Maulana, agla sawal lena chahein ge. Yeh Mumbai se bheja hai Sajid Anwar sahib ne.</w:t>
      </w:r>
    </w:p>
    <w:p>
      <w:pPr>
        <w:jc w:val="right"/>
      </w:pPr>
      <w:r>
        <w:t>یہ تو ان کا مراد کیا ہے؟ specific طور پر بتائیں۔ مولانا، اگلا سوال لینا چاہیں گے۔ یہ ممبئی سے بھیجا ہے ساجد انور صاحب نے۔</w:t>
      </w:r>
    </w:p>
    <w:p>
      <w:r>
        <w:rPr>
          <w:b/>
        </w:rPr>
        <w:t xml:space="preserve">[1:21:10] </w:t>
      </w:r>
      <w:r>
        <w:t>unhon ne likha hai: "Maulana! How to overcome our inhibitions for doing da'wah work? Is ke bare mein bataein." Bhai, inhibition kaun si?</w:t>
      </w:r>
    </w:p>
    <w:p>
      <w:pPr>
        <w:jc w:val="right"/>
      </w:pPr>
      <w:r>
        <w:t>انہوں نے لکھا ہے: "مولانا! How to overcome our inhibitions for doing دعویٰ work؟ اس کے بارے میں بتائیں۔" بھئی، inhibition کون سی؟</w:t>
      </w:r>
    </w:p>
    <w:p>
      <w:r>
        <w:rPr>
          <w:b/>
        </w:rPr>
        <w:t xml:space="preserve">[1:21:21] </w:t>
      </w:r>
      <w:r>
        <w:t>is ko is ka toh naam liya nahi unhon ne. Maulana, aksar log hesitate karte hain Quran dene se ya baat karne se. Un ke zehn mein different different reasons aate hain is ko le ke.</w:t>
      </w:r>
    </w:p>
    <w:p>
      <w:pPr>
        <w:jc w:val="right"/>
      </w:pPr>
      <w:r>
        <w:t>اس کو اس کا تو نام لیا نہیں انہوں نے۔ مولانا، اکثر لوگ hesitate کرتے ہیں قرآن دینے سے یا بات کرنے سے۔ ان کے ذہن میں different different reasons آتے ہیں اس کو لے کے۔</w:t>
      </w:r>
    </w:p>
    <w:p>
      <w:r>
        <w:rPr>
          <w:b/>
        </w:rPr>
        <w:t xml:space="preserve">[1:21:33] </w:t>
      </w:r>
      <w:r>
        <w:t>toh general level pe kaise inhibitions ko? Yeh aisi hamari report ke mutabiq yeh koi koi fitne ki soorat nahi hai.</w:t>
      </w:r>
    </w:p>
    <w:p>
      <w:pPr>
        <w:jc w:val="right"/>
      </w:pPr>
      <w:r>
        <w:t>تو جنرل level پہ کیسے inhibitions کو؟ یہ ایسی ہماری رپورٹ کے مطابق یہ کوئی کوئی فتنے کی صورت نہیں ہے۔</w:t>
      </w:r>
    </w:p>
    <w:p>
      <w:r>
        <w:rPr>
          <w:b/>
        </w:rPr>
        <w:t xml:space="preserve">[1:21:44] </w:t>
      </w:r>
      <w:r>
        <w:t>aka daka koi kisi ko hota hai toh is ko chhoriye.</w:t>
      </w:r>
    </w:p>
    <w:p>
      <w:pPr>
        <w:jc w:val="right"/>
      </w:pPr>
      <w:r>
        <w:t>اکا دکا کوئی کسی کو ہوتا ہے تو اس کو چھوڑیے۔</w:t>
      </w:r>
    </w:p>
    <w:p>
      <w:r>
        <w:rPr>
          <w:b/>
        </w:rPr>
        <w:t xml:space="preserve">[1:21:50] </w:t>
      </w:r>
      <w:r>
        <w:t>misalan mein apna qissa batata hoon aap ko inhibition ka. Hum Poland gaye. Poland mein Christian ka ek program tha.</w:t>
      </w:r>
    </w:p>
    <w:p>
      <w:pPr>
        <w:jc w:val="right"/>
      </w:pPr>
      <w:r>
        <w:t>مثلاً میں اپنا قصہ بتاتا ہوں آپ کو inhibition کا۔ ہم پولینڈ گئے۔ پولینڈ میں Christian کا ایک program تھا۔</w:t>
      </w:r>
    </w:p>
    <w:p>
      <w:r>
        <w:rPr>
          <w:b/>
        </w:rPr>
        <w:t xml:space="preserve">[1:21:59] </w:t>
      </w:r>
      <w:r>
        <w:t>bade bade padri wahan aaye hue the. Toh woh baithe the kursi'on par. Toh wahan jo maine kaha manage karna seekhiye, toh wahan par yeh hua ke un ko pohanchaya jaye.</w:t>
      </w:r>
    </w:p>
    <w:p>
      <w:pPr>
        <w:jc w:val="right"/>
      </w:pPr>
      <w:r>
        <w:t>بڑے بڑے پادری وہاں آئے ہوئے تھے۔ تو وہ بیٹھے تھے کرسیوں پر۔ تو وہاں جو میں نے کہا manage کرنا سیکھیے، تو وہاں پر یہ ہوا کہ ان کو پہنچایا جائے۔</w:t>
      </w:r>
    </w:p>
    <w:p>
      <w:r>
        <w:rPr>
          <w:b/>
        </w:rPr>
        <w:t xml:space="preserve">[1:22:17] </w:t>
      </w:r>
      <w:r>
        <w:t>nahi, woh woh woh jo tha padri logon ko kuch oblation ho gaya ke Quran ko phaila rahe ho. Yahan toh hamara ruk gaya.</w:t>
      </w:r>
    </w:p>
    <w:p>
      <w:pPr>
        <w:jc w:val="right"/>
      </w:pPr>
      <w:r>
        <w:t>نہیں، وہ وہ وہ جو تھا پادری لوگوں کو کچھ oblation ہو گیا کہ قرآن کو پھیلا رہے ہو۔ یہاں تو ہمارا رک گیا۔</w:t>
      </w:r>
    </w:p>
    <w:p>
      <w:r>
        <w:rPr>
          <w:b/>
        </w:rPr>
        <w:t xml:space="preserve">[1:22:29] </w:t>
      </w:r>
      <w:r>
        <w:t>hamara ho gaya. Aap the us waqt? Ji ji ji. Aap bata dijiye woh kya hua tha. Toh it was a very aah, I mean an interesting incident.</w:t>
      </w:r>
    </w:p>
    <w:p>
      <w:pPr>
        <w:jc w:val="right"/>
      </w:pPr>
      <w:r>
        <w:t>ہمارا ہو گیا۔ آپ تھے اس وقت؟ جی جی جی۔ آپ بتا دیجیے وہ کیا ہوا تھا۔ تو it was a very آہ، I mean an interesting incident۔</w:t>
      </w:r>
    </w:p>
    <w:p>
      <w:r>
        <w:rPr>
          <w:b/>
        </w:rPr>
        <w:t xml:space="preserve">[1:22:38] </w:t>
      </w:r>
      <w:r>
        <w:t>In fact, it was aah, I would say a demonstration aah to all the CPS workers that how they should get creative aah when they are doing da'wah work and they should not get intimidated by the environment.</w:t>
      </w:r>
    </w:p>
    <w:p>
      <w:pPr>
        <w:jc w:val="right"/>
      </w:pPr>
      <w:r>
        <w:t>In fact, it was آہ، I would say a demonstration آہ to all the CPS workers that how they should get creative آہ when they are doing دعویٰ work and they should not get intimidated by the environment۔</w:t>
      </w:r>
    </w:p>
    <w:p>
      <w:r>
        <w:rPr>
          <w:b/>
        </w:rPr>
        <w:t xml:space="preserve">[1:22:51] </w:t>
      </w:r>
      <w:r>
        <w:t>toh is doran aah bohat bari gathering thi jaise Maulana sahib bata rahe hain and there were leaders, top leaders, faith leaders from all over the world and it was a mammoth gathering.</w:t>
      </w:r>
    </w:p>
    <w:p>
      <w:pPr>
        <w:jc w:val="right"/>
      </w:pPr>
      <w:r>
        <w:t>تو اس دوران آہ بہت بڑی gathering تھی جیسے مولانا صاحب بتا رہے ہیں and there were leaders, top leaders, faith leaders from all over the world and it was a mammoth gathering۔</w:t>
      </w:r>
    </w:p>
    <w:p>
      <w:r>
        <w:rPr>
          <w:b/>
        </w:rPr>
        <w:t xml:space="preserve">[1:23:03] </w:t>
      </w:r>
      <w:r>
        <w:t>toh is doran aah aah yeh hua ke kaise distribute karein Quran. Toh Sadia Khan aah aah ne bari creatively she went to aah the Christian faith leader who was the leader aah sitting there in the gathering and she went there and she bowed her head and she said: "Bless me Father</w:t>
      </w:r>
    </w:p>
    <w:p>
      <w:pPr>
        <w:jc w:val="right"/>
      </w:pPr>
      <w:r>
        <w:t>تو اس دوران آہ آہ یہ ہوا کہ کیسے distribute کریں قرآن۔ تو سعدیہ خان آہ آہ نے بڑی creatively she went to آہ the Christian faith leader who was the leader آہ sitting there in the gathering and she went there and she bowed her head and she said: "Bless me Father</w:t>
      </w:r>
    </w:p>
    <w:p>
      <w:r>
        <w:rPr>
          <w:b/>
        </w:rPr>
        <w:t xml:space="preserve">[1:23:24] </w:t>
      </w:r>
      <w:r>
        <w:t>. Toh sar jhuka diya. Yeh da'i ne sar jhuka diya. Yeh hai taleem-e-qalb.</w:t>
      </w:r>
    </w:p>
    <w:p>
      <w:pPr>
        <w:jc w:val="right"/>
      </w:pPr>
      <w:r>
        <w:t>۔" تو سر جھکا دیا۔ یہ داعی نے سر جھکا دیا۔ یہ ہے تعلیم قلب۔</w:t>
      </w:r>
    </w:p>
    <w:p>
      <w:r>
        <w:rPr>
          <w:b/>
        </w:rPr>
        <w:t xml:space="preserve">[1:23:35] </w:t>
      </w:r>
      <w:r>
        <w:t>Maulana, is mein yeh bhi batana chahein ge ke is ka yeh impact hua ke aah woh almost for five ten seconds he kept looking at Sadia. He could not react and then he immediately took the Quran from Sadia and then he smiled aur us ke baad phir woh ek dam opportunity jo hai woh hum logon ke liye khul gayi aur hum log</w:t>
      </w:r>
    </w:p>
    <w:p>
      <w:pPr>
        <w:jc w:val="right"/>
      </w:pPr>
      <w:r>
        <w:t>مولانا، اس میں یہ بھی بتانا چاہیں گے کہ اس کا یہ impact ہوا کہ آہ وہ almost for five ten seconds he kept looking at سعدیہ۔ He could not react and then he immediately took the قرآن from سعدیہ and then he smiled اور اس کے بعد پھر وہ ایک دم opportunity جو ہے وہ ہم لوگوں کے لیے کھل گئی اور ہم لوگ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