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Prayer for the Hereafter December 22, 2018</w:t>
      </w:r>
    </w:p>
    <w:p>
      <w:r>
        <w:t>https://www.youtube.com/watch?v=kUsAmo4PZh4</w:t>
      </w:r>
    </w:p>
    <w:p>
      <w:r>
        <w:rPr>
          <w:b/>
        </w:rPr>
        <w:t xml:space="preserve">[00:13] </w:t>
      </w:r>
      <w:r>
        <w:t>Bismillah hir rahman nir rahim, wa salli Allahu ala nabiyyil karim.</w:t>
      </w:r>
    </w:p>
    <w:p>
      <w:pPr>
        <w:jc w:val="right"/>
      </w:pPr>
      <w:r>
        <w:t>بسم اللہ الرحمن الرحیم، وصلی اللہ علی النبی الکریم۔</w:t>
      </w:r>
    </w:p>
    <w:p>
      <w:r>
        <w:rPr>
          <w:b/>
        </w:rPr>
        <w:t xml:space="preserve">[00:23] </w:t>
      </w:r>
      <w:r>
        <w:t>22 December 2018.</w:t>
      </w:r>
    </w:p>
    <w:p>
      <w:pPr>
        <w:jc w:val="right"/>
      </w:pPr>
      <w:r>
        <w:t>22 دسمبر 2018۔</w:t>
      </w:r>
    </w:p>
    <w:p>
      <w:r>
        <w:rPr>
          <w:b/>
        </w:rPr>
        <w:t xml:space="preserve">[00:29] </w:t>
      </w:r>
      <w:r>
        <w:t>aaj ki baat cheet Quran ki ek ayat ko le kar hogi. Pehle aap is ayat ko sunein, us ke baad inshallah talk shuru hogi.</w:t>
      </w:r>
    </w:p>
    <w:p>
      <w:pPr>
        <w:jc w:val="right"/>
      </w:pPr>
      <w:r>
        <w:t>آج کی بات چیت قرآن کی ایک آیت کو لے کر ہوگی۔ پہلے آپ اس آیت کو سنیں، اس کے بعد انشاءاللہ ٹاک شروع ہوگی۔</w:t>
      </w:r>
    </w:p>
    <w:p>
      <w:r>
        <w:rPr>
          <w:b/>
        </w:rPr>
        <w:t xml:space="preserve">[00:45] </w:t>
      </w:r>
      <w:r>
        <w:t>Bismillah hir rahman nir rahim. Wa atakum min kulli ma sa'altumuh, wa in ta'uddu ni'matallahi la tushuruha, innal insana la zalumun kaffar.</w:t>
      </w:r>
    </w:p>
    <w:p>
      <w:pPr>
        <w:jc w:val="right"/>
      </w:pPr>
      <w:r>
        <w:t>بسم اللہ الرحمن الرحیم۔ وآتاكم من کل ما سألتموہ، وإن تعدوا نعمة الله لا تحصوها، إن الإنسان لظلوم كفار۔</w:t>
      </w:r>
    </w:p>
    <w:p>
      <w:r>
        <w:rPr>
          <w:b/>
        </w:rPr>
        <w:t xml:space="preserve">[00:59] </w:t>
      </w:r>
      <w:r>
        <w:t>aur us ne tum ko har us cheez mein se diya jo tum ne manga. Agar tum Allah ki nemat'on ko ginna chaho toh gin nahi sakte. Beshak insan bohat be-insaf aur bada na-shukra hai.</w:t>
      </w:r>
    </w:p>
    <w:p>
      <w:pPr>
        <w:jc w:val="right"/>
      </w:pPr>
      <w:r>
        <w:t>اور اس نے تم کو ہر اس چیز میں سے دیا جو تم نے مانگا۔ اگر تم اللہ کی نعمتوں کو گننا چاہو تو گن نہیں سکتے۔ بے شک انسان بہت بے انصاف اور بڑا ناشکرا ہے۔</w:t>
      </w:r>
    </w:p>
    <w:p>
      <w:r>
        <w:rPr>
          <w:b/>
        </w:rPr>
        <w:t xml:space="preserve">[01:14] </w:t>
      </w:r>
      <w:r>
        <w:t>aaj maine Quran ki is ayat ko padha toh mujhe ajeeb ehsas hua.</w:t>
      </w:r>
    </w:p>
    <w:p>
      <w:pPr>
        <w:jc w:val="right"/>
      </w:pPr>
      <w:r>
        <w:t>آج میں نے قرآن کی اس آیت کو پڑھا تو مجھے عجیب احساس ہوا۔</w:t>
      </w:r>
    </w:p>
    <w:p>
      <w:r>
        <w:rPr>
          <w:b/>
        </w:rPr>
        <w:t xml:space="preserve">[01:25] </w:t>
      </w:r>
      <w:r>
        <w:t>aisa laga ke main is ayat ko rediscover kar raha hoon. Is ayat ko rediscover kar raha hoon.</w:t>
      </w:r>
    </w:p>
    <w:p>
      <w:pPr>
        <w:jc w:val="right"/>
      </w:pPr>
      <w:r>
        <w:t>ایسا لگا کہ میں اس آیت کو ری ڈسکور کر رہا ہوں۔ اس آیت کو ری ڈسکور کر رہا ہوں۔</w:t>
      </w:r>
    </w:p>
    <w:p>
      <w:r>
        <w:rPr>
          <w:b/>
        </w:rPr>
        <w:t xml:space="preserve">[01:40] </w:t>
      </w:r>
      <w:r>
        <w:t>aap dekhiye, jab Allah Rabb</w:t>
      </w:r>
    </w:p>
    <w:p>
      <w:pPr>
        <w:jc w:val="right"/>
      </w:pPr>
      <w:r>
        <w:t>آپ دیکھیے، جب اللہ رب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