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 Religion of Peace (English) January 8, 2007 Maulana Wahiduddin Khan</w:t>
      </w:r>
    </w:p>
    <w:p>
      <w:r>
        <w:t>https://www.youtube.com/watch?v=WpK7BT7-YC8</w:t>
      </w:r>
    </w:p>
    <w:p>
      <w:r>
        <w:rPr>
          <w:b/>
        </w:rPr>
        <w:t xml:space="preserve">[00:10] </w:t>
      </w:r>
      <w:r>
        <w:t>allah wa nabiyyil kareem,</w:t>
      </w:r>
    </w:p>
    <w:p>
      <w:pPr>
        <w:jc w:val="right"/>
      </w:pPr>
      <w:r>
        <w:t>اللہ والنبی الکریم،</w:t>
      </w:r>
    </w:p>
    <w:p>
      <w:r>
        <w:rPr>
          <w:b/>
        </w:rPr>
        <w:t xml:space="preserve">[00:13]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[00:19] </w:t>
      </w:r>
      <w:r>
        <w:t>wahl-ul-uqdatan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[00:22]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[00:25] </w:t>
      </w:r>
      <w:r>
        <w:t>i would like to say a few words</w:t>
      </w:r>
    </w:p>
    <w:p>
      <w:pPr>
        <w:jc w:val="right"/>
      </w:pPr>
      <w:r>
        <w:t>آئی ووڈ لائک ٹو سے ا فیو ورڈز</w:t>
      </w:r>
    </w:p>
    <w:p>
      <w:r>
        <w:rPr>
          <w:b/>
        </w:rPr>
        <w:t xml:space="preserve">[00:30] </w:t>
      </w:r>
      <w:r>
        <w:t>about islam.</w:t>
      </w:r>
    </w:p>
    <w:p>
      <w:pPr>
        <w:jc w:val="right"/>
      </w:pPr>
      <w:r>
        <w:t>اباؤٹ اسلام۔</w:t>
      </w:r>
    </w:p>
    <w:p>
      <w:r>
        <w:rPr>
          <w:b/>
        </w:rPr>
        <w:t xml:space="preserve">[00:35] </w:t>
      </w:r>
      <w:r>
        <w:t>da frast prinsipal</w:t>
      </w:r>
    </w:p>
    <w:p>
      <w:pPr>
        <w:jc w:val="right"/>
      </w:pPr>
      <w:r>
        <w:t>دا فرسٹ پرنسپل</w:t>
      </w:r>
    </w:p>
    <w:p>
      <w:r>
        <w:rPr>
          <w:b/>
        </w:rPr>
        <w:t xml:space="preserve">[00:39] </w:t>
      </w:r>
      <w:r>
        <w:t>iu hi</w:t>
      </w:r>
    </w:p>
    <w:p>
      <w:pPr>
        <w:jc w:val="right"/>
      </w:pPr>
      <w:r>
        <w:t>یو ہی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