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(English) January 4, 2007 Maulana Wahiduddin Khan</w:t>
      </w:r>
    </w:p>
    <w:p>
      <w:r>
        <w:t>https://www.youtube.com/watch?v=OGyScxB47lc</w:t>
      </w:r>
    </w:p>
    <w:p>
      <w:r>
        <w:rPr>
          <w:b/>
        </w:rPr>
        <w:t xml:space="preserve">[00:10] </w:t>
      </w:r>
      <w:r>
        <w:t>vasallahu ala nabiyil karim. rabishrah li sadri, va yassir li amri, vah 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[00:36] </w:t>
      </w:r>
      <w:r>
        <w:t>The subject for the present talk is the</w:t>
      </w:r>
    </w:p>
    <w:p>
      <w:pPr>
        <w:jc w:val="right"/>
      </w:pPr>
      <w:r>
        <w:t>دا سبجیکٹ فار دی پریزنٹ ٹاک از دا</w:t>
      </w:r>
    </w:p>
    <w:p>
      <w:r>
        <w:rPr>
          <w:b/>
        </w:rPr>
        <w:t xml:space="preserve">[00:45] </w:t>
      </w:r>
      <w:r>
        <w:t>krieshan plan af gad.</w:t>
      </w:r>
    </w:p>
    <w:p>
      <w:pPr>
        <w:jc w:val="right"/>
      </w:pPr>
      <w:r>
        <w:t>کریشن پلان آف گاڈ۔</w:t>
      </w:r>
    </w:p>
    <w:p>
      <w:r>
        <w:rPr>
          <w:b/>
        </w:rPr>
        <w:t xml:space="preserve">[00:53] </w:t>
      </w:r>
      <w:r>
        <w:t>What is the meaning of this subject? It is to try to know that what was in the mind of God when He created the present world and</w:t>
      </w:r>
    </w:p>
    <w:p>
      <w:pPr>
        <w:jc w:val="right"/>
      </w:pPr>
      <w:r>
        <w:t>واٹ از دا میننگ آف دس سبجیکٹ؟ اٹ از ٹو ٹرائی ٹو نو دیٹ واٹ واز ان دا مائنڈ آف گاڈ وین ہی کریٹڈ دی پریزنٹ ورلڈ اینڈ</w:t>
      </w:r>
    </w:p>
    <w:p>
      <w:r>
        <w:rPr>
          <w:b/>
        </w:rPr>
        <w:t xml:space="preserve">[01:20] </w:t>
      </w:r>
      <w:r>
        <w:t>hiuman bing.</w:t>
      </w:r>
    </w:p>
    <w:p>
      <w:pPr>
        <w:jc w:val="right"/>
      </w:pPr>
      <w:r>
        <w:t>ہیومن بینگ۔</w:t>
      </w:r>
    </w:p>
    <w:p>
      <w:r>
        <w:rPr>
          <w:b/>
        </w:rPr>
        <w:t xml:space="preserve">[01:24] </w:t>
      </w:r>
      <w:r>
        <w:t>it iz veri importent kveschan,</w:t>
      </w:r>
    </w:p>
    <w:p>
      <w:pPr>
        <w:jc w:val="right"/>
      </w:pPr>
      <w:r>
        <w:t>اٹ از ویری امپورٹنٹ کوئسچن،</w:t>
      </w:r>
    </w:p>
    <w:p>
      <w:r>
        <w:rPr>
          <w:b/>
        </w:rPr>
        <w:t xml:space="preserve">[01:30] </w:t>
      </w:r>
      <w:r>
        <w:t>And I can say that it is a question of every human being.</w:t>
      </w:r>
    </w:p>
    <w:p>
      <w:pPr>
        <w:jc w:val="right"/>
      </w:pPr>
      <w:r>
        <w:t>اینڈ آئی کین سے دیٹ اٹ از ا کوئسچن آف ایوری ہیومن بینگ۔</w:t>
      </w:r>
    </w:p>
    <w:p>
      <w:r>
        <w:rPr>
          <w:b/>
        </w:rPr>
        <w:t xml:space="preserve">[01:41] </w:t>
      </w:r>
      <w:r>
        <w:t>Every man is born with this question.</w:t>
      </w:r>
    </w:p>
    <w:p>
      <w:pPr>
        <w:jc w:val="right"/>
      </w:pPr>
      <w:r>
        <w:t>ایوری ون از بورن ود دس کوئسچن۔</w:t>
      </w:r>
    </w:p>
    <w:p>
      <w:r>
        <w:rPr>
          <w:b/>
        </w:rPr>
        <w:t xml:space="preserve">[01:47] </w:t>
      </w:r>
      <w:r>
        <w:t>Every man and woman want to know, either consciously or unconsciously, who I am?</w:t>
      </w:r>
    </w:p>
    <w:p>
      <w:pPr>
        <w:jc w:val="right"/>
      </w:pPr>
      <w:r>
        <w:t>ایوری مین اینڈ وومن وانٹ ٹو نو، ایدر کانشیسلی اور انکانشیسلی، ہو آئی ایم؟</w:t>
      </w:r>
    </w:p>
    <w:p>
      <w:r>
        <w:rPr>
          <w:b/>
        </w:rPr>
        <w:t xml:space="preserve">[02:03] </w:t>
      </w:r>
      <w:r>
        <w:t>vat iz da parpas af mai laif?</w:t>
      </w:r>
    </w:p>
    <w:p>
      <w:pPr>
        <w:jc w:val="right"/>
      </w:pPr>
      <w:r>
        <w:t>واٹ از دا پرپس آف مائی لائف؟</w:t>
      </w:r>
    </w:p>
    <w:p>
      <w:r>
        <w:rPr>
          <w:b/>
        </w:rPr>
        <w:t xml:space="preserve">[02:12] </w:t>
      </w:r>
      <w:r>
        <w:t>What is life and death? What is success and failure?</w:t>
      </w:r>
    </w:p>
    <w:p>
      <w:pPr>
        <w:jc w:val="right"/>
      </w:pPr>
      <w:r>
        <w:t>واٹ از لائف اینڈ ڈیتھ؟ واٹ از سکسیس اینڈ فیلیر؟</w:t>
      </w:r>
    </w:p>
    <w:p>
      <w:r>
        <w:rPr>
          <w:b/>
        </w:rPr>
        <w:t xml:space="preserve">[02:22] </w:t>
      </w:r>
      <w:r>
        <w:t>What place I occupy in the history?</w:t>
      </w:r>
    </w:p>
    <w:p>
      <w:pPr>
        <w:jc w:val="right"/>
      </w:pPr>
      <w:r>
        <w:t>واٹ پلیس آئی اکوپائی ان دا ہسٹری؟</w:t>
      </w:r>
    </w:p>
    <w:p>
      <w:r>
        <w:rPr>
          <w:b/>
        </w:rPr>
        <w:t xml:space="preserve">[02:31] </w:t>
      </w:r>
      <w:r>
        <w:t>diz kveschans ar</w:t>
      </w:r>
    </w:p>
    <w:p>
      <w:pPr>
        <w:jc w:val="right"/>
      </w:pPr>
      <w:r>
        <w:t>دیز کوئسچنز آر</w:t>
      </w:r>
    </w:p>
    <w:p>
      <w:r>
        <w:rPr>
          <w:b/>
        </w:rPr>
        <w:t xml:space="preserve">[02:36] </w:t>
      </w:r>
      <w:r>
        <w:t>a common question, a universal question.</w:t>
      </w:r>
    </w:p>
    <w:p>
      <w:pPr>
        <w:jc w:val="right"/>
      </w:pPr>
      <w:r>
        <w:t>ا کامن کوئسچن، آر یونیورسل کوئسچن۔</w:t>
      </w:r>
    </w:p>
    <w:p>
      <w:r>
        <w:rPr>
          <w:b/>
        </w:rPr>
        <w:t xml:space="preserve">[02:46] </w:t>
      </w:r>
      <w:r>
        <w:t>every one is engaged to know the answer of this question. Now,</w:t>
      </w:r>
    </w:p>
    <w:p>
      <w:pPr>
        <w:jc w:val="right"/>
      </w:pPr>
      <w:r>
        <w:t>ایوری ون از انگیجڈ ٹو نو دا انسر آف دس کوئسچن۔ ناؤ،</w:t>
      </w:r>
    </w:p>
    <w:p>
      <w:r>
        <w:rPr>
          <w:b/>
        </w:rPr>
        <w:t xml:space="preserve">[02:57] </w:t>
      </w:r>
      <w:r>
        <w:t>I would like to see a few words on the subject. I have divided my talk in three parts.</w:t>
      </w:r>
    </w:p>
    <w:p>
      <w:pPr>
        <w:jc w:val="right"/>
      </w:pPr>
      <w:r>
        <w:t>آئی وڈ لائک ٹو سی ا فیو ورڈز آن دا سبجیکٹ۔ آئی ہیو ڈیوائیڈڈ مائی ٹاک ان تھری پارٹس۔</w:t>
      </w:r>
    </w:p>
    <w:p>
      <w:r>
        <w:rPr>
          <w:b/>
        </w:rPr>
        <w:t xml:space="preserve">[03:09] </w:t>
      </w:r>
      <w:r>
        <w:t>frast,</w:t>
      </w:r>
    </w:p>
    <w:p>
      <w:pPr>
        <w:jc w:val="right"/>
      </w:pPr>
      <w:r>
        <w:t>فرسٹ،</w:t>
      </w:r>
    </w:p>
    <w:p>
      <w:r>
        <w:rPr>
          <w:b/>
        </w:rPr>
        <w:t xml:space="preserve">[03:13] </w:t>
      </w:r>
      <w:r>
        <w:t>da egzistans af gad.</w:t>
      </w:r>
    </w:p>
    <w:p>
      <w:pPr>
        <w:jc w:val="right"/>
      </w:pPr>
      <w:r>
        <w:t>دا ایگزسٹنس آف گاڈ۔</w:t>
      </w:r>
    </w:p>
    <w:p>
      <w:r>
        <w:rPr>
          <w:b/>
        </w:rPr>
        <w:t xml:space="preserve">[03:18] </w:t>
      </w:r>
      <w:r>
        <w:t>sikanad,</w:t>
      </w:r>
    </w:p>
    <w:p>
      <w:pPr>
        <w:jc w:val="right"/>
      </w:pPr>
      <w:r>
        <w:t>سیکنڈ،</w:t>
      </w:r>
    </w:p>
    <w:p>
      <w:r>
        <w:rPr>
          <w:b/>
        </w:rPr>
        <w:t xml:space="preserve">[03:24] </w:t>
      </w:r>
      <w:r>
        <w:t>the point of reference. And the third, what is the creation plan of God in actual sense?</w:t>
      </w:r>
    </w:p>
    <w:p>
      <w:pPr>
        <w:jc w:val="right"/>
      </w:pPr>
      <w:r>
        <w:t>دا پوائنٹ آف ریفرنس۔ اینڈ دی تھرڈ، واٹ از دا کریشن پلان آف گاڈ ان ایکچول سینس؟</w:t>
      </w:r>
    </w:p>
    <w:p>
      <w:r>
        <w:rPr>
          <w:b/>
        </w:rPr>
        <w:t xml:space="preserve">[03:41] </w:t>
      </w:r>
      <w:r>
        <w:t>So, let us take the first question.</w:t>
      </w:r>
    </w:p>
    <w:p>
      <w:pPr>
        <w:jc w:val="right"/>
      </w:pPr>
      <w:r>
        <w:t>سو، لیٹ اس ٹیک دا فرسٹ کوئسچن۔</w:t>
      </w:r>
    </w:p>
    <w:p>
      <w:r>
        <w:rPr>
          <w:b/>
        </w:rPr>
        <w:t xml:space="preserve">[03:48] </w:t>
      </w:r>
      <w:r>
        <w:t>az dair ani gad</w:t>
      </w:r>
    </w:p>
    <w:p>
      <w:pPr>
        <w:jc w:val="right"/>
      </w:pPr>
      <w:r>
        <w:t>از دیر اینی گاڈ</w:t>
      </w:r>
    </w:p>
    <w:p>
      <w:r>
        <w:rPr>
          <w:b/>
        </w:rPr>
        <w:t xml:space="preserve">[03:52] </w:t>
      </w:r>
      <w:r>
        <w:t>ho created this universe?</w:t>
      </w:r>
    </w:p>
    <w:p>
      <w:pPr>
        <w:jc w:val="right"/>
      </w:pPr>
      <w:r>
        <w:t>ہو کریٹڈ دس یونیورس؟</w:t>
      </w:r>
    </w:p>
    <w:p>
      <w:r>
        <w:rPr>
          <w:b/>
        </w:rPr>
        <w:t xml:space="preserve">[03:59] </w:t>
      </w:r>
      <w:r>
        <w:t>i think all the data,</w:t>
      </w:r>
    </w:p>
    <w:p>
      <w:pPr>
        <w:jc w:val="right"/>
      </w:pPr>
      <w:r>
        <w:t>آئی تھنک آل دا ڈاٹا،</w:t>
      </w:r>
    </w:p>
    <w:p>
      <w:r>
        <w:rPr>
          <w:b/>
        </w:rPr>
        <w:t xml:space="preserve">[04:04] </w:t>
      </w:r>
      <w:r>
        <w:t>all the scientific data, confirm that there is a god, there is a creator.</w:t>
      </w:r>
    </w:p>
    <w:p>
      <w:pPr>
        <w:jc w:val="right"/>
      </w:pPr>
      <w:r>
        <w:t>آل دا سائنٹیفک ڈاٹا، کنفرم دیٹ دیر از ا گاڈ، دیر از ا کریٹر۔</w:t>
      </w:r>
    </w:p>
    <w:p>
      <w:r>
        <w:rPr>
          <w:b/>
        </w:rPr>
        <w:t xml:space="preserve">[04:17] </w:t>
      </w:r>
      <w:r>
        <w:t>without creator, there is no creation.</w:t>
      </w:r>
    </w:p>
    <w:p>
      <w:pPr>
        <w:jc w:val="right"/>
      </w:pPr>
      <w:r>
        <w:t>وداؤٹ کریٹر، دیر از نو کریشن۔</w:t>
      </w:r>
    </w:p>
    <w:p>
      <w:r>
        <w:rPr>
          <w:b/>
        </w:rPr>
        <w:t xml:space="preserve">[04:25] </w:t>
      </w:r>
      <w:r>
        <w:t>i always say that</w:t>
      </w:r>
    </w:p>
    <w:p>
      <w:pPr>
        <w:jc w:val="right"/>
      </w:pPr>
      <w:r>
        <w:t>آئی الویز سے دیٹ</w:t>
      </w:r>
    </w:p>
    <w:p>
      <w:r>
        <w:rPr>
          <w:b/>
        </w:rPr>
        <w:t xml:space="preserve">[04:35] </w:t>
      </w:r>
      <w:r>
        <w:t>we have no choice other than to acknowledge that there is a god.</w:t>
      </w:r>
    </w:p>
    <w:p>
      <w:pPr>
        <w:jc w:val="right"/>
      </w:pPr>
      <w:r>
        <w:t>وی ہیو نو چوائس ادر دین ٹو اکنالج دیٹ دیر از ا گاڈ۔</w:t>
      </w:r>
    </w:p>
    <w:p>
      <w:r>
        <w:rPr>
          <w:b/>
        </w:rPr>
        <w:t xml:space="preserve">[04:49] </w:t>
      </w:r>
      <w:r>
        <w:t>universe without god is not our option.</w:t>
      </w:r>
    </w:p>
    <w:p>
      <w:pPr>
        <w:jc w:val="right"/>
      </w:pPr>
      <w:r>
        <w:t>یونیورس وداؤٹ گاڈ از ناٹ اور آپشن۔</w:t>
      </w:r>
    </w:p>
    <w:p>
      <w:r>
        <w:rPr>
          <w:b/>
        </w:rPr>
        <w:t xml:space="preserve">[05:02] </w:t>
      </w:r>
      <w:r>
        <w:t>our option is only to believe that universe with god.</w:t>
      </w:r>
    </w:p>
    <w:p>
      <w:pPr>
        <w:jc w:val="right"/>
      </w:pPr>
      <w:r>
        <w:t>اور آپشن از اونلی ٹو بیلیو دیٹ یونیورس ود گاڈ۔</w:t>
      </w:r>
    </w:p>
    <w:p>
      <w:r>
        <w:rPr>
          <w:b/>
        </w:rPr>
        <w:t xml:space="preserve">[05:14] </w:t>
      </w:r>
      <w:r>
        <w:t>universe without god is not our option.</w:t>
      </w:r>
    </w:p>
    <w:p>
      <w:pPr>
        <w:jc w:val="right"/>
      </w:pPr>
      <w:r>
        <w:t>یونیورس وداؤٹ گاڈ از ناٹ اور آپشن۔</w:t>
      </w:r>
    </w:p>
    <w:p>
      <w:r>
        <w:rPr>
          <w:b/>
        </w:rPr>
        <w:t xml:space="preserve">[05:18] </w:t>
      </w:r>
      <w:r>
        <w:t>the option is universe with god. because without believing that there is a god, there is no universe.</w:t>
      </w:r>
    </w:p>
    <w:p>
      <w:pPr>
        <w:jc w:val="right"/>
      </w:pPr>
      <w:r>
        <w:t>دا آپشن از یونیورس ود گاڈ۔ بیکاز وداؤٹ بیلیونگ دیٹ دیر از ا گاڈ، دیر از نو یونیورس۔</w:t>
      </w:r>
    </w:p>
    <w:p>
      <w:r>
        <w:rPr>
          <w:b/>
        </w:rPr>
        <w:t xml:space="preserve">[05:29] </w:t>
      </w:r>
      <w:r>
        <w:t>we cannot believe a universe without creator, without god.</w:t>
      </w:r>
    </w:p>
    <w:p>
      <w:pPr>
        <w:jc w:val="right"/>
      </w:pPr>
      <w:r>
        <w:t>وی کین ناٹ بیلیو ا یونیورس وداؤٹ کریٹر، وداؤٹ گاڈ۔</w:t>
      </w:r>
    </w:p>
    <w:p>
      <w:r>
        <w:rPr>
          <w:b/>
        </w:rPr>
        <w:t xml:space="preserve">[05:40] </w:t>
      </w:r>
      <w:r>
        <w:t>there are ample examples, ample evidences</w:t>
      </w:r>
    </w:p>
    <w:p>
      <w:pPr>
        <w:jc w:val="right"/>
      </w:pPr>
      <w:r>
        <w:t>دیر ار ایمپل ایگزیمپلز، ایمپل ایویڈنسز</w:t>
      </w:r>
    </w:p>
    <w:p>
      <w:r>
        <w:rPr>
          <w:b/>
        </w:rPr>
        <w:t xml:space="preserve">[05:45] </w:t>
      </w:r>
      <w:r>
        <w:t>. here, i would like to refer only one such evidence. you know, our universe is a very vast universe.</w:t>
      </w:r>
    </w:p>
    <w:p>
      <w:pPr>
        <w:jc w:val="right"/>
      </w:pPr>
      <w:r>
        <w:t>۔ ہیر، آئی وڈ لائک ٹو ریفر اونلی ون سچ ایویڈنس۔ یو نو، اور یونیورس از ا ویری واسٹ یونیورس۔</w:t>
      </w:r>
    </w:p>
    <w:p>
      <w:r>
        <w:rPr>
          <w:b/>
        </w:rPr>
        <w:t xml:space="preserve">[06:02] </w:t>
      </w:r>
      <w:r>
        <w:t>inspite all those developments, science is not in a position to face them, the vastest of the universe.</w:t>
      </w:r>
    </w:p>
    <w:p>
      <w:pPr>
        <w:jc w:val="right"/>
      </w:pPr>
      <w:r>
        <w:t>انسپائٹ آل دوز ڈیولپمنٹس، سائنس از ناٹ ان ا پوزیشن ٹو فے دیم، دا واسٹسٹ آف دا یونیورس۔</w:t>
      </w:r>
    </w:p>
    <w:p>
      <w:r>
        <w:rPr>
          <w:b/>
        </w:rPr>
        <w:t xml:space="preserve">[06:17] </w:t>
      </w:r>
      <w:r>
        <w:t>no scientist, no scientific knowledge is able to say about the vastness of the universe.</w:t>
      </w:r>
    </w:p>
    <w:p>
      <w:pPr>
        <w:jc w:val="right"/>
      </w:pPr>
      <w:r>
        <w:t>نو سائنٹسٹ، نو سائنٹیفک نالج از ایبل ٹو سے اباؤٹ دا واسٹنس آف دا یونیورس۔</w:t>
      </w:r>
    </w:p>
    <w:p>
      <w:r>
        <w:rPr>
          <w:b/>
        </w:rPr>
        <w:t xml:space="preserve">[06:32] </w:t>
      </w:r>
      <w:r>
        <w:t>universe is unbelievably vast. and in this vast universe, there is a tiny exception, that is our planet earth.</w:t>
      </w:r>
    </w:p>
    <w:p>
      <w:pPr>
        <w:jc w:val="right"/>
      </w:pPr>
      <w:r>
        <w:t>یونیورس از ان بیلیویبلی واسٹ۔ اینڈ ان دس واسٹ یونیورس، دیر از ا ٹائنی ایکسیپشن، دیٹ از اور پلینٹ ارتھ۔</w:t>
      </w:r>
    </w:p>
    <w:p>
      <w:r>
        <w:rPr>
          <w:b/>
        </w:rPr>
        <w:t xml:space="preserve">[06:52] </w:t>
      </w:r>
      <w:r>
        <w:t>you know, the whole universe is full of stars and planets.</w:t>
      </w:r>
    </w:p>
    <w:p>
      <w:pPr>
        <w:jc w:val="right"/>
      </w:pPr>
      <w:r>
        <w:t>یو نو، دا ہول یونیورس از فل آف اسٹارز اینڈ پلینٹس۔</w:t>
      </w:r>
    </w:p>
    <w:p>
      <w:r>
        <w:rPr>
          <w:b/>
        </w:rPr>
        <w:t xml:space="preserve">[06:59] </w:t>
      </w:r>
      <w:r>
        <w:t>all these stars are fire, huge fire. and all the planets are simply rocks.</w:t>
      </w:r>
    </w:p>
    <w:p>
      <w:pPr>
        <w:jc w:val="right"/>
      </w:pPr>
      <w:r>
        <w:t>آل دی اسٹارز آر فائر، ہیوج فائر۔ اینڈ آل دا پلینٹس آر سمپلی راکس۔</w:t>
      </w:r>
    </w:p>
    <w:p>
      <w:r>
        <w:rPr>
          <w:b/>
        </w:rPr>
        <w:t xml:space="preserve">[07:10] </w:t>
      </w:r>
      <w:r>
        <w:t>so, the whole universe is full of rocks and fires, lifeless bodies.</w:t>
      </w:r>
    </w:p>
    <w:p>
      <w:pPr>
        <w:jc w:val="right"/>
      </w:pPr>
      <w:r>
        <w:t>سو، دا ہول یونیورس از فل آف راکس اینڈ فائرز، لائف لیس باڈیز۔</w:t>
      </w:r>
    </w:p>
    <w:p>
      <w:r>
        <w:rPr>
          <w:b/>
        </w:rPr>
        <w:t xml:space="preserve">[07:19] </w:t>
      </w:r>
      <w:r>
        <w:t>only our present earth</w:t>
      </w:r>
    </w:p>
    <w:p>
      <w:pPr>
        <w:jc w:val="right"/>
      </w:pPr>
      <w:r>
        <w:t>اونلی اور پریزنٹ ارتھ</w:t>
      </w:r>
    </w:p>
    <w:p>
      <w:r>
        <w:rPr>
          <w:b/>
        </w:rPr>
        <w:t xml:space="preserve">[07:25] </w:t>
      </w:r>
      <w:r>
        <w:t>has all those things that is called life support system. only on this earth, on this planet, it is possible to flourish a life like human being.</w:t>
      </w:r>
    </w:p>
    <w:p>
      <w:pPr>
        <w:jc w:val="right"/>
      </w:pPr>
      <w:r>
        <w:t>ہیز آل دوز تھنگز دیٹ از کالڈ لائف سپورٹ سسٹم۔ اونلی آن دس ارتھ، آن دس پلینٹ، اٹ از پاسیبل ٹو فلرش ا لائف لائک ہیومن بینگ۔</w:t>
      </w:r>
    </w:p>
    <w:p>
      <w:r>
        <w:rPr>
          <w:b/>
        </w:rPr>
        <w:t xml:space="preserve">[07:46] </w:t>
      </w:r>
      <w:r>
        <w:t>and you know, earth is a very very tiny part as compared to the rest of the universe.</w:t>
      </w:r>
    </w:p>
    <w:p>
      <w:pPr>
        <w:jc w:val="right"/>
      </w:pPr>
      <w:r>
        <w:t>اینڈ یو نو، ارتھ از ا ویری ویری ٹائنی پارٹ ایز کمپیر ٹو دا ریسٹ آف دا یونیورس۔</w:t>
      </w:r>
    </w:p>
    <w:p>
      <w:r>
        <w:rPr>
          <w:b/>
        </w:rPr>
        <w:t xml:space="preserve">[07:57] </w:t>
      </w:r>
      <w:r>
        <w:t>very very tiny part. so, it means that earth is an exception</w:t>
      </w:r>
    </w:p>
    <w:p>
      <w:pPr>
        <w:jc w:val="right"/>
      </w:pPr>
      <w:r>
        <w:t>ویری ویری ٹائنی پارٹ۔ سو، اٹ مینز دیٹ ارتھ از این ایکسیپشن</w:t>
      </w:r>
    </w:p>
    <w:p>
      <w:r>
        <w:rPr>
          <w:b/>
        </w:rPr>
        <w:t xml:space="preserve">[08:06] </w:t>
      </w:r>
      <w:r>
        <w:t>. in earth, we find water, we find oxygen. we find plant, we find food.</w:t>
      </w:r>
    </w:p>
    <w:p>
      <w:pPr>
        <w:jc w:val="right"/>
      </w:pPr>
      <w:r>
        <w:t>۔ ان ارتھ، وی فائنڈ واٹر، وی فائنڈ اکسیجن۔ وی فائنڈ پلانٹ، وی فائنڈ فوڈ۔</w:t>
      </w:r>
    </w:p>
    <w:p>
      <w:r>
        <w:rPr>
          <w:b/>
        </w:rPr>
        <w:t xml:space="preserve">[08:19] </w:t>
      </w:r>
      <w:r>
        <w:t>we find so many things that are called life support system</w:t>
      </w:r>
    </w:p>
    <w:p>
      <w:pPr>
        <w:jc w:val="right"/>
      </w:pPr>
      <w:r>
        <w:t>وی فائنڈ سو مینی تھنگز دیٹ آر کالڈ لائف سپورٹ سسٹم</w:t>
      </w:r>
    </w:p>
    <w:p>
      <w:r>
        <w:rPr>
          <w:b/>
        </w:rPr>
        <w:t xml:space="preserve">[08:27] </w:t>
      </w:r>
      <w:r>
        <w:t>din, der az a very unique quality, a rare quality, that all those bodies, all the bodies we know, all the bodies are in the state of movement.</w:t>
      </w:r>
    </w:p>
    <w:p>
      <w:pPr>
        <w:jc w:val="right"/>
      </w:pPr>
      <w:r>
        <w:t>۔ دین، دیر از ا ویری یونیک کوالٹی، ا ریئر کوالٹی، دیٹ آل دوز باڈیز، آل دا باڈیز وی نو، آل دا باڈیز آر ان دی سٹیٹ آف موومنٹ۔</w:t>
      </w:r>
    </w:p>
    <w:p>
      <w:r>
        <w:rPr>
          <w:b/>
        </w:rPr>
        <w:t xml:space="preserve">[08:50] </w:t>
      </w:r>
      <w:r>
        <w:t>but all those bodies, all the stars, all the planets, rotate in one direction, that is on their orbit.</w:t>
      </w:r>
    </w:p>
    <w:p>
      <w:pPr>
        <w:jc w:val="right"/>
      </w:pPr>
      <w:r>
        <w:t>بٹ آل دوز باڈیز، آل دی اسٹارز، آل دا پلینٹس، روٹیٹ ان ون ڈائریکشن، دیٹ از آن دیر اربٹ۔</w:t>
      </w:r>
    </w:p>
    <w:p>
      <w:r>
        <w:rPr>
          <w:b/>
        </w:rPr>
        <w:t xml:space="preserve">[09:03] </w:t>
      </w:r>
      <w:r>
        <w:t>but our earth exceptionally rotates on two directions</w:t>
      </w:r>
    </w:p>
    <w:p>
      <w:pPr>
        <w:jc w:val="right"/>
      </w:pPr>
      <w:r>
        <w:t>بٹ اور ارتھ ایکسیپشنلی روٹیٹس آن ٹو ڈائریکشنز</w:t>
      </w:r>
    </w:p>
    <w:p>
      <w:r>
        <w:rPr>
          <w:b/>
        </w:rPr>
        <w:t xml:space="preserve">[09:12] </w:t>
      </w:r>
      <w:r>
        <w:t>it has double movement, one on axis, one on axis orbit.</w:t>
      </w:r>
    </w:p>
    <w:p>
      <w:pPr>
        <w:jc w:val="right"/>
      </w:pPr>
      <w:r>
        <w:t>۔ اٹ ہیز ڈبل موومنٹ، ون آن اکسس، ون آن اکس اربٹ۔</w:t>
      </w:r>
    </w:p>
    <w:p>
      <w:r>
        <w:rPr>
          <w:b/>
        </w:rPr>
        <w:t xml:space="preserve">[09:23] </w:t>
      </w:r>
      <w:r>
        <w:t>so, this kind of double movement is extremely rare in the in our universe.</w:t>
      </w:r>
    </w:p>
    <w:p>
      <w:pPr>
        <w:jc w:val="right"/>
      </w:pPr>
      <w:r>
        <w:t>سو، دس کائنڈ آف ڈبل موومنٹ از ایکسٹریملی ریئر ان دا ان اور یونیورس۔</w:t>
      </w:r>
    </w:p>
    <w:p>
      <w:r>
        <w:rPr>
          <w:b/>
        </w:rPr>
        <w:t xml:space="preserve">[09:33] </w:t>
      </w:r>
      <w:r>
        <w:t>no other planet, no other star, no other galaxy is found according to our present knowledge, which have this kind of double rotation.</w:t>
      </w:r>
    </w:p>
    <w:p>
      <w:pPr>
        <w:jc w:val="right"/>
      </w:pPr>
      <w:r>
        <w:t>نو ادر پلینٹ، نو ادر اسٹار، نو ادر گلیکسی از فاؤنڈ اکرنگ ٹو اور پریزنٹ نالج، وچ ہیو دس کائنڈ آف ڈبل روٹیشن۔</w:t>
      </w:r>
    </w:p>
    <w:p>
      <w:r>
        <w:rPr>
          <w:b/>
        </w:rPr>
        <w:t xml:space="preserve">[09:50] </w:t>
      </w:r>
      <w:r>
        <w:t>so, it is a exception, which is an exception.</w:t>
      </w:r>
    </w:p>
    <w:p>
      <w:pPr>
        <w:jc w:val="right"/>
      </w:pPr>
      <w:r>
        <w:t>سو، اٹ از ا ایکسیپشن، وچ از این ایکسیپشن۔</w:t>
      </w:r>
    </w:p>
    <w:p>
      <w:r>
        <w:rPr>
          <w:b/>
        </w:rPr>
        <w:t xml:space="preserve">[09:55] </w:t>
      </w:r>
      <w:r>
        <w:t>so, all these exceptions prove that there is an intervention.</w:t>
      </w:r>
    </w:p>
    <w:p>
      <w:pPr>
        <w:jc w:val="right"/>
      </w:pPr>
      <w:r>
        <w:t>سو، آل دیز ایکسیپشنز پروف دیٹ دیر از این انٹرویوشن۔</w:t>
      </w:r>
    </w:p>
    <w:p>
      <w:r>
        <w:rPr>
          <w:b/>
        </w:rPr>
        <w:t xml:space="preserve">[10:04] </w:t>
      </w:r>
      <w:r>
        <w:t>exception prove intervention, and intervention prove intervener.</w:t>
      </w:r>
    </w:p>
    <w:p>
      <w:pPr>
        <w:jc w:val="right"/>
      </w:pPr>
      <w:r>
        <w:t>ایکسیپشن پروف انٹرویوشن، اینڈ انٹرویوشن پروف انٹرویونر۔</w:t>
      </w:r>
    </w:p>
    <w:p>
      <w:r>
        <w:rPr>
          <w:b/>
        </w:rPr>
        <w:t xml:space="preserve">[10:14] </w:t>
      </w:r>
      <w:r>
        <w:t>without intervener, there is no exception.</w:t>
      </w:r>
    </w:p>
    <w:p>
      <w:pPr>
        <w:jc w:val="right"/>
      </w:pPr>
      <w:r>
        <w:t>وداؤٹ انٹرویونر، دیر از نو ایکسیپشن۔</w:t>
      </w:r>
    </w:p>
    <w:p>
      <w:r>
        <w:rPr>
          <w:b/>
        </w:rPr>
        <w:t xml:space="preserve">[10:19] </w:t>
      </w:r>
      <w:r>
        <w:t>so, my formula is that exception prove intervention, and intervention prove intervener.</w:t>
      </w:r>
    </w:p>
    <w:p>
      <w:pPr>
        <w:jc w:val="right"/>
      </w:pPr>
      <w:r>
        <w:t>سو، مائی فارمولا از دیٹ ایکسیپشن پروف انٹرویوشن، اینڈ انٹرویوشن پروف انٹرویونر۔</w:t>
      </w:r>
    </w:p>
    <w:p>
      <w:r>
        <w:rPr>
          <w:b/>
        </w:rPr>
        <w:t xml:space="preserve">[10:31] </w:t>
      </w:r>
      <w:r>
        <w:t>and when the intervener is proved, god is also proved.</w:t>
      </w:r>
    </w:p>
    <w:p>
      <w:pPr>
        <w:jc w:val="right"/>
      </w:pPr>
      <w:r>
        <w:t>اینڈ وین دا انٹرویونر از پروفڈ، گاڈ از السو پروفڈ۔</w:t>
      </w:r>
    </w:p>
    <w:p>
      <w:r>
        <w:rPr>
          <w:b/>
        </w:rPr>
        <w:t xml:space="preserve">[10:41] </w:t>
      </w:r>
      <w:r>
        <w:t>when intervener is proved, god is also proved.</w:t>
      </w:r>
    </w:p>
    <w:p>
      <w:pPr>
        <w:jc w:val="right"/>
      </w:pPr>
      <w:r>
        <w:t>وین انٹرویونر از پروفڈ، گاڈ از السو پروفڈ۔</w:t>
      </w:r>
    </w:p>
    <w:p>
      <w:r>
        <w:rPr>
          <w:b/>
        </w:rPr>
        <w:t xml:space="preserve">[10:48] </w:t>
      </w:r>
      <w:r>
        <w:t>so, the existence of god is a proved fact in term of science, in term of any kind of available knowledge.</w:t>
      </w:r>
    </w:p>
    <w:p>
      <w:pPr>
        <w:jc w:val="right"/>
      </w:pPr>
      <w:r>
        <w:t>سو، دا ایگزسٹنس آف گاڈ از ا پروف فیکٹ ان ٹرم آف سائنس، ان ٹرم آف اینی کائنڈ آف اویلیبل نالج۔</w:t>
      </w:r>
    </w:p>
    <w:p>
      <w:r>
        <w:rPr>
          <w:b/>
        </w:rPr>
        <w:t xml:space="preserve">[11:03] </w:t>
      </w:r>
      <w:r>
        <w:t>so, there are ample proof that there is a god. i read a book, the title was "evidence of god in an expanding universe".</w:t>
      </w:r>
    </w:p>
    <w:p>
      <w:pPr>
        <w:jc w:val="right"/>
      </w:pPr>
      <w:r>
        <w:t>سو، دیر آر ایمپل پروف دیٹ دیر از ا گاڈ۔ آئی ریڈ ا بک، دا ٹائٹل واز "ایویڈنس آف گاڈ ان این ایکسپینڈنگ یونیورس"۔</w:t>
      </w:r>
    </w:p>
    <w:p>
      <w:r>
        <w:rPr>
          <w:b/>
        </w:rPr>
        <w:t xml:space="preserve">[11:19] </w:t>
      </w:r>
      <w:r>
        <w:t>in this book, fifty top scientists participated.</w:t>
      </w:r>
    </w:p>
    <w:p>
      <w:pPr>
        <w:jc w:val="right"/>
      </w:pPr>
      <w:r>
        <w:t>ان دس بک، ففٹی ٹاپ سائنٹسٹ پارٹیسپیٹڈ۔</w:t>
      </w:r>
    </w:p>
    <w:p>
      <w:r>
        <w:rPr>
          <w:b/>
        </w:rPr>
        <w:t xml:space="preserve">[11:28] </w:t>
      </w:r>
      <w:r>
        <w:t>this book was a compilation of fifty top scientists of different field</w:t>
      </w:r>
    </w:p>
    <w:p>
      <w:pPr>
        <w:jc w:val="right"/>
      </w:pPr>
      <w:r>
        <w:t>دس بک واز ا کمپائلیشن آف ففٹی ٹاپ سائنٹسٹ آف ڈفرنٹ فیلڈ</w:t>
      </w:r>
    </w:p>
    <w:p>
      <w:r>
        <w:rPr>
          <w:b/>
        </w:rPr>
        <w:t xml:space="preserve">[11:35] </w:t>
      </w:r>
      <w:r>
        <w:t>all these scientists say that according to the present knowledge, the knowledge we have secured through science, we are compelled to believe that there is a god, there is a creator.</w:t>
      </w:r>
    </w:p>
    <w:p>
      <w:pPr>
        <w:jc w:val="right"/>
      </w:pPr>
      <w:r>
        <w:t>۔ آل دیز سائنٹسٹ سے دیٹ اکارڈنگ ٹو دا پریزنٹ نالج، دا نالج وی ہیو سیکیورڈ تھرو سائنس، وی آر کمپیلڈ ٹو بیلیو دیٹ دیر از ا گاڈ، دیر از ا کریٹر۔</w:t>
      </w:r>
    </w:p>
    <w:p>
      <w:r>
        <w:rPr>
          <w:b/>
        </w:rPr>
        <w:t xml:space="preserve">[11:57] </w:t>
      </w:r>
      <w:r>
        <w:t>you can read this book. i think it is available in delhi also.</w:t>
      </w:r>
    </w:p>
    <w:p>
      <w:pPr>
        <w:jc w:val="right"/>
      </w:pPr>
      <w:r>
        <w:t>یو کین ریڈ دس بک۔ آئی تھنک اٹ از اویلیبل ان دہلی السو۔</w:t>
      </w:r>
    </w:p>
    <w:p>
      <w:r>
        <w:rPr>
          <w:b/>
        </w:rPr>
        <w:t xml:space="preserve">[12:03] </w:t>
      </w:r>
      <w:r>
        <w:t>other, it was published, it was printed and published perhaps in paris, but it is available in delhi also.</w:t>
      </w:r>
    </w:p>
    <w:p>
      <w:pPr>
        <w:jc w:val="right"/>
      </w:pPr>
      <w:r>
        <w:t>ادر، اٹ واز پبلشڈ، اٹ واز پرنٹڈ اینڈ پبلشڈ پرہیپس ان پیرس، بٹ اٹ از اویلیبل ان دہلی السو۔</w:t>
      </w:r>
    </w:p>
    <w:p>
      <w:r>
        <w:rPr>
          <w:b/>
        </w:rPr>
        <w:t xml:space="preserve">[12:12] </w:t>
      </w:r>
      <w:r>
        <w:t>the title was "the evidence of god in an expanding universe".</w:t>
      </w:r>
    </w:p>
    <w:p>
      <w:pPr>
        <w:jc w:val="right"/>
      </w:pPr>
      <w:r>
        <w:t>دا ٹائٹل واز "دا ایویڈنس آف گاڈ ان این ایکسپینڈنگ یونیورس"۔</w:t>
      </w:r>
    </w:p>
    <w:p>
      <w:r>
        <w:rPr>
          <w:b/>
        </w:rPr>
        <w:t xml:space="preserve">[12:18] </w:t>
      </w:r>
      <w:r>
        <w:t>there are several other books</w:t>
      </w:r>
    </w:p>
    <w:p>
      <w:pPr>
        <w:jc w:val="right"/>
      </w:pPr>
      <w:r>
        <w:t>دیر آر سیورل ادر بکس</w:t>
      </w:r>
    </w:p>
    <w:p>
      <w:r>
        <w:rPr>
          <w:b/>
        </w:rPr>
        <w:t xml:space="preserve">[12:24] </w:t>
      </w:r>
      <w:r>
        <w:t>that tell us according to the scientific knowledge, we have no option other than to believe that there is a creator, there is a god</w:t>
      </w:r>
    </w:p>
    <w:p>
      <w:pPr>
        <w:jc w:val="right"/>
      </w:pPr>
      <w:r>
        <w:t>دیٹ ٹیل اس اکارڈنگ ٹو دا سائنٹیفک نالج، وی ہیو نو آپشن ادر دین ٹو بیلیو دیٹ دیر از ا کریٹر، دیر از ا گاڈ</w:t>
      </w:r>
    </w:p>
    <w:p>
      <w:r>
        <w:rPr>
          <w:b/>
        </w:rPr>
        <w:t xml:space="preserve">[12:41] </w:t>
      </w:r>
      <w:r>
        <w:t>sir james jeans say in his book, in his well known book "the mysterious universe", that according to the scientific knowledge, we are compelled to believe that there is a mathematical mind, there is a mathematician behind the universe.</w:t>
      </w:r>
    </w:p>
    <w:p>
      <w:pPr>
        <w:jc w:val="right"/>
      </w:pPr>
      <w:r>
        <w:t>۔ سر جیمز جینز سے ان ہز بک، ان ہز ویل نون بک "دا مسٹیریس یونیورس"، دیٹ اکارڈنگ ٹو دا سائنٹیفک نالج، وی آر کمپیلڈ ٹو بیلیو دیٹ دیر از ا میتھمیٹیکل مائنڈ، دیر از ا میتھمیٹیشن بیہائنڈ دا یونیورس۔</w:t>
      </w:r>
    </w:p>
    <w:p>
      <w:r>
        <w:rPr>
          <w:b/>
        </w:rPr>
        <w:t xml:space="preserve">[13:05] </w:t>
      </w:r>
      <w:r>
        <w:t>so, this is the first point.</w:t>
      </w:r>
    </w:p>
    <w:p>
      <w:pPr>
        <w:jc w:val="right"/>
      </w:pPr>
      <w:r>
        <w:t>سو، دس از دا فرسٹ پوائنٹ۔</w:t>
      </w:r>
    </w:p>
    <w:p>
      <w:r>
        <w:rPr>
          <w:b/>
        </w:rPr>
        <w:t xml:space="preserve">[13:10] </w:t>
      </w:r>
      <w:r>
        <w:t>first point is that</w:t>
      </w:r>
    </w:p>
    <w:p>
      <w:pPr>
        <w:jc w:val="right"/>
      </w:pPr>
      <w:r>
        <w:t>فرسٹ پوائنٹ از دیٹ</w:t>
      </w:r>
    </w:p>
    <w:p>
      <w:r>
        <w:rPr>
          <w:b/>
        </w:rPr>
        <w:t xml:space="preserve">[13:16] </w:t>
      </w:r>
      <w:r>
        <w:t>there is a god. it is this god who created present universe, who is sustainer of the present world.</w:t>
      </w:r>
    </w:p>
    <w:p>
      <w:pPr>
        <w:jc w:val="right"/>
      </w:pPr>
      <w:r>
        <w:t>دیر از ا گاڈ۔ اٹ از دس گاڈ ہو کریٹڈ پریزنٹ یونیورس، ہو از سسٹینر آف دا پریزنٹ ورلڈ۔</w:t>
      </w:r>
    </w:p>
    <w:p>
      <w:r>
        <w:rPr>
          <w:b/>
        </w:rPr>
        <w:t xml:space="preserve">[13:29] </w:t>
      </w:r>
      <w:r>
        <w:t>and it was this god who created man. so, this is the first point.</w:t>
      </w:r>
    </w:p>
    <w:p>
      <w:pPr>
        <w:jc w:val="right"/>
      </w:pPr>
      <w:r>
        <w:t>اینڈ اٹ واز دس گاڈ ہو کریٹڈ مین۔ سو، دس از دا فرسٹ پوائنٹ۔</w:t>
      </w:r>
    </w:p>
    <w:p>
      <w:r>
        <w:rPr>
          <w:b/>
        </w:rPr>
        <w:t xml:space="preserve">[13:37] </w:t>
      </w:r>
      <w:r>
        <w:t>now, when it is established that there is a god behind this world,</w:t>
      </w:r>
    </w:p>
    <w:p>
      <w:pPr>
        <w:jc w:val="right"/>
      </w:pPr>
      <w:r>
        <w:t>ناؤ، وین اٹ از اسٹیبلش دیٹ دیر از ا گاڈ بیہائنڈ دس ورلڈ،</w:t>
      </w:r>
    </w:p>
    <w:p>
      <w:r>
        <w:rPr>
          <w:b/>
        </w:rPr>
        <w:t xml:space="preserve">[13:50] </w:t>
      </w:r>
      <w:r>
        <w:t>it is but natural that we try to know what was in the mind of god when he created this world. so that we may, so that we may understand the meaning of life.</w:t>
      </w:r>
    </w:p>
    <w:p>
      <w:pPr>
        <w:jc w:val="right"/>
      </w:pPr>
      <w:r>
        <w:t>اٹ از بٹ نیچرل دیٹ وی ٹرائی ٹو نو واٹ واز ان دا مائنڈ آف گاڈ وین ہی کریٹڈ دس ورلڈ۔ سو دیٹ وی می، سو دیٹ وی می انڈرسٹینڈ دا میننگ آف لائف۔</w:t>
      </w:r>
    </w:p>
    <w:p>
      <w:r>
        <w:rPr>
          <w:b/>
        </w:rPr>
        <w:t xml:space="preserve">[14:09] </w:t>
      </w:r>
      <w:r>
        <w:t>so that there may be no contradiction between creature and creator</w:t>
      </w:r>
    </w:p>
    <w:p>
      <w:pPr>
        <w:jc w:val="right"/>
      </w:pPr>
      <w:r>
        <w:t>سو دیٹ دیر می بی نو کنٹراڈکشن بٹوین کریچر اینڈ کریٹر</w:t>
      </w:r>
    </w:p>
    <w:p>
      <w:r>
        <w:rPr>
          <w:b/>
        </w:rPr>
        <w:t xml:space="preserve">[14:18] </w:t>
      </w:r>
      <w:r>
        <w:t>. we cannot afford to live a contradictory life. when we are creature and there is a creator, so we cannot go against the creator mind.</w:t>
      </w:r>
    </w:p>
    <w:p>
      <w:pPr>
        <w:jc w:val="right"/>
      </w:pPr>
      <w:r>
        <w:t>۔ وی کین ناٹ افورڈ ٹو لیو ا کنٹراڈکٹری لائف۔ وین وی آر کریچر اینڈ دیر از ا کریٹر، سو وی کین ناٹ گو اگینسٹ دا کریٹر مائنڈ۔</w:t>
      </w:r>
    </w:p>
    <w:p>
      <w:r>
        <w:rPr>
          <w:b/>
        </w:rPr>
        <w:t xml:space="preserve">[14:36] </w:t>
      </w:r>
      <w:r>
        <w:t>it will prove fatal</w:t>
      </w:r>
    </w:p>
    <w:p>
      <w:pPr>
        <w:jc w:val="right"/>
      </w:pPr>
      <w:r>
        <w:t>اٹ ویل پروف فیٹل</w:t>
      </w:r>
    </w:p>
    <w:p>
      <w:r>
        <w:rPr>
          <w:b/>
        </w:rPr>
        <w:t xml:space="preserve">[14:41] </w:t>
      </w:r>
      <w:r>
        <w:t>. without knowing the creation plan of god, we cannot</w:t>
      </w:r>
    </w:p>
    <w:p>
      <w:pPr>
        <w:jc w:val="right"/>
      </w:pPr>
      <w:r>
        <w:t>۔ وداؤٹ نوئنگ دا کریشن پلان آف گاڈ، وی کین ناٹ</w:t>
      </w:r>
    </w:p>
    <w:p>
      <w:r>
        <w:rPr>
          <w:b/>
        </w:rPr>
        <w:t xml:space="preserve">[14:49] </w:t>
      </w:r>
      <w:r>
        <w:t>understand our meaning. we cannot know what is the success and what is failure. everything will go wrong.</w:t>
      </w:r>
    </w:p>
    <w:p>
      <w:pPr>
        <w:jc w:val="right"/>
      </w:pPr>
      <w:r>
        <w:t>انڈرسٹینڈ اور میننگ۔ وی کین ناٹ نو واٹ از دا سکسیس اینڈ واٹ از فیلیر۔ ایوری تھنگ ویل گو رونگ۔</w:t>
      </w:r>
    </w:p>
    <w:p>
      <w:r>
        <w:rPr>
          <w:b/>
        </w:rPr>
        <w:t xml:space="preserve">[15:00] </w:t>
      </w:r>
      <w:r>
        <w:t>so, it is a very important question to know what is the creation plan of god.</w:t>
      </w:r>
    </w:p>
    <w:p>
      <w:pPr>
        <w:jc w:val="right"/>
      </w:pPr>
      <w:r>
        <w:t>سو، اٹ از ا ویری امپورٹنٹ کوئسچن ٹو نو واٹ از دا کریشن پلان آف گاڈ۔</w:t>
      </w:r>
    </w:p>
    <w:p>
      <w:r>
        <w:rPr>
          <w:b/>
        </w:rPr>
        <w:t xml:space="preserve">[15:10] </w:t>
      </w:r>
      <w:r>
        <w:t>now,</w:t>
      </w:r>
    </w:p>
    <w:p>
      <w:pPr>
        <w:jc w:val="right"/>
      </w:pPr>
      <w:r>
        <w:t>ناؤ،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