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December 15, 2018</w:t>
      </w:r>
    </w:p>
    <w:p>
      <w:r>
        <w:t>https://www.youtube.com/watch?v=mmYPlKjtbRA</w:t>
      </w:r>
    </w:p>
    <w:p>
      <w:r>
        <w:rPr>
          <w:b/>
        </w:rPr>
        <w:t xml:space="preserve">[00:14] </w:t>
      </w:r>
      <w:r>
        <w:t>bismillah-ir-rahman-ir-rahim, wa-sallallahu 'ala nabiyyil karim.</w:t>
      </w:r>
    </w:p>
    <w:p>
      <w:pPr>
        <w:jc w:val="right"/>
      </w:pPr>
      <w:r>
        <w:t>بسم اللہ الرحمن الرحیم، وصلی اللہ علی نبی الکریم۔</w:t>
      </w:r>
    </w:p>
    <w:p>
      <w:r>
        <w:rPr>
          <w:b/>
        </w:rPr>
        <w:t xml:space="preserve">[00:23] </w:t>
      </w:r>
      <w:r>
        <w:t>15 december 2018.</w:t>
      </w:r>
    </w:p>
    <w:p>
      <w:pPr>
        <w:jc w:val="right"/>
      </w:pPr>
      <w:r>
        <w:t>15 دسمبر 2018۔</w:t>
      </w:r>
    </w:p>
    <w:p>
      <w:r>
        <w:rPr>
          <w:b/>
        </w:rPr>
        <w:t xml:space="preserve">[00:31] </w:t>
      </w:r>
      <w:r>
        <w:t>aaj ki is majlis mein ek hadith ki sharah bayan ki jayegi. yeh hadith</w:t>
      </w:r>
    </w:p>
    <w:p>
      <w:pPr>
        <w:jc w:val="right"/>
      </w:pPr>
      <w:r>
        <w:t>آج کی اس مجلس میں ایک حدیث کی شرح بیان کی جائے گی۔ یہ حدیث</w:t>
      </w:r>
    </w:p>
    <w:p>
      <w:r>
        <w:rPr>
          <w:b/>
        </w:rPr>
        <w:t xml:space="preserve">[00:45] </w:t>
      </w:r>
      <w:r>
        <w:t>aksar hadith ki aksar kitabon mein aayi hai, to pehle aap hadith suniye, uske baad iski sharah bayan ki jayegi.</w:t>
      </w:r>
    </w:p>
    <w:p>
      <w:pPr>
        <w:jc w:val="right"/>
      </w:pPr>
      <w:r>
        <w:t>اکثر حدیث کی اکثر کتابوں میں آئی ہے، تو پہلے آپ حدیث سنیے، اس کے بعد اس کی شرح بیان کی جائے گی۔</w:t>
      </w:r>
    </w:p>
    <w:p>
      <w:r>
        <w:rPr>
          <w:b/>
        </w:rPr>
        <w:t xml:space="preserve">[01:00] </w:t>
      </w:r>
      <w:r>
        <w:t>an abi musa 'an an-nabiyyi salla allahu 'alayhi wa sallam qala: "man ahabba liqa'a allahi ahabba allahu liqa'ahu, wa man kariha liqa'a allahi kariha allahu liqa'ahu." sahih al-bukhari hadith number 6508.</w:t>
      </w:r>
    </w:p>
    <w:p>
      <w:pPr>
        <w:jc w:val="right"/>
      </w:pPr>
      <w:r>
        <w:t>عن ابی موسیٰ عن النبی صلی اللہ علیہ وسلم قال: "من أحب لقاء اللہ أحب اللہ لقاءہ، ومن كره لقاء اللہ كره الله لقاءه۔" صحیح البخاری حدیث نمبر 6508۔</w:t>
      </w:r>
    </w:p>
    <w:p>
      <w:r>
        <w:rPr>
          <w:b/>
        </w:rPr>
        <w:t xml:space="preserve">[01:18] </w:t>
      </w:r>
      <w:r>
        <w:t>abi musa se riwayat hai ke nabi salla allahu 'alayhi wa sallam ne kaha ke jo allah ta'ala se mulaqat ko pasand karta hai, allah ta'ala us se mulaqat ko pasand karta hai.</w:t>
      </w:r>
    </w:p>
    <w:p>
      <w:pPr>
        <w:jc w:val="right"/>
      </w:pPr>
      <w:r>
        <w:t>ابو موسیٰ سے روایت ہے کہ نبی صلی اللہ علیہ وسلم نے کہا کہ جو اللہ تعالیٰ سے ملاقات کو پسند کرتا ہے، اللہ تعالیٰ اس سے ملاقات کو پسند کرتا ہے۔</w:t>
      </w:r>
    </w:p>
    <w:p>
      <w:r>
        <w:rPr>
          <w:b/>
        </w:rPr>
        <w:t xml:space="preserve">[01:30] </w:t>
      </w:r>
      <w:r>
        <w:t>aur jo allah ta'ala se mulaqat ko napasand karta hai, allah ta'ala us se mulaqat ko napasand karta hai. is hadith ko sahih al-bukhari ke ilawa sahih muslim, sunan tirmidhi, sunan an-nasa'i, ibn majah aur musnad ahmad waghera ne riwayat ki hai.</w:t>
      </w:r>
    </w:p>
    <w:p>
      <w:pPr>
        <w:jc w:val="right"/>
      </w:pPr>
      <w:r>
        <w:t>اور جو اللہ تعالیٰ سے ملاقات کو ناپسند کرتا ہے، اللہ تعالیٰ اس سے ملاقات کو ناپسند کرتا ہے۔ اس حدیث کو صحیح البخاری کے علاوہ صحیح مسلم، سنن ترمذی، سنن النسائی، ابن ماجہ اور مسند احمد وغیرہ نے روایت کی ہے۔</w:t>
      </w:r>
    </w:p>
    <w:p>
      <w:r>
        <w:rPr>
          <w:b/>
        </w:rPr>
        <w:t xml:space="preserve">[01:49] </w:t>
      </w:r>
      <w:r>
        <w:t>dekhiye, koi baat sada baat nahi hoti.</w:t>
      </w:r>
    </w:p>
    <w:p>
      <w:pPr>
        <w:jc w:val="right"/>
      </w:pPr>
      <w:r>
        <w:t>دیکھیے، کوئی بات سادہ بات نہیں ہوتی۔</w:t>
      </w:r>
    </w:p>
    <w:p>
      <w:r>
        <w:rPr>
          <w:b/>
        </w:rPr>
        <w:t xml:space="preserve">[01:58] </w:t>
      </w:r>
      <w:r>
        <w:t>yeh bhi koi sada baat nahi hai.</w:t>
      </w:r>
    </w:p>
    <w:p>
      <w:pPr>
        <w:jc w:val="right"/>
      </w:pPr>
      <w:r>
        <w:t>یہ بھی کوئی سادہ بات نہیں ہے۔</w:t>
      </w:r>
    </w:p>
    <w:p>
      <w:r>
        <w:rPr>
          <w:b/>
        </w:rPr>
        <w:t xml:space="preserve">[02:05] </w:t>
      </w:r>
      <w:r>
        <w:t>jo allah se milne ko pasand kare, allah bhi us se milne ko pasand karta hai. ka matlab kya hai?</w:t>
      </w:r>
    </w:p>
    <w:p>
      <w:pPr>
        <w:jc w:val="right"/>
      </w:pPr>
      <w:r>
        <w:t>جو اللہ سے ملنے کو پسند کرے، اللہ بھی اس سے ملنے کو پسند کرتا ہے۔ کا مطلب کیا ہے؟</w:t>
      </w:r>
    </w:p>
    <w:p>
      <w:r>
        <w:rPr>
          <w:b/>
        </w:rPr>
        <w:t xml:space="preserve">[02:18] </w:t>
      </w:r>
      <w:r>
        <w:t>aap kis se milne ko pasand karenge?</w:t>
      </w:r>
    </w:p>
    <w:p>
      <w:pPr>
        <w:jc w:val="right"/>
      </w:pPr>
      <w:r>
        <w:t>آپ کس سے ملنے کو پسند کریں گے؟</w:t>
      </w:r>
    </w:p>
    <w:p>
      <w:r>
        <w:rPr>
          <w:b/>
        </w:rPr>
        <w:t xml:space="preserve">[02:24] </w:t>
      </w:r>
      <w:r>
        <w:t>aap lakdi se milne ko pasand nahi karenge? statue se milne ko pasand nahi karenge? jab aap allah ki allah ke lovely nature ko aap discover karenge,</w:t>
      </w:r>
    </w:p>
    <w:p>
      <w:pPr>
        <w:jc w:val="right"/>
      </w:pPr>
      <w:r>
        <w:t>آپ لکڑی سے ملنے کو پسند نہیں کریں گے؟ اسٹیچو سے ملنے کو پسند نہیں کریں گے؟ جب آپ اللہ کی اللہ کے لوولی نیچر کو آپ ڈسکور کریں گے،</w:t>
      </w:r>
    </w:p>
    <w:p>
      <w:r>
        <w:rPr>
          <w:b/>
        </w:rPr>
        <w:t xml:space="preserve">[02:40] </w:t>
      </w:r>
      <w:r>
        <w:t>tab yeh kaifiyat paida hogi. mislan dekhiye,</w:t>
      </w:r>
    </w:p>
    <w:p>
      <w:pPr>
        <w:jc w:val="right"/>
      </w:pPr>
      <w:r>
        <w:t>تب یہ کیفیت پیدا ہوگی۔ مثلاً دیکھیے،</w:t>
      </w:r>
    </w:p>
    <w:p>
      <w:r>
        <w:rPr>
          <w:b/>
        </w:rPr>
        <w:t xml:space="preserve">[02:49] </w:t>
      </w:r>
      <w:r>
        <w:t>aap ne ek peR ko dekha, us par bohat hi</w:t>
      </w:r>
    </w:p>
    <w:p>
      <w:pPr>
        <w:jc w:val="right"/>
      </w:pPr>
      <w:r>
        <w:t>آپ نے ایک پیڑ کو دیکھا، اس پر بہت ہی</w:t>
      </w:r>
    </w:p>
    <w:p>
      <w:r>
        <w:rPr>
          <w:b/>
        </w:rPr>
        <w:t xml:space="preserve">[02:58] </w:t>
      </w:r>
      <w:r>
        <w:t>khush rang beauty full phool khile hue the, to aap ne Allah ke beauty full nature ko yaad kiya.</w:t>
      </w:r>
    </w:p>
    <w:p>
      <w:pPr>
        <w:jc w:val="right"/>
      </w:pPr>
      <w:r>
        <w:t>خوش رنگ بیوٹی فل پھول کھلے ہوئے تھے، تو آپ نے اللہ کے بیوٹی فل نیچر کو یاد کیا۔</w:t>
      </w:r>
    </w:p>
    <w:p>
      <w:r>
        <w:rPr>
          <w:b/>
        </w:rPr>
        <w:t xml:space="preserve">[03:12] </w:t>
      </w:r>
      <w:r>
        <w:t>aap ne socha ke jis khalique ka ki takhleeq itni sundar, itni beauty full hai,</w:t>
      </w:r>
    </w:p>
    <w:p>
      <w:pPr>
        <w:jc w:val="right"/>
      </w:pPr>
      <w:r>
        <w:t>آپ نے سوچا کہ جس خالق کا کی تخلیق اتنی سندر، اتنی بیوٹی فل ہے،</w:t>
      </w:r>
    </w:p>
    <w:p>
      <w:r>
        <w:rPr>
          <w:b/>
        </w:rPr>
        <w:t xml:space="preserve">[03:27] </w:t>
      </w:r>
      <w:r>
        <w:t>to woh khalique khud kaisa hoga?</w:t>
      </w:r>
    </w:p>
    <w:p>
      <w:pPr>
        <w:jc w:val="right"/>
      </w:pPr>
      <w:r>
        <w:t>تو وہ خالق خود کیسا ہوگا؟</w:t>
      </w:r>
    </w:p>
    <w:p>
      <w:r>
        <w:rPr>
          <w:b/>
        </w:rPr>
        <w:t xml:space="preserve">[03:34] </w:t>
      </w:r>
      <w:r>
        <w:t>aur aap ko yeh ek andar se ek</w:t>
      </w:r>
    </w:p>
    <w:p>
      <w:pPr>
        <w:jc w:val="right"/>
      </w:pPr>
      <w:r>
        <w:t>اور آپ کو یہ ایک اندر سے ایک</w:t>
      </w:r>
    </w:p>
    <w:p>
      <w:r>
        <w:rPr>
          <w:b/>
        </w:rPr>
        <w:t xml:space="preserve">[03:41] </w:t>
      </w:r>
      <w:r>
        <w:t>bohat hi shauq ubhre ke Allah woh din laaye ke jab mein is</w:t>
      </w:r>
    </w:p>
    <w:p>
      <w:pPr>
        <w:jc w:val="right"/>
      </w:pPr>
      <w:r>
        <w:t>بہت ہی شوق ابھرے کہ اللہ وہ دن لائے کہ جب میں اس</w:t>
      </w:r>
    </w:p>
    <w:p>
      <w:r>
        <w:rPr>
          <w:b/>
        </w:rPr>
        <w:t xml:space="preserve">[03:54] </w:t>
      </w:r>
      <w:r>
        <w:t>is beauty full phool ko banane wale ko dekhun.</w:t>
      </w:r>
    </w:p>
    <w:p>
      <w:pPr>
        <w:jc w:val="right"/>
      </w:pPr>
      <w:r>
        <w:t>اس بیوٹی فل پھول کو بنانے والے کو دیکھوں۔</w:t>
      </w:r>
    </w:p>
    <w:p>
      <w:r>
        <w:rPr>
          <w:b/>
        </w:rPr>
        <w:t xml:space="preserve">[04:03] </w:t>
      </w:r>
      <w:r>
        <w:t>aise hi poori zindagi ka maamla hai.</w:t>
      </w:r>
    </w:p>
    <w:p>
      <w:pPr>
        <w:jc w:val="right"/>
      </w:pPr>
      <w:r>
        <w:t>ایسے ہی پوری زندگی کا معاملہ ہے۔</w:t>
      </w:r>
    </w:p>
    <w:p>
      <w:r>
        <w:rPr>
          <w:b/>
        </w:rPr>
        <w:t xml:space="preserve">[04:12] </w:t>
      </w:r>
      <w:r>
        <w:t>khalique ka jo takhleeq hai, jis ko hum nature kehte hain, woh beauty se bhari hui hai.</w:t>
      </w:r>
    </w:p>
    <w:p>
      <w:pPr>
        <w:jc w:val="right"/>
      </w:pPr>
      <w:r>
        <w:t>خالق کا جو تخلیق ہے، جس کو ہم نیچر کہتے ہیں، وہ بیوٹی سے بھری ہوئی ہے۔</w:t>
      </w:r>
    </w:p>
    <w:p>
      <w:r>
        <w:rPr>
          <w:b/>
        </w:rPr>
        <w:t xml:space="preserve">[04:26] </w:t>
      </w:r>
      <w:r>
        <w:t>meaning full aspect se bhari hui hai.</w:t>
      </w:r>
    </w:p>
    <w:p>
      <w:pPr>
        <w:jc w:val="right"/>
      </w:pPr>
      <w:r>
        <w:t>میننگ فل اسپیکٹ سے بھری ہوئی ہے۔</w:t>
      </w:r>
    </w:p>
    <w:p>
      <w:r>
        <w:rPr>
          <w:b/>
        </w:rPr>
        <w:t xml:space="preserve">[04:32] </w:t>
      </w:r>
      <w:r>
        <w:t>planning se bhari hui hai.</w:t>
      </w:r>
    </w:p>
    <w:p>
      <w:pPr>
        <w:jc w:val="right"/>
      </w:pPr>
      <w:r>
        <w:t>پلاننگ سے بھری ہوئی ہے۔</w:t>
      </w:r>
    </w:p>
    <w:p>
      <w:r>
        <w:rPr>
          <w:b/>
        </w:rPr>
        <w:t xml:space="preserve">[04:38] </w:t>
      </w:r>
      <w:r>
        <w:t>tarah tarah ke</w:t>
      </w:r>
    </w:p>
    <w:p>
      <w:pPr>
        <w:jc w:val="right"/>
      </w:pPr>
      <w:r>
        <w:t>طرح طرح کے</w:t>
      </w:r>
    </w:p>
    <w:p>
      <w:r>
        <w:rPr>
          <w:b/>
        </w:rPr>
        <w:t xml:space="preserve">[04:42] </w:t>
      </w:r>
      <w:r>
        <w:t>maani khez baaton se bhari hui hai. to jab aap dekhte hain nature ko aur us se sochte hain us ke bare mein, to aap ko mind mein ubharta hai yeh yeh shauq ke kaisa ajeeb hoga woh khalique jis ne aisi cheezon ko banaya.</w:t>
      </w:r>
    </w:p>
    <w:p>
      <w:pPr>
        <w:jc w:val="right"/>
      </w:pPr>
      <w:r>
        <w:t>معنی خیز باتوں سے بھری ہوئی ہے۔ تو جب آپ دیکھتے ہیں نیچر کو اور اس سے سوچتے ہیں اس کے بارے میں، تو آپ کو مائنڈ میں ابھرتا ہے یہ یہ شوق کہ کیسا عجیب ہوگا وہ خالق جس نے ایسی چیزوں کو بنایا۔</w:t>
      </w:r>
    </w:p>
    <w:p>
      <w:r>
        <w:rPr>
          <w:b/>
        </w:rPr>
        <w:t xml:space="preserve">[05:08] </w:t>
      </w:r>
      <w:r>
        <w:t>kaash mujhe is ka didar karne ka asar mile.</w:t>
      </w:r>
    </w:p>
    <w:p>
      <w:pPr>
        <w:jc w:val="right"/>
      </w:pPr>
      <w:r>
        <w:t>کاش مجھے اس کا دیدار کرنے کا اثر ملے۔</w:t>
      </w:r>
    </w:p>
    <w:p>
      <w:r>
        <w:rPr>
          <w:b/>
        </w:rPr>
        <w:t xml:space="preserve">[05:16] </w:t>
      </w:r>
      <w:r>
        <w:t>to jo banda is tarah ki zindagi guzar raha hai,</w:t>
      </w:r>
    </w:p>
    <w:p>
      <w:pPr>
        <w:jc w:val="right"/>
      </w:pPr>
      <w:r>
        <w:t>تو جو بندہ اس طرح کی زندگی گزار رہا ہے،</w:t>
      </w:r>
    </w:p>
    <w:p>
      <w:r>
        <w:rPr>
          <w:b/>
        </w:rPr>
        <w:t xml:space="preserve">[05:23] </w:t>
      </w:r>
      <w:r>
        <w:t>woh goya Allah se mohabbat ka shauq liye hue hai.</w:t>
      </w:r>
    </w:p>
    <w:p>
      <w:pPr>
        <w:jc w:val="right"/>
      </w:pPr>
      <w:r>
        <w:t>وہ گویا اللہ سے محبت کا شوق لیے ہوئے ہے۔</w:t>
      </w:r>
    </w:p>
    <w:p>
      <w:r>
        <w:rPr>
          <w:b/>
        </w:rPr>
        <w:t xml:space="preserve">[05:32] </w:t>
      </w:r>
      <w:r>
        <w:t>to is ka matlab yeh hai ke</w:t>
      </w:r>
    </w:p>
    <w:p>
      <w:pPr>
        <w:jc w:val="right"/>
      </w:pPr>
      <w:r>
        <w:t>تو اس کا مطلب یہ ہے کہ</w:t>
      </w:r>
    </w:p>
    <w:p>
      <w:r>
        <w:rPr>
          <w:b/>
        </w:rPr>
        <w:t xml:space="preserve">[05:37] </w:t>
      </w:r>
      <w:r>
        <w:t>yeh sab baatein jahan jama ho jayen, jis insaan mein is ka zikr hai is hadees mein, koi saada baat nahi hai.</w:t>
      </w:r>
    </w:p>
    <w:p>
      <w:pPr>
        <w:jc w:val="right"/>
      </w:pPr>
      <w:r>
        <w:t>یہ سب باتیں جہاں جمع ہو جائیں، جس انسان میں اس کا ذکر ہے اس حدیث میں، کوئی سادہ بات نہیں ہے۔</w:t>
      </w:r>
    </w:p>
    <w:p>
      <w:r>
        <w:rPr>
          <w:b/>
        </w:rPr>
        <w:t xml:space="preserve">[05:46] </w:t>
      </w:r>
      <w:r>
        <w:t>yeh</w:t>
      </w:r>
    </w:p>
    <w:p>
      <w:pPr>
        <w:jc w:val="right"/>
      </w:pPr>
      <w:r>
        <w:t>یہ</w:t>
      </w:r>
    </w:p>
    <w:p>
      <w:r>
        <w:rPr>
          <w:b/>
        </w:rPr>
        <w:t xml:space="preserve">[05:51] </w:t>
      </w:r>
      <w:r>
        <w:t>yeh dunya mein jo nature nature hai, us ke har pehlu mein beauty beauty hai.</w:t>
      </w:r>
    </w:p>
    <w:p>
      <w:pPr>
        <w:jc w:val="right"/>
      </w:pPr>
      <w:r>
        <w:t>یہ دنیا میں جو نیچر نیچر ہے، اس کے ہر پہلو میں بیوٹی بیوٹی ہے۔</w:t>
      </w:r>
    </w:p>
    <w:p>
      <w:r>
        <w:rPr>
          <w:b/>
        </w:rPr>
        <w:t xml:space="preserve">[06:05] </w:t>
      </w:r>
      <w:r>
        <w:t>science ne yeh discover kiya hai.</w:t>
      </w:r>
    </w:p>
    <w:p>
      <w:pPr>
        <w:jc w:val="right"/>
      </w:pPr>
      <w:r>
        <w:t>سائنس نے یہ ڈسکور کیا ہے۔</w:t>
      </w:r>
    </w:p>
    <w:p>
      <w:r>
        <w:rPr>
          <w:b/>
        </w:rPr>
        <w:t xml:space="preserve">[06:12] </w:t>
      </w:r>
      <w:r>
        <w:t>ek kitaab maine padhi thi bohat pehle,</w:t>
      </w:r>
    </w:p>
    <w:p>
      <w:pPr>
        <w:jc w:val="right"/>
      </w:pPr>
      <w:r>
        <w:t>ایک کتاب میں نے پڑھی تھی بہت پہلے،</w:t>
      </w:r>
    </w:p>
    <w:p>
      <w:r>
        <w:rPr>
          <w:b/>
        </w:rPr>
        <w:t xml:space="preserve">[06:17] </w:t>
      </w:r>
      <w:r>
        <w:t>20 jildon mein ek kitaab chhapi hai, uska naam hai "marvelous of nature". "marvelous of nature" woh</w:t>
      </w:r>
    </w:p>
    <w:p>
      <w:pPr>
        <w:jc w:val="right"/>
      </w:pPr>
      <w:r>
        <w:t>20 جلدوں میں ایک کتاب چھپی ہے، اس کا نام ہے "مارولس آف نیچر"۔ "مارولس آف نیچر" وہ</w:t>
      </w:r>
    </w:p>
    <w:p>
      <w:r>
        <w:rPr>
          <w:b/>
        </w:rPr>
        <w:t xml:space="preserve">[06:33] </w:t>
      </w:r>
      <w:r>
        <w:t>picture ke sath woh chhapi thi woh kitaab. to poori kitaab mein dikhaya hai ke nature mein kitni beauty hai, nature mein kitni meaning hai, nature mein har cheez ka double plan hai.</w:t>
      </w:r>
    </w:p>
    <w:p>
      <w:pPr>
        <w:jc w:val="right"/>
      </w:pPr>
      <w:r>
        <w:t>پکچر کے ساتھ وہ چھپی تھی وہ کتاب۔ تو پوری کتاب میں دکھایا ہے کہ نیچر میں کتنی بیوٹی ہے، نیچر میں کتنی میننگ ہے، نیچر میں ہر چیز کا ڈبل پلان ہے۔</w:t>
      </w:r>
    </w:p>
    <w:p>
      <w:r>
        <w:rPr>
          <w:b/>
        </w:rPr>
        <w:t xml:space="preserve">[06:49] </w:t>
      </w:r>
      <w:r>
        <w:t>to nature ki khoobiyon ko bataya hai.</w:t>
      </w:r>
    </w:p>
    <w:p>
      <w:pPr>
        <w:jc w:val="right"/>
      </w:pPr>
      <w:r>
        <w:t>تو نیچر کی خوبیوں کو بتایا ہے۔</w:t>
      </w:r>
    </w:p>
    <w:p>
      <w:r>
        <w:rPr>
          <w:b/>
        </w:rPr>
        <w:t xml:space="preserve">[06:54] </w:t>
      </w:r>
      <w:r>
        <w:t>to is ko dekh kar insan ke dil mein aaye ga ke jis khaliq ke andar itni zyada achhi barhai, achhi baatein hain,</w:t>
      </w:r>
    </w:p>
    <w:p>
      <w:pPr>
        <w:jc w:val="right"/>
      </w:pPr>
      <w:r>
        <w:t>تو اس کو دیکھ کر انسان کے دل میں آئے گا کہ جس خالق کے اندر اتنی زیادہ اچھی بڑائی، اچھی باتیں ہیں،</w:t>
      </w:r>
    </w:p>
    <w:p>
      <w:r>
        <w:rPr>
          <w:b/>
        </w:rPr>
        <w:t xml:space="preserve">[07:10] </w:t>
      </w:r>
      <w:r>
        <w:t>itni zyada beautiful aspect hai, to woh khud ka khaliq ka tashha hoga. to aap ke dil mein bhadak uthe ga yeh jazba ke kaash woh din aaye jab mein direct direct taur par Khuda ko dekhun.</w:t>
      </w:r>
    </w:p>
    <w:p>
      <w:pPr>
        <w:jc w:val="right"/>
      </w:pPr>
      <w:r>
        <w:t>اتنی زیادہ بیوٹی فل اسپیکٹ ہے، تو وہ خود کا خالق کا تاشہ ہوگا۔ تو آپ کے دل میں بھڑک اٹھے گا یہ جذبہ کہ کاش وہ دن آئے جب میں ڈائریکٹ ڈائریکٹ طور پر خدا کو دیکھوں۔</w:t>
      </w:r>
    </w:p>
    <w:p>
      <w:r>
        <w:rPr>
          <w:b/>
        </w:rPr>
        <w:t xml:space="preserve">[07:33] </w:t>
      </w:r>
      <w:r>
        <w:t>jaisa ke Musa ke sath guzra. aap jante hain ke Hazrat Musa</w:t>
      </w:r>
    </w:p>
    <w:p>
      <w:pPr>
        <w:jc w:val="right"/>
      </w:pPr>
      <w:r>
        <w:t>جیسا کہ موسیٰ کے ساتھ گزرا۔ آپ جانتے ہیں کہ حضرت موسیٰ</w:t>
      </w:r>
    </w:p>
    <w:p>
      <w:r>
        <w:rPr>
          <w:b/>
        </w:rPr>
        <w:t xml:space="preserve">[07:41] </w:t>
      </w:r>
      <w:r>
        <w:t>bakriyan charate the, to is ke liye jangalon mein jate the. woh to jangal kya hai? world of nature hai.</w:t>
      </w:r>
    </w:p>
    <w:p>
      <w:pPr>
        <w:jc w:val="right"/>
      </w:pPr>
      <w:r>
        <w:t>بکریاں چراتے تھے، تو اس کے لیے جنگلوں میں جاتے تھے۔ وہ تو جنگل کیا ہے؟ ورلڈ آف نیچر ہے۔</w:t>
      </w:r>
    </w:p>
    <w:p>
      <w:r>
        <w:rPr>
          <w:b/>
        </w:rPr>
        <w:t xml:space="preserve">[07:52] </w:t>
      </w:r>
      <w:r>
        <w:t>wahan drakht hote hain, phool hote hain, phal hote hain. yani nature ki beauty hoti hai. to mein sochta hoon ke Hazrat Musa jab jate honge jangal mein bakriyon ko le kar,</w:t>
      </w:r>
    </w:p>
    <w:p>
      <w:pPr>
        <w:jc w:val="right"/>
      </w:pPr>
      <w:r>
        <w:t>وہاں درخت ہوتے ہیں، پھول ہوتے ہیں، پھل ہوتے ہیں۔ یعنی نیچر کی بیوٹی ہوتی ہے۔ تو میں سوچتا ہوں کہ حضرت موسیٰ جب جاتے ہوں گے جنگل میں بکریوں کو لے کر،</w:t>
      </w:r>
    </w:p>
    <w:p>
      <w:r>
        <w:rPr>
          <w:b/>
        </w:rPr>
        <w:t xml:space="preserve">[08:07] </w:t>
      </w:r>
      <w:r>
        <w:t>to bohat zyada impress hote honge. kitna beautiful hai yeh jangal! kitna beautiful hai is ki patiyan aur is ke phool!</w:t>
      </w:r>
    </w:p>
    <w:p>
      <w:pPr>
        <w:jc w:val="right"/>
      </w:pPr>
      <w:r>
        <w:t>تو بہت زیادہ امپریس ہوتے ہوں گے۔ کتنا بیوٹی فل ہے یہ جنگل! کتنا بیوٹی فل ہے اس کی پتیاں اور اس کے پھول!</w:t>
      </w:r>
    </w:p>
    <w:p>
      <w:r>
        <w:rPr>
          <w:b/>
        </w:rPr>
        <w:t xml:space="preserve">[08:20] </w:t>
      </w:r>
      <w:r>
        <w:t>to un ko kehte hain angrez, over whelm ho jate honge woh. to isi isi qism ke ehsasat ko le kar woh jab gaye Toor pahad par, jo jangalon ke darmiyan waqe tha,</w:t>
      </w:r>
    </w:p>
    <w:p>
      <w:pPr>
        <w:jc w:val="right"/>
      </w:pPr>
      <w:r>
        <w:t>تو ان کو کہتے ہیں انگریز، اوور ویلم ہو جاتے ہوں گے وہ۔ تو اسی اسی قسم کے احساسات کو لے کر وہ جب گئے طور پہاڑ پر، جو جنگلوں کے درمیان واقع تھا،</w:t>
      </w:r>
    </w:p>
    <w:p>
      <w:r>
        <w:rPr>
          <w:b/>
        </w:rPr>
        <w:t xml:space="preserve">[08:42] </w:t>
      </w:r>
      <w:r>
        <w:t>to aap ne kaha ke "Rab har ni anzar elaik". ke</w:t>
      </w:r>
    </w:p>
    <w:p>
      <w:pPr>
        <w:jc w:val="right"/>
      </w:pPr>
      <w:r>
        <w:t>تو آپ نے کہا کہ "رب حرنی انظر الیک"۔ کہ</w:t>
      </w:r>
    </w:p>
    <w:p>
      <w:r>
        <w:rPr>
          <w:b/>
        </w:rPr>
        <w:t xml:space="preserve">[08:49] </w:t>
      </w:r>
      <w:r>
        <w:t>te hain ji ji "Rab har ni anzar elaik". yeh saada baat nahi hai. yeh</w:t>
      </w:r>
    </w:p>
    <w:p>
      <w:pPr>
        <w:jc w:val="right"/>
      </w:pPr>
      <w:r>
        <w:t>تے ہیں جی جی "رب حرنی انظر الیک"۔ یہ سادہ بات نہیں ہے۔ یہ</w:t>
      </w:r>
    </w:p>
    <w:p>
      <w:r>
        <w:rPr>
          <w:b/>
        </w:rPr>
        <w:t xml:space="preserve">[08:58] </w:t>
      </w:r>
      <w:r>
        <w:t>yeh saada baat nahi hai. yeh is ka baat yeh hai ke is world of nature mein rehte rehte, dekhte dekhte, un ke andar ek shauq ubhra ke mein is ke khaliq ko dekhun.</w:t>
      </w:r>
    </w:p>
    <w:p>
      <w:pPr>
        <w:jc w:val="right"/>
      </w:pPr>
      <w:r>
        <w:t>یہ سادہ بات نہیں ہے۔ یہ اس کا بات یہ ہے کہ اس ورلڈ آف نیچر میں رہتے رہتے، دیکھتے دیکھتے، ان کے اندر ایک شوق ابھرا کہ میں اس کے خالق کو دیکھوں۔</w:t>
      </w:r>
    </w:p>
    <w:p>
      <w:r>
        <w:rPr>
          <w:b/>
        </w:rPr>
        <w:t xml:space="preserve">[09:12] </w:t>
      </w:r>
      <w:r>
        <w:t>isi khaliq ko dekhun. mein ek martaba South India ke area mein train mein safar kar raha tha.</w:t>
      </w:r>
    </w:p>
    <w:p>
      <w:pPr>
        <w:jc w:val="right"/>
      </w:pPr>
      <w:r>
        <w:t>اسی خالق کو دیکھوں۔ میں ایک مرتبہ ساؤتھ انڈیا کے ایریا میں ٹرین میں سفر کر رہا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