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Modern Age October 20, 2018</w:t>
      </w:r>
    </w:p>
    <w:p>
      <w:r>
        <w:t>https://www.youtube.com/watch?v=jcHURa9UnVY</w:t>
      </w:r>
    </w:p>
    <w:p>
      <w:r>
        <w:rPr>
          <w:b/>
        </w:rPr>
        <w:t xml:space="preserve">[00:14] </w:t>
      </w:r>
      <w:r>
        <w:t>Bismillah Rehman ur Rahim, wa salla Allahu alan nabiyyil karim.</w:t>
      </w:r>
    </w:p>
    <w:p>
      <w:pPr>
        <w:jc w:val="right"/>
      </w:pPr>
      <w:r>
        <w:t>بسم اللہ الرحمن الرحیم، وصلی اللہ علی النبی الکریم۔</w:t>
      </w:r>
    </w:p>
    <w:p>
      <w:r>
        <w:rPr>
          <w:b/>
        </w:rPr>
        <w:t xml:space="preserve">[00:26]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20 October 2018.</w:t>
      </w:r>
    </w:p>
    <w:p>
      <w:pPr>
        <w:jc w:val="right"/>
      </w:pPr>
      <w:r>
        <w:t>20 اکتوبر 2018۔</w:t>
      </w:r>
    </w:p>
    <w:p>
      <w:r>
        <w:rPr>
          <w:b/>
        </w:rPr>
        <w:t xml:space="preserve">[00:44] </w:t>
      </w:r>
      <w:r>
        <w:t>aaj kisi</w:t>
      </w:r>
    </w:p>
    <w:p>
      <w:pPr>
        <w:jc w:val="right"/>
      </w:pPr>
      <w:r>
        <w:t>آج کسی</w:t>
      </w:r>
    </w:p>
    <w:p>
      <w:r>
        <w:rPr>
          <w:b/>
        </w:rPr>
        <w:t xml:space="preserve">[00:48] </w:t>
      </w:r>
      <w:r>
        <w:t>reference ki wajah se, kisi taqrib se, mujhe Mother Teresa ka zikr hua.</w:t>
      </w:r>
    </w:p>
    <w:p>
      <w:pPr>
        <w:jc w:val="right"/>
      </w:pPr>
      <w:r>
        <w:t>ریفرنس کی وجہ سے، کسی تقریب سے، مجھے مدر ٹریسا کا ذکر ہوا۔</w:t>
      </w:r>
    </w:p>
    <w:p>
      <w:r>
        <w:rPr>
          <w:b/>
        </w:rPr>
        <w:t xml:space="preserve">[01:01] </w:t>
      </w:r>
      <w:r>
        <w:t>mein</w:t>
      </w:r>
    </w:p>
    <w:p>
      <w:pPr>
        <w:jc w:val="right"/>
      </w:pPr>
      <w:r>
        <w:t>میں</w:t>
      </w:r>
    </w:p>
    <w:p>
      <w:r>
        <w:rPr>
          <w:b/>
        </w:rPr>
        <w:t xml:space="preserve">[01:05] </w:t>
      </w:r>
      <w:r>
        <w:t>bohat dinon se parhta tha Time Magazine, ab to woh band ho gaya hai, barabar parhta tha. to Mother Teresa ka jab death hui to Time Magazine ne is par poora number chhapa tha,</w:t>
      </w:r>
    </w:p>
    <w:p>
      <w:pPr>
        <w:jc w:val="right"/>
      </w:pPr>
      <w:r>
        <w:t>بہت دنوں سے پڑھتا تھا ٹائم میگزین، اب تو وہ بند ہو گیا ہے، برابر پڑھتا تھا۔ تو مدر ٹریسا کا جب ڈیتھ ہوئی تو ٹائم میگزین نے اس پر پورا نمبر چھاپا تھا،</w:t>
      </w:r>
    </w:p>
    <w:p>
      <w:r>
        <w:rPr>
          <w:b/>
        </w:rPr>
        <w:t xml:space="preserve">[01:26] </w:t>
      </w:r>
      <w:r>
        <w:t>yani poora ek issue is ka Mother Teresa par tha.</w:t>
      </w:r>
    </w:p>
    <w:p>
      <w:pPr>
        <w:jc w:val="right"/>
      </w:pPr>
      <w:r>
        <w:t>یعنی پورا ایک شیشو اس کا مدر ٹریسا پر تھا۔</w:t>
      </w:r>
    </w:p>
    <w:p>
      <w:r>
        <w:rPr>
          <w:b/>
        </w:rPr>
        <w:t xml:space="preserve">[01:34] </w:t>
      </w:r>
      <w:r>
        <w:t>aap jante hain ke Mother Teresa charity ke mamle mein number one darja un ka hai.</w:t>
      </w:r>
    </w:p>
    <w:p>
      <w:pPr>
        <w:jc w:val="right"/>
      </w:pPr>
      <w:r>
        <w:t>آپ جانتے ہیں کہ مدر ٹریسا چیریٹی کے معاملے میں نمبر ون درجہ ان کا ہے۔</w:t>
      </w:r>
    </w:p>
    <w:p>
      <w:r>
        <w:rPr>
          <w:b/>
        </w:rPr>
        <w:t xml:space="preserve">[01:46] </w:t>
      </w:r>
      <w:r>
        <w:t>ek naya record qaim kiya unhon ne charity ka. lekin is Time Magazine ke is issue mein Mother Teresa ki ek bohat hi qareebi khatoon,</w:t>
      </w:r>
    </w:p>
    <w:p>
      <w:pPr>
        <w:jc w:val="right"/>
      </w:pPr>
      <w:r>
        <w:t>ایک نیا ریکارڈ قائم کیا انہوں نے چیریٹی کا۔ لیکن اس ٹائم میگزین کے اس ایشو میں مدر ٹریسا کی ایک بہت ہی قریبی خاتون،</w:t>
      </w:r>
    </w:p>
    <w:p>
      <w:r>
        <w:rPr>
          <w:b/>
        </w:rPr>
        <w:t xml:space="preserve">[02:02] </w:t>
      </w:r>
      <w:r>
        <w:t>bohat hi qareebi khatoon ka article chhapa tha, aur isi ko Time Magazine ne</w:t>
      </w:r>
    </w:p>
    <w:p>
      <w:pPr>
        <w:jc w:val="right"/>
      </w:pPr>
      <w:r>
        <w:t>بہت ہی قریبی خاتون کا آرٹیکل چھپا تھا، اور اسی کو ٹائم میگزین نے</w:t>
      </w:r>
    </w:p>
    <w:p>
      <w:r>
        <w:rPr>
          <w:b/>
        </w:rPr>
        <w:t xml:space="preserve">[02:13] </w:t>
      </w:r>
      <w:r>
        <w:t>apne title par flash kiya tha. unhon ne likha tha, halankay mother teresa ki woh fan theen, lekin bator waqia likha tha unhon ne ke mother teresa died in agony.</w:t>
      </w:r>
    </w:p>
    <w:p>
      <w:pPr>
        <w:jc w:val="right"/>
      </w:pPr>
      <w:r>
        <w:t>اپنے ٹائٹل پر فلیش کیا تھا۔ انہوں نے لکھا تھا، حالانکہ مدر ٹریسا کی وہ فین تھیں، لیکن بطور واقعہ لکھا تھا انہوں نے کہ مدر ٹریسا ڈائیڈ ان ایگنی۔</w:t>
      </w:r>
    </w:p>
    <w:p>
      <w:r>
        <w:rPr>
          <w:b/>
        </w:rPr>
        <w:t xml:space="preserve">[02:34] </w:t>
      </w:r>
      <w:r>
        <w:t>mother teresa died in agony. yeh un ke qareebi dost khatoon jo theen, unhon ne kaha tha ke mother teresa ko apne aakhri zamanay mein,</w:t>
      </w:r>
    </w:p>
    <w:p>
      <w:pPr>
        <w:jc w:val="right"/>
      </w:pPr>
      <w:r>
        <w:t>مدر ٹریسا ڈائیڈ ان ایگنی۔ یہ ان کے قریبی دوست خاتون جو تھیں، انہوں نے کہا تھا کہ مدر ٹریسا کو اپنے آخری زمانے میں،</w:t>
      </w:r>
    </w:p>
    <w:p>
      <w:r>
        <w:rPr>
          <w:b/>
        </w:rPr>
        <w:t xml:space="preserve">[02:47] </w:t>
      </w:r>
      <w:r>
        <w:t>yani unhon ne kaam kiya, un ki umar hui thi 87 years, yani 87 years tak unhon ne kaam kiya is line mein, charity ki line mein.</w:t>
      </w:r>
    </w:p>
    <w:p>
      <w:pPr>
        <w:jc w:val="right"/>
      </w:pPr>
      <w:r>
        <w:t>یعنی انہوں نے کام کیا، ان کی عمر ہوئی تھی 87 ایئرز، یعنی 87 ایئرز تک انہوں نے کام کیا اس لائن میں، چیریٹی کی لائن میں۔</w:t>
      </w:r>
    </w:p>
    <w:p>
      <w:r>
        <w:rPr>
          <w:b/>
        </w:rPr>
        <w:t xml:space="preserve">[03:02] </w:t>
      </w:r>
      <w:r>
        <w:t>lekin unhon ne likha tha ke aakhir mein woh bohat ziyada precission mein theen, precission mein. un ki lagta tha ke un ki soul jo hai, un ki soul khoyi hui hai,</w:t>
      </w:r>
    </w:p>
    <w:p>
      <w:pPr>
        <w:jc w:val="right"/>
      </w:pPr>
      <w:r>
        <w:t>لیکن انہوں نے لکھا تھا کہ آخر میں وہ بہت زیادہ پریسیشن میں تھیں، پریسیشن میں۔ ان کی لگتا تھا کہ ان کی سول جو ہے، ان کی سول کھوئی ہوئی ہے،</w:t>
      </w:r>
    </w:p>
    <w:p>
      <w:r>
        <w:rPr>
          <w:b/>
        </w:rPr>
        <w:t xml:space="preserve">[03:17] </w:t>
      </w:r>
      <w:r>
        <w:t>un ko koi sukoon nahi tha. to yeh unhi ki wording thi ke "she died in agony". to isi zamanay mein</w:t>
      </w:r>
    </w:p>
    <w:p>
      <w:pPr>
        <w:jc w:val="right"/>
      </w:pPr>
      <w:r>
        <w:t>ان کو کوئی سکون نہیں تھا۔ تو یہ انہی کی ورڈنگ تھی کہ "شی ڈائیڈ ان ایگنی"۔ تو اسی زمانے میں</w:t>
      </w:r>
    </w:p>
    <w:p>
      <w:r>
        <w:rPr>
          <w:b/>
        </w:rPr>
        <w:t xml:space="preserve">[03:31] </w:t>
      </w:r>
      <w:r>
        <w:t>main ne un par aik mazmoon likha tha, Al-Risala mein, hamara mujhe magazine hai. us waqt main ne likha tha ke kya sabab hai, aisa kyun hua ke mother teresa ko peace mein marna chahiye tha,</w:t>
      </w:r>
    </w:p>
    <w:p>
      <w:pPr>
        <w:jc w:val="right"/>
      </w:pPr>
      <w:r>
        <w:t>میں نے ان پر ایک مضمون لکھا تھا، الرسالہ میں، ہمارا مجھے میگزین ہے۔ اس وقت میں نے لکھا تھا کہ کیا سبب ہے، ایسا کیوں ہوا کہ مدر ٹریسا کو پیس میں مرنا چاہیے تھا،</w:t>
      </w:r>
    </w:p>
    <w:p>
      <w:r>
        <w:rPr>
          <w:b/>
        </w:rPr>
        <w:t xml:space="preserve">[03:51] </w:t>
      </w:r>
      <w:r>
        <w:t>khushi mein marna chahiye tha, un ko yeh ehsas mein marna chahiye tha ke main ne aik kaam kar diya ke apni umar main ne charity mein guzar di.</w:t>
      </w:r>
    </w:p>
    <w:p>
      <w:pPr>
        <w:jc w:val="right"/>
      </w:pPr>
      <w:r>
        <w:t>خوشی میں مرنا چاہیے تھا، ان کو یہ احساس میں مرنا چاہیے تھا کہ میں نے ایک کام کر دیا کہ اپنی عمر میں نے چیریٹی میں گزار دی۔</w:t>
      </w:r>
    </w:p>
    <w:p>
      <w:r>
        <w:rPr>
          <w:b/>
        </w:rPr>
        <w:t xml:space="preserve">[04:06] </w:t>
      </w:r>
      <w:r>
        <w:t>asal cheez yeh hai ke charity ka kaam jo hai, woh waqti tor par aap kuch kisi ko dekhen, mislan road par aap dekhen, koi aadmi takkar ho gayi hai, khoon beh raha hai us ko, to jaldi se us ko le ke jayen hospital aur us ko first aid pohanchayen.</w:t>
      </w:r>
    </w:p>
    <w:p>
      <w:pPr>
        <w:jc w:val="right"/>
      </w:pPr>
      <w:r>
        <w:t>اصل چیز یہ ہے کہ چیریٹی کا کام جو ہے، وہ وقتی طور پر آپ کچھ کسی کو دیکھیں، مثلاً روڈ پر آپ دیکھیں، کوئی آدمی ٹکر ہو گئی ہے، خون بہہ رہا ہے اس کو، تو جلدی سے اس کو لے کے جائیں ہاسپٹل اور اس کو فرسٹ ایڈ پہنچائیں۔</w:t>
      </w:r>
    </w:p>
    <w:p>
      <w:r>
        <w:rPr>
          <w:b/>
        </w:rPr>
        <w:t xml:space="preserve">[04:29] </w:t>
      </w:r>
      <w:r>
        <w:t>to yeh jo kaam hai, yeh waqti kaam hai, yeh mission nahi hai. ab mother teresa ne jo kaam kiya tha, woh bilashuba waqti aitbar se aik kaam tha, lekin isi ko aap isi ko bana liya unhon ne mission.</w:t>
      </w:r>
    </w:p>
    <w:p>
      <w:pPr>
        <w:jc w:val="right"/>
      </w:pPr>
      <w:r>
        <w:t>تو یہ جو کام ہے، یہ وقتی کام ہے، یہ مشن نہیں ہے۔ اب مدر ٹریسا نے جو کام کیا تھا، وہ بلاشبہ وقتی اعتبار سے ایک کام تھا، لیکن اسی کو آپ اسی کو بنا لیا انہوں نے مشن۔</w:t>
      </w:r>
    </w:p>
    <w:p>
      <w:r>
        <w:rPr>
          <w:b/>
        </w:rPr>
        <w:t xml:space="preserve">[04:47] </w:t>
      </w:r>
      <w:r>
        <w:t>to woh mission nahi hai, charity ka kaam mission nahi hai, woh waqti tor par madad hai kisi ki.</w:t>
      </w:r>
    </w:p>
    <w:p>
      <w:pPr>
        <w:jc w:val="right"/>
      </w:pPr>
      <w:r>
        <w:t>تو وہ مشن نہیں ہے، چیریٹی کا کام مشن نہیں ہے، وہ وقتی طور پر مدد ہے کسی کی۔</w:t>
      </w:r>
    </w:p>
    <w:p>
      <w:r>
        <w:rPr>
          <w:b/>
        </w:rPr>
        <w:t xml:space="preserve">[04:59] </w:t>
      </w:r>
      <w:r>
        <w:t>isi hawale mein main ne likha tha aik article ke sab se bari madad kisi insaan ki yeh hai ke us ko rozgar ke qabil banaya jaye, us ko is qabil banaya jaye ke woh kuch kare,</w:t>
      </w:r>
    </w:p>
    <w:p>
      <w:pPr>
        <w:jc w:val="right"/>
      </w:pPr>
      <w:r>
        <w:t>اسی حوالے میں میں نے لکھا تھا ایک آرٹیکل کہ سب سے بڑی مدد کسی انسان کی یہ ہے کہ اس کو روزگار کے قابل بنایا جائے، اس کو اس قابل بنایا جائے کہ وہ کچھ کرے،</w:t>
      </w:r>
    </w:p>
    <w:p>
      <w:r>
        <w:rPr>
          <w:b/>
        </w:rPr>
        <w:t xml:space="preserve">[05:16] </w:t>
      </w:r>
      <w:r>
        <w:t>us ke andar spirit jagai jaye</w:t>
      </w:r>
    </w:p>
    <w:p>
      <w:pPr>
        <w:jc w:val="right"/>
      </w:pPr>
      <w:r>
        <w:t>اس کے اندر اسپرٹ جگائی جائے</w:t>
      </w:r>
    </w:p>
    <w:p>
      <w:r>
        <w:rPr>
          <w:b/>
        </w:rPr>
        <w:t xml:space="preserve">[05:20] </w:t>
      </w:r>
      <w:r>
        <w:t>ke main kaam karunga, main kaam kar ke kamaunga, main kuch nation ke liye kuch kar ke dikhaunga. yani kuch karna, karna.</w:t>
      </w:r>
    </w:p>
    <w:p>
      <w:pPr>
        <w:jc w:val="right"/>
      </w:pPr>
      <w:r>
        <w:t>کہ میں کام کروں گا، میں کام کر کے کماؤں گا، میں کچھ نیشن کے لیے کچھ کر کے دکھاؤں گا۔ یعنی کچھ کرنا، کرنا۔</w:t>
      </w:r>
    </w:p>
    <w:p>
      <w:r>
        <w:rPr>
          <w:b/>
        </w:rPr>
        <w:t xml:space="preserve">[05:31] </w:t>
      </w:r>
      <w:r>
        <w:t>to main samajhta hoon ke jo log,</w:t>
      </w:r>
    </w:p>
    <w:p>
      <w:pPr>
        <w:jc w:val="right"/>
      </w:pPr>
      <w:r>
        <w:t>تو میں سمجھتا ہوں کہ جو لوگ،</w:t>
      </w:r>
    </w:p>
    <w:p>
      <w:r>
        <w:rPr>
          <w:b/>
        </w:rPr>
        <w:t xml:space="preserve">[05:36] </w:t>
      </w:r>
      <w:r>
        <w:t>yani jis ko jis ko kaha jata hai "deprived", yani "have-nots", jin ko kaha jata hai, woh "have-not" nahi hotay.</w:t>
      </w:r>
    </w:p>
    <w:p>
      <w:pPr>
        <w:jc w:val="right"/>
      </w:pPr>
      <w:r>
        <w:t>یعنی جس کو جس کو کہا جاتا ہے "ڈیپرائیوڈ"، یعنی "ہیو ناٹس"، جن کو کہا جاتا ہے، وہ "ہیو ناٹ" نہیں ہوتے۔</w:t>
      </w:r>
    </w:p>
    <w:p>
      <w:r>
        <w:rPr>
          <w:b/>
        </w:rPr>
        <w:t xml:space="preserve">[05:46] </w:t>
      </w:r>
      <w:r>
        <w:t>un ke andar aik bohat bari cheez hoti hai, woh spirit ke bajaye kam mila hai to main ziyada kar ke dikhaunga.</w:t>
      </w:r>
    </w:p>
    <w:p>
      <w:pPr>
        <w:jc w:val="right"/>
      </w:pPr>
      <w:r>
        <w:t>ان کے اندر ایک بہت بڑی چیز ہوتی ہے، وہ اسپرٹ کہ بجائے کم ملا ہے تو میں زیادہ کر کے دکھاؤں گا۔</w:t>
      </w:r>
    </w:p>
    <w:p>
      <w:r>
        <w:rPr>
          <w:b/>
        </w:rPr>
        <w:t xml:space="preserve">[05:56] </w:t>
      </w:r>
      <w:r>
        <w:t>is spirit ko zinda kijiye, warna kya hoga ke mother teresa ne is ko apna mission banaya aur "she died in agony".</w:t>
      </w:r>
    </w:p>
    <w:p>
      <w:pPr>
        <w:jc w:val="right"/>
      </w:pPr>
      <w:r>
        <w:t>اس اسپرٹ کو زندہ کیجئے، ورنہ کیا ہوگا کہ مدر ٹریسا نے اس کو اپنا مشن بنایا اور "شی ڈائیڈ ان ایگنی"۔</w:t>
      </w:r>
    </w:p>
    <w:p>
      <w:r>
        <w:rPr>
          <w:b/>
        </w:rPr>
        <w:t xml:space="preserve">[06:10] </w:t>
      </w:r>
      <w:r>
        <w:t>wajah kya hai is ki? jab aap Allah wala kaam karen, yani dawat ka kaam, jis ko hum dawat ka kaam kehte hain, to dawat ka kaam mein kya hota hai?</w:t>
      </w:r>
    </w:p>
    <w:p>
      <w:pPr>
        <w:jc w:val="right"/>
      </w:pPr>
      <w:r>
        <w:t>وجہ کیا ہے اس کی؟ جب آپ اللہ والا کام کریں، یعنی دعوت کا کام، جس کو ہم دعوت کا کام کہتے ہیں، تو دعوت کا کام میں کیا ہوتا ہے؟</w:t>
      </w:r>
    </w:p>
    <w:p>
      <w:r>
        <w:rPr>
          <w:b/>
        </w:rPr>
        <w:t xml:space="preserve">[06:24] </w:t>
      </w:r>
      <w:r>
        <w:t>aap ki inner spirit jo hai, woh address hoti hai ke main ne apne Rab ka kaam kiya, apne Rab ka jo hukum tha ke mera paigham phailao, logon ko batao ke tumhara khaliq kya chahta hai.</w:t>
      </w:r>
    </w:p>
    <w:p>
      <w:pPr>
        <w:jc w:val="right"/>
      </w:pPr>
      <w:r>
        <w:t>آپ کی انر اسپرٹ جو ہے، وہ ایڈریس ہوتی ہے کہ میں نے اپنے رب کا کام کیا، اپنے رب کا جو حکم تھا کہ میرا پیغام پھیلاؤ، لوگوں کو بتاؤ کہ تمہارا خالق کیا چاہتا ہے۔</w:t>
      </w:r>
    </w:p>
    <w:p>
      <w:r>
        <w:rPr>
          <w:b/>
        </w:rPr>
        <w:t xml:space="preserve">[06:46] </w:t>
      </w:r>
      <w:r>
        <w:t>to aap ko is aitbar se aik sukoon milta hai ke main ne jis khaliq ne mujhe paida kiya hai, woh chahta tha ke main insaan ko bataun ke "what is the creation plan of God?</w:t>
      </w:r>
    </w:p>
    <w:p>
      <w:pPr>
        <w:jc w:val="right"/>
      </w:pPr>
      <w:r>
        <w:t>تو آپ کو اس اعتبار سے ایک سکون ملتا ہے کہ میں نے جس خالق نے مجھے پیدا کیا ہے، وہ چاہتا تھا کہ میں انسان کو بتاؤں کہ "واٹ از دا کریشن پلان اف گاڈ؟</w:t>
      </w:r>
    </w:p>
    <w:p>
      <w:r>
        <w:rPr>
          <w:b/>
        </w:rPr>
        <w:t xml:space="preserve">[07:01] </w:t>
      </w:r>
      <w:r>
        <w:t>what is the purpose of life?" aakhirat ke baray mein, jannat ke baray mein bataun. to woh main ne bata diya, aur aakhirat mein jab aap ka samna hoga Rab-ul-Alameen se, to aap yeh keh sakenge ke Khudaya!</w:t>
      </w:r>
    </w:p>
    <w:p>
      <w:pPr>
        <w:jc w:val="right"/>
      </w:pPr>
      <w:r>
        <w:t>واٹ از دا پرپس اف لائف؟" آخرت کے بارے میں، جنت کے بارے میں بتاؤں۔ تو وہ میں نے بتا دیا، اور آخرت میں جب آپ کا سامنا ہوگا رب العالمین سے، تو آپ یہ کہہ سکیں گے کہ خدایا!</w:t>
      </w:r>
    </w:p>
    <w:p>
      <w:r>
        <w:rPr>
          <w:b/>
        </w:rPr>
        <w:t xml:space="preserve">[07:19] </w:t>
      </w:r>
      <w:r>
        <w:t>mere pas tera message tha, mere pas teri kitab thi, us ko main ne logon tak pohancha diya un ki apni understandable language mein.</w:t>
      </w:r>
    </w:p>
    <w:p>
      <w:pPr>
        <w:jc w:val="right"/>
      </w:pPr>
      <w:r>
        <w:t>میرے پاس تیرا میسج تھا، میرے پاس تیری کتاب تھی، اس کو میں نے لوگوں تک پہنچا دیا ان کی اپنی انڈرسٹینڈیبل لینگویج میں۔</w:t>
      </w:r>
    </w:p>
    <w:p>
      <w:r>
        <w:rPr>
          <w:b/>
        </w:rPr>
        <w:t xml:space="preserve">[07:29] </w:t>
      </w:r>
      <w:r>
        <w:t>to aap ghor kijiye ke kitna aap ko sukoon hasil hoga. main aik martaba main ne aik aadmi ko dekha, woh mamooli aadmi tha, mulazim tha kisi office mein.</w:t>
      </w:r>
    </w:p>
    <w:p>
      <w:pPr>
        <w:jc w:val="right"/>
      </w:pPr>
      <w:r>
        <w:t>تو آپ غور کیجئے کہ کتنا آپ کو سکون حاصل ہوگا۔ میں ایک مرتبہ میں نے ایک آدمی کو دیکھا، وہ معمولی آدمی تھا، ملازم تھا کسی آفس میں۔</w:t>
      </w:r>
    </w:p>
    <w:p>
      <w:r>
        <w:rPr>
          <w:b/>
        </w:rPr>
        <w:t xml:space="preserve">[07:48] </w:t>
      </w:r>
      <w:r>
        <w:t>to main ne aik pulat dekha us ko ke bari tezi se woh chala ja raha hai, chala ja raha hai. to main ne us se poocha ke aap kahan ja rahe hain? us ke chalne ka andaaz jo tha, us mein aik ajeeb qism ki yani khushi thi.</w:t>
      </w:r>
    </w:p>
    <w:p>
      <w:pPr>
        <w:jc w:val="right"/>
      </w:pPr>
      <w:r>
        <w:t>تو میں نے ایک پلٹ دیکھا اس کو کہ بڑی تیزی سے وہ چلا جا رہا ہے، چلا جا رہا ہے۔ تو میں نے اس سے پوچھا کہ آپ کہاں جا رہے ہیں؟ اس کے چلنے کا انداز جو تھا، اس میں ایک عجیب قسم کی یعنی خوشی تھی۔</w:t>
      </w:r>
    </w:p>
    <w:p>
      <w:r>
        <w:rPr>
          <w:b/>
        </w:rPr>
        <w:t xml:space="preserve">[08:06] </w:t>
      </w:r>
      <w:r>
        <w:t>to us ne kaha ke collector sahib ka aik order hai, aik urgent order hai, us ko pohanchana hai. woh collectrate mein kaam karta tha, to kisi wajah se sham ko, yani der ho, din guzar chuka tha, sham ko koi message bhejna tha collector sahib ko.</w:t>
      </w:r>
    </w:p>
    <w:p>
      <w:pPr>
        <w:jc w:val="right"/>
      </w:pPr>
      <w:r>
        <w:t>تو اس نے کہا کہ کلیکٹر صاحب کا ایک آرڈر ہے، ایک ارجنٹ آرڈر ہے، اس کو پہنچانا ہے۔ وہ کلیکٹریٹ میں کام کرتا تھا، تو کسی وجہ سے شام کو، یعنی دیر ہو، دن دن گزر چکا تھا، شام کو کوئی میسج بھیجنا تھا کلیکٹر صاحب کو۔</w:t>
      </w:r>
    </w:p>
    <w:p>
      <w:r>
        <w:rPr>
          <w:b/>
        </w:rPr>
        <w:t xml:space="preserve">[08:28] </w:t>
      </w:r>
      <w:r>
        <w:t>is se kaha ke jo jaldi se le ke jao.</w:t>
      </w:r>
    </w:p>
    <w:p>
      <w:pPr>
        <w:jc w:val="right"/>
      </w:pPr>
      <w:r>
        <w:t>اس سے کہا کہ جو جلدی سے لے کے جاؤ۔</w:t>
      </w:r>
    </w:p>
    <w:p>
      <w:r>
        <w:rPr>
          <w:b/>
        </w:rPr>
        <w:t xml:space="preserve">[08:33] </w:t>
      </w:r>
      <w:r>
        <w:t>to aap ghor kijiye ke agar aap ko</w:t>
      </w:r>
    </w:p>
    <w:p>
      <w:pPr>
        <w:jc w:val="right"/>
      </w:pPr>
      <w:r>
        <w:t>تو آپ غور کیجئے کہ اگر آپ کو</w:t>
      </w:r>
    </w:p>
    <w:p>
      <w:r>
        <w:rPr>
          <w:b/>
        </w:rPr>
        <w:t xml:space="preserve">[08:39] </w:t>
      </w:r>
      <w:r>
        <w:t>yeh ehsas ho jaye ke mere rab ne, mere khaliq ne, mere creator ne, us ne mujhe ek message diya hai, quran allah ki taraf se mere paas aya hai ke aye bande!</w:t>
      </w:r>
    </w:p>
    <w:p>
      <w:pPr>
        <w:jc w:val="right"/>
      </w:pPr>
      <w:r>
        <w:t>یہ احساس ہو جائے کہ میرے رب نے، میرے خالق نے، میرے کریٹر نے، اس نے مجھے ایک میسج دیا ہے، قرآن اللہ کی طرف سے میرے پاس آیا ہے کہ اے بندے!</w:t>
      </w:r>
    </w:p>
    <w:p>
      <w:r>
        <w:rPr>
          <w:b/>
        </w:rPr>
        <w:t xml:space="preserve">[08:53] </w:t>
      </w:r>
      <w:r>
        <w:t>to pohanchao logon tak, pohanchao. lakon lil alameen nazeera. to aap is ko le ke jab niklenge pohanchane ke liye logon ko, to aap ghor kijiye ke aap ko kitna zabardast aap ke yani khushi se sina phat raha hoga, aap ka khushi se sina phat raha hoga.</w:t>
      </w:r>
    </w:p>
    <w:p>
      <w:pPr>
        <w:jc w:val="right"/>
      </w:pPr>
      <w:r>
        <w:t>تو پہنچاؤ لوگوں تک، پہنچاؤ۔ لیکون للعالمین نظیرہ۔ تو آپ اس کو لے کے جب نکلیں گے پہنچانے کے لیے لوگوں کو، تو آپ غور کیجئے کہ آپ کو کتنا زبردست آپ کے یعنی خوشی سے سینہ پھٹ رہا ہوگا، آپ کا خوشی سے سینہ پھٹ رہا ہوگا۔</w:t>
      </w:r>
    </w:p>
    <w:p>
      <w:r>
        <w:rPr>
          <w:b/>
        </w:rPr>
        <w:t xml:space="preserve">[09:16] </w:t>
      </w:r>
      <w:r>
        <w:t>wo kaam hai aap ke paas, aur aap mother teresa ke model ki taraf dauren to aap ke paas bara kaam maujood tha karne ke liye, aap daure chhote se kaam ke liye.</w:t>
      </w:r>
    </w:p>
    <w:p>
      <w:pPr>
        <w:jc w:val="right"/>
      </w:pPr>
      <w:r>
        <w:t>وہ کام ہے آپ کے پاس، اور آپ مدر ٹریسا کے ماڈل کی طرف دوڑیں تو آپ کے پاس بڑا کام موجود تھا کرنے کے لیے، آپ دوڑے چھوٹے سے کام کے لیے۔</w:t>
      </w:r>
    </w:p>
    <w:p>
      <w:r>
        <w:rPr>
          <w:b/>
        </w:rPr>
        <w:t xml:space="preserve">[09:32] </w:t>
      </w:r>
      <w:r>
        <w:t>main bohat se logon ko dekhta hoon ke mother teresa ko model banaye hue hain, aur yeh jo jis ko so called charity mein apna maal lagate hain,</w:t>
      </w:r>
    </w:p>
    <w:p>
      <w:pPr>
        <w:jc w:val="right"/>
      </w:pPr>
      <w:r>
        <w:t>میں بہت سے لوگوں کو دیکھتا ہوں کہ مدر ٹریسا کو ماڈل بنائے ہوئے ہیں، اور یہ جو جس کو سو کالڈ چیریٹی میں اپنا مال لگاتے ہیں،</w:t>
      </w:r>
    </w:p>
    <w:p>
      <w:r>
        <w:rPr>
          <w:b/>
        </w:rPr>
        <w:t xml:space="preserve">[09:50] </w:t>
      </w:r>
      <w:r>
        <w:t>main kahunga ke koi insan jis ko allah ki marifat ho jaye, allah ki marifat jis ke paas quran ho, jis ke paas allah ki book of god ho, book of guide,</w:t>
      </w:r>
    </w:p>
    <w:p>
      <w:pPr>
        <w:jc w:val="right"/>
      </w:pPr>
      <w:r>
        <w:t>میں کہوں گا کہ کوئی انسان جس کو اللہ کی معرفت ہو جائے، اللہ کی معرفت جس کے پاس قرآن ہو، جس کے پاس اللہ کی بک اف گاڈ ہو، بک اف گائیڈ،</w:t>
      </w:r>
    </w:p>
    <w:p>
      <w:r>
        <w:rPr>
          <w:b/>
        </w:rPr>
        <w:t xml:space="preserve">[10:07] </w:t>
      </w:r>
      <w:r>
        <w:t>us ko apni jeb ka ek ek paisa sirf allah ke message ko pohanchane mein lagana chahiye, aur kuch nahin.</w:t>
      </w:r>
    </w:p>
    <w:p>
      <w:pPr>
        <w:jc w:val="right"/>
      </w:pPr>
      <w:r>
        <w:t>اس کو اپنی جیب کا ایک ایک پیسہ صرف اللہ کے میسج کو پہنچانے میں لگانا چاہیے، اور کچھ نہیں۔</w:t>
      </w:r>
    </w:p>
    <w:p>
      <w:r>
        <w:rPr>
          <w:b/>
        </w:rPr>
        <w:t xml:space="preserve">[10:16] </w:t>
      </w:r>
      <w:r>
        <w:t>aap dekhiye, rasool allah ke jo saathi the, sahaba kiram makka mein, madina mein, aap un ke halaat padhiye, wo sirf isi ke liye tadapte the ke logon tak allah ka paigham pohanch jaye.</w:t>
      </w:r>
    </w:p>
    <w:p>
      <w:pPr>
        <w:jc w:val="right"/>
      </w:pPr>
      <w:r>
        <w:t>آپ دیکھیے، رسول اللہ کے جو ساتھی تھے، صحابہ کرام مکہ میں، مدینہ میں، آپ ان کے حالات پڑھیے، وہ صرف اسی کے لیے تڑپتے تھے کہ لوگوں تک اللہ کا پیغام پہنچ جائے۔</w:t>
      </w:r>
    </w:p>
    <w:p>
      <w:r>
        <w:rPr>
          <w:b/>
        </w:rPr>
        <w:t xml:space="preserve">[10:31] </w:t>
      </w:r>
      <w:r>
        <w:t>wo daudte the, logon tak pohanchte the.</w:t>
      </w:r>
    </w:p>
    <w:p>
      <w:pPr>
        <w:jc w:val="right"/>
      </w:pPr>
      <w:r>
        <w:t>وہ دوڑتے تھے، لوگوں تک پہنچتے تھے۔</w:t>
      </w:r>
    </w:p>
    <w:p>
      <w:r>
        <w:rPr>
          <w:b/>
        </w:rPr>
        <w:t xml:space="preserve">[10:41] </w:t>
      </w:r>
      <w:r>
        <w:t>aap dekhiye, aaj main ek baat soch raha tha ke dunya mein jab aya door</w:t>
      </w:r>
    </w:p>
    <w:p>
      <w:pPr>
        <w:jc w:val="right"/>
      </w:pPr>
      <w:r>
        <w:t>آپ دیکھیے، آج میں ایک بات سوچ رہا تھا کہ دنیا میں جب آیا دور</w:t>
      </w:r>
    </w:p>
    <w:p>
      <w:r>
        <w:rPr>
          <w:b/>
        </w:rPr>
        <w:t xml:space="preserve">[10:55] </w:t>
      </w:r>
      <w:r>
        <w:t>is ka steamship ka, main ne is ki kahani padhi hai ke jab steamship ka door aya, yani yeh possible ho gaya ke aap yahan se wahan, wahan se wahan</w:t>
      </w:r>
    </w:p>
    <w:p>
      <w:pPr>
        <w:jc w:val="right"/>
      </w:pPr>
      <w:r>
        <w:t>اس کا اسٹریم شپ کا، میں نے اس کی کہانی پڑھی ہے کہ جب اسٹریم شپ کا دور آیا، یعنی یہ پاسیبل ہو گیا کہ آپ یہاں سے وہاں، وہاں سے وہاں</w:t>
      </w:r>
    </w:p>
    <w:p>
      <w:r>
        <w:rPr>
          <w:b/>
        </w:rPr>
        <w:t xml:space="preserve">[11:16] </w:t>
      </w:r>
      <w:r>
        <w:t>tez safar kar ke pohanchen,</w:t>
      </w:r>
    </w:p>
    <w:p>
      <w:pPr>
        <w:jc w:val="right"/>
      </w:pPr>
      <w:r>
        <w:t>تیز سفر کر کے پہنچیں،</w:t>
      </w:r>
    </w:p>
    <w:p>
      <w:r>
        <w:rPr>
          <w:b/>
        </w:rPr>
        <w:t xml:space="preserve">[11:21] </w:t>
      </w:r>
      <w:r>
        <w:t>to mascot, vasco da gama paida hue, aur wo kaun kaun paida hue yahan se wahan jane ke, wo kya tha? unhon ne yeh is mein discover kiya ke almi tijarat ka door aa gaya, yeh to pehle hum apna saman local market mein bechte the,</w:t>
      </w:r>
    </w:p>
    <w:p>
      <w:pPr>
        <w:jc w:val="right"/>
      </w:pPr>
      <w:r>
        <w:t>تو ماسکوٹ، واسکوٹ، گاواں پیدا ہوئے، اور وہ کون کون پیدا ہوئے یہاں سے وہاں جانے کے، وہ کیا تھا؟ انہوں نے یہ اس میں ڈسکور کیا کہ عالمی تجارت کا دور آ گیا، یہ تو پہلے ہم اپنا سامان لوکل مارکیٹ میں بیچتے تھے،</w:t>
      </w:r>
    </w:p>
    <w:p>
      <w:r>
        <w:rPr>
          <w:b/>
        </w:rPr>
        <w:t xml:space="preserve">[11:43] </w:t>
      </w:r>
      <w:r>
        <w:t>local market mein, ab hum samundaron mein safar kar ke yahan se pohanche, wahan, wahan se pohanche, wahan.</w:t>
      </w:r>
    </w:p>
    <w:p>
      <w:pPr>
        <w:jc w:val="right"/>
      </w:pPr>
      <w:r>
        <w:t>لوکل مارکیٹ میں، اب ہم سمندروں میں سفر کر کے یہاں سے پہنچے، وہاں، وہاں سے پہنچے، وہاں۔</w:t>
      </w:r>
    </w:p>
    <w:p>
      <w:r>
        <w:rPr>
          <w:b/>
        </w:rPr>
        <w:t xml:space="preserve">[11:53] </w:t>
      </w:r>
      <w:r>
        <w:t>chunanche bohat bade pemane par tijarat mein izafa hua. phir is ke baad ek martaba main kahin ja raha tha ke airport par bari bheed thi.</w:t>
      </w:r>
    </w:p>
    <w:p>
      <w:pPr>
        <w:jc w:val="right"/>
      </w:pPr>
      <w:r>
        <w:t>چنانچہ بہت بڑے پیمانے پر تیرا تجارت میں اضافہ ہوا۔ پھر اس کے بعد ایک مرتبہ میں کہیں جا رہا تھا کہ ایئرپورٹ پر بڑی بھیڑ تھی۔</w:t>
      </w:r>
    </w:p>
    <w:p>
      <w:r>
        <w:rPr>
          <w:b/>
        </w:rPr>
        <w:t xml:space="preserve">[12:09] </w:t>
      </w:r>
      <w:r>
        <w:t>main ne kisi se poocha ke itne zyada log safar karte hain hawa jahaz par, yeh kaun log hote hain?</w:t>
      </w:r>
    </w:p>
    <w:p>
      <w:pPr>
        <w:jc w:val="right"/>
      </w:pPr>
      <w:r>
        <w:t>میں نے کسی سے پوچھا کہ اتنے زیادہ لوگ سفر کرتے ہیں ہوا جہاز پر، یہ کون لوگ ہوتے ہیں؟</w:t>
      </w:r>
    </w:p>
    <w:p>
      <w:r>
        <w:rPr>
          <w:b/>
        </w:rPr>
        <w:t xml:space="preserve">[12:18] </w:t>
      </w:r>
      <w:r>
        <w:t>ek aadmi jo khud bhi safar musafir tha, to unhon ne poocha ke airport par itni jo bheed hai, itne insan safar kar rahe hain yahan wahan, aur har din, har din aap jante hain,</w:t>
      </w:r>
    </w:p>
    <w:p>
      <w:pPr>
        <w:jc w:val="right"/>
      </w:pPr>
      <w:r>
        <w:t>ایک آدمی جو خود بھی سفر مسافر تھا، تو انہوں نے پوچھا کہ ایئرپورٹ پر اتنی جو بھیڑ ہے، اتنے انسان سفر کر رہے ہیں یہاں وہاں، اور ہر دن، ہر دن آپ جانتے ہیں،</w:t>
      </w:r>
    </w:p>
    <w:p>
      <w:r>
        <w:rPr>
          <w:b/>
        </w:rPr>
        <w:t xml:space="preserve">[12:35] </w:t>
      </w:r>
      <w:r>
        <w:t>15 hazar hawai jahaz har din fiza modte hain, har lamha. yani is waqt jab aap yahan baithe hain to 15 hazar hawai jahaz ud rahe honge, raat din, raat din.</w:t>
      </w:r>
    </w:p>
    <w:p>
      <w:pPr>
        <w:jc w:val="right"/>
      </w:pPr>
      <w:r>
        <w:t>15 ہزار ہوائی جہاز ہر دن فضا موڑتے ہیں، ہر لمحہ۔ یعنی اس وقت جب آپ یہاں بیٹھے ہیں تو 15 ہزار ہوائی جہاز اڑ رہے ہوں گے، رات دن، رات دن۔</w:t>
      </w:r>
    </w:p>
    <w:p>
      <w:r>
        <w:rPr>
          <w:b/>
        </w:rPr>
        <w:t xml:space="preserve">[12:50] </w:t>
      </w:r>
      <w:r>
        <w:t>to main ne poocha kisi se ke itna zyada hawai safar kaun log karte hain? kyunke aap jante hain, hawai safar manga hota hai, to manga safar kar ke mange safar ka paisa de kar kaun log karte hain?</w:t>
      </w:r>
    </w:p>
    <w:p>
      <w:pPr>
        <w:jc w:val="right"/>
      </w:pPr>
      <w:r>
        <w:t>تو میں نے پوچھا کسی سے کہ اتنا زیادہ ہوائی سفر کون لوگ کرتے ہیں؟ کیونکہ آپ جانتے ہیں، ہوائی سفر مانگا ہوتا ہے، تو مانگا سفر کر کے مانگے سفر کا پیسہ دے کر کون لوگ کرتے ہیں؟</w:t>
      </w:r>
    </w:p>
    <w:p>
      <w:r>
        <w:rPr>
          <w:b/>
        </w:rPr>
        <w:t xml:space="preserve">[13:05] </w:t>
      </w:r>
      <w:r>
        <w:t>to ek aadmi ne bataya, janne wale ne ke zyada tar tajir hote hain, yeh zyada tar.</w:t>
      </w:r>
    </w:p>
    <w:p>
      <w:pPr>
        <w:jc w:val="right"/>
      </w:pPr>
      <w:r>
        <w:t>تو ایک آدمی نے بتایا، جاننے والے نے کہ زیادہ تر تاجر ہوتے ہیں، یہ زیادہ تر۔</w:t>
      </w:r>
    </w:p>
    <w:p>
      <w:r>
        <w:rPr>
          <w:b/>
        </w:rPr>
        <w:t xml:space="preserve">[13:15] </w:t>
      </w:r>
      <w:r>
        <w:t>to jab steamship bana to logon ne daryaft kiya ke hum bahri tijarat karen, to daud pade.</w:t>
      </w:r>
    </w:p>
    <w:p>
      <w:pPr>
        <w:jc w:val="right"/>
      </w:pPr>
      <w:r>
        <w:t>تو جب اسٹریم شپ بنا تو لوگوں نے دریافت کیا کہ ہم بحری تجارت کریں، تو دوڑ پڑے۔</w:t>
      </w:r>
    </w:p>
    <w:p>
      <w:r>
        <w:rPr>
          <w:b/>
        </w:rPr>
        <w:t xml:space="preserve">[13:25] </w:t>
      </w:r>
      <w:r>
        <w:t>aur jab hawa jahaz bana to logon ne maloom kiya to aur bhi tez taraf, is taraf se hum yahan se wahan ja sakte hain. to tijarati safar bohat badh gaya.</w:t>
      </w:r>
    </w:p>
    <w:p>
      <w:pPr>
        <w:jc w:val="right"/>
      </w:pPr>
      <w:r>
        <w:t>اور جب ہوا جہاز بنا تو لوگوں نے معلوم کیا تو اور بھی تیز طرف، اس طرف سے ہم یہاں سے وہاں جا سکتے ہیں۔ تو تجارتی سفر بہت بڑھ گیا۔</w:t>
      </w:r>
    </w:p>
    <w:p>
      <w:r>
        <w:rPr>
          <w:b/>
        </w:rPr>
        <w:t xml:space="preserve">[13:35] </w:t>
      </w:r>
      <w:r>
        <w:t>isi tarike se jab communication ka door aya, printing press ka zamana aya, communication ka zamana aya, to jo log quran ke hamel hain, jo log allah ki kitab jin ke paas hai, un ko janna chahiye tha ke ab wo waqt aa gaya ke hum allah ki kitab ko sari dunya mein phaila dein.</w:t>
      </w:r>
    </w:p>
    <w:p>
      <w:pPr>
        <w:jc w:val="right"/>
      </w:pPr>
      <w:r>
        <w:t>اسی طریقے سے جب کمیونیکیشن کا دور آیا، پرنٹنگ پریس کا زمانہ آیا، کمیونیکیشن کا زمانہ آیا، تو جو لوگ قرآن کے حامل ہیں، جو لوگ اللہ کی کتاب جن کے پاس ہے، ان کو جاننا چاہیے تھا کہ اب وہ وقت آ گیا کہ ہم اللہ کی کتاب کو ساری دنیا میں پھیلا دیں۔</w:t>
      </w:r>
    </w:p>
    <w:p>
      <w:r>
        <w:rPr>
          <w:b/>
        </w:rPr>
        <w:t xml:space="preserve">[14:00] </w:t>
      </w:r>
      <w:r>
        <w:t>aur yeh mamooli baat nahin hai. aap surah furqan mein padhiye, ayat padhiye, shuru mein: tabarak allazi anzala al-furqana ala abdihiliyakuna lil alameen nazeera.</w:t>
      </w:r>
    </w:p>
    <w:p>
      <w:pPr>
        <w:jc w:val="right"/>
      </w:pPr>
      <w:r>
        <w:t>اور یہ معمولی بات نہیں ہے۔ آپ سورہ فرقان میں پڑھیے، آیت پڑھیے، شروع میں: تبارک الذین انزل الفرقان علی عبدہ لیکون للعالمین نظیرا۔</w:t>
      </w:r>
    </w:p>
    <w:p>
      <w:r>
        <w:rPr>
          <w:b/>
        </w:rPr>
        <w:t xml:space="preserve">[14:12] </w:t>
      </w:r>
      <w:r>
        <w:t>allah bara barkat wala hai jis ne quran utara, quran utara ke taake woh sare aalam ko warning dena wala bane.</w:t>
      </w:r>
    </w:p>
    <w:p>
      <w:pPr>
        <w:jc w:val="right"/>
      </w:pPr>
      <w:r>
        <w:t>اللہ بڑا برکت والا ہے جس نے قرآن اتارا، قرآن اتارا کہ تاکہ وہ سارے عالم کو وارننگ دینا والا بنے۔</w:t>
      </w:r>
    </w:p>
    <w:p>
      <w:r>
        <w:rPr>
          <w:b/>
        </w:rPr>
        <w:t xml:space="preserve">[14:29] </w:t>
      </w:r>
      <w:r>
        <w:t>ab aap ghor kijiye ke tareekh mein</w:t>
      </w:r>
    </w:p>
    <w:p>
      <w:pPr>
        <w:jc w:val="right"/>
      </w:pPr>
      <w:r>
        <w:t>اب آپ غور کیجئے کہ تاریخ میں</w:t>
      </w:r>
    </w:p>
    <w:p>
      <w:r>
        <w:rPr>
          <w:b/>
        </w:rPr>
        <w:t xml:space="preserve">[14:37] </w:t>
      </w:r>
      <w:r>
        <w:t>itni lambi muddat guzar gayi, ab woh makka madina ki kidhar kitab bana raha hai? Woh aaj sare aalam mein kahan pahuncha?</w:t>
      </w:r>
    </w:p>
    <w:p>
      <w:pPr>
        <w:jc w:val="right"/>
      </w:pPr>
      <w:r>
        <w:t>اتنی لمبی مدت گزر گئی، اب وہ مکہ مدینہ کی کدھر کتاب بنا رہا ہے؟ وہ آج سارے عالم میں کہاں پہنچا؟</w:t>
      </w:r>
    </w:p>
    <w:p>
      <w:r>
        <w:rPr>
          <w:b/>
        </w:rPr>
        <w:t xml:space="preserve">[14:48] </w:t>
      </w:r>
      <w:r>
        <w:t>masjido ki masjido aur aur madarso ki kitab bana raha hai, makka madina ki kitab bana raha hai, kyunke printing press nahi tha, haath se likhte the log.</w:t>
      </w:r>
    </w:p>
    <w:p>
      <w:pPr>
        <w:jc w:val="right"/>
      </w:pPr>
      <w:r>
        <w:t>مسجدوں کی مسجدوں اور اور مدرسوں کی کتاب بنا رہا ہے، مکہ مدینہ کی کتاب بنا رہا ہے، کیونکہ پرنٹنگ پریس نہیں تھا، ہاتھ سے لکھتے تھے لوگ۔</w:t>
      </w:r>
    </w:p>
    <w:p>
      <w:r>
        <w:rPr>
          <w:b/>
        </w:rPr>
        <w:t xml:space="preserve">[15:00] </w:t>
      </w:r>
      <w:r>
        <w:t>main ne khud bachpan mein kitab haath se likhi hai, jab madarse mein padhta tha, main is zamane mein haath se likh kar ke toh aap mahino likhne ke liye toh ek quran tayar hoga.</w:t>
      </w:r>
    </w:p>
    <w:p>
      <w:pPr>
        <w:jc w:val="right"/>
      </w:pPr>
      <w:r>
        <w:t>میں نے خود بچپن میں کتاب ہاتھ سے لکھی ہے، جب مدرسے میں پڑھتا تھا، میں اس زمانے میں ہاتھ سے لکھ کر کے تو آپ مہینوں لکھنے کے لیے تو ایک قرآن تیار ہوگا۔</w:t>
      </w:r>
    </w:p>
    <w:p>
      <w:r>
        <w:rPr>
          <w:b/>
        </w:rPr>
        <w:t xml:space="preserve">[15:17] </w:t>
      </w:r>
      <w:r>
        <w:t>ab printing press ke zamane mein yahi ke aap hazaron lakhon chhaap daaliye.</w:t>
      </w:r>
    </w:p>
    <w:p>
      <w:pPr>
        <w:jc w:val="right"/>
      </w:pPr>
      <w:r>
        <w:t>اب پرنٹنگ پریس کے زمانے میں یہی کہ آپ ہزاروں لاکھوں چھاپ ڈالیے۔</w:t>
      </w:r>
    </w:p>
    <w:p>
      <w:r>
        <w:rPr>
          <w:b/>
        </w:rPr>
        <w:t xml:space="preserve">[15:23] </w:t>
      </w:r>
      <w:r>
        <w:t>to jab yeh daur aaya</w:t>
      </w:r>
    </w:p>
    <w:p>
      <w:pPr>
        <w:jc w:val="right"/>
      </w:pPr>
      <w:r>
        <w:t>تو جب یہ دور آیا</w:t>
      </w:r>
    </w:p>
    <w:p>
      <w:r>
        <w:rPr>
          <w:b/>
        </w:rPr>
        <w:t xml:space="preserve">[15:27] </w:t>
      </w:r>
      <w:r>
        <w:t>aur saath saath hawai jahaz aur</w:t>
      </w:r>
    </w:p>
    <w:p>
      <w:pPr>
        <w:jc w:val="right"/>
      </w:pPr>
      <w:r>
        <w:t>اور ساتھ ساتھ ہوائی جہاز اور</w:t>
      </w:r>
    </w:p>
    <w:p>
      <w:r>
        <w:rPr>
          <w:b/>
        </w:rPr>
        <w:t xml:space="preserve">[15:32] </w:t>
      </w:r>
      <w:r>
        <w:t>safar ke intezamat saare</w:t>
      </w:r>
    </w:p>
    <w:p>
      <w:pPr>
        <w:jc w:val="right"/>
      </w:pPr>
      <w:r>
        <w:t>سفر کے انتظامات سارے</w:t>
      </w:r>
    </w:p>
    <w:p>
      <w:r>
        <w:rPr>
          <w:b/>
        </w:rPr>
        <w:t xml:space="preserve">[15:35] </w:t>
      </w:r>
      <w:r>
        <w:t>aaye to aap ko, yani jo quran ke hamel hain, un ko cheekh uthna chahiye tha: arey bhai,</w:t>
      </w:r>
    </w:p>
    <w:p>
      <w:pPr>
        <w:jc w:val="right"/>
      </w:pPr>
      <w:r>
        <w:t>آئے تو آپ کو، یعنی جو قرآن کے حامل ہیں، ان کو چیخ اٹھنا چاہیے تھا: ارے بھئی،</w:t>
      </w:r>
    </w:p>
    <w:p>
      <w:r>
        <w:rPr>
          <w:b/>
        </w:rPr>
        <w:t xml:space="preserve">[15:44] </w:t>
      </w:r>
      <w:r>
        <w:t>woh daur aa gaya jab ke allah ki manisha poori ho, allah ki barsati ki kitab pahunche tha</w:t>
      </w:r>
    </w:p>
    <w:p>
      <w:pPr>
        <w:jc w:val="right"/>
      </w:pPr>
      <w:r>
        <w:t>وہ دور آ گیا جب کہ اللہ کی منشا پوری ہو، اللہ کی برساتی کی کتاب پہنچے تھا</w:t>
      </w:r>
    </w:p>
    <w:p>
      <w:r>
        <w:rPr>
          <w:b/>
        </w:rPr>
        <w:t xml:space="preserve">[15:49] </w:t>
      </w:r>
      <w:r>
        <w:t>saari duniya mein, liakoon lil aalameen nazeera,</w:t>
      </w:r>
    </w:p>
    <w:p>
      <w:pPr>
        <w:jc w:val="right"/>
      </w:pPr>
      <w:r>
        <w:t>ساری دنیا میں، لیکون للعالمین نظیرا،</w:t>
      </w:r>
    </w:p>
    <w:p>
      <w:r>
        <w:rPr>
          <w:b/>
        </w:rPr>
        <w:t xml:space="preserve">[15:53] </w:t>
      </w:r>
      <w:r>
        <w:t>taake woh ho ba-khabar karne wala sari duniya walon ko. Toh aap cheenna chahiye tha ke aap daudein ke mere rab ka jo mansooba tha, mere rab ka jo rab jo plan tha, woh waqt uska waqt aa gaya, daudo</w:t>
      </w:r>
    </w:p>
    <w:p>
      <w:pPr>
        <w:jc w:val="right"/>
      </w:pPr>
      <w:r>
        <w:t>تاکہ وہ ہو باخبر کرنے والا ساری دنیا والوں کو۔ تو آپ چیخنا چاہیے تھا کہ آپ دوڑیں کہ میرے رب کا جو منصوبہ تھا، میرے رب کا جو رب جو پلان تھا، وہ وقت اس کا وقت آ گیا، دوڑو</w:t>
      </w:r>
    </w:p>
    <w:p>
      <w:r>
        <w:rPr>
          <w:b/>
        </w:rPr>
        <w:t xml:space="preserve">[16:12] </w:t>
      </w:r>
      <w:r>
        <w:t>! Aur aap daud rahe hain madad teresa ki taraf ke aap ko pata hai ke allah aap se khush hoga, ke aap se khush hota hoga.</w:t>
      </w:r>
    </w:p>
    <w:p>
      <w:pPr>
        <w:jc w:val="right"/>
      </w:pPr>
      <w:r>
        <w:t>! اور آپ دوڑ رہے ہیں مدد ٹریسا کی طرف کہ آپ کو پتہ ہے کہ اللہ آپ سے خوش ہوگا، کہ آپ سے خوش ہوتا ہوگا۔</w:t>
      </w:r>
    </w:p>
    <w:p>
      <w:r>
        <w:rPr>
          <w:b/>
        </w:rPr>
        <w:t xml:space="preserve">[16:21] </w:t>
      </w:r>
      <w:r>
        <w:t>isi liye madad teresa badi agni mein, kyunke khuda ko manzoor nahi hai. Woh toh yeh hai ke aap kamaiye aur kahein koi kisi ko zaroorat zaroorat mand dekhein toh kuch us ko bhi de dein, lekin mission banayein, yeh bilkul nahi allah ki mansha hai.</w:t>
      </w:r>
    </w:p>
    <w:p>
      <w:pPr>
        <w:jc w:val="right"/>
      </w:pPr>
      <w:r>
        <w:t>اسی لیے مدد ٹریسا بڑی اگنی میں، کیونکہ خدا کو منظور نہیں ہے۔ وہ تو یہ ہے کہ آپ کمائیے اور کہیں کوئی کسی کو ضرورت ضرورت مند دیکھیں تو کچھ اس کو بھی دے دیں، لیکن مشن بنائیں، یہ بالکل نہیں اللہ کی منشا ہے۔</w:t>
      </w:r>
    </w:p>
    <w:p>
      <w:r>
        <w:rPr>
          <w:b/>
        </w:rPr>
        <w:t xml:space="preserve">[16:41] </w:t>
      </w:r>
      <w:r>
        <w:t>mission banaiye sirf allah ki message ko pahunchana, mission jo hai woh allah ki mission ko pahunchana.</w:t>
      </w:r>
    </w:p>
    <w:p>
      <w:pPr>
        <w:jc w:val="right"/>
      </w:pPr>
      <w:r>
        <w:t>مشن بنائیے صرف اللہ کی میسج کو پہنچانا، مشن جو ہے وہ اللہ کی مشن کو پہنچانا۔</w:t>
      </w:r>
    </w:p>
    <w:p>
      <w:r>
        <w:rPr>
          <w:b/>
        </w:rPr>
        <w:t xml:space="preserve">[16:50] </w:t>
      </w:r>
      <w:r>
        <w:t>is tareekh ne ghor kijiye, history ne sadiyon tak intezar kiya,</w:t>
      </w:r>
    </w:p>
    <w:p>
      <w:pPr>
        <w:jc w:val="right"/>
      </w:pPr>
      <w:r>
        <w:t>اس تاریخ نے غور کیجئے، ہسٹری نے صدیوں تک انتظار کیا،</w:t>
      </w:r>
    </w:p>
    <w:p>
      <w:r>
        <w:rPr>
          <w:b/>
        </w:rPr>
        <w:t xml:space="preserve">[17:01] </w:t>
      </w:r>
      <w:r>
        <w:t>hazaar saal tak intezar kiya history ne ke quran jo hai woh chhap kar aam ho sake, phail sake.</w:t>
      </w:r>
    </w:p>
    <w:p>
      <w:pPr>
        <w:jc w:val="right"/>
      </w:pPr>
      <w:r>
        <w:t>ہزار سال تک انتظار کیا ہسٹری نے کہ قرآن جو ہے وہ چھپ کر عام ہو سکے، پھیل سکے۔</w:t>
      </w:r>
    </w:p>
    <w:p>
      <w:r>
        <w:rPr>
          <w:b/>
        </w:rPr>
        <w:t xml:space="preserve">[17:13] </w:t>
      </w:r>
      <w:r>
        <w:t>toh aam nahi saka. Haath haath se likh kar ke kya karte hain? Aap</w:t>
      </w:r>
    </w:p>
    <w:p>
      <w:pPr>
        <w:jc w:val="right"/>
      </w:pPr>
      <w:r>
        <w:t>تو عام نہیں سکا۔ ہاتھ ہاتھ سے لکھ کر کے کیا کرتے ہیں؟ آپ</w:t>
      </w:r>
    </w:p>
    <w:p>
      <w:r>
        <w:rPr>
          <w:b/>
        </w:rPr>
        <w:t xml:space="preserve">[17:21] </w:t>
      </w:r>
      <w:r>
        <w:t>thoda sa jab sare over serve kar sakte toh thoda sa do char nuskhah tayar karte, lekin jab printing press aaya aur paper aaya, pehle paper bhi nahi tha.</w:t>
      </w:r>
    </w:p>
    <w:p>
      <w:pPr>
        <w:jc w:val="right"/>
      </w:pPr>
      <w:r>
        <w:t>تھوڑا سا جب سارے اوور سرو کر سکتے تو تھوڑا سا دو چار نسخہ تیار کرتے، لیکن جب پرنٹنگ پریس آیا اور پیپر آیا، پہلے پیپر بھی نہیں تھا۔</w:t>
      </w:r>
    </w:p>
    <w:p>
      <w:r>
        <w:rPr>
          <w:b/>
        </w:rPr>
        <w:t xml:space="preserve">[17:36] </w:t>
      </w:r>
      <w:r>
        <w:t>main ne khud apne bachpan mein aise paper par likha hai, likha hai jis pe jidhar likhi hai udhar woh kharab ho jata tha. Toh paper aaya, printing press aaya, daak ka nizam qaim hua, railen aayin, hawa jahaz aaya,</w:t>
      </w:r>
    </w:p>
    <w:p>
      <w:pPr>
        <w:jc w:val="right"/>
      </w:pPr>
      <w:r>
        <w:t>میں نے خود اپنے بچپن میں ایسے پیپر پر لکھا ہے، لکھا ہے جس پہ جدھر لکھی ہے ادھر وہ خراب ہو جاتا تھا۔ تو پیپر آیا، پرنٹنگ پریس آیا، ڈاک کا نظام قائم ہوا، ریلیں آئیں، ہوا جہاز آیا،</w:t>
      </w:r>
    </w:p>
    <w:p>
      <w:r>
        <w:rPr>
          <w:b/>
        </w:rPr>
        <w:t xml:space="preserve">[17:55] </w:t>
      </w:r>
      <w:r>
        <w:t>steamship aaya. Yaani is ka matlab yeh hai ke explosion ho gaya, explosion, explosion ho gaya in cheezon ka jin ko le kar ke aap khuda ki kitab ko phailayein.</w:t>
      </w:r>
    </w:p>
    <w:p>
      <w:pPr>
        <w:jc w:val="right"/>
      </w:pPr>
      <w:r>
        <w:t>اسٹریم شپ آیا۔ یعنی اس کا مطلب یہ ہے کہ ایکسپلوژن ہو گیا، ایکسپلوژن، ایکسپلوژن ہو گیا ان چیزوں کا جن کو لے کر کے آپ خدا کی کتاب کو پھیلائیں۔</w:t>
      </w:r>
    </w:p>
    <w:p>
      <w:r>
        <w:rPr>
          <w:b/>
        </w:rPr>
        <w:t xml:space="preserve">[18:12] </w:t>
      </w:r>
      <w:r>
        <w:t>aise waqt mein aap kuch doosri cheez ko mission banayenge toh kya aap sochte hain ke khuda khush hoga? Yeh aisi hi baat hai jaise ke mausam aaya barsaat ka aur barish hui,</w:t>
      </w:r>
    </w:p>
    <w:p>
      <w:pPr>
        <w:jc w:val="right"/>
      </w:pPr>
      <w:r>
        <w:t>ایسے وقت میں آپ کچھ دوسری چیز کو مشن بنائیں گے تو کیا آپ سوچتے ہیں کہ خدا خوش ہوگا؟ یہ ایسی ہی بات ہے جیسے کہ موسم آیا برسات کا اور بارش ہوئی،</w:t>
      </w:r>
    </w:p>
    <w:p>
      <w:r>
        <w:rPr>
          <w:b/>
        </w:rPr>
        <w:t xml:space="preserve">[18:27] </w:t>
      </w:r>
      <w:r>
        <w:t>kheton mein pani aa gaya. Ab kisan jo hai daudega ke arey mere khuda ne is barish barsa di</w:t>
      </w:r>
    </w:p>
    <w:p>
      <w:pPr>
        <w:jc w:val="right"/>
      </w:pPr>
      <w:r>
        <w:t>کھیتوں میں پانی آ گیا۔ اب کسان جو ہے دوڑے گا کہ ارے میرے خدا نے اس بارش برسا دی</w:t>
      </w:r>
    </w:p>
    <w:p>
      <w:r>
        <w:rPr>
          <w:b/>
        </w:rPr>
        <w:t xml:space="preserve">[18:34] </w:t>
      </w:r>
      <w:r>
        <w:t>۔ Jo sacha kisan hoga, jo sacha ziraat wala aadmi hoga, woh daudega ke mere khuda ne pani barsa</w:t>
      </w:r>
    </w:p>
    <w:p>
      <w:pPr>
        <w:jc w:val="right"/>
      </w:pPr>
      <w:r>
        <w:t>۔ جو سچا کسان ہوگا، جو سچا زراعت والا آدمی ہوگا، وہ دوڑے گا کہ میرے خدا نے پانی برس</w:t>
      </w:r>
    </w:p>
    <w:p>
      <w:r>
        <w:rPr>
          <w:b/>
        </w:rPr>
        <w:t xml:space="preserve">[18:44] </w:t>
      </w:r>
      <w:r>
        <w:t>bheja. Pani saada baat nahi hai. Samundaron mein jo pani hai woh toh salty hai, us mein aap na pi sakte, na us mein khana paka sakte, aur na kheti kar sakte.</w:t>
      </w:r>
    </w:p>
    <w:p>
      <w:pPr>
        <w:jc w:val="right"/>
      </w:pPr>
      <w:r>
        <w:t>بھیج دیا۔ پانی سادہ بات نہیں ہے۔ سمندروں میں جو پانی ہے وہ تو سالٹی ہے، اس میں آپ نہ پی سکتے، نہ اس میں کھانا پکا سکتے، اور نہ کھیتی کر سکتے۔</w:t>
      </w:r>
    </w:p>
    <w:p>
      <w:r>
        <w:rPr>
          <w:b/>
        </w:rPr>
        <w:t xml:space="preserve">[18:59] </w:t>
      </w:r>
      <w:r>
        <w:t>woh salty pani kheti ke liye nahi hota. Toh khuda ne itna bada system banaya ke pani desalination hota hota hai, desalination yaani namak namak kar ke aa jata hai aur fresh pani barsaya jata hai.</w:t>
      </w:r>
    </w:p>
    <w:p>
      <w:pPr>
        <w:jc w:val="right"/>
      </w:pPr>
      <w:r>
        <w:t>وہ سالٹی پانی کھیتی کے لیے نہیں ہوتا۔ تو خدا نے اتنا بڑا سسٹم بنایا کہ پانی ڈی سیلینیشن ہوتا ہوتا ہے، ڈی سیلینیشن یعنی نمک نمک کر کے آ جاتا ہے اور فریش پانی برسایا جاتا ہے۔</w:t>
      </w:r>
    </w:p>
    <w:p>
      <w:r>
        <w:rPr>
          <w:b/>
        </w:rPr>
        <w:t xml:space="preserve">[19:17] </w:t>
      </w:r>
      <w:r>
        <w:t>itna</w:t>
      </w:r>
    </w:p>
    <w:p>
      <w:pPr>
        <w:jc w:val="right"/>
      </w:pPr>
      <w:r>
        <w:t>اتنا</w:t>
      </w:r>
    </w:p>
    <w:p>
      <w:r>
        <w:rPr>
          <w:b/>
        </w:rPr>
        <w:t xml:space="preserve">[19:18] </w:t>
      </w:r>
      <w:r>
        <w:t>bada! Ab ab ab ab yeh karein kisan log ke ja ke so jayein chopaal mein, ja ke kuch karein idhar udhar ka thoda sa.</w:t>
      </w:r>
    </w:p>
    <w:p>
      <w:pPr>
        <w:jc w:val="right"/>
      </w:pPr>
      <w:r>
        <w:t>بڑا! اب اب اب اب یہ کریں کسان لوگ کہ جا کے سو جائیں چوپال میں، جا کے کچھ کریں ادھر ادھر کا تھوڑا سا۔</w:t>
      </w:r>
    </w:p>
    <w:p>
      <w:r>
        <w:rPr>
          <w:b/>
        </w:rPr>
        <w:t xml:space="preserve">[19:28] </w:t>
      </w:r>
      <w:r>
        <w:t>toh kya jo khuda barish barsa raha hai woh khush hoga ke maine in kisano ke liye itna bada karkhana chalaya?</w:t>
      </w:r>
    </w:p>
    <w:p>
      <w:pPr>
        <w:jc w:val="right"/>
      </w:pPr>
      <w:r>
        <w:t>تو کیا جو خدا بارش برسا رہا ہے وہ خوش ہوگا کہ میں نے ان کسانوں کے لیے اتنا بڑا کارخانہ چلایا؟</w:t>
      </w:r>
    </w:p>
    <w:p>
      <w:r>
        <w:rPr>
          <w:b/>
        </w:rPr>
        <w:t xml:space="preserve">[19:43] </w:t>
      </w:r>
      <w:r>
        <w:t>Aap jante hain barish mamooli baat nahi hai. Barish kaise hoti hai? Yaani suraj jo itni upar hai woh garmi bhejta hai, bohat garam.</w:t>
      </w:r>
    </w:p>
    <w:p>
      <w:pPr>
        <w:jc w:val="right"/>
      </w:pPr>
      <w:r>
        <w:t>آپ جانتے ہیں بارش معمولی بات نہیں ہے۔ بارش کیسے ہوتی ہے؟ یعنی سورج جو اتنی اوپر ہے وہ گرمی بھیجتا ہے، بہت گرم۔</w:t>
      </w:r>
    </w:p>
    <w:p>
      <w:r>
        <w:rPr>
          <w:b/>
        </w:rPr>
        <w:t xml:space="preserve">[20:00] </w:t>
      </w:r>
      <w:r>
        <w:t>to garmi se samandar mein pani kholta hai, phir woh stream nikalti hai, bhap bhap nikalti hai.</w:t>
      </w:r>
    </w:p>
    <w:p>
      <w:pPr>
        <w:jc w:val="right"/>
      </w:pPr>
      <w:r>
        <w:t>تو گرمی سے سمندر میں پانی کھولتا ہے، پھر وہ اسٹریم نکلتی ہے، بھاپ بھاپ نکلتی ہے۔</w:t>
      </w:r>
    </w:p>
    <w:p>
      <w:r>
        <w:rPr>
          <w:b/>
        </w:rPr>
        <w:t xml:space="preserve">[20:10] </w:t>
      </w:r>
      <w:r>
        <w:t>bhaap mein pani alag ho jata hai, namak alag ho jata hai, namak neeche reh jata hai aur pani upar jata hai. kyunke namak jo hai woh heavy hai aur pani jo hai woh halka hai.</w:t>
      </w:r>
    </w:p>
    <w:p>
      <w:pPr>
        <w:jc w:val="right"/>
      </w:pPr>
      <w:r>
        <w:t>بھاپ میں پانی الگ ہو جاتا ہے، نمک الگ ہو جاتا ہے، نمک نیچے رہ جاتا ہے اور پانی اوپر جاتا ہے۔ کیونکہ نمک جو ہے وہ ہیوی ہے اور پانی جو ہے وہ ہلکا ہے۔</w:t>
      </w:r>
    </w:p>
    <w:p>
      <w:r>
        <w:rPr>
          <w:b/>
        </w:rPr>
        <w:t xml:space="preserve">[20:23] </w:t>
      </w:r>
      <w:r>
        <w:t>to namak neeche reh jata hai aur pani upar jata hai aur bhaap urr ke urrta hai upar. phir dobara wahan par khuda us ko barsata hai, us ka naya aik aik baqayeda us ka nizam hai.</w:t>
      </w:r>
    </w:p>
    <w:p>
      <w:pPr>
        <w:jc w:val="right"/>
      </w:pPr>
      <w:r>
        <w:t>تو نمک نیچے رہ جاتا ہے اور پانی اوپر جاتا ہے اور بھاپ اڑ کے اڑتا ہے اوپر۔ پھر دوبارہ وہاں پر خدا اس کو برساتا ہے، اس کا نیا ایک ایک باقاعدہ اس کا نظام ہے۔</w:t>
      </w:r>
    </w:p>
    <w:p>
      <w:r>
        <w:rPr>
          <w:b/>
        </w:rPr>
        <w:t xml:space="preserve">[20:39] </w:t>
      </w:r>
      <w:r>
        <w:t>to neeche aata hai, phir nadyon mein, nalon mein, khet mein har jagah pani jata hai. is liye taake kisan us ko istemal kar ke khet sahil ko lala ki fasal bana dein.</w:t>
      </w:r>
    </w:p>
    <w:p>
      <w:pPr>
        <w:jc w:val="right"/>
      </w:pPr>
      <w:r>
        <w:t>تو نیچے آتا ہے، پھر ندیوں میں، نالوں میں، کھیتوں میں ہر جگہ پانی جاتا ہے۔ اس لیے تاکہ کسان اس کو استعمال کر کے کھیت سائل کو لالا کی فصل بنا دیں۔</w:t>
      </w:r>
    </w:p>
    <w:p>
      <w:r>
        <w:rPr>
          <w:b/>
        </w:rPr>
        <w:t xml:space="preserve">[20:53] </w:t>
      </w:r>
      <w:r>
        <w:t>ab agar kisan aisa kare ke ja kar ke woh so so jaye to aise aise aise kisan se khuda khush hoga, khush hoga.</w:t>
      </w:r>
    </w:p>
    <w:p>
      <w:pPr>
        <w:jc w:val="right"/>
      </w:pPr>
      <w:r>
        <w:t>اب اگر کسان ایسا کرے کہ جا کر کے وہ سو سو جائے تو ایسے ایسے ایسے کسان سے خدا خوش ہوگا، خوش ہوگا۔</w:t>
      </w:r>
    </w:p>
    <w:p>
      <w:r>
        <w:rPr>
          <w:b/>
        </w:rPr>
        <w:t xml:space="preserve">[21:04] </w:t>
      </w:r>
      <w:r>
        <w:t>to khuda bheje apni kitab ke logon tak pohanchaye aur aap mother teresa ka model liye le kar dauren. kabhi Allah aap se khush nahi hoga.</w:t>
      </w:r>
    </w:p>
    <w:p>
      <w:pPr>
        <w:jc w:val="right"/>
      </w:pPr>
      <w:r>
        <w:t>تو خدا بھیجے اپنی کتاب کہ لوگوں تک پہنچائے اور آپ مدر ٹریسا کا ماڈل لیے لے کر دوڑیں۔ کبھی اللہ آپ سے خوش نہیں ہوگا۔</w:t>
      </w:r>
    </w:p>
    <w:p>
      <w:r>
        <w:rPr>
          <w:b/>
        </w:rPr>
        <w:t xml:space="preserve">[21:15] </w:t>
      </w:r>
      <w:r>
        <w:t>mother teresa ka mahol jo hai woh aik waqti cheezon ke liye hai ke aap kahin ja rahe hain, koi langra aadmi bechara bhooka pada hua hai to us ko khila dijiye.</w:t>
      </w:r>
    </w:p>
    <w:p>
      <w:pPr>
        <w:jc w:val="right"/>
      </w:pPr>
      <w:r>
        <w:t>مدر ٹریسا کا ماحول جو ہے وہ ایک وقتی چیزوں کے لیے ہے کہ آپ کہیں جا رہے ہیں، کوئی لنگڑا آدمی بیچارہ بھوکا پڑا ہوا ہے تو اس کو کھلا دیجئے۔</w:t>
      </w:r>
    </w:p>
    <w:p>
      <w:r>
        <w:rPr>
          <w:b/>
        </w:rPr>
        <w:t xml:space="preserve">[21:28] </w:t>
      </w:r>
      <w:r>
        <w:t>lekin mustaqil jo muamla hai, har insan ko mehnat karna chahiye, har insan ko kamana chahiye, har insan ko taleem hasil karna chahiye, har insan ko kaam seekhna chahiye, har insan ko dorna chahiye.</w:t>
      </w:r>
    </w:p>
    <w:p>
      <w:pPr>
        <w:jc w:val="right"/>
      </w:pPr>
      <w:r>
        <w:t>لیکن مستقل جو معاملہ ہے، ہر انسان کو محنت کرنا چاہیے، ہر انسان کو کمانا چاہیے، ہر انسان کو تعلیم حاصل کرنا چاہیے، ہر انسان کو کام سیکھنا چاہیے، ہر انسان کو دوڑنا چاہیے۔</w:t>
      </w:r>
    </w:p>
    <w:p>
      <w:r>
        <w:rPr>
          <w:b/>
        </w:rPr>
        <w:t xml:space="preserve">[21:41] </w:t>
      </w:r>
      <w:r>
        <w:t>yeh qudrat ka nizam hai.</w:t>
      </w:r>
    </w:p>
    <w:p>
      <w:pPr>
        <w:jc w:val="right"/>
      </w:pPr>
      <w:r>
        <w:t>یہ قدرت کا نظام ہے۔</w:t>
      </w:r>
    </w:p>
    <w:p>
      <w:r>
        <w:rPr>
          <w:b/>
        </w:rPr>
        <w:t xml:space="preserve">[21:47] </w:t>
      </w:r>
      <w:r>
        <w:t>to mein yeh kahunga jo log meri baat sun rahe hain ke woh</w:t>
      </w:r>
    </w:p>
    <w:p>
      <w:pPr>
        <w:jc w:val="right"/>
      </w:pPr>
      <w:r>
        <w:t>تو میں یہ کہوں گا جو لوگ میری بات سن رہے ہیں کہ وہ</w:t>
      </w:r>
    </w:p>
    <w:p>
      <w:r>
        <w:rPr>
          <w:b/>
        </w:rPr>
        <w:t xml:space="preserve">[21:56] </w:t>
      </w:r>
      <w:r>
        <w:t>apna aik hi ragg o gol banayein, aik hi goal, aur apna paisa lagayein, apna time lagayein, apni energy lagayein is is goal ke liye.</w:t>
      </w:r>
    </w:p>
    <w:p>
      <w:pPr>
        <w:jc w:val="right"/>
      </w:pPr>
      <w:r>
        <w:t>اپنا ایک ہی رگ و گول بنائیں، ایک ہی گول، اور اپنا پیسہ لگائیں، اپنا ٹائم لگائیں، اپنی انرجی لگائیں اس اس گول کے لیے۔</w:t>
      </w:r>
    </w:p>
    <w:p>
      <w:r>
        <w:rPr>
          <w:b/>
        </w:rPr>
        <w:t xml:space="preserve">[22:06] </w:t>
      </w:r>
      <w:r>
        <w:t>aur woh hai Allah ki kitab, har zaban mein tarjuma ho kar chhap kar sari duniya mein pohanche.</w:t>
      </w:r>
    </w:p>
    <w:p>
      <w:pPr>
        <w:jc w:val="right"/>
      </w:pPr>
      <w:r>
        <w:t>اور وہ ہے اللہ کی کتاب، ہر زبان میں ترجمہ ہو کر چھپ کر ساری دنیا میں پہنچے۔</w:t>
      </w:r>
    </w:p>
    <w:p>
      <w:r>
        <w:rPr>
          <w:b/>
        </w:rPr>
        <w:t xml:space="preserve">[22:19] </w:t>
      </w:r>
      <w:r>
        <w:t>yeh hai mere nazdeek Allah ka ki mansha aur Allah ka plan.</w:t>
      </w:r>
    </w:p>
    <w:p>
      <w:pPr>
        <w:jc w:val="right"/>
      </w:pPr>
      <w:r>
        <w:t>یہ ہے میرے نزدیک اللہ کا کی منشا اور اللہ کا پلان۔</w:t>
      </w:r>
    </w:p>
    <w:p>
      <w:r>
        <w:rPr>
          <w:b/>
        </w:rPr>
        <w:t xml:space="preserve">[22:29] </w:t>
      </w:r>
      <w:r>
        <w:t>meri dua hai ke Allah taala hum sab ko tofeeq de ke hum woh kaam karein ke jab hum pohanche akhirat mein to Allah hum se khush ho, Allah hum se khush ho, aur humein jannaton mein dakhil kare.</w:t>
      </w:r>
    </w:p>
    <w:p>
      <w:pPr>
        <w:jc w:val="right"/>
      </w:pPr>
      <w:r>
        <w:t>میری دعا ہے کہ اللہ تعالی ہم سب کو توفیق دے کہ ہم وہ کام کریں کہ جب ہم پہنچیں آخرت میں تو اللہ ہم سے خوش ہو، اللہ ہم سے خوش ہو، اور ہمیں جنتوں میں داخل کرے۔</w:t>
      </w:r>
    </w:p>
    <w:p>
      <w:r>
        <w:rPr>
          <w:b/>
        </w:rPr>
        <w:t xml:space="preserve">[22:47] </w:t>
      </w:r>
      <w:r>
        <w:t>assalam o alaikum wa rehmatullah.</w:t>
      </w:r>
    </w:p>
    <w:p>
      <w:pPr>
        <w:jc w:val="right"/>
      </w:pPr>
      <w:r>
        <w:t>السلام علیکم ورحمۃ اللہ۔</w:t>
      </w:r>
    </w:p>
    <w:p>
      <w:r>
        <w:rPr>
          <w:b/>
        </w:rPr>
        <w:t xml:space="preserve">[22:59] </w:t>
      </w:r>
      <w:r>
        <w:t>maulana, i understand what you are saying in terms of da'wah and how we are to spread quran to everybody.</w:t>
      </w:r>
    </w:p>
    <w:p>
      <w:pPr>
        <w:jc w:val="right"/>
      </w:pPr>
      <w:r>
        <w:t>مولانا، آئی انڈرسٹینڈ واٹ یو آر سینگ ان ٹرمز آف دعویٰ اینڈ ہاؤ وی آر ٹو سپریڈ قرآن ٹو ایوری بڈی۔</w:t>
      </w:r>
    </w:p>
    <w:p>
      <w:r>
        <w:rPr>
          <w:b/>
        </w:rPr>
        <w:t xml:space="preserve">[23:07] </w:t>
      </w:r>
      <w:r>
        <w:t>and spreading quran is more important than giving food. but what would you say for christian missionaries? where they are luring people with food also, and then giving them the bible?</w:t>
      </w:r>
    </w:p>
    <w:p>
      <w:pPr>
        <w:jc w:val="right"/>
      </w:pPr>
      <w:r>
        <w:t>اینڈ سپریڈنگ قرآن از مور امپورٹنٹ دین گیونگ فوڈ۔ بٹ واٹ وڈ یو سے فار کرسچن مشنریز؟ ویئر دے لورنگ پیپل ود فوڈ السو، اینڈ دین گیونگ دیم دا بائبل؟</w:t>
      </w:r>
    </w:p>
    <w:p>
      <w:r>
        <w:rPr>
          <w:b/>
        </w:rPr>
        <w:t xml:space="preserve">[23:21] </w:t>
      </w:r>
      <w:r>
        <w:t>can we not work like them?</w:t>
      </w:r>
    </w:p>
    <w:p>
      <w:pPr>
        <w:jc w:val="right"/>
      </w:pPr>
      <w:r>
        <w:t>کین وی ناٹ ورک لائک دیم؟</w:t>
      </w:r>
    </w:p>
    <w:p>
      <w:r>
        <w:rPr>
          <w:b/>
        </w:rPr>
        <w:t xml:space="preserve">[23:27] </w:t>
      </w:r>
      <w:r>
        <w:t>mujhe woh model jo hai, quranic model islam mein model woh nahi milta.</w:t>
      </w:r>
    </w:p>
    <w:p>
      <w:pPr>
        <w:jc w:val="right"/>
      </w:pPr>
      <w:r>
        <w:t>مجھے وہ ماڈل جو ہے، قرآنی ماڈل اسلام میں ماڈل وہ نہیں ملتا۔</w:t>
      </w:r>
    </w:p>
    <w:p>
      <w:r>
        <w:rPr>
          <w:b/>
        </w:rPr>
        <w:t xml:space="preserve">[23:35] </w:t>
      </w:r>
      <w:r>
        <w:t>mujhe quran o hadith mein woh model nahi milta. is mein dekhiye, woh shift of emphasis pe aata hai.</w:t>
      </w:r>
    </w:p>
    <w:p>
      <w:pPr>
        <w:jc w:val="right"/>
      </w:pPr>
      <w:r>
        <w:t>مجھے قرآن و حدیث میں وہ ماڈل نہیں ملتا۔ اس میں دیکھیے، وہ شفٹ آف ایفیسز پہ آتا ہے۔</w:t>
      </w:r>
    </w:p>
    <w:p>
      <w:r>
        <w:rPr>
          <w:b/>
        </w:rPr>
        <w:t xml:space="preserve">[23:45] </w:t>
      </w:r>
      <w:r>
        <w:t>aap jaiye jin logon ka khane peene ka zyada kaam hai, sardar logon ke paas jaiye, christian ke haan jaiye, jaini logon ke paas jaiye.</w:t>
      </w:r>
    </w:p>
    <w:p>
      <w:pPr>
        <w:jc w:val="right"/>
      </w:pPr>
      <w:r>
        <w:t>آپ جائیے جن لوگوں کا کھانے پینے کا زیادہ کام ہے، سردار لوگوں کے پاس جائیے، کرسچن کے ہاں جائیے، جینی لوگوں کے پاس جائیے۔</w:t>
      </w:r>
    </w:p>
    <w:p>
      <w:r>
        <w:rPr>
          <w:b/>
        </w:rPr>
        <w:t xml:space="preserve">[23:55] </w:t>
      </w:r>
      <w:r>
        <w:t>to sara focus jo hai badal jata hai, kuch aur ho jata hai.</w:t>
      </w:r>
    </w:p>
    <w:p>
      <w:pPr>
        <w:jc w:val="right"/>
      </w:pPr>
      <w:r>
        <w:t>تو سارا فوکس جو ہے بدل جاتا ہے، کچھ اور ہو جاتا ہے۔</w:t>
      </w:r>
    </w:p>
    <w:p>
      <w:r>
        <w:rPr>
          <w:b/>
        </w:rPr>
        <w:t xml:space="preserve">[24:03] </w:t>
      </w:r>
      <w:r>
        <w:t>mein aisi jagahon pe christian ke bohat se center mein gaya hoon, christian ke center khud vatican mein gaya hoon do bar. mein ne wahan koi khuda ka charcha nahi paya,</w:t>
      </w:r>
    </w:p>
    <w:p>
      <w:pPr>
        <w:jc w:val="right"/>
      </w:pPr>
      <w:r>
        <w:t>میں ایسی جگہوں پہ کرسچن کے بہت سے سٹر میں میں گیا ہوں، کرسچن کے سٹر میں خود ویٹیکن میں گیا ہوں دو بار۔ میں نے وہاں کوئی خدا کا چرچہ نہیں پایا،</w:t>
      </w:r>
    </w:p>
    <w:p>
      <w:r>
        <w:rPr>
          <w:b/>
        </w:rPr>
        <w:t xml:space="preserve">[24:16] </w:t>
      </w:r>
      <w:r>
        <w:t>jannat ka charcha nahi paya, akhirat ka charcha nahi paya. bas aik karobar hai, kuch log convert ho rahe hain, kuch log nahi ho rahe hain, phir re convert ho jate hain.</w:t>
      </w:r>
    </w:p>
    <w:p>
      <w:pPr>
        <w:jc w:val="right"/>
      </w:pPr>
      <w:r>
        <w:t>جنت کا چرچہ نہیں پایا، آخرت کا چرچہ نہیں پایا۔ بس ایک کاروبار ہے، کچھ لوگ کروٹ ہو رہے ہیں، کچھ لوگ نہیں ہو رہے ہیں، پھر ری کروٹ ہو جاتے ہیں۔</w:t>
      </w:r>
    </w:p>
    <w:p>
      <w:r>
        <w:rPr>
          <w:b/>
        </w:rPr>
        <w:t xml:space="preserve">[24:28] </w:t>
      </w:r>
      <w:r>
        <w:t>to woh aik aik jaise aik karobar ki shakal hai. woh mein ne bohat dikhaye hain, yaani mein vatican mein do bar gaya hoon, un ke bare bare centeron mein kai bar gaya hoon.</w:t>
      </w:r>
    </w:p>
    <w:p>
      <w:pPr>
        <w:jc w:val="right"/>
      </w:pPr>
      <w:r>
        <w:t>تو وہ ایک ایک جیسے ایک کاروبار کی شکل ہے۔ وہ میں نے بہت دکھائے ہیں، یعنی میں ویٹیکن میں دو بار گیا ہوں، ان کے بڑے بڑے سینٹروں میں کئی بار گیا ہوں۔</w:t>
      </w:r>
    </w:p>
    <w:p>
      <w:r>
        <w:rPr>
          <w:b/>
        </w:rPr>
        <w:t xml:space="preserve">[24:41] </w:t>
      </w:r>
      <w:r>
        <w:t>wohan mein ne nahin paya ke kyunke nisbat nisbat badal jati hai. aur insan dekhiye, khane khila pilakar ke agar ho jaye,</w:t>
      </w:r>
    </w:p>
    <w:p>
      <w:pPr>
        <w:jc w:val="right"/>
      </w:pPr>
      <w:r>
        <w:t>وہاں میں نے نہیں پایا کہ کیونکہ نسبت نسبت بدل جاتی ہے۔ اور انسان دیکھیے، کھانے کھلا پلا کر کے اگر ہو جائے،</w:t>
      </w:r>
    </w:p>
    <w:p>
      <w:r>
        <w:rPr>
          <w:b/>
        </w:rPr>
        <w:t xml:space="preserve">[24:56] </w:t>
      </w:r>
      <w:r>
        <w:t>convert ho jaye to koi kaam nahin hai. woh mere nazdeek kaam hua hai ke dil badle, iska zehan badle, usko sachai milay. mein bohat se aise logon ko dekha hai jo is tareeqay se wahan mutasir hotay hain.</w:t>
      </w:r>
    </w:p>
    <w:p>
      <w:pPr>
        <w:jc w:val="right"/>
      </w:pPr>
      <w:r>
        <w:t>کنورٹ ہو جائے تو کوئی کام نہیں ہے۔ وہ میرے نزدیک کام ہوا ہے کہ دل بدلے، اس کا ذہن بدلے، اس کو سچائی ملے۔ میں بہت سے ایسے لوگوں کو دیکھا ہے جو اس طریقے سے وہاں متاثر ہوتے ہیں۔</w:t>
      </w:r>
    </w:p>
    <w:p>
      <w:r>
        <w:rPr>
          <w:b/>
        </w:rPr>
        <w:t xml:space="preserve">[25:15] </w:t>
      </w:r>
      <w:r>
        <w:t>to to woh apne maadi faiday ke liye, sachai ke liye, jannat ke liye, la rab al-alameen ke liye nahin hota.</w:t>
      </w:r>
    </w:p>
    <w:p>
      <w:pPr>
        <w:jc w:val="right"/>
      </w:pPr>
      <w:r>
        <w:t>تو تو وہ اپنے مادی فائدے کے لیے، سچائی کے لیے، جنت کے لیے، لا رب العالمین کے لیے نہیں ہوتا۔</w:t>
      </w:r>
    </w:p>
    <w:p>
      <w:r>
        <w:rPr>
          <w:b/>
        </w:rPr>
        <w:t xml:space="preserve">[25:24] </w:t>
      </w:r>
      <w:r>
        <w:t>aap aap qareeb ja kar dekhiye unko, qareeb ja kar dekhiye.</w:t>
      </w:r>
    </w:p>
    <w:p>
      <w:pPr>
        <w:jc w:val="right"/>
      </w:pPr>
      <w:r>
        <w:t>آپ آپ قریب جا کر دیکھیے ان کو، قریب جا کر دیکھیے۔</w:t>
      </w:r>
    </w:p>
    <w:p>
      <w:r>
        <w:rPr>
          <w:b/>
        </w:rPr>
        <w:t xml:space="preserve">[25:33] </w:t>
      </w:r>
      <w:r>
        <w:t>mein unke is mein bar bar gaya hoon, unke centeron mein, unke markazon mein. hamara mission jo hai yeh nahin ke koi kisi ko kuch paisa dekar ya khana dekar ke usko, yani convert karwaen.</w:t>
      </w:r>
    </w:p>
    <w:p>
      <w:pPr>
        <w:jc w:val="right"/>
      </w:pPr>
      <w:r>
        <w:t>میں ان کے اس میں بار بار گیا ہوں، ان کے سینٹروں میں، ان کے مراکز میں۔ ہمارا مشن جو ہے یہ نہیں کہ کوئی کسی کو کچھ پیسہ دے کر یا کھانا دے کر کے اس کو، یعنی کنورٹ کروائیں۔</w:t>
      </w:r>
    </w:p>
    <w:p>
      <w:r>
        <w:rPr>
          <w:b/>
        </w:rPr>
        <w:t xml:space="preserve">[25:52] </w:t>
      </w:r>
      <w:r>
        <w:t>nahin, uska dil badlen, uska zehan badlen, usko jannat ka mushtaq banayen, usko Allah se mohabbat karne wala, Allah se darne wala banayen.</w:t>
      </w:r>
    </w:p>
    <w:p>
      <w:pPr>
        <w:jc w:val="right"/>
      </w:pPr>
      <w:r>
        <w:t>نہیں، اس کا دل بدلیں، اس کا ذہن بدلیں، اس کو جنت کا مشتاق بنائیں، اس کو اللہ سے محبت کرنے والا، اللہ سے ڈرنے والا بنائیں۔</w:t>
      </w:r>
    </w:p>
    <w:p>
      <w:r>
        <w:rPr>
          <w:b/>
        </w:rPr>
        <w:t xml:space="preserve">[26:03] </w:t>
      </w:r>
      <w:r>
        <w:t>tabhi to jannat milegi.</w:t>
      </w:r>
    </w:p>
    <w:p>
      <w:pPr>
        <w:jc w:val="right"/>
      </w:pPr>
      <w:r>
        <w:t>تبھی تو جنت ملے گی۔</w:t>
      </w:r>
    </w:p>
    <w:p>
      <w:r>
        <w:rPr>
          <w:b/>
        </w:rPr>
        <w:t xml:space="preserve">[26:11] </w:t>
      </w:r>
      <w:r>
        <w:t>hargiz hamara maqsad, yani ginti barhana nahin hai.</w:t>
      </w:r>
    </w:p>
    <w:p>
      <w:pPr>
        <w:jc w:val="right"/>
      </w:pPr>
      <w:r>
        <w:t>ہرگز ہمارا مقصد، یعنی گنتی بڑھانا نہیں ہے۔</w:t>
      </w:r>
    </w:p>
    <w:p>
      <w:r>
        <w:rPr>
          <w:b/>
        </w:rPr>
        <w:t xml:space="preserve">[26:20] </w:t>
      </w:r>
      <w:r>
        <w:t>maulana, in today lecture, i understood that a person of mission should only spend his money in doing in spreading god's word.</w:t>
      </w:r>
    </w:p>
    <w:p>
      <w:pPr>
        <w:jc w:val="right"/>
      </w:pPr>
      <w:r>
        <w:t>مولانا، ان ٹوڈے لیکچر، آئی انڈرسٹڈ دیٹ ا پرسن آف مشن شوڈ اونلی سپینڈ ہز منی ان ڈوئنگ ان سپریڈنگ گاڈز ورڈ۔</w:t>
      </w:r>
    </w:p>
    <w:p>
      <w:r>
        <w:rPr>
          <w:b/>
        </w:rPr>
        <w:t xml:space="preserve">[26:30] </w:t>
      </w:r>
      <w:r>
        <w:t>deen is it, is it safe to say that all our zakat money should be spent only in god's cause and nothing else?</w:t>
      </w:r>
    </w:p>
    <w:p>
      <w:pPr>
        <w:jc w:val="right"/>
      </w:pPr>
      <w:r>
        <w:t>دین از اٹ، از اٹ سیف ٹو سے دیٹ ال اور زکوۃ منی شوڈ بی سپینڈ اونلی ان گاڈز کاز اینڈ نتھنگ ایلس؟</w:t>
      </w:r>
    </w:p>
    <w:p>
      <w:r>
        <w:rPr>
          <w:b/>
        </w:rPr>
        <w:t xml:space="preserve">[26:41] </w:t>
      </w:r>
      <w:r>
        <w:t>meri rai to yahi hai zakat ka jo quran mein jo ayat hai, surah woh at-tawbah, at-tawbah mein is mein aath madad batai gayi hain.</w:t>
      </w:r>
    </w:p>
    <w:p>
      <w:pPr>
        <w:jc w:val="right"/>
      </w:pPr>
      <w:r>
        <w:t>میری رائے تو یہی ہے زکوۃ کا جو قرآن میں جو آیت ہے، سورہ وہ التوبہ، التوبہ میں اس میں آٹھ مدد بتائی گئی ہیں۔</w:t>
      </w:r>
    </w:p>
    <w:p>
      <w:r>
        <w:rPr>
          <w:b/>
        </w:rPr>
        <w:t xml:space="preserve">[26:56] </w:t>
      </w:r>
      <w:r>
        <w:t>aath maddon se teen madden wohi hain, teen madden jahan tak mujhe yaad hai.</w:t>
      </w:r>
    </w:p>
    <w:p>
      <w:pPr>
        <w:jc w:val="right"/>
      </w:pPr>
      <w:r>
        <w:t>آٹھ مددوں سے تین مددیں وہی ہیں، تین مددیں جہاں تک مجھے یاد ہے۔</w:t>
      </w:r>
    </w:p>
    <w:p>
      <w:r>
        <w:rPr>
          <w:b/>
        </w:rPr>
        <w:t xml:space="preserve">[27:06] </w:t>
      </w:r>
      <w:r>
        <w:t>aur agar aisa ho jaye ke ek madd jo hai, yani dawat ke madd ki importance barh jaye to sari zakat use de di jayegi.</w:t>
      </w:r>
    </w:p>
    <w:p>
      <w:pPr>
        <w:jc w:val="right"/>
      </w:pPr>
      <w:r>
        <w:t>اور اگر ایسا ہو جائے کہ ایک مد جو ہے، یعنی دعوت کے مد کی امپورٹنس بڑھ جائے تو ساری زکوۃ اسے دے دی جائے گی۔</w:t>
      </w:r>
    </w:p>
    <w:p>
      <w:r>
        <w:rPr>
          <w:b/>
        </w:rPr>
        <w:t xml:space="preserve">[27:16] </w:t>
      </w:r>
      <w:r>
        <w:t>yeh masla hai. yeh agar ek madd jo hai, usi ki ahmiyat kisi waqt barh jaye to woh woh usi mein sara jhonk jhonk diya jayega.</w:t>
      </w:r>
    </w:p>
    <w:p>
      <w:pPr>
        <w:jc w:val="right"/>
      </w:pPr>
      <w:r>
        <w:t>یہ مسئلہ ہے۔ یہ اگر ایک مد جو ہے، اسی کی اہمیت کسی وقت بڑھ جائے تو وہ وہ اسی میں سارا جھونک جھونک دیا جائے گا۔</w:t>
      </w:r>
    </w:p>
    <w:p>
      <w:r>
        <w:rPr>
          <w:b/>
        </w:rPr>
        <w:t xml:space="preserve">[27:33] </w:t>
      </w:r>
      <w:r>
        <w:t>rasool Allah ne jab appeal ki thi ek bar to abubakar to sara hi utha laye jo kuch ghar mein unka tha, hazrat umar adha utha laye.</w:t>
      </w:r>
    </w:p>
    <w:p>
      <w:pPr>
        <w:jc w:val="right"/>
      </w:pPr>
      <w:r>
        <w:t>رسول اللہ نے جب اپیل کی تھی ایک بار تو ابوبکر تو سارا ہی اٹھا لائے جو کچھ گھر میں ان کا تھا، حضرت عمر ادھا اٹھا لائے۔</w:t>
      </w:r>
    </w:p>
    <w:p>
      <w:r>
        <w:rPr>
          <w:b/>
        </w:rPr>
        <w:t xml:space="preserve">[27:47] </w:t>
      </w:r>
      <w:r>
        <w:t>to ek hota hai qanooni hadd aur ek hota hai yeh ke kis waqt kis cheez ki koi priority hasil ho gayi ho.</w:t>
      </w:r>
    </w:p>
    <w:p>
      <w:pPr>
        <w:jc w:val="right"/>
      </w:pPr>
      <w:r>
        <w:t>تو ایک ہوتا ہے قانونی حد اور ایک ہوتا ہے یہ کہ کس وقت کس چیز کی کوئی پرائرٹی حاصل ہو گئی ہو۔</w:t>
      </w:r>
    </w:p>
    <w:p>
      <w:r>
        <w:rPr>
          <w:b/>
        </w:rPr>
        <w:t xml:space="preserve">[27:57] </w:t>
      </w:r>
      <w:r>
        <w:t>jab kisi ko priority hasil ho jaye to usi ko chhodna padta hai. to us waqt to priority hai, mein samajhta hoon priority ka masla yeh hai.</w:t>
      </w:r>
    </w:p>
    <w:p>
      <w:pPr>
        <w:jc w:val="right"/>
      </w:pPr>
      <w:r>
        <w:t>جب کسی کو پرائرٹی حاصل ہو جائے تو اسی کو چھوڑنا پڑتا ہے۔ تو اس وقت تو پرائرٹی ہے، میں سمجھتا ہوں پرائرٹی کا مسئلہ یہ ہے۔</w:t>
      </w:r>
    </w:p>
    <w:p>
      <w:r>
        <w:rPr>
          <w:b/>
        </w:rPr>
        <w:t xml:space="preserve">[28:07] </w:t>
      </w:r>
      <w:r>
        <w:t>kyunke dekhiye, jo itne ziyada kamane ke mauqe barh gaye hain ke koi apahij hai, wohi mehroom sar reh sakta hai.</w:t>
      </w:r>
    </w:p>
    <w:p>
      <w:pPr>
        <w:jc w:val="right"/>
      </w:pPr>
      <w:r>
        <w:t>کیونکہ دیکھیے، جو اتنے زیادہ کمانے کے موقع بڑھ گئے ہیں کہ کوئی اپاہج ہے، وہی محروم سر رہ سکتا ہے۔</w:t>
      </w:r>
    </w:p>
    <w:p>
      <w:r>
        <w:rPr>
          <w:b/>
        </w:rPr>
        <w:t xml:space="preserve">[28:17] </w:t>
      </w:r>
      <w:r>
        <w:t>har jagah kamai ke darwaze khule hue hain. to kamai kijiye aap aur jo jis madd mein kuch nahin ho raha hai, us madd mein jhonkne ka waqt aa gaya hai.</w:t>
      </w:r>
    </w:p>
    <w:p>
      <w:pPr>
        <w:jc w:val="right"/>
      </w:pPr>
      <w:r>
        <w:t>ہر جگہ کمائی کے دروازے کھلے ہوئے ہیں۔ تو کمائی کیجئے آپ اور جو جس مد میں کچھ نہیں ہو رہا ہے، اس مد میں جھونکنے کا وقت آ گیا ہے۔</w:t>
      </w:r>
    </w:p>
    <w:p>
      <w:r>
        <w:rPr>
          <w:b/>
        </w:rPr>
        <w:t xml:space="preserve">[28:31] </w:t>
      </w:r>
      <w:r>
        <w:t>yeh</w:t>
      </w:r>
    </w:p>
    <w:p>
      <w:pPr>
        <w:jc w:val="right"/>
      </w:pPr>
      <w:r>
        <w:t>یہ</w:t>
      </w:r>
    </w:p>
    <w:p>
      <w:r>
        <w:rPr>
          <w:b/>
        </w:rPr>
        <w:t xml:space="preserve">[28:34] </w:t>
      </w:r>
      <w:r>
        <w:t>maulana, is se ek cheez aur nikalti hai ke jo mother teresa ka jo model tha, woh is duniya ke liye thoda jo jaise aap kehte hain, tip of the iceberg hai, jo yeh duniya hai, uske liye woh model hai.</w:t>
      </w:r>
    </w:p>
    <w:p>
      <w:pPr>
        <w:jc w:val="right"/>
      </w:pPr>
      <w:r>
        <w:t>مولانا، اس سے ایک چیز اور نکلتی ہے کہ جو مدر ٹریسا کا جو ماڈل تھا، وہ اس دنیا کے لیے تھوڑا جو جیسے آپ کہتے ہیں، ٹپ آف دی آئس برگ ہے، جو یہ دنیا ہے، اس کے لیے وہ ماڈل ہے۔</w:t>
      </w:r>
    </w:p>
    <w:p>
      <w:r>
        <w:rPr>
          <w:b/>
        </w:rPr>
        <w:t xml:space="preserve">[28:48] </w:t>
      </w:r>
      <w:r>
        <w:t>but asli cheez to hai, agar hum asal mein logon ke khair gawah hain to hamare ko to woh dekhna hai ke jo eternal hai life, to uske liye unke liye madad karen, na ke apna paisa is duniya ke liye kharcha karen.</w:t>
      </w:r>
    </w:p>
    <w:p>
      <w:pPr>
        <w:jc w:val="right"/>
      </w:pPr>
      <w:r>
        <w:t>بٹ اصلی چیز تو ہے، اگر ہم اصل میں لوگوں کے خیر گواہ ہیں تو ہمارے کو تو وہ دیکھنا ہے کہ جو ایٹرنل ہے لائف، تو اس کے لیے ان کے لیے مدد کریں، نہ کہ اپنا پیسہ اس دنیا کے لیے خرچہ کریں۔</w:t>
      </w:r>
    </w:p>
    <w:p>
      <w:r>
        <w:rPr>
          <w:b/>
        </w:rPr>
        <w:t xml:space="preserve">[29:04] </w:t>
      </w:r>
      <w:r>
        <w:t>bahut sahi hai, bilkul bilkul theek kaha aap. Maulana, yeh sawal musallama aap ka hai ke surah al-ma'un mein ayat hai: "fa-dallil-ladhi yadu'ul-yateem wa la yahuddu 'ala ta'aam-il-miskeen".</w:t>
      </w:r>
    </w:p>
    <w:p>
      <w:pPr>
        <w:jc w:val="right"/>
      </w:pPr>
      <w:r>
        <w:t>بہت صحیح ہے، بالکل بالکل ٹھیک کہا آپ۔ مولانا، یہ سوال مسلمہ آپ کا ہے کہ سورہ المعون میں آیت ہے: "فدارک الذییدع الیتیم ولا یحد علی تعام المسکین"۔</w:t>
      </w:r>
    </w:p>
    <w:p>
      <w:r>
        <w:rPr>
          <w:b/>
        </w:rPr>
        <w:t xml:space="preserve">[29:22] </w:t>
      </w:r>
      <w:r>
        <w:t>wohi hai jo yateem ko dhakke deta hai aur miskeen ka khana dene par nahin ubharta. to agar charity work ki itni importance nahin hai charity work ki, to yahan par kyun batayega?</w:t>
      </w:r>
    </w:p>
    <w:p>
      <w:pPr>
        <w:jc w:val="right"/>
      </w:pPr>
      <w:r>
        <w:t>وہی ہے جو یتیم کو دھکے دیتا ہے اور مسکین کا کھانا دینے پر نہیں ابھارتا۔ تو اگر چیریٹی ورک کی اتنی امپورٹنس نہیں ہے چیریٹی ورک کی، تو یہاں پر کیوں بتائے گا؟</w:t>
      </w:r>
    </w:p>
    <w:p>
      <w:r>
        <w:rPr>
          <w:b/>
        </w:rPr>
        <w:t xml:space="preserve">[29:36] </w:t>
      </w:r>
      <w:r>
        <w:t>kya mein samjha nahin? kya baat hai? surah al-ma'un mein aaya hua hai: "fa-dallil-ladhi yadu'ul-yateem wa la yahuddu 'ala ta'aam-il-miskeen".</w:t>
      </w:r>
    </w:p>
    <w:p>
      <w:pPr>
        <w:jc w:val="right"/>
      </w:pPr>
      <w:r>
        <w:t>کیا میں سمجھا نہیں؟ کیا بات ہے؟ سورہ المعون میں آیا ہوا ہے: "فدارک الذییدع الیتیم ولا یحد علی تعام المسکین"۔</w:t>
      </w:r>
    </w:p>
    <w:p>
      <w:r>
        <w:rPr>
          <w:b/>
        </w:rPr>
        <w:t xml:space="preserve">[29:48] </w:t>
      </w:r>
      <w:r>
        <w:t>wohi hai jo yateem ko dhakey deta hai aur miskeenon ko khana denay par nahi ubharta. woh door khatm ho gaya, ab kon?</w:t>
      </w:r>
    </w:p>
    <w:p>
      <w:pPr>
        <w:jc w:val="right"/>
      </w:pPr>
      <w:r>
        <w:t>وہی ہے جو یتیم کو دھکے دیتا ہے اور مسکینوں کو کھانا دینے پر نہیں ابھارتا۔ وہ دور ختم ہو گیا، اب کون؟</w:t>
      </w:r>
    </w:p>
    <w:p>
      <w:r>
        <w:rPr>
          <w:b/>
        </w:rPr>
        <w:t xml:space="preserve">[29:57] </w:t>
      </w:r>
      <w:r>
        <w:t>ab to har jagah kamany ke zarea khule hue hain. ab jo hai, mein aik martaba gaya wahan dargah mein, bheer lagi hui thi wahan.</w:t>
      </w:r>
    </w:p>
    <w:p>
      <w:pPr>
        <w:jc w:val="right"/>
      </w:pPr>
      <w:r>
        <w:t>اب تو ہر جگہ کمانے کے ذرائع کھلے ہوئے ہیں۔ اب جو ہے، میں ایک مرتبہ گیا وہاں درگاہ میں، بھیڑ لگی ہوئی تھی وہاں۔</w:t>
      </w:r>
    </w:p>
    <w:p>
      <w:r>
        <w:rPr>
          <w:b/>
        </w:rPr>
        <w:t xml:space="preserve">[30:11] </w:t>
      </w:r>
      <w:r>
        <w:t>to mujhe poocha mein ne ke itni bheer kis ki hai? to logon ne bataya ke log yahan paisa de dete hain ke hamari taraf se sab ko khana khilao.</w:t>
      </w:r>
    </w:p>
    <w:p>
      <w:pPr>
        <w:jc w:val="right"/>
      </w:pPr>
      <w:r>
        <w:t>تو مجھے پوچھا میں نے کہ اتنی بھیڑ کس کی ہے؟ تو لوگوں نے بتایا کہ لوگ یہاں پیسہ دے دیتے ہیں کہ ہماری طرف سے سب کو کھانا کھلاؤ۔</w:t>
      </w:r>
    </w:p>
    <w:p>
      <w:r>
        <w:rPr>
          <w:b/>
        </w:rPr>
        <w:t xml:space="preserve">[30:20] </w:t>
      </w:r>
      <w:r>
        <w:t>to bheer lagate hain wahan aur khana banta hai. wahan hotelon mein paisa de dete hain, dargah mein de dete hain, masjidon mein de dete hain.</w:t>
      </w:r>
    </w:p>
    <w:p>
      <w:pPr>
        <w:jc w:val="right"/>
      </w:pPr>
      <w:r>
        <w:t>تو بھیڑ لگاتے ہیں وہاں اور کھانا بٹتا ہے۔ وہاں ہوٹلوں میں پیسہ دے دیتے ہیں، درگاہ میں دے دیتے ہیں، مسجدوں میں دے دیتے ہیں۔</w:t>
      </w:r>
    </w:p>
    <w:p>
      <w:r>
        <w:rPr>
          <w:b/>
        </w:rPr>
        <w:t xml:space="preserve">[30:30] </w:t>
      </w:r>
      <w:r>
        <w:t>kamai ke zarea hamare bachpan mein, mein janta hoon ke kamai koi rasta hi nahi tha, woh agriculture period mein.</w:t>
      </w:r>
    </w:p>
    <w:p>
      <w:pPr>
        <w:jc w:val="right"/>
      </w:pPr>
      <w:r>
        <w:t>کمائی کے ذرائع ہمارے بچپن میں، میں جانتا ہوں کہ کمائی کوئی راستہ ہی نہیں تھا، وہ ایگریکلچر پیریڈ میں۔</w:t>
      </w:r>
    </w:p>
    <w:p>
      <w:r>
        <w:rPr>
          <w:b/>
        </w:rPr>
        <w:t xml:space="preserve">[30:41] </w:t>
      </w:r>
      <w:r>
        <w:t>ab to aik explosion hai kamai ka. to woh woh jo hai, us door ki baat hai. bohat si baatein yaad rakhiye quran mein, yani waqti halaat ke aitbar se hain.</w:t>
      </w:r>
    </w:p>
    <w:p>
      <w:pPr>
        <w:jc w:val="right"/>
      </w:pPr>
      <w:r>
        <w:t>اب تو ایک ایکسپلوژن ہے کمائی کا۔ تو وہ وہ جو ہے، اس دور کی بات ہے۔ بہت سی باتیں یاد رکھیے قرآن میں، یعنی وقتی حالات کے اعتبار سے ہیں۔</w:t>
      </w:r>
    </w:p>
    <w:p>
      <w:r>
        <w:rPr>
          <w:b/>
        </w:rPr>
        <w:t xml:space="preserve">[30:56] </w:t>
      </w:r>
      <w:r>
        <w:t>misal ke tor par dekhiye, quran mein saaf saaf likha hua hai, saaf saaf ke hajj ke liye aao, oonton mein baith kar. woh kya kya ayat thi?</w:t>
      </w:r>
    </w:p>
    <w:p>
      <w:pPr>
        <w:jc w:val="right"/>
      </w:pPr>
      <w:r>
        <w:t>مثال کے طور پر دیکھیے، قرآن میں صاف صاف لکھا ہوا ہے، صاف صاف کہ حج کے لیے آؤ، اونٹوں میں بیٹھ کر۔ وہ کیا کیا آیت تھی؟</w:t>
      </w:r>
    </w:p>
    <w:p>
      <w:r>
        <w:rPr>
          <w:b/>
        </w:rPr>
        <w:t xml:space="preserve">[31:06] </w:t>
      </w:r>
      <w:r>
        <w:t>sahib,</w:t>
      </w:r>
    </w:p>
    <w:p>
      <w:pPr>
        <w:jc w:val="right"/>
      </w:pPr>
      <w:r>
        <w:t>صاحب،</w:t>
      </w:r>
    </w:p>
    <w:p>
      <w:r>
        <w:rPr>
          <w:b/>
        </w:rPr>
        <w:t xml:space="preserve">[31:10] </w:t>
      </w:r>
      <w:r>
        <w:t>oonton mein baith kar hajj ke liye aao. aaj kon jata hai oont hajj par baith kar, oonton mein baith kar hajj karne ke liye? ya ya jo log ustr khaye aate hain, pesh karte hain, yeh bhi to karo, oonton mein baith kar jao hajj karne ke liye.</w:t>
      </w:r>
    </w:p>
    <w:p>
      <w:pPr>
        <w:jc w:val="right"/>
      </w:pPr>
      <w:r>
        <w:t>اونٹوں میں بیٹھ کر حج کے لیے آؤ۔ آج کون جاتا ہے اونٹ حج پر بیٹھ کر، اونٹوں میں بیٹھ کر حج کرنے کے لیے؟ یا یا جو لوگ استر کھائے آتے ہیں، پیش کرتے ہیں، یہ بھی تو کرو، اونٹوں میں بیٹھ کر جاؤ حج کرنے کے لیے۔</w:t>
      </w:r>
    </w:p>
    <w:p>
      <w:r>
        <w:rPr>
          <w:b/>
        </w:rPr>
        <w:t xml:space="preserve">[31:24] </w:t>
      </w:r>
      <w:r>
        <w:t>bas aik ayat le liya, bas pesh kar diya. quran mein aisi bohat si cheezein hain jo waqti halaat ke aitbar se hain, yani age factor kehta hoon is ko.</w:t>
      </w:r>
    </w:p>
    <w:p>
      <w:pPr>
        <w:jc w:val="right"/>
      </w:pPr>
      <w:r>
        <w:t>بس ایک آیت لے لیا، بس پیش کر دیا۔ قرآن میں ایسی بہت سی چیزیں ہیں جو وقتی حالات کے اعتبار سے ہیں، یعنی ایج فیکٹر کہتا ہوں اس کو۔</w:t>
      </w:r>
    </w:p>
    <w:p>
      <w:r>
        <w:rPr>
          <w:b/>
        </w:rPr>
        <w:t xml:space="preserve">[31:35] </w:t>
      </w:r>
      <w:r>
        <w:t>is ki aik misal mein ne di aap ko, is age factor ko le kar ke aap is ko hamesha ke liye bana liya hai aap ne.</w:t>
      </w:r>
    </w:p>
    <w:p>
      <w:pPr>
        <w:jc w:val="right"/>
      </w:pPr>
      <w:r>
        <w:t>اس کی ایک مثال میں نے دی آپ کو، اس ایج فیکٹر کو لے کر کہ آپ اس کو ہمیشہ کے لیے بنا لیا ہے آپ نے۔</w:t>
      </w:r>
    </w:p>
    <w:p>
      <w:r>
        <w:rPr>
          <w:b/>
        </w:rPr>
        <w:t xml:space="preserve">[31:46] </w:t>
      </w:r>
      <w:r>
        <w:t>wahan par aisa tha makkah mein ke wahan par kuch bhi nahi tha, na ziraat thi, na business thi. bohat hi kam zarea thay kamany ke, bohat hi kam.</w:t>
      </w:r>
    </w:p>
    <w:p>
      <w:pPr>
        <w:jc w:val="right"/>
      </w:pPr>
      <w:r>
        <w:t>وہاں پر ایسا تھا مکے میں کہ وہاں پر کچھ بھی نہیں تھا، نہ زراعت تھی، نہ بزنس تھی۔ بہت ہی کم ذرائع تھے کمانے کے، بہت ہی کم۔</w:t>
      </w:r>
    </w:p>
    <w:p>
      <w:r>
        <w:rPr>
          <w:b/>
        </w:rPr>
        <w:t xml:space="preserve">[32:01] </w:t>
      </w:r>
      <w:r>
        <w:t>khud rasool Allah ki ahliya aisha kehti hain ke ke woh</w:t>
      </w:r>
    </w:p>
    <w:p>
      <w:pPr>
        <w:jc w:val="right"/>
      </w:pPr>
      <w:r>
        <w:t>خود رسول اللہ کی اہلیہ عائشہ کہتی ہیں کہ کہ وہ</w:t>
      </w:r>
    </w:p>
    <w:p>
      <w:r>
        <w:rPr>
          <w:b/>
        </w:rPr>
        <w:t xml:space="preserve">[32:13] </w:t>
      </w:r>
      <w:r>
        <w:t>do aisey din barabar nahi guzre jahan hum ne pait bhar khana khaya ho.</w:t>
      </w:r>
    </w:p>
    <w:p>
      <w:pPr>
        <w:jc w:val="right"/>
      </w:pPr>
      <w:r>
        <w:t>دو ایسے دن برابر نہیں گزرے جہاں ہم نے پیٹ بھر کھانا کھایا ہو۔</w:t>
      </w:r>
    </w:p>
    <w:p>
      <w:r>
        <w:rPr>
          <w:b/>
        </w:rPr>
        <w:t xml:space="preserve">[32:20] </w:t>
      </w:r>
      <w:r>
        <w:t>aam tor par aisa hota hai, log din bhar woh khana nahi milta tha, un ko wahan kuch tha hi nahi khane ke liye. kya khayein? to is ko le ke baithe hue hain aap.</w:t>
      </w:r>
    </w:p>
    <w:p>
      <w:pPr>
        <w:jc w:val="right"/>
      </w:pPr>
      <w:r>
        <w:t>عام طور پر ایسا ہوتا ہے، لوگ دن بھر وہ کھانا نہیں ملتا تھا، ان کو وہاں کچھ تھا ہی نہیں کھانے کے لیے۔ کیا کھائیں؟ تو اس کو لے کے بیٹھے ہوئے ہیں آپ۔</w:t>
      </w:r>
    </w:p>
    <w:p>
      <w:r>
        <w:rPr>
          <w:b/>
        </w:rPr>
        <w:t xml:space="preserve">[32:30] </w:t>
      </w:r>
      <w:r>
        <w:t>is ko koi eternal thori hai? woh eternal agar hai to woh bhi eternal banaiye ke hajj ke liye jaiye, oonton mein baith kar ke. wahan to khoob jata hai, hua ja raha hai, baith kar ke.</w:t>
      </w:r>
    </w:p>
    <w:p>
      <w:pPr>
        <w:jc w:val="right"/>
      </w:pPr>
      <w:r>
        <w:t>اس کو کوئی ایٹرنل تھوڑی ہے؟ وہ ایٹرنل اگر ہے تو وہ بھی ایٹرنل بنائیے کہ حج کے لیے جائیے، اونٹوں میں بیٹھ کر کے۔ وہاں تو خوب جاتا ہے، ہوا جا رہا ہے، بیٹھ کر کے۔</w:t>
      </w:r>
    </w:p>
    <w:p>
      <w:r>
        <w:rPr>
          <w:b/>
        </w:rPr>
        <w:t xml:space="preserve">[32:43] </w:t>
      </w:r>
      <w:r>
        <w:t>yeh tareeqa bohat hi ghalat tareeqa hai ke apne matlab ke lehaz se quran ka matlab nikalna. apne matlab ke lehaz se sochna parta hai ke yeh ayat kis liye hai, woh ayat kis liye hai.</w:t>
      </w:r>
    </w:p>
    <w:p>
      <w:pPr>
        <w:jc w:val="right"/>
      </w:pPr>
      <w:r>
        <w:t>یہ طریقہ بہت ہی غلط طریقہ ہے کہ اپنے مطلب کے لحاظ سے قرآن کا مطلب نکالنا۔ اپنے مطلب کے لحاظ سے سوچنا پڑتا ہے کہ یہ آیت کس لیے ہے، وہ آیت کس لیے ہے۔</w:t>
      </w:r>
    </w:p>
    <w:p>
      <w:r>
        <w:rPr>
          <w:b/>
        </w:rPr>
        <w:t xml:space="preserve">[32:54] </w:t>
      </w:r>
      <w:r>
        <w:t>iqbal umri sahib ne maulana aik sawal kiya hai, unhon ne likha hai: "charity work kyun bara nazar aata hai?" maulana, log hum se poochte hain ke kya aap social work nahi karte, sirf lecture spread karte hain?</w:t>
      </w:r>
    </w:p>
    <w:p>
      <w:pPr>
        <w:jc w:val="right"/>
      </w:pPr>
      <w:r>
        <w:t>اقبال عمری صاحب نے مولانا ایک سوال کیا ہے، انہوں نے لکھا ہے: "چیریٹی ورک کیوں بڑا نظر آتا ہے؟" مولانا، لوگ ہم سے پوچھتے ہیں کہ کیا آپ سوشل ورک نہیں کرتے، صرف لیکچر سپریڈ کرتے ہیں؟</w:t>
      </w:r>
    </w:p>
    <w:p>
      <w:r>
        <w:rPr>
          <w:b/>
        </w:rPr>
        <w:t xml:space="preserve">[33:13] </w:t>
      </w:r>
      <w:r>
        <w:t>maulana, is ko sun kar dil kharab hota hai. maulana, yeh marifat ki kami se hai ya phir madi zehn ki alamat hai?</w:t>
      </w:r>
    </w:p>
    <w:p>
      <w:pPr>
        <w:jc w:val="right"/>
      </w:pPr>
      <w:r>
        <w:t>مولانا، اس کو سن کر دل خراب ہوتا ہے۔ مولانا، یہ معرفت کی کمی سے ہے یا پھر مادی ذہن کی علامت ہے؟</w:t>
      </w:r>
    </w:p>
    <w:p>
      <w:r>
        <w:rPr>
          <w:b/>
        </w:rPr>
        <w:t xml:space="preserve">[33:23] </w:t>
      </w:r>
      <w:r>
        <w:t>yeh madi zehn ki alamat hai. aaj kal dunya mein secular logon ka yeh fashion bana hua hai, NGO banayein ge aur charity pe bari bari raqamein dein ge.</w:t>
      </w:r>
    </w:p>
    <w:p>
      <w:pPr>
        <w:jc w:val="right"/>
      </w:pPr>
      <w:r>
        <w:t>یہ مادی ذہن کی علامت ہے۔ آج کل دنیا میں سیکولر لوگوں کا یہ فیشن بنا ہوا ہے، این جی او بنائیں گے اور چیریٹی پہ بڑی بڑی رقمیں دیں گے۔</w:t>
      </w:r>
    </w:p>
    <w:p>
      <w:r>
        <w:rPr>
          <w:b/>
        </w:rPr>
        <w:t xml:space="preserve">[33:35] </w:t>
      </w:r>
      <w:r>
        <w:t>aur jante hain kya hota hai aaj kal? yeh charity ka karobar jo hai, aap tehqeeq kijiye, bare bare log paise dete hain.</w:t>
      </w:r>
    </w:p>
    <w:p>
      <w:pPr>
        <w:jc w:val="right"/>
      </w:pPr>
      <w:r>
        <w:t>اور جانتے ہیں کیا ہوتا ہے آج کل؟ یہ چیریٹی کا کاروبار جو ہے، آپ تحقیق کیجئے، بڑے بڑے لوگ پیسے دیتے ہیں۔</w:t>
      </w:r>
    </w:p>
    <w:p>
      <w:r>
        <w:rPr>
          <w:b/>
        </w:rPr>
        <w:t xml:space="preserve">[33:43] </w:t>
      </w:r>
      <w:r>
        <w:t>kyun? income tax ki bachat hoti hai. mein khoob janta hoon kya wajah hai ke bare bare paise wale charity mein zaroor paisa dete hain, woh quran ke liye nahi paise dein ge.</w:t>
      </w:r>
    </w:p>
    <w:p>
      <w:pPr>
        <w:jc w:val="right"/>
      </w:pPr>
      <w:r>
        <w:t>کیوں؟ انکم ٹیکس کی بچت ہوتی ہے۔ میں خوب جانتا ہوں کیا وجہ ہے کہ بڑے بڑے پیسے والے چیریٹی میں ضرور پیسہ دیتے ہیں، وہ قرآن کے لیے نہیں پیسے دیں گے۔</w:t>
      </w:r>
    </w:p>
    <w:p>
      <w:r>
        <w:rPr>
          <w:b/>
        </w:rPr>
        <w:t xml:space="preserve">[33:57] </w:t>
      </w:r>
      <w:r>
        <w:t>kyun ke income tax ka qanoon hai ke is mein un ko bachat hoti hai. aap ko is mein shaq ho to pooch lijiye kisi se jo in baaton ko janta ho.</w:t>
      </w:r>
    </w:p>
    <w:p>
      <w:pPr>
        <w:jc w:val="right"/>
      </w:pPr>
      <w:r>
        <w:t>کیونکہ انکم ٹیکس کا قانون ہے کہ اس میں ان کو بچت ہوتی ہے۔ آپ کو اس میں شک ہو تو پوچھ لیجئے کسی سے جو ان باتوں کو جانتا ہو۔</w:t>
      </w:r>
    </w:p>
    <w:p>
      <w:r>
        <w:rPr>
          <w:b/>
        </w:rPr>
        <w:t xml:space="preserve">[34:10] </w:t>
      </w:r>
      <w:r>
        <w:t>charity to is zamane mein aik karobar hai,</w:t>
      </w:r>
    </w:p>
    <w:p>
      <w:pPr>
        <w:jc w:val="right"/>
      </w:pPr>
      <w:r>
        <w:t>چیریٹی تو اس زمانے میں ایک کاروبار ہے،</w:t>
      </w:r>
    </w:p>
    <w:p>
      <w:r>
        <w:rPr>
          <w:b/>
        </w:rPr>
        <w:t xml:space="preserve">[34:19] </w:t>
      </w:r>
      <w:r>
        <w:t>yani is mein izzat milti hai, shohrat milti hai aur un ko barhai milti hai. plus kya hota hai? income tax bachta hai.</w:t>
      </w:r>
    </w:p>
    <w:p>
      <w:pPr>
        <w:jc w:val="right"/>
      </w:pPr>
      <w:r>
        <w:t>یعنی اس میں عزت ملتی ہے، شہرت ملتی ہے اور ان کو بڑائی ملتی ہے۔ پلس کیا ہوتا ہے؟ انکم ٹیکس بچتا ہے۔</w:t>
      </w:r>
    </w:p>
    <w:p>
      <w:r>
        <w:rPr>
          <w:b/>
        </w:rPr>
        <w:t xml:space="preserve">[34:34] </w:t>
      </w:r>
      <w:r>
        <w:t>behral, mein mein mein ne jo samjha hai to mein yahi kahunga ke jo log quran pe iman rakhte hain, un ko apna paisa jhonk dena chaie.</w:t>
      </w:r>
    </w:p>
    <w:p>
      <w:pPr>
        <w:jc w:val="right"/>
      </w:pPr>
      <w:r>
        <w:t>بہرحال، میں میں میں نے جو سمجھا ہے تو میں یہی کہوں گا کہ جو لوگ قرآن پہ ایمان رکھتے ہیں، ان کو اپنا پیسہ جھونک دینا چاہیے۔</w:t>
      </w:r>
    </w:p>
    <w:p>
      <w:r>
        <w:rPr>
          <w:b/>
        </w:rPr>
        <w:t xml:space="preserve">[34:45] </w:t>
      </w:r>
      <w:r>
        <w:t>jhonk dena chaie ke sari dunya tak quran pohnchay.</w:t>
      </w:r>
    </w:p>
    <w:p>
      <w:pPr>
        <w:jc w:val="right"/>
      </w:pPr>
      <w:r>
        <w:t>جھونک دینا چاہیے کہ ساری دنیا تک قرآن پہنچے۔</w:t>
      </w:r>
    </w:p>
    <w:p>
      <w:r>
        <w:rPr>
          <w:b/>
        </w:rPr>
        <w:t xml:space="preserve">[34:52] </w:t>
      </w:r>
      <w:r>
        <w:t>jhonk dena chaie sare insanon tak quran pohanchay aur jo allah ka mansooba poora ho. yeh allah ka mansooba hai ke "likon lilalamin nzirah".</w:t>
      </w:r>
    </w:p>
    <w:p>
      <w:pPr>
        <w:jc w:val="right"/>
      </w:pPr>
      <w:r>
        <w:t>جھونک دینا چاہیے سارے انسانوں تک قرآن پہنچے اور جو اللہ کا منصوبہ پورا ہو۔ یہ اللہ کا منصوبہ ہے کہ "لیکون للعالمین نذرہ"۔</w:t>
      </w:r>
    </w:p>
    <w:p>
      <w:r>
        <w:rPr>
          <w:b/>
        </w:rPr>
        <w:t xml:space="preserve">[35:05] </w:t>
      </w:r>
      <w:r>
        <w:t>yeh allah ka mansooba hai pehle din se, woh poora ho. yani plan of god jo hai, woh poori ho to aap ko chhodna parega paisa is kaam ke liye.</w:t>
      </w:r>
    </w:p>
    <w:p>
      <w:pPr>
        <w:jc w:val="right"/>
      </w:pPr>
      <w:r>
        <w:t>یہ اللہ کا منصوبہ ہے پہلے دن سے، وہ پورا ہو۔ یعنی پلان آف گارڈ جو ہے، وہ پوری ہو تو آپ کو چھوڑنا پڑے گا پیسہ اس کام کے لیے۔</w:t>
      </w:r>
    </w:p>
    <w:p>
      <w:r>
        <w:rPr>
          <w:b/>
        </w:rPr>
        <w:t xml:space="preserve">[35:22] </w:t>
      </w:r>
      <w:r>
        <w:t>maulana, asrar maulana asrar khateeb sahib ne chennai se likha hai. un ka sawal hai, unhon ne likha hai ke maulana, aik sahib se meri guftagu hui jo al risala ke bohat achhe reader hain.</w:t>
      </w:r>
    </w:p>
    <w:p>
      <w:pPr>
        <w:jc w:val="right"/>
      </w:pPr>
      <w:r>
        <w:t>مولانا، اسرار مولانا اسرار خطیب صاحب نے چنئی سے لکھا ہے۔ ان کا سوال ہے، انہوں نے لکھا ہے کہ مولانا، ایک صاحب سے میری گفتگو ہوئی جو الرسالہ کے بہت اچھے ریڈر ہیں۔</w:t>
      </w:r>
    </w:p>
    <w:p>
      <w:r>
        <w:rPr>
          <w:b/>
        </w:rPr>
        <w:t xml:space="preserve">[35:37] </w:t>
      </w:r>
      <w:r>
        <w:t>unhon ne kaha ke maulana ki tamam baatein meri samajh mein agayin, jaise marifat ke liye tafakkur aur tadabbur karna waghera.</w:t>
      </w:r>
    </w:p>
    <w:p>
      <w:pPr>
        <w:jc w:val="right"/>
      </w:pPr>
      <w:r>
        <w:t>انہوں نے کہا کہ مولانا کی تمام باتیں میری سمجھ میں آگئیں، جیسے معرفت کے لیے تفکر اور تدبر کرنا وغیرہ۔</w:t>
      </w:r>
    </w:p>
    <w:p>
      <w:r>
        <w:rPr>
          <w:b/>
        </w:rPr>
        <w:t xml:space="preserve">[35:47] </w:t>
      </w:r>
      <w:r>
        <w:t>un baaton ki waqt mere dil mein bohat zyada hai, lekin quran distribution ki jo baat maulana kehte hain, us ki waqt mere dil mein paida nahi hui hai.</w:t>
      </w:r>
    </w:p>
    <w:p>
      <w:pPr>
        <w:jc w:val="right"/>
      </w:pPr>
      <w:r>
        <w:t>ان باتوں کی وقت میرے دل میں بہت زیادہ ہے، لیکن قرآن ڈسٹریبیوشن کی جو بات مولانا کہتے ہیں، اس کی وقت میرے دل میں پیدا نہیں ہوئی ہے۔</w:t>
      </w:r>
    </w:p>
    <w:p>
      <w:r>
        <w:rPr>
          <w:b/>
        </w:rPr>
        <w:t xml:space="preserve">[36:00] </w:t>
      </w:r>
      <w:r>
        <w:t>aisa kyun? aisa is liye ke maal kharch hota hai. sare aaj ki dunya mein har aadmi maal ka pooja karta hai. jahan maal na kharch karna ho, wahan khoob dhoom machayega.</w:t>
      </w:r>
    </w:p>
    <w:p>
      <w:pPr>
        <w:jc w:val="right"/>
      </w:pPr>
      <w:r>
        <w:t>ایسا کیوں؟ ایسا اس لیے کہ مال خرچ ہوتا ہے۔ سارے آج کی دنیا میں ہر آدمی مال کا پوجا کرتا ہے۔ جہاں مال نہ خرچ کرنا ہو، وہاں خوب دھوم مچائے گا۔</w:t>
      </w:r>
    </w:p>
    <w:p>
      <w:r>
        <w:rPr>
          <w:b/>
        </w:rPr>
        <w:t xml:space="preserve">[36:13] </w:t>
      </w:r>
      <w:r>
        <w:t>kuch nahi is ke siwa hai maal ki mohabbat. maal ko chahte hain log dein apne beta beti ko, apne ghar walon ko, apne ambitions mein kharch kar rahe hain.</w:t>
      </w:r>
    </w:p>
    <w:p>
      <w:pPr>
        <w:jc w:val="right"/>
      </w:pPr>
      <w:r>
        <w:t>کچھ نہیں اس کے سوا ہے مال کی محبت۔ مال کو چاہتے ہیں لوگ دیں اپنے بیٹا بیٹی کو، اپنے گھر والوں کو، اپنے ایمبیشنز میں خرچ کر رہے ہیں۔</w:t>
      </w:r>
    </w:p>
    <w:p>
      <w:r>
        <w:rPr>
          <w:b/>
        </w:rPr>
        <w:t xml:space="preserve">[36:27] </w:t>
      </w:r>
      <w:r>
        <w:t>maal ke mamle mein hamesha hi insan aisi raha hai aur kuch bhi nahi hai. dekhiye, hota kya hai ke jis cheez mein aap,</w:t>
      </w:r>
    </w:p>
    <w:p>
      <w:pPr>
        <w:jc w:val="right"/>
      </w:pPr>
      <w:r>
        <w:t>مال کے معاملے میں ہمیشہ ہی انسان ایسی رہا ہے اور کچھ بھی نہیں ہے۔ دیکھیے، ہوتا کیا ہے کہ جس چیز میں آپ،</w:t>
      </w:r>
    </w:p>
    <w:p>
      <w:r>
        <w:rPr>
          <w:b/>
        </w:rPr>
        <w:t xml:space="preserve">[36:41] </w:t>
      </w:r>
      <w:r>
        <w:t>yani jis cheez se aap ko mohabbat ho jaye, wahan aap ke aql parda pad jata hai. aap samajh nahi paate. itne dalail hum ne diye hain, itne dalail diye hain, aap samajh mein nahi aata.</w:t>
      </w:r>
    </w:p>
    <w:p>
      <w:pPr>
        <w:jc w:val="right"/>
      </w:pPr>
      <w:r>
        <w:t>یعنی جس چیز سے آپ کو محبت ہو جائے، وہاں آپ کے عقل پردہ پڑ جاتا ہے۔ آپ سمجھ نہیں پاتے۔ اتنے دلائل ہم نے دیے ہیں، اتنے دلائل دیے ہیں، آپ سمجھ میں نہیں آتا۔</w:t>
      </w:r>
    </w:p>
    <w:p>
      <w:r>
        <w:rPr>
          <w:b/>
        </w:rPr>
        <w:t xml:space="preserve">[36:54] </w:t>
      </w:r>
      <w:r>
        <w:t>to mein yahi manunga ke maal ki mohabbat ki wajah se aap ki samajh mein nahi aa raha. yahi kahunga mein.</w:t>
      </w:r>
    </w:p>
    <w:p>
      <w:pPr>
        <w:jc w:val="right"/>
      </w:pPr>
      <w:r>
        <w:t>تو میں یہی مانوں گا کہ مال کی محبت کی وجہ سے آپ کی سمجھ میں نہیں آ رہا۔ یہی کہوں گا میں۔</w:t>
      </w:r>
    </w:p>
    <w:p>
      <w:r>
        <w:rPr>
          <w:b/>
        </w:rPr>
        <w:t xml:space="preserve">[37:03] </w:t>
      </w:r>
      <w:r>
        <w:t>quran mein dekhiye, aik ayat hai ke woh, woh, woh kya ayat hai? sahib, woh "hata tunfiqo mimmatum".</w:t>
      </w:r>
    </w:p>
    <w:p>
      <w:pPr>
        <w:jc w:val="right"/>
      </w:pPr>
      <w:r>
        <w:t>قرآن میں دیکھیے، ایک آیت ہے کہ وہ، وہ، وہ کیا آیت ہے؟ صاحب، وہ "حتی تنفق امتہبون"۔</w:t>
      </w:r>
    </w:p>
    <w:p>
      <w:r>
        <w:rPr>
          <w:b/>
        </w:rPr>
        <w:t xml:space="preserve">[37:18] </w:t>
      </w:r>
      <w:r>
        <w:t>haan, is ka woh hawala parhiye, tarjuma parhiye. aur jo sahib ko shakk hai, mein un se kehta hoon ke aap jo ayat mein ne parhi ke sare alam tak pohanchay "likon lilalamin nzirah", to kaun quran ko bator nazir logon tak pohanchayega?</w:t>
      </w:r>
    </w:p>
    <w:p>
      <w:pPr>
        <w:jc w:val="right"/>
      </w:pPr>
      <w:r>
        <w:t>ہاں، اس کا وہ حوالہ پڑھیے، ترجمہ پڑھیے۔ اور جو صاحب کو شک ہے، میں ان سے کہتا ہوں کہ آپ جو آیت میں نے پڑھی کہ سارے عالم تک پہنچے "لیکون للعالمین نذرہ"، تو کون قرآن کو بطور نظیر لوگوں تک پہنچائے گا؟</w:t>
      </w:r>
    </w:p>
    <w:p>
      <w:r>
        <w:rPr>
          <w:b/>
        </w:rPr>
        <w:t xml:space="preserve">[37:42] </w:t>
      </w:r>
      <w:r>
        <w:t>aur aik ayat, aik hadith mein aur bhi wazeh hai ke ghar ghar mein dakhil ho jaye to kaun dakhil karega? kaun dakhil karega?</w:t>
      </w:r>
    </w:p>
    <w:p>
      <w:pPr>
        <w:jc w:val="right"/>
      </w:pPr>
      <w:r>
        <w:t>اور ایک آیت، ایک حدیث میں اور بھی واضح ہے کہ گھر گھر میں داخل ہو جائے تو کون داخل کرے گا؟ کون داخل کرے گا؟</w:t>
      </w:r>
    </w:p>
    <w:p>
      <w:r>
        <w:rPr>
          <w:b/>
        </w:rPr>
        <w:t xml:space="preserve">[37:53] </w:t>
      </w:r>
      <w:r>
        <w:t>mujhe bataiye. log is ke liye paisa kharch karein, log is ke liye apna energy kharch karein, apna time kharch karein.</w:t>
      </w:r>
    </w:p>
    <w:p>
      <w:pPr>
        <w:jc w:val="right"/>
      </w:pPr>
      <w:r>
        <w:t>مجھے بتائیے۔ لوگ اس کے لیے پیسہ خرچ کریں، لوگ اس کے لیے اپنا انرجی خرچ کریں، اپنا ٹائم خرچ کریں۔</w:t>
      </w:r>
    </w:p>
    <w:p>
      <w:r>
        <w:rPr>
          <w:b/>
        </w:rPr>
        <w:t xml:space="preserve">[38:02] </w:t>
      </w:r>
      <w:r>
        <w:t>is ka har zaban mein tarjuma ho to do daudein is ke liye. tabhi to hoga ke har ghar mein dakhil ho.</w:t>
      </w:r>
    </w:p>
    <w:p>
      <w:pPr>
        <w:jc w:val="right"/>
      </w:pPr>
      <w:r>
        <w:t>اس کا ہر زبان میں ترجمہ ہو تو دو دوڑیں اس کے لیے۔ تبھی تو ہوگا کہ ہر گھر میں داخل ہو۔</w:t>
      </w:r>
    </w:p>
    <w:p>
      <w:r>
        <w:rPr>
          <w:b/>
        </w:rPr>
        <w:t xml:space="preserve">[38:13] </w:t>
      </w:r>
      <w:r>
        <w:t>logon ne khud sakhta model bana rakha hai islam ka. is waqt yeh khud sakhta model jab mein kar doon, aap quran ko phir se padhna padega.</w:t>
      </w:r>
    </w:p>
    <w:p>
      <w:pPr>
        <w:jc w:val="right"/>
      </w:pPr>
      <w:r>
        <w:t>لوگوں نے خود ساختہ ماڈل بنا رکھا ہے اسلام کا۔ اس وقت یہ خود ساختہ ماڈل جب میں کر دوں، آپ قرآن کو پھر سے پڑھنا پڑے گا۔</w:t>
      </w:r>
    </w:p>
    <w:p>
      <w:r>
        <w:rPr>
          <w:b/>
        </w:rPr>
        <w:t xml:space="preserve">[38:25] </w:t>
      </w:r>
      <w:r>
        <w:t>aap ko jo quran aap ne padha tha, us ko phir se padhiye. tab aap rediscover karenge aap us ki ahmiyat ke quran ko sari dunya mein har ghar mein pahunchana hai.</w:t>
      </w:r>
    </w:p>
    <w:p>
      <w:pPr>
        <w:jc w:val="right"/>
      </w:pPr>
      <w:r>
        <w:t>آپ کو جو قرآن آپ نے پڑھا تھا، اس کو پھر سے پڑھیے۔ تب آپ ری ڈسکور کریں گے آپ اس کی اہمیت کہ قرآن کو ساری دنیا میں ہر گھر میں پہنچانا ہے۔</w:t>
      </w:r>
    </w:p>
    <w:p>
      <w:r>
        <w:rPr>
          <w:b/>
        </w:rPr>
        <w:t xml:space="preserve">[38:41] </w:t>
      </w:r>
      <w:r>
        <w:t>to kaise pohanchayega? jab log yeh to tay hai ke log kharidenge nahi. aap ghar aa kar ke aap ko darwaza knock karenge, kahenge mujhe quran kharidna hai.</w:t>
      </w:r>
    </w:p>
    <w:p>
      <w:pPr>
        <w:jc w:val="right"/>
      </w:pPr>
      <w:r>
        <w:t>تو کیسے پہنچے گا؟ جب لوگ یہ تو طے ہے کہ لوگ خریدیں گے نہیں۔ آپ گھر آ کر کے آپ کو دروازہ نک کریں گے، کہیں گے مجھے قرآن خریدنا ہے۔</w:t>
      </w:r>
    </w:p>
    <w:p>
      <w:r>
        <w:rPr>
          <w:b/>
        </w:rPr>
        <w:t xml:space="preserve">[38:52] </w:t>
      </w:r>
      <w:r>
        <w:t>yeh kahega koi to pahunchana hi padega aap ko, distribute karna hi padega aap ko. distribution kya hai? yeh wahi cheez hai jis ko ke muqri kaha gaya hai.</w:t>
      </w:r>
    </w:p>
    <w:p>
      <w:pPr>
        <w:jc w:val="right"/>
      </w:pPr>
      <w:r>
        <w:t>یہ کہے گا کوئی تو پہنچانا ہی پڑے گا آپ کو، ڈسٹریبیوٹ کرنا ہی پڑے گا آپ کو۔ ڈسٹریبیوشن کیا ہے؟ یہ وہی چیز ہے جس کو کہ مقری کہا گیا ہے۔</w:t>
      </w:r>
    </w:p>
    <w:p>
      <w:r>
        <w:rPr>
          <w:b/>
        </w:rPr>
        <w:t xml:space="preserve">[39:05] </w:t>
      </w:r>
      <w:r>
        <w:t>sahaba ko muqri kaha jata tha. muqri padh kar sunane wala. muqri mani hai padh kar sunane wala. to ab is zamane mein printing paper nahi tha, to log muqri ban gaye.</w:t>
      </w:r>
    </w:p>
    <w:p>
      <w:pPr>
        <w:jc w:val="right"/>
      </w:pPr>
      <w:r>
        <w:t>صحابہ کو مقری کہا جاتا تھا۔ مقری پڑھ کر سنانے والا۔ مقری معنی ہے پڑھ کر سنانے والا۔ تو اب اس زمانے میں پرنٹنگ پیپر نہیں تھا، تو لوگ مقری بن گئے۔</w:t>
      </w:r>
    </w:p>
    <w:p>
      <w:r>
        <w:rPr>
          <w:b/>
        </w:rPr>
        <w:t xml:space="preserve">[39:18] </w:t>
      </w:r>
      <w:r>
        <w:t>ab printing paper to ab distributor ban jaiye. wahi to hai yeh. yeh surah rasool yeh hai. in sahaba ko kaha jata tha muqri kyunke jagah jagah ja kar ke quran ko padh ke sunate the, yaad yaad kar ke.</w:t>
      </w:r>
    </w:p>
    <w:p>
      <w:pPr>
        <w:jc w:val="right"/>
      </w:pPr>
      <w:r>
        <w:t>اب پرنٹنگ پیپر تو اب ڈسٹریبیوٹر بن جائیے۔ وہی تو ہے یہ۔ یہ سورۃ رسول یہ ہے۔ ان صحابہ کو کہا جاتا تھا مقری کیونکہ جگہ جگہ جا کر کے قرآن کو پڑھ کے سناتے تھے، یاد یاد کر کے۔</w:t>
      </w:r>
    </w:p>
    <w:p>
      <w:r>
        <w:rPr>
          <w:b/>
        </w:rPr>
        <w:t xml:space="preserve">[39:32] </w:t>
      </w:r>
      <w:r>
        <w:t>to is zamane mein kitab nahi hoti thi, printing press nahi tha. ab printing press hai to aap distribute kijiye. yani muqri woh muqri bane the, aap distributor ban jaiye.</w:t>
      </w:r>
    </w:p>
    <w:p>
      <w:pPr>
        <w:jc w:val="right"/>
      </w:pPr>
      <w:r>
        <w:t>تو اس زمانے میں کتاب نہیں ہوتی تھی، پرنٹنگ پریس نہیں تھا۔ اب پرنٹنگ پریس ہے تو آپ ڈسٹریبیوٹ کیجئے۔ یعنی مقری وہ مقری بنے تھے، آپ ڈسٹریبیوٹر بن جائیے۔</w:t>
      </w:r>
    </w:p>
    <w:p>
      <w:r>
        <w:rPr>
          <w:b/>
        </w:rPr>
        <w:t xml:space="preserve">[39:45] </w:t>
      </w:r>
      <w:r>
        <w:t>kyun nahi? aap ko samajh mein aata? itni khuli khuli dalil.</w:t>
      </w:r>
    </w:p>
    <w:p>
      <w:pPr>
        <w:jc w:val="right"/>
      </w:pPr>
      <w:r>
        <w:t>کیوں نہیں؟ آپ کو سمجھ میں آتا؟ اتنی کھلی کھلی دلیل۔</w:t>
      </w:r>
    </w:p>
    <w:p>
      <w:r>
        <w:rPr>
          <w:b/>
        </w:rPr>
        <w:t xml:space="preserve">[39:52] </w:t>
      </w:r>
      <w:r>
        <w:t>yeh muqri ka doosra form hai distribution.</w:t>
      </w:r>
    </w:p>
    <w:p>
      <w:pPr>
        <w:jc w:val="right"/>
      </w:pPr>
      <w:r>
        <w:t>یہ مقری کا دوسرا فارم ہے ڈسٹریبیوشن۔</w:t>
      </w:r>
    </w:p>
    <w:p>
      <w:r>
        <w:rPr>
          <w:b/>
        </w:rPr>
        <w:t xml:space="preserve">[40:02] </w:t>
      </w:r>
      <w:r>
        <w:t>maulana, woh ayat hai surah aal imran chapter number three ayat number 92 "lan tanalu mimma tuhibbun".</w:t>
      </w:r>
    </w:p>
    <w:p>
      <w:pPr>
        <w:jc w:val="right"/>
      </w:pPr>
      <w:r>
        <w:t>مولانا، وہ آیت ہے سورہ آل عمران چیپٹر نمبر تھری آیت نمبر 92 "لم تنالوا مما تحبون"۔</w:t>
      </w:r>
    </w:p>
    <w:p>
      <w:r>
        <w:rPr>
          <w:b/>
        </w:rPr>
        <w:t xml:space="preserve">[40:14] </w:t>
      </w:r>
      <w:r>
        <w:t>tum hargiz neki ko nahi pa sakte yahan tak ke tum kharch karo is cheez mein se jis ko tum pasand karte ho. haan, yahi yani yani is ka matlab yahi hai ke maal jis jo logon ko bohat mehboob hota hai, us ko kharch karna parega tum ko,</w:t>
      </w:r>
    </w:p>
    <w:p>
      <w:pPr>
        <w:jc w:val="right"/>
      </w:pPr>
      <w:r>
        <w:t>تم ہرگز نیکی کو نہیں پا سکتے یہاں تک کہ تم خرچ کرو اس چیز میں سے جس کو تم پسند کرتے ہو۔ ہاں، یہی یعنی یعنی اس کا مطلب یہی ہے کہ مال جس جو لوگوں کو بہت محبوب ہوتا ہے، اس کو خرچ کرنا پڑے گا تم کو،</w:t>
      </w:r>
    </w:p>
    <w:p>
      <w:r>
        <w:rPr>
          <w:b/>
        </w:rPr>
        <w:t xml:space="preserve">[40:32] </w:t>
      </w:r>
      <w:r>
        <w:t>warna neki ka darja nahi milega tum ko. maulana, ek sawal aaya hai aur likhne wale ne apna naam nahi bataya, jagah bhi nahi bataya hai.</w:t>
      </w:r>
    </w:p>
    <w:p>
      <w:pPr>
        <w:jc w:val="right"/>
      </w:pPr>
      <w:r>
        <w:t>ورنہ نیکی کا درجہ نہیں ملے گا تم کو۔ مولانا، ایک سوال آیا ہے اور لکھنے والے نے اپنا نام نہیں بتایا، جگہ بھی نہیں بتایا ہے۔</w:t>
      </w:r>
    </w:p>
    <w:p>
      <w:r>
        <w:rPr>
          <w:b/>
        </w:rPr>
        <w:t xml:space="preserve">[40:43] </w:t>
      </w:r>
      <w:r>
        <w:t>aur sawal yeh hai ke quran ko letter box ke zariye bhi post kiya ja sakta hai? bina quran ko post karna kafi hai baghair baat kiye hue ya baat kar ke hi quran dena chahiye?</w:t>
      </w:r>
    </w:p>
    <w:p>
      <w:pPr>
        <w:jc w:val="right"/>
      </w:pPr>
      <w:r>
        <w:t>اور سوال یہ ہے کہ قرآن کو لیٹر باکس کے ذریعے بھی پوسٹ کیا جا سکتا ہے؟ بنا قرآن کو پوسٹ کرنا کافی ہے بغیر بات کیے ہوئے یا بات کر کے ہی قرآن دینا چاہیے؟</w:t>
      </w:r>
    </w:p>
    <w:p>
      <w:r>
        <w:rPr>
          <w:b/>
        </w:rPr>
        <w:t xml:space="preserve">[40:55] </w:t>
      </w:r>
      <w:r>
        <w:t>dono tarah tareeqa jahan jo mumkin ho, jaisa mumkin ho.</w:t>
      </w:r>
    </w:p>
    <w:p>
      <w:pPr>
        <w:jc w:val="right"/>
      </w:pPr>
      <w:r>
        <w:t>دونوں طرح طریقہ جہاں جو ممکن ہو، جیسا ممکن ہو۔</w:t>
      </w:r>
    </w:p>
    <w:p>
      <w:r>
        <w:rPr>
          <w:b/>
        </w:rPr>
        <w:t xml:space="preserve">[41:03] </w:t>
      </w:r>
      <w:r>
        <w:t>yeh to aap ki yani capacity ki baat hai. jaisa aap ke bas mein woh kijiye.</w:t>
      </w:r>
    </w:p>
    <w:p>
      <w:pPr>
        <w:jc w:val="right"/>
      </w:pPr>
      <w:r>
        <w:t>یہ تو آپ کی یعنی کیپیسٹی کی بات ہے۔ جیسا آپ کے بس میں وہ کیجئے۔</w:t>
      </w:r>
    </w:p>
    <w:p>
      <w:r>
        <w:rPr>
          <w:b/>
        </w:rPr>
        <w:t xml:space="preserve">[41:17] </w:t>
      </w:r>
      <w:r>
        <w:t>maulana, doctor junaid sheikh ne mumbai se comment likha hai. unhone likha hai ke "today lecture cleared my confusion".</w:t>
      </w:r>
    </w:p>
    <w:p>
      <w:pPr>
        <w:jc w:val="right"/>
      </w:pPr>
      <w:r>
        <w:t>مولانا، ڈاکٹر جنید شیخ نے ممبئی سے کمنٹ لکھا ہے۔ انہوں نے لکھا ہے کہ "ٹوڈے لیکچر کلیئرڈ مائی کنفیوژن"۔</w:t>
      </w:r>
    </w:p>
    <w:p>
      <w:r>
        <w:rPr>
          <w:b/>
        </w:rPr>
        <w:t xml:space="preserve">[41:28] </w:t>
      </w:r>
      <w:r>
        <w:t>charity is temporary and cannot be a mission. da'wah work, excuse me, da'wah work is what god wants from us.</w:t>
      </w:r>
    </w:p>
    <w:p>
      <w:pPr>
        <w:jc w:val="right"/>
      </w:pPr>
      <w:r>
        <w:t>چیریٹی از ٹیمپرری اینڈ کین ناٹ بی ا مشن۔ دعویٰ ورک، ایکسکیوز می، دعویٰ ورک از واٹ گاڈ وانٹس فرام اس۔</w:t>
      </w:r>
    </w:p>
    <w:p>
      <w:r>
        <w:rPr>
          <w:b/>
        </w:rPr>
        <w:t xml:space="preserve">[41:38] </w:t>
      </w:r>
      <w:r>
        <w:t>and for that he provided all needed infrastructure. it increases my conviction in the mission. jazak allah maulana.</w:t>
      </w:r>
    </w:p>
    <w:p>
      <w:pPr>
        <w:jc w:val="right"/>
      </w:pPr>
      <w:r>
        <w:t>اینڈ فار دیٹ ہی پرووائیڈڈ ال نیڈڈ انفراسٹرکچر۔ اٹ انکریز مائی کنوکشن ان دا مشن۔ جزاک اللہ مولانا۔</w:t>
      </w:r>
    </w:p>
    <w:p>
      <w:r>
        <w:rPr>
          <w:b/>
        </w:rPr>
        <w:t xml:space="preserve">[41:48] </w:t>
      </w:r>
      <w:r>
        <w:t>masha allah.</w:t>
      </w:r>
    </w:p>
    <w:p>
      <w:pPr>
        <w:jc w:val="right"/>
      </w:pPr>
      <w:r>
        <w:t>ماشاءاللہ۔</w:t>
      </w:r>
    </w:p>
    <w:p>
      <w:r>
        <w:rPr>
          <w:b/>
        </w:rPr>
        <w:t xml:space="preserve">[41:53] </w:t>
      </w:r>
      <w:r>
        <w:t>maulana abdul rehman sahib ne likha hai ghaziabad se. maulana, it was a very important talk. routine work of life and mission of life needs to be separated.</w:t>
      </w:r>
    </w:p>
    <w:p>
      <w:pPr>
        <w:jc w:val="right"/>
      </w:pPr>
      <w:r>
        <w:t>مولانا عبدالرحمن صاحب نے لکھا ہے غازی آباد سے۔ مولانا، اٹ واز ا ویری امپورٹنٹ ٹاک۔ روٹین ورک اف لائف اینڈ مشن اف لائف نیڈز ٹو بی سیپریٹڈ۔</w:t>
      </w:r>
    </w:p>
    <w:p>
      <w:r>
        <w:rPr>
          <w:b/>
        </w:rPr>
        <w:t xml:space="preserve">[42:07] </w:t>
      </w:r>
      <w:r>
        <w:t>charity is an extension of family life, not something which can be adopted as a mission. what may be taken as mission should be of highest degree.</w:t>
      </w:r>
    </w:p>
    <w:p>
      <w:pPr>
        <w:jc w:val="right"/>
      </w:pPr>
      <w:r>
        <w:t>چیریٹی از این ایکسٹینشن اف فیملی لائف، ناٹ سمتھنگ وچ کین بی اڈاپٹڈ ایز ا مشن۔ واٹ می بی ٹیکن ایز مشن شوڈ بی اف ہائیسٹ ڈگری۔</w:t>
      </w:r>
    </w:p>
    <w:p>
      <w:r>
        <w:rPr>
          <w:b/>
        </w:rPr>
        <w:t xml:space="preserve">[42:19] </w:t>
      </w:r>
      <w:r>
        <w:t>spreading awareness of creation plan of god among people deserves the status of a mission. hence, only quran which explains the creation plan of god should be made the sole mission.</w:t>
      </w:r>
    </w:p>
    <w:p>
      <w:pPr>
        <w:jc w:val="right"/>
      </w:pPr>
      <w:r>
        <w:t>سپریڈنگ اویرنس اف کریشن پلان اف گاڈ امنگ پیپل ڈیزروز دا سٹیٹس اف ا مشن۔ ہینس، اونلی قرآن وچ ایکسپلینز دی کریشن پلان اف گاڈ شوڈ بی میڈ دا سول مشن۔</w:t>
      </w:r>
    </w:p>
    <w:p>
      <w:r>
        <w:rPr>
          <w:b/>
        </w:rPr>
        <w:t xml:space="preserve">[42:33] </w:t>
      </w:r>
      <w:r>
        <w:t>today, it is very much clear that charity work and mission are two different things. jazak allah maulana, may allah bless you immensely and always.</w:t>
      </w:r>
    </w:p>
    <w:p>
      <w:pPr>
        <w:jc w:val="right"/>
      </w:pPr>
      <w:r>
        <w:t>ٹوڈے، اٹ از ویری مچ کلیئر دیٹ چیریٹی ورک اینڈ مشن ار ٹو ڈفرنٹ تھنگز۔ جزاک اللہ مولانا، می اللہ بلیس یو ایمنسلی اینڈ الویز۔</w:t>
      </w:r>
    </w:p>
    <w:p>
      <w:r>
        <w:rPr>
          <w:b/>
        </w:rPr>
        <w:t xml:space="preserve">[42:46] </w:t>
      </w:r>
      <w:r>
        <w:t>miss firdous shareef ne likha hai dubai se. masha allah, kitni behtareen baat</w:t>
      </w:r>
    </w:p>
    <w:p>
      <w:pPr>
        <w:jc w:val="right"/>
      </w:pPr>
      <w:r>
        <w:t>مس فردوس شریف نے لکھا ہے دبئی سے۔ ماشاءاللہ، کتنی بہترین بات</w:t>
      </w:r>
    </w:p>
    <w:p>
      <w:r>
        <w:rPr>
          <w:b/>
        </w:rPr>
        <w:t xml:space="preserve">[42:51] </w:t>
      </w:r>
      <w:r>
        <w:t>! sachai ka mayar itna aala ke har baat saaf ho kar samne aa jati hai ghaur karne par. maulana, jab se hum aap log aap ke paas aa rahe hain, hamein da'wah ki importance ka aur us ke upar kharch karne ka baat bilkul achi tarah se samajh mein aa gayi.</w:t>
      </w:r>
    </w:p>
    <w:p>
      <w:pPr>
        <w:jc w:val="right"/>
      </w:pPr>
      <w:r>
        <w:t>! سچائی کا معیار اتنا اعلیٰ کہ ہر بات صاف ہو کر سامنے آ جاتی ہے غور کرنے پر۔ مولانا، جب سے ہم آپ لوگ آپ کے پاس آ رہے ہیں، ہمیں دعوت کی امپورٹنس کا اور اس کے اوپر خرچ کرنے کا بات بالکل اچھی طرح سے سمجھ میں آ گئی۔</w:t>
      </w:r>
    </w:p>
    <w:p>
      <w:r>
        <w:rPr>
          <w:b/>
        </w:rPr>
        <w:t xml:space="preserve">[43:15] </w:t>
      </w:r>
      <w:r>
        <w:t>lekin kuch ghareeb rishtedar bhi aap ke aise hain ke hum general kisi ko</w:t>
      </w:r>
    </w:p>
    <w:p>
      <w:pPr>
        <w:jc w:val="right"/>
      </w:pPr>
      <w:r>
        <w:t>لیکن کچھ غریب رشتہ دار بھی آپ کے ایسے ہیں کہ ہم جنرل کسی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