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Surah Al-Naba (1-20) –</w:t>
        <w:br/>
        <w:t>Preparing for the Day of Judgment (English) Dec 29, 2024</w:t>
      </w:r>
    </w:p>
    <w:p>
      <w:r>
        <w:t>https://youtu.be/E8lYDiaIhBg</w:t>
      </w:r>
    </w:p>
    <w:p>
      <w:r>
        <w:rPr>
          <w:b/>
        </w:rPr>
        <w:t xml:space="preserve">[00:01] </w:t>
      </w:r>
      <w:r>
        <w:t>assalamualaikum. today we will have discussion with dr. saniya hassnain khan sahib on surah an-naba. this seventy-eighth chapter of the quran was revealed in mecca in the early prophethood days of prophet muhammad (peace be upon him).</w:t>
      </w:r>
    </w:p>
    <w:p>
      <w:pPr>
        <w:jc w:val="right"/>
      </w:pPr>
      <w:r>
        <w:t>السلام علیکم۔ ٹوڈے وی ویل ہیو ڈسکشن ود ڈاکٹر ثانیہ حسنین خان صاحب آن سورہ النبا۔ دس سیونٹی ایٹھ چیپٹر آف دا قرآن واز ریویلڈ ان مکہ ان دی ارلی پرافٹ ہڈ ڈیز آف پرافٹ محمد صلی اللہ علیہ وسلم۔</w:t>
      </w:r>
    </w:p>
    <w:p>
      <w:r>
        <w:rPr>
          <w:b/>
        </w:rPr>
        <w:t xml:space="preserve">[00:18] </w:t>
      </w:r>
      <w:r>
        <w:t>it is a reminder of the day of judgment and the wonders of both the worlds, that is this world and the eternal world to come.</w:t>
      </w:r>
    </w:p>
    <w:p>
      <w:pPr>
        <w:jc w:val="right"/>
      </w:pPr>
      <w:r>
        <w:t>اٹ از ا ریمائنڈر آف دا ڈے آف ججمنٹ اینڈ دی ونڈرز آف بوتھ دی ورلڈز، دیٹ از دس ورلڈ اینڈ دی ایٹرنل ورلڈ ٹو کم</w:t>
      </w:r>
    </w:p>
    <w:p>
      <w:r>
        <w:rPr>
          <w:b/>
        </w:rPr>
        <w:t xml:space="preserve">[00:27] </w:t>
      </w:r>
      <w:r>
        <w:t>. today we will understand the first twenty verses of this important chapter from dr. sahib. assalamualaikum dr. sahib.</w:t>
      </w:r>
    </w:p>
    <w:p>
      <w:pPr>
        <w:jc w:val="right"/>
      </w:pPr>
      <w:r>
        <w:t>۔ ٹوڈے وی ویل انڈرسٹینڈ دی فرسٹ ٹونٹی ورسز آف دس امپورٹنٹ چیپٹر فرام ڈاکٹر صاحب۔ السلام علیکم ڈاکٹر صاحب۔</w:t>
      </w:r>
    </w:p>
    <w:p>
      <w:r>
        <w:rPr>
          <w:b/>
        </w:rPr>
        <w:t xml:space="preserve">[00:35] </w:t>
      </w:r>
      <w:r>
        <w:t>wa alaikum assalam, alhamdulillah. aap kaise hain? very well, dr. sahib. thank you for taking time out and doing a session on this important surah.</w:t>
      </w:r>
    </w:p>
    <w:p>
      <w:pPr>
        <w:jc w:val="right"/>
      </w:pPr>
      <w:r>
        <w:t>وعلیکم السلام، الحمدللہ۔ آپ کیسے ہیں؟ ویری ویل، ڈاکٹر صاحب۔ تھینک یو فار ٹیکنگ ٹائم آؤٹ اینڈ ڈوئنگ ا سیشن آن دس امپورٹنٹ سورہ۔</w:t>
      </w:r>
    </w:p>
    <w:p>
      <w:r>
        <w:rPr>
          <w:b/>
        </w:rPr>
        <w:t xml:space="preserve">[00:44] </w:t>
      </w:r>
      <w:r>
        <w:t>and dr. sahib, to begin with, i will request you to start with the meaning and the explanation of the first five verses of this surah.</w:t>
      </w:r>
    </w:p>
    <w:p>
      <w:pPr>
        <w:jc w:val="right"/>
      </w:pPr>
      <w:r>
        <w:t>اینڈ ڈاکٹر صاحب، ٹو بیگن ود، آئی ویل ریکویسٹ یو ٹو سٹارٹ ود دا میننگ اینڈ دی ایکسپلینیشن آف دا فرسٹ فائیو ورسز آف دس سورہ۔</w:t>
      </w:r>
    </w:p>
    <w:p>
      <w:r>
        <w:rPr>
          <w:b/>
        </w:rPr>
        <w:t xml:space="preserve">[00:54] </w:t>
      </w:r>
      <w:r>
        <w:t>inshallah. bismillah hir rahman nir rahim.</w:t>
      </w:r>
    </w:p>
    <w:p>
      <w:pPr>
        <w:jc w:val="right"/>
      </w:pPr>
      <w:r>
        <w:t>انشاءاللہ۔ بسم اللہ الرحمن الرحیم۔</w:t>
      </w:r>
    </w:p>
    <w:p>
      <w:r>
        <w:rPr>
          <w:b/>
        </w:rPr>
        <w:t xml:space="preserve">[00:59] </w:t>
      </w:r>
      <w:r>
        <w:t>rabbishrah li sadri wa yassir li amri wahlul uqdatan min lisani yafqahu qawli. surah an-naba, the main theme of surah an-naba is hereafter, resurrection and the day of judgment.</w:t>
      </w:r>
    </w:p>
    <w:p>
      <w:pPr>
        <w:jc w:val="right"/>
      </w:pPr>
      <w:r>
        <w:t>رب اشرح لی صدری ویسر لی امری واحل العقدۃ من لسانی یفقہ قولی۔ سورہ النبا، دا مین تھیم آف سورہ النبا از ہیئر آفٹر ریزرکشن اینڈ دا ڈے آف ججمنٹ۔</w:t>
      </w:r>
    </w:p>
    <w:p>
      <w:r>
        <w:rPr>
          <w:b/>
        </w:rPr>
        <w:t xml:space="preserve">[01:21] </w:t>
      </w:r>
      <w:r>
        <w:t>so the primary subject of the surah is the reality and certainty of the day of judgment.</w:t>
      </w:r>
    </w:p>
    <w:p>
      <w:pPr>
        <w:jc w:val="right"/>
      </w:pPr>
      <w:r>
        <w:t>سو دا پرائمری سبجیکٹ آف دا سورہ از دا ریلیٹی اینڈ سرٹینٹی آف دا ڈے آف ججمنٹ۔</w:t>
      </w:r>
    </w:p>
    <w:p>
      <w:r>
        <w:rPr>
          <w:b/>
        </w:rPr>
        <w:t xml:space="preserve">[01:30] </w:t>
      </w:r>
      <w:r>
        <w:t>the surah begins with a rhetorical question to arouse curiosity among the readers, among the listeners about the day of judgment.</w:t>
      </w:r>
    </w:p>
    <w:p>
      <w:pPr>
        <w:jc w:val="right"/>
      </w:pPr>
      <w:r>
        <w:t>دا سورہ بیگنز ود اے ریٹوریکل کوئسچن ٹو اراؤز کیوریسٹی امنگ دا ریڈرز، امنگ دا لسنرز اباؤٹ دا ڈے آف ججمنٹ۔</w:t>
      </w:r>
    </w:p>
    <w:p>
      <w:r>
        <w:rPr>
          <w:b/>
        </w:rPr>
        <w:t xml:space="preserve">[01:48] </w:t>
      </w:r>
      <w:r>
        <w:t>a'udhu billahi minash shaitanir rajeem, bismillah hir rahman nir rahim. 'amma yatasa'aloon?</w:t>
      </w:r>
    </w:p>
    <w:p>
      <w:pPr>
        <w:jc w:val="right"/>
      </w:pPr>
      <w:r>
        <w:t>اعوذ باللہ من الشیطان الرجیم، بسم اللہ الرحمن الرحیم۔ عما یتساءلون؟</w:t>
      </w:r>
    </w:p>
    <w:p>
      <w:r>
        <w:rPr>
          <w:b/>
        </w:rPr>
        <w:t xml:space="preserve">[01:56] </w:t>
      </w:r>
      <w:r>
        <w:t>about what they are questioning each other? what they are discussing with each other?</w:t>
      </w:r>
    </w:p>
    <w:p>
      <w:pPr>
        <w:jc w:val="right"/>
      </w:pPr>
      <w:r>
        <w:t>اباؤٹ واٹ دے آر کوئسچننگ ایچ ادر؟ واٹ دے آر ڈسکسنگ ود ایچ ادر؟</w:t>
      </w:r>
    </w:p>
    <w:p>
      <w:r>
        <w:rPr>
          <w:b/>
        </w:rPr>
        <w:t xml:space="preserve">[02:05] </w:t>
      </w:r>
      <w:r>
        <w:t>so this question, this verse is in form of rhetorical question to create a suspense and curiosity and to prepare the reader to pay attention to the profound answer</w:t>
      </w:r>
    </w:p>
    <w:p>
      <w:pPr>
        <w:jc w:val="right"/>
      </w:pPr>
      <w:r>
        <w:t>سو دس کوئسچن، دس ورس از ان فارم آف ریٹوریکل کوئسچن ٹو کریٹ ا سسپنس اینڈ کیوریسٹی اینڈ ٹو پریپیئر دا ریڈر ٹو پے اٹینشن ٹو دا پروفاؤنڈ انسر</w:t>
      </w:r>
    </w:p>
    <w:p>
      <w:r>
        <w:rPr>
          <w:b/>
        </w:rPr>
        <w:t xml:space="preserve">[02:22] </w:t>
      </w:r>
      <w:r>
        <w:t>s. actually it refers to the early mekkans when the prophet muhammad (peace be upon him) started receiving revelation.</w:t>
      </w:r>
    </w:p>
    <w:p>
      <w:pPr>
        <w:jc w:val="right"/>
      </w:pPr>
      <w:r>
        <w:t>ز۔ ایکچولی اٹ ریفرز ٹو دا ارلی مکنز وین دی پرافٹ محمد صلی اللہ علیہ وسلم سٹارٹڈ ریسیونگ ریولیشن۔</w:t>
      </w:r>
    </w:p>
    <w:p>
      <w:r>
        <w:rPr>
          <w:b/>
        </w:rPr>
        <w:t xml:space="preserve">[02:31] </w:t>
      </w:r>
      <w:r>
        <w:t>so this chapter is one of the earliest meccan surahs.</w:t>
      </w:r>
    </w:p>
    <w:p>
      <w:pPr>
        <w:jc w:val="right"/>
      </w:pPr>
      <w:r>
        <w:t>سو دس چیپٹر از ون آف دی ارلیسٹ مکنز سورہ۔</w:t>
      </w:r>
    </w:p>
    <w:p>
      <w:r>
        <w:rPr>
          <w:b/>
        </w:rPr>
        <w:t xml:space="preserve">[02:37] </w:t>
      </w:r>
      <w:r>
        <w:t>so when the prophet received verses about the hereafter, almost all the early verses were focused on the hereafter, after life, resurrection, day of judgment</w:t>
      </w:r>
    </w:p>
    <w:p>
      <w:pPr>
        <w:jc w:val="right"/>
      </w:pPr>
      <w:r>
        <w:t>سو وین دی پرافٹ ریسیوڈ ورسز اباؤٹ دا ہیئر آفٹر، آل موسٹ آل دی ارلی ورسز وار فوکسڈ آن دی ہیئر آفٹر، آفٹر لائف، ریزرکشن، ڈے آف ججمنٹ</w:t>
      </w:r>
    </w:p>
    <w:p>
      <w:r>
        <w:rPr>
          <w:b/>
        </w:rPr>
        <w:t xml:space="preserve">[02:58] </w:t>
      </w:r>
      <w:r>
        <w:t>so the makkans who were not yet followers of the prophet, they were discussing and debating and arguing among themselves about the concept of resurrection and the day of judgment.</w:t>
      </w:r>
    </w:p>
    <w:p>
      <w:pPr>
        <w:jc w:val="right"/>
      </w:pPr>
      <w:r>
        <w:t>۔ سو دی مکنز ہو وار ناٹ یٹ فالوورز آف دی پرافٹ، دے وار ڈسکسنگ اینڈ ڈیبیٹنگ اینڈ آرگوئنگ امنگ دیم سیلفس اباؤٹ دی کانسیپٹ آف ریزرکشن اینڈ دی ڈے آف ججمنٹ۔</w:t>
      </w:r>
    </w:p>
    <w:p>
      <w:r>
        <w:rPr>
          <w:b/>
        </w:rPr>
        <w:t xml:space="preserve">[03:13] </w:t>
      </w:r>
      <w:r>
        <w:t>actually the arabs were not disbelievers in the concept of hereafter, but they didn't believe in the hereafter, in the hereafter which was mentioned in the quran.</w:t>
      </w:r>
    </w:p>
    <w:p>
      <w:pPr>
        <w:jc w:val="right"/>
      </w:pPr>
      <w:r>
        <w:t>ایکچولی دی عربس وار ناٹ ڈس بیلیورز ان دی کانسیپٹ آف ہیئر آفٹر، بٹ دے ڈیڈنٹ بیلیو ان دا ہیئر آفٹر، ان دا ہیئر آفٹر وچ واز مینشن ان دا قرآن۔</w:t>
      </w:r>
    </w:p>
    <w:p>
      <w:r>
        <w:rPr>
          <w:b/>
        </w:rPr>
        <w:t xml:space="preserve">[03:29] </w:t>
      </w:r>
      <w:r>
        <w:t>they were in doubt that by rejecting the prophet muhammad sallallahu alaihi wasallam, they would face degradation and humiliation on the day of judgment.</w:t>
      </w:r>
    </w:p>
    <w:p>
      <w:pPr>
        <w:jc w:val="right"/>
      </w:pPr>
      <w:r>
        <w:t>دے وار ان ڈاؤٹ دیٹ بائی ریجیکٹنگ دی پرافٹ محمد صلی اللہ علیہ وسلم، دے وڈ فیس ڈی گریڈیشن اینڈ ہیومیلیشن آن دا ڈے آف ججمنٹ۔</w:t>
      </w:r>
    </w:p>
    <w:p>
      <w:r>
        <w:rPr>
          <w:b/>
        </w:rPr>
        <w:t xml:space="preserve">[03:41] </w:t>
      </w:r>
      <w:r>
        <w:t>because as time passes, people develop strange ideologies. so the original message fades away.</w:t>
      </w:r>
    </w:p>
    <w:p>
      <w:pPr>
        <w:jc w:val="right"/>
      </w:pPr>
      <w:r>
        <w:t>بیکاز ایز ٹائم پاسز، پیپل ڈیویلپ اسٹرینج آئیڈیالوجیز۔ سو دی اوریجنل میسج فیڈز اوے۔</w:t>
      </w:r>
    </w:p>
    <w:p>
      <w:r>
        <w:rPr>
          <w:b/>
        </w:rPr>
        <w:t xml:space="preserve">[03:52] </w:t>
      </w:r>
      <w:r>
        <w:t>the same thing we see in the present day muslims.</w:t>
      </w:r>
    </w:p>
    <w:p>
      <w:pPr>
        <w:jc w:val="right"/>
      </w:pPr>
      <w:r>
        <w:t>دی سیم تھنگ وی سی ان دا پریزنٹ ڈے مسلمز۔</w:t>
      </w:r>
    </w:p>
    <w:p>
      <w:r>
        <w:rPr>
          <w:b/>
        </w:rPr>
        <w:t xml:space="preserve">[03:55] </w:t>
      </w:r>
      <w:r>
        <w:t>they are just following rituals and they think they will go to paradise. an naba al azeem, this is verse number two about the awesome news, awesome news of resurrection.</w:t>
      </w:r>
    </w:p>
    <w:p>
      <w:pPr>
        <w:jc w:val="right"/>
      </w:pPr>
      <w:r>
        <w:t>دے آر جسٹ فالونگ ریچولز اینڈ دے تھنک دے ویل گو ٹو پیراڈائز۔ عن النبا العظیم، دس از ورس نمبر ٹو اباؤٹ دی آسم نیوز، آسم نیوز آف ریزرکشن۔</w:t>
      </w:r>
    </w:p>
    <w:p>
      <w:r>
        <w:rPr>
          <w:b/>
        </w:rPr>
        <w:t xml:space="preserve">[04:12] </w:t>
      </w:r>
      <w:r>
        <w:t>the surah takes its name from this verse, an naba al azeem, an naba, the news.</w:t>
      </w:r>
    </w:p>
    <w:p>
      <w:pPr>
        <w:jc w:val="right"/>
      </w:pPr>
      <w:r>
        <w:t>دا سورہ ٹیکس اٹس نیم فرام دس ورس، النبا العظیم، النبا، دا نیوز۔</w:t>
      </w:r>
    </w:p>
    <w:p>
      <w:r>
        <w:rPr>
          <w:b/>
        </w:rPr>
        <w:t xml:space="preserve">[04:20] </w:t>
      </w:r>
      <w:r>
        <w:t>so the awesome news refers to the resurrection. and it is called the awesome news because the magnitude and the scale of the day of judgment will impact every human being.</w:t>
      </w:r>
    </w:p>
    <w:p>
      <w:pPr>
        <w:jc w:val="right"/>
      </w:pPr>
      <w:r>
        <w:t>سو دی آسم نیوز ریفرز ٹو دی ریزرکشن۔ اینڈ اٹ از کالڈ دی آسم نیوز بیکاز دی میگنیٹیوڈ اینڈ دا سکیل آف دا ڈے آف ججمنٹ ویل امپیکٹ ایوری ہیومن بینگ۔</w:t>
      </w:r>
    </w:p>
    <w:p>
      <w:r>
        <w:rPr>
          <w:b/>
        </w:rPr>
        <w:t xml:space="preserve">[04:39] </w:t>
      </w:r>
      <w:r>
        <w:t>it urges the reader to consider the importance and certainty of the great news and calls for ref</w:t>
      </w:r>
    </w:p>
    <w:p>
      <w:pPr>
        <w:jc w:val="right"/>
      </w:pPr>
      <w:r>
        <w:t>اٹ ارجز دا ریڈر ٹو کنسیڈر دی امپورٹنس اینڈ سرٹینٹی آف دی گریٹ نیوز اینڈ کالز فار ریف</w:t>
      </w:r>
    </w:p>
    <w:p>
      <w:r>
        <w:rPr>
          <w:b/>
        </w:rPr>
        <w:t xml:space="preserve">[04:50] </w:t>
      </w:r>
      <w:r>
        <w:t>lection. so it is a subject of tadabbur, of deep contemplation.</w:t>
      </w:r>
    </w:p>
    <w:p>
      <w:pPr>
        <w:jc w:val="right"/>
      </w:pPr>
      <w:r>
        <w:t>لیکشن۔ سو اٹ از اے سبجیکٹ آف تدبر، آف ڈیپ کنٹمپلیشن۔</w:t>
      </w:r>
    </w:p>
    <w:p>
      <w:r>
        <w:rPr>
          <w:b/>
        </w:rPr>
        <w:t xml:space="preserve">[04:58] </w:t>
      </w:r>
      <w:r>
        <w:t>so the entire surah is actually subject of tadabbur, alladheena hum feehi mukhtalifoon, regarding which they are in disagreement.</w:t>
      </w:r>
    </w:p>
    <w:p>
      <w:pPr>
        <w:jc w:val="right"/>
      </w:pPr>
      <w:r>
        <w:t>سو دا انٹائر سورہ از ایکچولی سبجیکٹ آف تدبر، الذیہم فیہ مختلفون، ریگارڈنگ وچ دے آر ان ڈس ایگریمنٹ۔</w:t>
      </w:r>
    </w:p>
    <w:p>
      <w:r>
        <w:rPr>
          <w:b/>
        </w:rPr>
        <w:t xml:space="preserve">[05:10] </w:t>
      </w:r>
      <w:r>
        <w:t>so it again refers to the debating and arguing and argument among the people about the reality of day of judgment and resurrection.</w:t>
      </w:r>
    </w:p>
    <w:p>
      <w:pPr>
        <w:jc w:val="right"/>
      </w:pPr>
      <w:r>
        <w:t>سو اٹ اگین ریفرز ٹو دا ڈیبیٹنگ اینڈ آرگوئنگ اینڈ آرگیومنٹ امنگ دا پیپل اباؤٹ دا ریلیٹی آف ڈے آف ججمنٹ اینڈ ریزرکشن۔</w:t>
      </w:r>
    </w:p>
    <w:p>
      <w:r>
        <w:rPr>
          <w:b/>
        </w:rPr>
        <w:t xml:space="preserve">[05:23] </w:t>
      </w:r>
      <w:r>
        <w:t>till date people don't believe that they will die or what will happen, they will die, it will be the end of</w:t>
      </w:r>
    </w:p>
    <w:p>
      <w:pPr>
        <w:jc w:val="right"/>
      </w:pPr>
      <w:r>
        <w:t>ٹل ڈیٹ پیپل ڈونٹ بیلیو دیٹ دے ویل ڈائی اور واٹ ویل ہیپن، دے ویل ڈائی، اٹ ویل بی دا اینڈ آف</w:t>
      </w:r>
    </w:p>
    <w:p>
      <w:r>
        <w:rPr>
          <w:b/>
        </w:rPr>
        <w:t xml:space="preserve">[05:32] </w:t>
      </w:r>
      <w:r>
        <w:t>everything. but the verse affirms here that day of judgment is a fact regardless of their dispute, kalla saya'lamoon, but they will soon come to know.</w:t>
      </w:r>
    </w:p>
    <w:p>
      <w:pPr>
        <w:jc w:val="right"/>
      </w:pPr>
      <w:r>
        <w:t>ایوری تھنگ۔ بٹ دی ورس افرمز ہیر دیٹ ڈے آف ججمنٹ از ا فیکٹ ریگارڈلس آف دیر ڈسپیوٹ، کلا سیعلمون، بٹ دے ویل سون کم ٹو نو۔</w:t>
      </w:r>
    </w:p>
    <w:p>
      <w:r>
        <w:rPr>
          <w:b/>
        </w:rPr>
        <w:t xml:space="preserve">[05:47] </w:t>
      </w:r>
      <w:r>
        <w:t>this verse is a strong warning to those who deny the concept of resurrection.</w:t>
      </w:r>
    </w:p>
    <w:p>
      <w:pPr>
        <w:jc w:val="right"/>
      </w:pPr>
      <w:r>
        <w:t>دس ورس از اے سٹرونگ وارننگ ٹو دوز ہو ڈینائی دا کانسیپٹ آف ریزرکشن۔</w:t>
      </w:r>
    </w:p>
    <w:p>
      <w:r>
        <w:rPr>
          <w:b/>
        </w:rPr>
        <w:t xml:space="preserve">[05:54] </w:t>
      </w:r>
      <w:r>
        <w:t>it says soon they will realize the reality and truth about the resurrection and day of judgment.</w:t>
      </w:r>
    </w:p>
    <w:p>
      <w:pPr>
        <w:jc w:val="right"/>
      </w:pPr>
      <w:r>
        <w:t>اٹ سیز سون دے ویل ریلائز دا ریلیٹی اینڈ ٹروتھ اباؤٹ دا ریزرکشن اینڈ ڈے آف ججمنٹ۔</w:t>
      </w:r>
    </w:p>
    <w:p>
      <w:r>
        <w:rPr>
          <w:b/>
        </w:rPr>
        <w:t xml:space="preserve">[06:06] </w:t>
      </w:r>
      <w:r>
        <w:t>so they should prepare for this important, prepare themselves for the day of judgment before it is too late. thumma kalla saya'lamoon, the verse is repeated, almost the same verse is repeated,</w:t>
      </w:r>
    </w:p>
    <w:p>
      <w:pPr>
        <w:jc w:val="right"/>
      </w:pPr>
      <w:r>
        <w:t>سو دے شوڈ پریپیئر فار دس امپورٹنٹ، پریپیئر دیم سیلفس فار دا ڈے آف ججمنٹ بیفور اٹ از ٹو لیٹ۔ ثم کلا سیعلمون، دی ورس از ریپیٹڈ، آل موسٹ دا سیم ورس از ریپیٹڈ،</w:t>
      </w:r>
    </w:p>
    <w:p>
      <w:r>
        <w:rPr>
          <w:b/>
        </w:rPr>
        <w:t xml:space="preserve">[06:22] </w:t>
      </w:r>
      <w:r>
        <w:t>surely they will soon find the truth, thumma kalla saya'lamoon. so here the repetition is for emphasis.</w:t>
      </w:r>
    </w:p>
    <w:p>
      <w:pPr>
        <w:jc w:val="right"/>
      </w:pPr>
      <w:r>
        <w:t>شورلی دے ویل سون فائنڈ دا ٹروتھ، ثم کلا سیعلمون۔ سو ہیر دی ریپیٹیشن از فار ایمفیسز۔</w:t>
      </w:r>
    </w:p>
    <w:p>
      <w:r>
        <w:rPr>
          <w:b/>
        </w:rPr>
        <w:t xml:space="preserve">[06:32] </w:t>
      </w:r>
      <w:r>
        <w:t>the verse repeats the warning and reinforces the certainty and seriousness of the message.</w:t>
      </w:r>
    </w:p>
    <w:p>
      <w:pPr>
        <w:jc w:val="right"/>
      </w:pPr>
      <w:r>
        <w:t>دی ورس ریپیٹس دا وارننگ اینڈ ری انفورسز دا سرٹینٹی اینڈ سیریسنس آف دی میسج۔</w:t>
      </w:r>
    </w:p>
    <w:p>
      <w:r>
        <w:rPr>
          <w:b/>
        </w:rPr>
        <w:t xml:space="preserve">[06:42] </w:t>
      </w:r>
      <w:r>
        <w:t>so the people will most definitely come to know about the day of resurrection, about the truth of the day of judgment</w:t>
      </w:r>
    </w:p>
    <w:p>
      <w:pPr>
        <w:jc w:val="right"/>
      </w:pPr>
      <w:r>
        <w:t>سو دی پیپل ویل موسٹ ڈیفینیٹلی کم ٹو نو اباؤٹ دا ڈے آف ریزرکشن، اباؤٹ دا ٹروتھ آف دی ڈے آف ججمنٹ</w:t>
      </w:r>
    </w:p>
    <w:p>
      <w:r>
        <w:rPr>
          <w:b/>
        </w:rPr>
        <w:t xml:space="preserve">[06:52] </w:t>
      </w:r>
      <w:r>
        <w:t>. so this repetition also creates a sense of urgency and gravity of the subject of the message and urges people to reflect deeply on their actions, their deeds and their beliefs.</w:t>
      </w:r>
    </w:p>
    <w:p>
      <w:pPr>
        <w:jc w:val="right"/>
      </w:pPr>
      <w:r>
        <w:t>۔ سو دس ریپیٹیشن آل سو کریٹ ا سینس آف ارجنسی اینڈ گریویٹی آف دا سبجیکٹ آف دی میسج اینڈ ارجز پیپل ٹو ریفلیکٹ ڈیپلی آن دیر ایکشنز، دیر ڈیڈز اینڈ دیر بیلیوز۔</w:t>
      </w:r>
    </w:p>
    <w:p>
      <w:r>
        <w:rPr>
          <w:b/>
        </w:rPr>
        <w:t xml:space="preserve">[07:07] </w:t>
      </w:r>
      <w:r>
        <w:t>so these are the five first five verses which are actually sort of introduction of the surah. what is the subject of the surah is mentioned in these five verses.</w:t>
      </w:r>
    </w:p>
    <w:p>
      <w:pPr>
        <w:jc w:val="right"/>
      </w:pPr>
      <w:r>
        <w:t>سو دیز آر دا فائیو فرسٹ فائیو ورسز وچ آر ایکچولی سورٹ آف انٹروڈکشن آف دا سورہ۔ واٹ از دا سبجیکٹ آف دا سورہ از مینشنڈ ان دیز فائیو ورسز۔</w:t>
      </w:r>
    </w:p>
    <w:p>
      <w:r>
        <w:rPr>
          <w:b/>
        </w:rPr>
        <w:t xml:space="preserve">[07:20] </w:t>
      </w:r>
      <w:r>
        <w:t>ji,</w:t>
      </w:r>
    </w:p>
    <w:p>
      <w:pPr>
        <w:jc w:val="right"/>
      </w:pPr>
      <w:r>
        <w:t>جی،</w:t>
      </w:r>
    </w:p>
    <w:p>
      <w:r>
        <w:rPr>
          <w:b/>
        </w:rPr>
        <w:t xml:space="preserve">[07:22] </w:t>
      </w:r>
      <w:r>
        <w:t>in fact doctor sahib, you mentioned about at the time of prophet sallallahu alaihi wasallam, people doubted about the certainty. and we still face a similar situation because people still doubt today that there is ever going to be a hereafter.</w:t>
      </w:r>
    </w:p>
    <w:p>
      <w:pPr>
        <w:jc w:val="right"/>
      </w:pPr>
      <w:r>
        <w:t>ان فیکٹ ڈاکٹر صاحب، یو مینشنڈ اباؤٹ ایٹ دی ٹائم آف پرافٹ صلی اللہ علیہ وسلم، پیپل ڈاؤٹڈ اباؤٹ دا سرٹینٹی۔ اینڈ وی سٹل فیس ا سیمیلر سچویشن بیکاز پیپل سٹل ڈاؤٹ ٹوڈے دیٹ دیر از ایور گوئنگ ٹو بی ا ہیئر آفٹر۔</w:t>
      </w:r>
    </w:p>
    <w:p>
      <w:r>
        <w:rPr>
          <w:b/>
        </w:rPr>
        <w:t xml:space="preserve">[07:38] </w:t>
      </w:r>
      <w:r>
        <w:t>in fact there is a very strong hadith which is also recorded in both sahih bukhari and sahih muslim</w:t>
      </w:r>
    </w:p>
    <w:p>
      <w:pPr>
        <w:jc w:val="right"/>
      </w:pPr>
      <w:r>
        <w:t>ان فیکٹ دیر از ا ویری سٹرونگ حدیث وچ از آل سو ریکارڈڈ ان بوتھ صحیح بخاری اینڈ صحیح مسلم</w:t>
      </w:r>
    </w:p>
    <w:p>
      <w:r>
        <w:rPr>
          <w:b/>
        </w:rPr>
        <w:t xml:space="preserve">[07:46] </w:t>
      </w:r>
      <w:r>
        <w:t>Rasool Allah said that you will surely meet your Lord and it is certain that He will speak to you without any interpreter.</w:t>
      </w:r>
    </w:p>
    <w:p>
      <w:pPr>
        <w:jc w:val="right"/>
      </w:pPr>
      <w:r>
        <w:t>۔ رسول اللہ سیڈ دیٹ یو ویل شورلی میٹ یور لارڈ اینڈ اٹ از سرٹن دیٹ ہی ویل سپیک ٹو یو وداؤٹ اینی انٹرپریٹر۔</w:t>
      </w:r>
    </w:p>
    <w:p>
      <w:r>
        <w:rPr>
          <w:b/>
        </w:rPr>
        <w:t xml:space="preserve">[07:57] </w:t>
      </w:r>
      <w:r>
        <w:t>When you look to your left, you will see nothing but the deeds that you send forth. When you will look to your right, you will see nothing but the deeds that you send forth.</w:t>
      </w:r>
    </w:p>
    <w:p>
      <w:pPr>
        <w:jc w:val="right"/>
      </w:pPr>
      <w:r>
        <w:t>وین یو لوک ٹو یور لیفٹ، یو ویل سی نتھنگ بٹ دا ڈیڈز دیٹ یو سینڈ فورتھ۔ وین یو ویل لوک ٹو یور رائٹ، یو ویل سی نتھنگ بٹ دا ڈیڈز دیٹ یو سینڈ فورتھ۔</w:t>
      </w:r>
    </w:p>
    <w:p>
      <w:r>
        <w:rPr>
          <w:b/>
        </w:rPr>
        <w:t xml:space="preserve">[08:06] </w:t>
      </w:r>
      <w:r>
        <w:t>And in front of you, there is a fire. So save yourself from it even with half a date.</w:t>
      </w:r>
    </w:p>
    <w:p>
      <w:pPr>
        <w:jc w:val="right"/>
      </w:pPr>
      <w:r>
        <w:t>اینڈ ان فرنٹ آف یو، دیر از ا فائر۔ سو سیو یور سیلف فرام اٹ ایون ود ہاف ا ڈیٹ۔</w:t>
      </w:r>
    </w:p>
    <w:p>
      <w:r>
        <w:rPr>
          <w:b/>
        </w:rPr>
        <w:t xml:space="preserve">[08:13] </w:t>
      </w:r>
      <w:r>
        <w:t>And at another instance, this is recorded in Tirmidhi, He said the intelligent person is one who prepares himself for life after death and does not follow the desire.</w:t>
      </w:r>
    </w:p>
    <w:p>
      <w:pPr>
        <w:jc w:val="right"/>
      </w:pPr>
      <w:r>
        <w:t>اینڈ ایٹ انادر انسٹنس، دس از ریکارڈڈ ان ترمذی، ہی سیڈ دی انٹیلیجنٹ پرسن از ون ہو پریپیرز ہم سیلف فار لائف آفٹر ڈیتھ اینڈ ڈز ناٹ فالو دا ڈیزائر۔</w:t>
      </w:r>
    </w:p>
    <w:p>
      <w:r>
        <w:rPr>
          <w:b/>
        </w:rPr>
        <w:t xml:space="preserve">[08:27] </w:t>
      </w:r>
      <w:r>
        <w:t>And a foolish man is one who follows his desire and places his hope, false hope in God. So it is very important Doctor Sahib, like you explain that we have to prepare ourself for the hereafter</w:t>
      </w:r>
    </w:p>
    <w:p>
      <w:pPr>
        <w:jc w:val="right"/>
      </w:pPr>
      <w:r>
        <w:t>اینڈ ا فولش مین از ون ہو فالوز ہز ڈیزائر اینڈ پلیسز ہز ہوپ، فالس ہوپ ان گاڈ۔ سو اٹ از ویری امپورٹنٹ ڈاکٹر صاحب، لائک یو ایکسپلین دیٹ وی ہیو ٹو پریپیئر اور سیلف فار دی ہیئر آفٹر</w:t>
      </w:r>
    </w:p>
    <w:p>
      <w:r>
        <w:rPr>
          <w:b/>
        </w:rPr>
        <w:t xml:space="preserve">[08:39] </w:t>
      </w:r>
      <w:r>
        <w:t>Hazrat Mu'adh bin Jabal said that you are more in need of the hereafter than of this world. So give hereafter preference over this world.</w:t>
      </w:r>
    </w:p>
    <w:p>
      <w:pPr>
        <w:jc w:val="right"/>
      </w:pPr>
      <w:r>
        <w:t>۔ حضرت معاذ بن جبل سیڈ دیٹ یو آر مور ان نیڈی آف دا ہیئر آفٹر دین آف دس ورلڈ۔ سو گیو ہیئر آفٹر پریفرنس اوور دس ورلڈ۔</w:t>
      </w:r>
    </w:p>
    <w:p>
      <w:r>
        <w:rPr>
          <w:b/>
        </w:rPr>
        <w:t xml:space="preserve">[08:48] </w:t>
      </w:r>
      <w:r>
        <w:t>So Doctor Sahib, carrying this discussion forward, what are the explanation of the next five verses of this chapter?</w:t>
      </w:r>
    </w:p>
    <w:p>
      <w:pPr>
        <w:jc w:val="right"/>
      </w:pPr>
      <w:r>
        <w:t>سو ڈاکٹر صاحب، کیرنگ دس ڈسکشن فارورڈ، واٹ آر دی ایکسپلینیشن آف دا نیکسٹ فائیو ورسز آف دس چیپٹر؟</w:t>
      </w:r>
    </w:p>
    <w:p>
      <w:r>
        <w:rPr>
          <w:b/>
        </w:rPr>
        <w:t xml:space="preserve">[08:57] </w:t>
      </w:r>
      <w:r>
        <w:t>What is the guidance that we get from the next five verses? Yes, you have mentioned the very beautiful Hadith, beshak tumra, do even a small deed</w:t>
      </w:r>
    </w:p>
    <w:p>
      <w:pPr>
        <w:jc w:val="right"/>
      </w:pPr>
      <w:r>
        <w:t>واٹ از دا گائیڈنس دیٹ وی گیٹ فرام دا نیکسٹ فائیو ورسز؟ یس، یو ہیو مینشن دی ویری بیوٹی فل حدیث، بے شک تمرا، ڈو ایون اے سمال ڈیڈ</w:t>
      </w:r>
    </w:p>
    <w:p>
      <w:r>
        <w:rPr>
          <w:b/>
        </w:rPr>
        <w:t xml:space="preserve">[09:10] </w:t>
      </w:r>
      <w:r>
        <w:t>So everything counts on the Day of Judgement. Even if it is a small good deed, that is all so something which God will count on the Day of Judgement.</w:t>
      </w:r>
    </w:p>
    <w:p>
      <w:pPr>
        <w:jc w:val="right"/>
      </w:pPr>
      <w:r>
        <w:t>، سو ایوری تھنگ کاؤنٹس آن دا ڈے آف ججمنٹ۔ ایون اف اٹ از اے سمال گڈ ڈیڈ، دیٹ از آل سو سمتھنگ وچ گاڈ ویل کاؤنٹ آن دا ڈے آف ججمنٹ۔</w:t>
      </w:r>
    </w:p>
    <w:p>
      <w:r>
        <w:rPr>
          <w:b/>
        </w:rPr>
        <w:t xml:space="preserve">[09:21] </w:t>
      </w:r>
      <w:r>
        <w:t>Very nice Hadith, Mashallah, you mentioned. So the following eleven verses from six to sixteen reminds the reader about the blessings of God and very powerfully worded verses.</w:t>
      </w:r>
    </w:p>
    <w:p>
      <w:pPr>
        <w:jc w:val="right"/>
      </w:pPr>
      <w:r>
        <w:t>ویری نائس حدیث، ماشاءاللہ، یو مینشنڈ۔ سو دی فالونگ الیون ورسز فرام سکس ٹو سکسٹین ریمائنڈز دا ریڈر اباؤٹ دا بلیسنگز آف گاڈ اینڈ ویری پاورفلی ورڈڈ ورسز۔</w:t>
      </w:r>
    </w:p>
    <w:p>
      <w:r>
        <w:rPr>
          <w:b/>
        </w:rPr>
        <w:t xml:space="preserve">[09:36] </w:t>
      </w:r>
      <w:r>
        <w:t>And these verses are subject of tadabbur,</w:t>
      </w:r>
    </w:p>
    <w:p>
      <w:pPr>
        <w:jc w:val="right"/>
      </w:pPr>
      <w:r>
        <w:t>اینڈ دیز ورسز آر سبجیکٹ آف تدبر،</w:t>
      </w:r>
    </w:p>
    <w:p>
      <w:r>
        <w:rPr>
          <w:b/>
        </w:rPr>
        <w:t xml:space="preserve">[09:39] </w:t>
      </w:r>
      <w:r>
        <w:t>deep realization. Reader should ponder on these verses. Alam naj'al al-arda mihada?</w:t>
      </w:r>
    </w:p>
    <w:p>
      <w:pPr>
        <w:jc w:val="right"/>
      </w:pPr>
      <w:r>
        <w:t>ڈیپ ریلائزیشن۔ ریڈر شوڈ پونڈر آن دیز ورسز۔ الم نجعل الارض مہادا؟</w:t>
      </w:r>
    </w:p>
    <w:p>
      <w:r>
        <w:rPr>
          <w:b/>
        </w:rPr>
        <w:t xml:space="preserve">[09:49] </w:t>
      </w:r>
      <w:r>
        <w:t>Have we not made Earth a resting place? That means that we have spread the Earth like a bed. Mihada word is used here and elsewhere in the Quran, it says alladhi ja'alakum al-arda mihada.</w:t>
      </w:r>
    </w:p>
    <w:p>
      <w:pPr>
        <w:jc w:val="right"/>
      </w:pPr>
      <w:r>
        <w:t>ہیو وی ناٹ میڈ ارتھ ا ریسٹنگ پلیس؟ دیٹ مینز دیٹ وی ہیو سپریڈ دی ارتھ لائک ا بیڈ۔ مہاد ورڈ از یوزڈ ہیر اینڈ ایلس ویئر ان دا قرآن، اٹ سیز الذی جعلکم الارض مہدا۔</w:t>
      </w:r>
    </w:p>
    <w:p>
      <w:r>
        <w:rPr>
          <w:b/>
        </w:rPr>
        <w:t xml:space="preserve">[10:04] </w:t>
      </w:r>
      <w:r>
        <w:t>Mahd means cradle</w:t>
      </w:r>
    </w:p>
    <w:p>
      <w:pPr>
        <w:jc w:val="right"/>
      </w:pPr>
      <w:r>
        <w:t>مہد مینز کریڈل</w:t>
      </w:r>
    </w:p>
    <w:p>
      <w:r>
        <w:rPr>
          <w:b/>
        </w:rPr>
        <w:t xml:space="preserve">[10:07] </w:t>
      </w:r>
      <w:r>
        <w:t>Mahad and mahd a similar meaning. So it means He has made the Earth a cradle for you.</w:t>
      </w:r>
    </w:p>
    <w:p>
      <w:pPr>
        <w:jc w:val="right"/>
      </w:pPr>
      <w:r>
        <w:t>۔ مہاد اینڈ مہد ا سیمیلر میننگ۔ سو اٹ مینز ہی ہیز میڈ دی ارتھ ا کریڈل فار یو۔</w:t>
      </w:r>
    </w:p>
    <w:p>
      <w:r>
        <w:rPr>
          <w:b/>
        </w:rPr>
        <w:t xml:space="preserve">[10:18] </w:t>
      </w:r>
      <w:r>
        <w:t>It's a place where you can rest and comfort, and it's a place where you can build your home, your house, your factories, your roads and</w:t>
      </w:r>
    </w:p>
    <w:p>
      <w:pPr>
        <w:jc w:val="right"/>
      </w:pPr>
      <w:r>
        <w:t>اٹس ا پلیس ویر یو کین ریسٹ اینڈ کمفرٹ، اینڈ اٹس ا پلیس ویر یو کین بلڈ یور ہوم، یور ہاؤس، یور فیکٹریز، یور روڈز اینڈ</w:t>
      </w:r>
    </w:p>
    <w:p>
      <w:r>
        <w:rPr>
          <w:b/>
        </w:rPr>
        <w:t xml:space="preserve">[10:29] </w:t>
      </w:r>
      <w:r>
        <w:t>dams and bridges. And so it is a place where you can easily</w:t>
      </w:r>
    </w:p>
    <w:p>
      <w:pPr>
        <w:jc w:val="right"/>
      </w:pPr>
      <w:r>
        <w:t>ڈیمز اینڈ بریجز۔ اینڈ سو اٹ از ا پلیس ویر یو کین ایزیلی</w:t>
      </w:r>
    </w:p>
    <w:p>
      <w:r>
        <w:rPr>
          <w:b/>
        </w:rPr>
        <w:t xml:space="preserve">[10:35] </w:t>
      </w:r>
      <w:r>
        <w:t>live. God has made the planet livable for us. You know, most of the planets, all the planets, you can't live there, there is no oxygen.</w:t>
      </w:r>
    </w:p>
    <w:p>
      <w:pPr>
        <w:jc w:val="right"/>
      </w:pPr>
      <w:r>
        <w:t>لیو۔ گاڈ ہیز میڈ دی پلینٹ لیویبل فار اس۔ یو نو، موسٹ آف دی پلینٹس، آل دی پلینٹس، یو کانٹ لیو دیر، دیر از نو اکسیجن۔</w:t>
      </w:r>
    </w:p>
    <w:p>
      <w:r>
        <w:rPr>
          <w:b/>
        </w:rPr>
        <w:t xml:space="preserve">[10:44] </w:t>
      </w:r>
      <w:r>
        <w:t>Ji, so this is being said in this verse.</w:t>
      </w:r>
    </w:p>
    <w:p>
      <w:pPr>
        <w:jc w:val="right"/>
      </w:pPr>
      <w:r>
        <w:t>جی، سو دس از بینگ سیڈ ان دس ورس۔</w:t>
      </w:r>
    </w:p>
    <w:p>
      <w:r>
        <w:rPr>
          <w:b/>
        </w:rPr>
        <w:t xml:space="preserve">[10:49] </w:t>
      </w:r>
      <w:r>
        <w:t>Elsewhere the Quran says, min kull ma have given you everything that you asked for.</w:t>
      </w:r>
    </w:p>
    <w:p>
      <w:pPr>
        <w:jc w:val="right"/>
      </w:pPr>
      <w:r>
        <w:t>ایلس ویئر دا قرآن سیز، من کل ما وی ہیو گیون یو ایوری تھنگ دیٹ یو اسکڈ فار۔</w:t>
      </w:r>
    </w:p>
    <w:p>
      <w:r>
        <w:rPr>
          <w:b/>
        </w:rPr>
        <w:t xml:space="preserve">[10:59] </w:t>
      </w:r>
      <w:r>
        <w:t>Meaning God has given everything that we needed to live and to give our test. And the Quran says,</w:t>
      </w:r>
    </w:p>
    <w:p>
      <w:pPr>
        <w:jc w:val="right"/>
      </w:pPr>
      <w:r>
        <w:t>میننگ گاڈ ہیز گیون ایوری تھنگ دیٹ وی نیڈڈ ٹو لیو اینڈ ٹو گیو اور ٹیسٹ۔ اینڈ دا قرآن سیز،</w:t>
      </w:r>
    </w:p>
    <w:p>
      <w:r>
        <w:rPr>
          <w:b/>
        </w:rPr>
        <w:t xml:space="preserve">[11:12] </w:t>
      </w:r>
      <w:r>
        <w:t>that if you want to count the blessings of God, you cannot count it.</w:t>
      </w:r>
    </w:p>
    <w:p>
      <w:pPr>
        <w:jc w:val="right"/>
      </w:pPr>
      <w:r>
        <w:t>کہ اف یو وانٹ ٹو کاؤنٹ دا بلیسنگز آف گاڈ، یو کین ناٹ کاؤنٹ اٹ۔</w:t>
      </w:r>
    </w:p>
    <w:p>
      <w:r>
        <w:rPr>
          <w:b/>
        </w:rPr>
        <w:t xml:space="preserve">[11:17] </w:t>
      </w:r>
      <w:r>
        <w:t>These are so, so many, so many blessings that these are uncountable. You cannot count. Right, that's very powerful verse.</w:t>
      </w:r>
    </w:p>
    <w:p>
      <w:pPr>
        <w:jc w:val="right"/>
      </w:pPr>
      <w:r>
        <w:t>دیز آر سو، سو مینی، سو مینی بلیسنگز دیٹ دیز آر ان کاؤنٹیبل۔ یو کین ناٹ کاؤنٹ۔ رائٹ، دیٹس ویری پاورفل ورس۔</w:t>
      </w:r>
    </w:p>
    <w:p>
      <w:r>
        <w:rPr>
          <w:b/>
        </w:rPr>
        <w:t xml:space="preserve">[11:28] </w:t>
      </w:r>
      <w:r>
        <w:t>And so the Earth, God has made very suitable, comfortable place for humans to live. And it reminds also that everything here is perfectly balanced for the human existence.</w:t>
      </w:r>
    </w:p>
    <w:p>
      <w:pPr>
        <w:jc w:val="right"/>
      </w:pPr>
      <w:r>
        <w:t>اینڈ سو دی ارتھ، گاڈ ہیز میڈ ویری سوٹیبل، کمفرٹیبل پلیس فار ہیومنز ٹو لیو۔ اینڈ اٹ ریمائنڈز آل سو دیٹ ایوری تھنگ ہیر از پرفیکٹلی بیلنسڈ فار دا ہیومن ایگزسٹنس۔</w:t>
      </w:r>
    </w:p>
    <w:p>
      <w:r>
        <w:rPr>
          <w:b/>
        </w:rPr>
        <w:t xml:space="preserve">[11:48] </w:t>
      </w:r>
      <w:r>
        <w:t>And we raise the mountain, we raise mountains like pegs. You know, mountains are called pegs here, because if you want to pitch a tent, you need pegs so that it is fixed and it doesn't shake, it doesn't move.</w:t>
      </w:r>
    </w:p>
    <w:p>
      <w:pPr>
        <w:jc w:val="right"/>
      </w:pPr>
      <w:r>
        <w:t>اینڈ وی ریز دا ماؤنٹن، وی ریز ماؤنٹنز لائک پگز۔ یو نو، ماؤنٹنز آر کالڈ پگز ہیر، بیکاز اف یو وانٹ ٹو پچ ا ٹینٹ، یو نیڈ پگز سو دیٹ اٹ از فکسڈ اینڈ اٹ ڈزنٹ شیک، اٹ ڈزنٹ موو۔</w:t>
      </w:r>
    </w:p>
    <w:p>
      <w:r>
        <w:rPr>
          <w:b/>
        </w:rPr>
        <w:t xml:space="preserve">[12:05] </w:t>
      </w:r>
      <w:r>
        <w:t>ji, so in the same way, mountains are used as pegs so that the earth doesn't shake.</w:t>
      </w:r>
    </w:p>
    <w:p>
      <w:pPr>
        <w:jc w:val="right"/>
      </w:pPr>
      <w:r>
        <w:t>جی، سو ان دا سیم وے، ماؤنٹنز آر یوزڈ ایز پگز سو دیٹ دی ارتھ ڈزنٹ شیک۔</w:t>
      </w:r>
    </w:p>
    <w:p>
      <w:r>
        <w:rPr>
          <w:b/>
        </w:rPr>
        <w:t xml:space="preserve">[12:13] </w:t>
      </w:r>
      <w:r>
        <w:t>so the mountains give stability and balance to the earth. so it invites reflection and reminds us of gods blessings.</w:t>
      </w:r>
    </w:p>
    <w:p>
      <w:pPr>
        <w:jc w:val="right"/>
      </w:pPr>
      <w:r>
        <w:t>سو دا ماؤنٹنز گیو سٹیبلٹی اینڈ بیلنس ٹو دی ارتھ۔ سو اٹ انوائٹس ریفلیکشن اینڈ ریمائنڈز اس آف گاڈز بلیسنگز۔</w:t>
      </w:r>
    </w:p>
    <w:p>
      <w:r>
        <w:rPr>
          <w:b/>
        </w:rPr>
        <w:t xml:space="preserve">[12:25] </w:t>
      </w:r>
      <w:r>
        <w:t>the quran mentions mountains at a number of place, many place</w:t>
      </w:r>
    </w:p>
    <w:p>
      <w:pPr>
        <w:jc w:val="right"/>
      </w:pPr>
      <w:r>
        <w:t>دا قرآن مینشنز ماؤنٹنز ایٹ ا نمبر آف پلیس، مینی پلیس</w:t>
      </w:r>
    </w:p>
    <w:p>
      <w:r>
        <w:rPr>
          <w:b/>
        </w:rPr>
        <w:t xml:space="preserve">[12:30] </w:t>
      </w:r>
      <w:r>
        <w:t>z, like in surah muzammil. it says,</w:t>
      </w:r>
    </w:p>
    <w:p>
      <w:pPr>
        <w:jc w:val="right"/>
      </w:pPr>
      <w:r>
        <w:t>ز، لائک ان سورہ المزمل۔ اٹ سیز،</w:t>
      </w:r>
    </w:p>
    <w:p>
      <w:r>
        <w:rPr>
          <w:b/>
        </w:rPr>
        <w:t xml:space="preserve">[12:41] </w:t>
      </w:r>
      <w:r>
        <w:t>in that day, the earth and the mountain shall shake, and the mountain will crumble into shifting sand dunes.</w:t>
      </w:r>
    </w:p>
    <w:p>
      <w:pPr>
        <w:jc w:val="right"/>
      </w:pPr>
      <w:r>
        <w:t>ان دیٹ ڈے، دی ارتھ اینڈ دا ماؤنٹن شیل شیک، اینڈ دا ماؤنٹن ویل کرمبل انٹو شفٹنگ سینڈ ڈونز۔</w:t>
      </w:r>
    </w:p>
    <w:p>
      <w:r>
        <w:rPr>
          <w:b/>
        </w:rPr>
        <w:t xml:space="preserve">[12:50] </w:t>
      </w:r>
      <w:r>
        <w:t>you know, the mountain is very strong, very large and so big, and you cannot move it, you cannot cut it.</w:t>
      </w:r>
    </w:p>
    <w:p>
      <w:pPr>
        <w:jc w:val="right"/>
      </w:pPr>
      <w:r>
        <w:t>یو نو، دا ماؤنٹن از ویری سٹرونگ، ویری لارج اینڈ سو بگ، اینڈ یو کین ناٹ موو اٹ، یو کین ناٹ کٹ اٹ۔</w:t>
      </w:r>
    </w:p>
    <w:p>
      <w:r>
        <w:rPr>
          <w:b/>
        </w:rPr>
        <w:t xml:space="preserve">[12:59] </w:t>
      </w:r>
      <w:r>
        <w:t>but in the day of judgment, it will move like, like sand dunes, it will move like water. so that is the, the, that kind of things happen.</w:t>
      </w:r>
    </w:p>
    <w:p>
      <w:pPr>
        <w:jc w:val="right"/>
      </w:pPr>
      <w:r>
        <w:t>بٹ ان دا ڈے آف ججمنٹ، اٹ ویل موو لائک، لائک سینڈ ڈونز، اٹ ویل موو لائک واٹر۔ سو دیٹ از دی، دیٹ، دیٹ کائنڈ آف تھنگز ہیپن۔</w:t>
      </w:r>
    </w:p>
    <w:p>
      <w:r>
        <w:rPr>
          <w:b/>
        </w:rPr>
        <w:t xml:space="preserve">[13:13] </w:t>
      </w:r>
      <w:r>
        <w:t>and you can see the impact of day of judgment on mountains. they will, they will, they will sort of vanish.</w:t>
      </w:r>
    </w:p>
    <w:p>
      <w:pPr>
        <w:jc w:val="right"/>
      </w:pPr>
      <w:r>
        <w:t>اینڈ یو کین سی دا امپیکٹ آف ڈے آف ججمنٹ ان ماؤنٹنز۔ دے ویل، دے ویل، دے ویل سورٹ آف وینش۔</w:t>
      </w:r>
    </w:p>
    <w:p>
      <w:r>
        <w:rPr>
          <w:b/>
        </w:rPr>
        <w:t xml:space="preserve">[13:24] </w:t>
      </w:r>
      <w:r>
        <w:t>and we have created you in pairs. we have created you in pairs. so god created humans as male and female, which is essential for family and reproduction and for continuation of human race.</w:t>
      </w:r>
    </w:p>
    <w:p>
      <w:pPr>
        <w:jc w:val="right"/>
      </w:pPr>
      <w:r>
        <w:t>اینڈ وی ہیو کریٹڈ یو ان پیئرز۔ وی ہیو کریٹڈ یو ان پیئرز۔ سو گاڈ کریٹڈ ہیومنز ایز میل اینڈ فیمیل، وچ از ایسینشل فار فیملی اینڈ ریپروڈکشن اینڈ فار کنٹینیویشن آف ہیومن ریس۔</w:t>
      </w:r>
    </w:p>
    <w:p>
      <w:r>
        <w:rPr>
          <w:b/>
        </w:rPr>
        <w:t xml:space="preserve">[13:40] </w:t>
      </w:r>
      <w:r>
        <w:t>so it brings harmony and support in life. and this is one of the greatest blessings of allah. and it is a big item of shukr.</w:t>
      </w:r>
    </w:p>
    <w:p>
      <w:pPr>
        <w:jc w:val="right"/>
      </w:pPr>
      <w:r>
        <w:t>سو اٹ برنگز ہارمونی اینڈ سپورٹ ان لائف۔ اینڈ دس از ون آف دی گریٹسٹ بلیسنگز آف اللہ۔ اینڈ اٹ از اے بگ آئٹم آف شکر۔</w:t>
      </w:r>
    </w:p>
    <w:p>
      <w:r>
        <w:rPr>
          <w:b/>
        </w:rPr>
        <w:t xml:space="preserve">[13:51] </w:t>
      </w:r>
      <w:r>
        <w:t>we should be thankful to god for the relationships, especially our spouses, which enrich our life.</w:t>
      </w:r>
    </w:p>
    <w:p>
      <w:pPr>
        <w:jc w:val="right"/>
      </w:pPr>
      <w:r>
        <w:t>وی شوڈ بی تھینک فل ٹو گاڈ فار دی ریلیشن شپس، اسپیشلی اور سپاؤسز، وچ اینڈرچ ار لائف۔</w:t>
      </w:r>
    </w:p>
    <w:p>
      <w:r>
        <w:rPr>
          <w:b/>
        </w:rPr>
        <w:t xml:space="preserve">[14:02] </w:t>
      </w:r>
      <w:r>
        <w:t>now, the verse mentions sleep, and allah made sleep as a means of rest</w:t>
      </w:r>
    </w:p>
    <w:p>
      <w:pPr>
        <w:jc w:val="right"/>
      </w:pPr>
      <w:r>
        <w:t>ناؤ، دا ورس مینشنز سلیپ، اینڈ اللہ میڈ سلیپ ایز ا مینز آف ریسٹ</w:t>
      </w:r>
    </w:p>
    <w:p>
      <w:r>
        <w:rPr>
          <w:b/>
        </w:rPr>
        <w:t xml:space="preserve">[14:12] </w:t>
      </w:r>
      <w:r>
        <w:t>. you know, sleep is such an important blessing, such a great blessing, because if you ask people who cannot sleep properly because of illness or medication.</w:t>
      </w:r>
    </w:p>
    <w:p>
      <w:pPr>
        <w:jc w:val="right"/>
      </w:pPr>
      <w:r>
        <w:t>۔ یو نو، سلیپ از سچ اے امپورٹنٹ بلیسنگ، سچ اے گریٹ بلیسنگ، بیکاز اف یو اسک پیپل ہو کین ناٹ سلیپ پراپرلی بیکاز آف النس اور میڈیکیشن۔</w:t>
      </w:r>
    </w:p>
    <w:p>
      <w:r>
        <w:rPr>
          <w:b/>
        </w:rPr>
        <w:t xml:space="preserve">[14:24] </w:t>
      </w:r>
      <w:r>
        <w:t>you know, its very difficult for them. sleep is so important.</w:t>
      </w:r>
    </w:p>
    <w:p>
      <w:pPr>
        <w:jc w:val="right"/>
      </w:pPr>
      <w:r>
        <w:t>یو نو، اٹس ویری ڈیفیکلٹ فار دیم۔ سلیپ از سو امپورٹنٹ۔</w:t>
      </w:r>
    </w:p>
    <w:p>
      <w:r>
        <w:rPr>
          <w:b/>
        </w:rPr>
        <w:t xml:space="preserve">[14:30] </w:t>
      </w:r>
      <w:r>
        <w:t>so god has designed sleep as an essential part of human life. and this allows body mind to rest and recover and repair.</w:t>
      </w:r>
    </w:p>
    <w:p>
      <w:pPr>
        <w:jc w:val="right"/>
      </w:pPr>
      <w:r>
        <w:t>سو گاڈ ہیز ڈیزائنڈ سلیپ ایز ا ایسینشل پارٹ آف ہیومن لائف۔ اینڈ دس الاوز باڈی مائنڈ ٹو ریسٹ اینڈ ریکور اینڈ ریپیئر۔</w:t>
      </w:r>
    </w:p>
    <w:p>
      <w:r>
        <w:rPr>
          <w:b/>
        </w:rPr>
        <w:t xml:space="preserve">[14:43] </w:t>
      </w:r>
      <w:r>
        <w:t>so it provides peace and calmness. and its a great divine gift. its a gift of god. its a sign of gods mercy</w:t>
      </w:r>
    </w:p>
    <w:p>
      <w:pPr>
        <w:jc w:val="right"/>
      </w:pPr>
      <w:r>
        <w:t>سو اٹ پرووائیڈز پیس اینڈ کامنس۔ اینڈ اٹس اے گریٹ ڈیوائن گفٹ۔ اٹس ا گفٹ آف گاڈ۔ اٹس ا سائن آف گاڈز مرسی</w:t>
      </w:r>
    </w:p>
    <w:p>
      <w:r>
        <w:rPr>
          <w:b/>
        </w:rPr>
        <w:t xml:space="preserve">[14:54] </w:t>
      </w:r>
      <w:r>
        <w:t>. so god is reminding the blessings which we are already experiencing, but we should be thankful to him.</w:t>
      </w:r>
    </w:p>
    <w:p>
      <w:pPr>
        <w:jc w:val="right"/>
      </w:pPr>
      <w:r>
        <w:t>۔ سو گاڈ از ریمائنڈنگ دی بلیسنگز وچ وی آر الریڈی ایکسپیرینسنگ، بٹ وی شوڈ بی تھینک فل ٹو ہم۔</w:t>
      </w:r>
    </w:p>
    <w:p>
      <w:r>
        <w:rPr>
          <w:b/>
        </w:rPr>
        <w:t xml:space="preserve">[15:03] </w:t>
      </w:r>
      <w:r>
        <w:t>we should ponder over these blessings.</w:t>
      </w:r>
    </w:p>
    <w:p>
      <w:pPr>
        <w:jc w:val="right"/>
      </w:pPr>
      <w:r>
        <w:t>وی شوڈ پونڈر اوور دیز بلیسنگ۔</w:t>
      </w:r>
    </w:p>
    <w:p>
      <w:r>
        <w:rPr>
          <w:b/>
        </w:rPr>
        <w:t xml:space="preserve">[15:09] </w:t>
      </w:r>
      <w:r>
        <w:t>and we made the night as a covering. night is referred here as libas. ji, covering</w:t>
      </w:r>
    </w:p>
    <w:p>
      <w:pPr>
        <w:jc w:val="right"/>
      </w:pPr>
      <w:r>
        <w:t>اینڈ وی میڈ دا نائٹ ایز ا کورنگ۔ نائٹ از ریفرڈ ہیر ایز لباس۔ جی، کورنگ</w:t>
      </w:r>
    </w:p>
    <w:p>
      <w:r>
        <w:rPr>
          <w:b/>
        </w:rPr>
        <w:t xml:space="preserve">[15:17] </w:t>
      </w:r>
      <w:r>
        <w:t>, because it covers the world, part of the world, and the darkness envelops the world, making it very peaceful environment.</w:t>
      </w:r>
    </w:p>
    <w:p>
      <w:pPr>
        <w:jc w:val="right"/>
      </w:pPr>
      <w:r>
        <w:t>، بیکاز اٹ کورز دی ورلڈ، پارٹ آف دی ورلڈ، اینڈ دا ڈارکنس اینولپس دا ورلڈ، میکنگ اٹ ویری پیس فل انوائرمنٹ۔</w:t>
      </w:r>
    </w:p>
    <w:p>
      <w:r>
        <w:rPr>
          <w:b/>
        </w:rPr>
        <w:t xml:space="preserve">[15:29] </w:t>
      </w:r>
      <w:r>
        <w:t>so it is the time for rest and offers a sense of peace and security and calm</w:t>
      </w:r>
    </w:p>
    <w:p>
      <w:pPr>
        <w:jc w:val="right"/>
      </w:pPr>
      <w:r>
        <w:t>سو اٹ از دا ٹائم فار ریسٹ اینڈ افرز ا سینس آف پیس اینڈ سیکیورٹی اینڈ کام</w:t>
      </w:r>
    </w:p>
    <w:p>
      <w:r>
        <w:rPr>
          <w:b/>
        </w:rPr>
        <w:t xml:space="preserve">[15:37] </w:t>
      </w:r>
      <w:r>
        <w:t>. and the best thing about night, that it provides the stillness that helps devotion and vigil, particularly the tahajjud time and fajr time, because that is the time when there are no distractions.</w:t>
      </w:r>
    </w:p>
    <w:p>
      <w:pPr>
        <w:jc w:val="right"/>
      </w:pPr>
      <w:r>
        <w:t>۔ اینڈ دا بیسٹ تھنگ اباؤٹ نائٹ، دیٹ اٹ پرووائیڈز دا سٹلنس دیٹ ہیلپس ڈیوشن اینڈ ویجل، پرٹیکولرلی دا تہجد ٹائم اینڈ فجر ٹائم، بیکاز دیٹ از دا ٹائم وین دیر آر نو ڈسٹرکشنز۔</w:t>
      </w:r>
    </w:p>
    <w:p>
      <w:r>
        <w:rPr>
          <w:b/>
        </w:rPr>
        <w:t xml:space="preserve">[15:54] </w:t>
      </w:r>
      <w:r>
        <w:t>you are absolutely empty minded, so you can concentrate</w:t>
      </w:r>
    </w:p>
    <w:p>
      <w:pPr>
        <w:jc w:val="right"/>
      </w:pPr>
      <w:r>
        <w:t>یو آر ایبسولیوٹلی ایمٹی مائنڈڈ، سو یو کین کنسنٹریٹ</w:t>
      </w:r>
    </w:p>
    <w:p>
      <w:r>
        <w:rPr>
          <w:b/>
        </w:rPr>
        <w:t xml:space="preserve">[15:59] </w:t>
      </w:r>
      <w:r>
        <w:t>. so this is best time to pray, and this is best time to make dua. the best time, because there are no distractions, no phone calls. so this is the so important aspect.</w:t>
      </w:r>
    </w:p>
    <w:p>
      <w:pPr>
        <w:jc w:val="right"/>
      </w:pPr>
      <w:r>
        <w:t>۔ سو دس از بیسٹ ٹائم ٹو پری، اینڈ دس از بیسٹ ٹائم ٹو میک دعا۔ دی بیسٹ ٹائم، بیکاز دیر آر نو ڈسٹرکشنز، نو فون کالز۔ سو دس از دی سو امپورٹنٹ ایسپیکٹ۔</w:t>
      </w:r>
    </w:p>
    <w:p>
      <w:r>
        <w:rPr>
          <w:b/>
        </w:rPr>
        <w:t xml:space="preserve">[16:14] </w:t>
      </w:r>
      <w:r>
        <w:t>masha allah, doctor sahib, you really brought out the spiritual significance of these verses, and its become more clearer and understandable.</w:t>
      </w:r>
    </w:p>
    <w:p>
      <w:pPr>
        <w:jc w:val="right"/>
      </w:pPr>
      <w:r>
        <w:t>ماشاءاللہ، ڈاکٹر صاحب، یو ریلی براٹ آؤٹ دا سپریچول سگنیفیکنس آف دیز ورسز، اینڈ اٹس بیکم مور کلیئرر اینڈ انڈرسٹینڈیبل۔</w:t>
      </w:r>
    </w:p>
    <w:p>
      <w:r>
        <w:rPr>
          <w:b/>
        </w:rPr>
        <w:t xml:space="preserve">[16:24] </w:t>
      </w:r>
      <w:r>
        <w:t>There is one more aspect to one of the thing you mentioned about God saying that we created you in pairs, because there is a spiritual aspect which Maulana Wahiduddin Khan sahib brought out in his writings and his talks.</w:t>
      </w:r>
    </w:p>
    <w:p>
      <w:pPr>
        <w:jc w:val="right"/>
      </w:pPr>
      <w:r>
        <w:t>دیر از ون مور ایسپیکٹ ٹو ون آف دا تھنگ دیٹ یو مینشن اباؤٹ گاڈ سیئنگ دیٹ وی کریٹڈ یو ان پیئرز، بیکاز دیر از ا سپریچول ایسپیکٹ وچ مولانا وحید الدین خان صاحب براٹ آؤٹ ان ہز رائٹنگز اینڈ ہز ٹاکس۔</w:t>
      </w:r>
    </w:p>
    <w:p>
      <w:r>
        <w:rPr>
          <w:b/>
        </w:rPr>
        <w:t xml:space="preserve">[16:38] </w:t>
      </w:r>
      <w:r>
        <w:t>And a similar kind of verse has come in chapter 51, where God says, "We have created you in pairs so that you may reflect."</w:t>
      </w:r>
    </w:p>
    <w:p>
      <w:pPr>
        <w:jc w:val="right"/>
      </w:pPr>
      <w:r>
        <w:t>اینڈ دا سیمیلر کائنڈ آف ورس ہیز کم ان چیپٹر 51، ویر گاڈ سیز وی ہیو کریٹڈ یو ان پیئرز سو دیٹ یو می ریفلیکٹ۔</w:t>
      </w:r>
    </w:p>
    <w:p>
      <w:r>
        <w:rPr>
          <w:b/>
        </w:rPr>
        <w:t xml:space="preserve">[16:47] </w:t>
      </w:r>
      <w:r>
        <w:t>similar thing that you talked today about tadabbur and about reflection.</w:t>
      </w:r>
    </w:p>
    <w:p>
      <w:pPr>
        <w:jc w:val="right"/>
      </w:pPr>
      <w:r>
        <w:t>سیمیلر تھنگ دیٹ یو ٹاک ٹوڈے اباؤٹ تدبر اینڈ اباؤٹ ریفلیکشن۔ ب</w:t>
      </w:r>
    </w:p>
    <w:p>
      <w:r>
        <w:rPr>
          <w:b/>
        </w:rPr>
        <w:t xml:space="preserve">[16:52] </w:t>
      </w:r>
      <w:r>
        <w:t>t the important aspect that he explained was that since God has created everything in pairs, human beings, animals, and the plant kingdom, it points out to the fact that this world also has a complementary counterpart, which is paradise.</w:t>
      </w:r>
    </w:p>
    <w:p>
      <w:pPr>
        <w:jc w:val="right"/>
      </w:pPr>
      <w:r>
        <w:t>ٹ دی امپورٹنٹ ایسپیکٹ دیٹ ہی ایکسپلینڈ واز دیٹ سنس گاڈ ہیز کریٹڈ ایوری تھنگ ان پیئرز، ہیومن بینگز، اینیملز، اینڈ دا پلانٹ کنگڈم، اٹ پوائنٹس آؤٹ ٹو دا فیکٹ دیٹ دس ورلڈ آل سو ہیز ا کمپلیمنٹری کاؤنٹر پارٹ، وچ از پیراڈائز۔</w:t>
      </w:r>
    </w:p>
    <w:p>
      <w:r>
        <w:rPr>
          <w:b/>
        </w:rPr>
        <w:t xml:space="preserve">[17:09] </w:t>
      </w:r>
      <w:r>
        <w:t>Now, we all experience hunger, and the pair of hunger is food. We experience thirst. The pair of that, or the solution to that is water.</w:t>
      </w:r>
    </w:p>
    <w:p>
      <w:pPr>
        <w:jc w:val="right"/>
      </w:pPr>
      <w:r>
        <w:t>ناؤ، وی آل ایکسپیرینس ہنگر، اینڈ دی پیئر آف ہنگر از فوڈ۔ وی ایکسپیرینس تھرسٹ۔ دا پیئر آف دیٹ، اور دا سولیوشن ٹو دیٹ از واٹر</w:t>
      </w:r>
    </w:p>
    <w:p>
      <w:r>
        <w:rPr>
          <w:b/>
        </w:rPr>
        <w:t xml:space="preserve">[17:20] </w:t>
      </w:r>
      <w:r>
        <w:t>. and similarly, every human being has aspirations, desires in this world. but there is no fulfillment, because whether you are a celebrity or whether you are famous, successful, very rich, we don't see that people have that satisfaction in life.</w:t>
      </w:r>
    </w:p>
    <w:p>
      <w:pPr>
        <w:jc w:val="right"/>
      </w:pPr>
      <w:r>
        <w:t>۔ اینڈ سیمیلرلی، ایوری ہیومن بینگ ہیز ایسپیریشنز، ڈیزائرز ان دس ورلڈ۔ بٹ دیر از نو فلفلمنٹ، بیکاز ویدر یو آر ا سیلیبریٹی اور ویدر یو آر فیمس، سکسیس فل، ویری رچ، وی ڈونٹ سی دیٹ پیپل ہیو دیٹ سیٹسفیکشن ان لائف۔</w:t>
      </w:r>
    </w:p>
    <w:p>
      <w:r>
        <w:rPr>
          <w:b/>
        </w:rPr>
        <w:t xml:space="preserve">[17:38] </w:t>
      </w:r>
      <w:r>
        <w:t>are not contented. So Maulana explained in the light of this verse that the pair of that aspiration, that desire, is fulfillment, which is in paradise.</w:t>
      </w:r>
    </w:p>
    <w:p>
      <w:pPr>
        <w:jc w:val="right"/>
      </w:pPr>
      <w:r>
        <w:t>دے آر ناٹ کنٹینڈڈ۔ سو مولانا ایکسپلینڈ ان دا لائٹ آف دس ورس دیٹ دا پیئر آف دیٹ ایسپیریشن، دیٹ ڈیزائر، از فلفلمنٹ، وچ از ان پیراڈائز۔</w:t>
      </w:r>
    </w:p>
    <w:p>
      <w:r>
        <w:rPr>
          <w:b/>
        </w:rPr>
        <w:t xml:space="preserve">[17:50] </w:t>
      </w:r>
      <w:r>
        <w:t>so</w:t>
      </w:r>
    </w:p>
    <w:p>
      <w:pPr>
        <w:jc w:val="right"/>
      </w:pPr>
      <w:r>
        <w:t>سو</w:t>
      </w:r>
    </w:p>
    <w:p>
      <w:r>
        <w:rPr>
          <w:b/>
        </w:rPr>
        <w:t xml:space="preserve">[17:51] </w:t>
      </w:r>
      <w:r>
        <w:t>dis aspect of pair is very well brought out. and mashallah, u all so explained di entire significance of all dis five verses.</w:t>
      </w:r>
    </w:p>
    <w:p>
      <w:pPr>
        <w:jc w:val="right"/>
      </w:pPr>
      <w:r>
        <w:t>دس ایسپیکٹ آف پیئر از ویری ویل براٹ آؤٹ۔ اینڈ ماشاءاللہ، یو آل سو ایکسپلینڈ دی انٹائر سگنیفیکنس آف آل دیز فائیو ورسز۔</w:t>
      </w:r>
    </w:p>
    <w:p>
      <w:r>
        <w:rPr>
          <w:b/>
        </w:rPr>
        <w:t xml:space="preserve">[18:02] </w:t>
      </w:r>
      <w:r>
        <w:t>doctor sahib, I request you to please continue with the next five verses. You mention this pair, the pair of this world is paradise, is the next world.</w:t>
      </w:r>
    </w:p>
    <w:p>
      <w:pPr>
        <w:jc w:val="right"/>
      </w:pPr>
      <w:r>
        <w:t>ڈاکٹر صاحب، آئی ریکویسٹ یو ٹو پلیز کنٹینیو ود دا نیکسٹ فائیو ورسز۔ یو مینشن دس پیئر، دی پیئر آف دس ورلڈ از پیراڈائز، از دی نیکسٹ ورلڈ۔</w:t>
      </w:r>
    </w:p>
    <w:p>
      <w:r>
        <w:rPr>
          <w:b/>
        </w:rPr>
        <w:t xml:space="preserve">[18:13] </w:t>
      </w:r>
      <w:r>
        <w:t>dat all so very, very nice</w:t>
      </w:r>
    </w:p>
    <w:p>
      <w:pPr>
        <w:jc w:val="right"/>
      </w:pPr>
      <w:r>
        <w:t>دیٹ آل سو ویری، ویری نائس</w:t>
      </w:r>
    </w:p>
    <w:p>
      <w:r>
        <w:rPr>
          <w:b/>
        </w:rPr>
        <w:t xml:space="preserve">[18:16] </w:t>
      </w:r>
      <w:r>
        <w:t>explanation. I remember, yes Maulana</w:t>
      </w:r>
    </w:p>
    <w:p>
      <w:pPr>
        <w:jc w:val="right"/>
      </w:pPr>
      <w:r>
        <w:t>ایکسپلینیشن۔ آئی ریممبر، یس مولانا ٹولڈ اس۔ اینڈ دین یو کین انڈرسٹینڈ دیٹ دس لائف از ا ٹیسٹ، اینڈ وی ہیو ٹو گو دیر۔</w:t>
      </w:r>
    </w:p>
    <w:p>
      <w:r>
        <w:rPr>
          <w:b/>
        </w:rPr>
        <w:t xml:space="preserve">[18:27] </w:t>
      </w:r>
      <w:r>
        <w:t>and dat is a pair for dis world. very well. ya so da next verse is, and made da day for livelihood.</w:t>
      </w:r>
    </w:p>
    <w:p>
      <w:pPr>
        <w:jc w:val="right"/>
      </w:pPr>
      <w:r>
        <w:t>اینڈ دیٹ از ا پیئر فار دس ورلڈ۔ ویری ویل۔ یا سو دا نیکسٹ ورس از، اینڈ میڈ دا ڈے فار لائیولیہڈ۔</w:t>
      </w:r>
    </w:p>
    <w:p>
      <w:r>
        <w:rPr>
          <w:b/>
        </w:rPr>
        <w:t xml:space="preserve">[18:41] </w:t>
      </w:r>
      <w:r>
        <w:t>so da day is for engaging in work, in earning in livelihood.</w:t>
      </w:r>
    </w:p>
    <w:p>
      <w:pPr>
        <w:jc w:val="right"/>
      </w:pPr>
      <w:r>
        <w:t>سو دا ڈے از فار انگیجنگ ان ورک، ان ارننگ ان لائیولیہڈ۔</w:t>
      </w:r>
    </w:p>
    <w:p>
      <w:r>
        <w:rPr>
          <w:b/>
        </w:rPr>
        <w:t xml:space="preserve">[18:49] </w:t>
      </w:r>
      <w:r>
        <w:t>so day time is da time for productivity. and vi often take dese blessings for granted. so one should be thankful to god for da day time</w:t>
      </w:r>
    </w:p>
    <w:p>
      <w:pPr>
        <w:jc w:val="right"/>
      </w:pPr>
      <w:r>
        <w:t>سو ڈے ٹائم از دا ٹائم فار پروڈکٹیوٹی۔ اینڈ وی آفن ٹیک دیز بلیسنگز فار گرانٹڈ۔ سو ون شوڈ بی تھینک فل ٹو گاڈ فار دا ڈے ٹائم</w:t>
      </w:r>
    </w:p>
    <w:p>
      <w:r>
        <w:rPr>
          <w:b/>
        </w:rPr>
        <w:t xml:space="preserve">[19:01] </w:t>
      </w:r>
      <w:r>
        <w:t>. sub, this is very nice verse, that we have built above you seven strong heavens.</w:t>
      </w:r>
    </w:p>
    <w:p>
      <w:pPr>
        <w:jc w:val="right"/>
      </w:pPr>
      <w:r>
        <w:t>۔ سب، دس از ویری نائس ورس، دیٹ وی ہیو بلٹ اباؤ یو سیون اسٹرونگ ہیونز۔</w:t>
      </w:r>
    </w:p>
    <w:p>
      <w:r>
        <w:rPr>
          <w:b/>
        </w:rPr>
        <w:t xml:space="preserve">[19:10] </w:t>
      </w:r>
      <w:r>
        <w:t>seven strong heavens. shidad strong. so the word seven strong means seven strong.</w:t>
      </w:r>
    </w:p>
    <w:p>
      <w:pPr>
        <w:jc w:val="right"/>
      </w:pPr>
      <w:r>
        <w:t>سیون اسٹرونگ ہیونز۔ شداد اسٹرونگ۔ سو دا ورڈ سیون اسٹرونگ مینز سیون اسٹرونگ۔</w:t>
      </w:r>
    </w:p>
    <w:p>
      <w:r>
        <w:rPr>
          <w:b/>
        </w:rPr>
        <w:t xml:space="preserve">[19:20] </w:t>
      </w:r>
      <w:r>
        <w:t>it shows the majesty, the grandeur of God's creation.</w:t>
      </w:r>
    </w:p>
    <w:p>
      <w:pPr>
        <w:jc w:val="right"/>
      </w:pPr>
      <w:r>
        <w:t>اٹ شوز دی میجسٹی، دی گرینڈیور آف گاڈز کری</w:t>
      </w:r>
    </w:p>
    <w:p>
      <w:r>
        <w:rPr>
          <w:b/>
        </w:rPr>
        <w:t xml:space="preserve">[19:24] </w:t>
      </w:r>
      <w:r>
        <w:t>ation. The seven heavens signify the majesty and grandeur of the God's creation.</w:t>
      </w:r>
    </w:p>
    <w:p>
      <w:pPr>
        <w:jc w:val="right"/>
      </w:pPr>
      <w:r>
        <w:t>شن۔ دی سیون ہیونز سگنیفائی دی میجسٹی اینڈ گرینڈیور آف دی گاڈز کریشن۔</w:t>
      </w:r>
    </w:p>
    <w:p>
      <w:r>
        <w:rPr>
          <w:b/>
        </w:rPr>
        <w:t xml:space="preserve">[19:33] </w:t>
      </w:r>
      <w:r>
        <w:t>so the seven heavens are described strong here, because durability and perfect design.</w:t>
      </w:r>
    </w:p>
    <w:p>
      <w:pPr>
        <w:jc w:val="right"/>
      </w:pPr>
      <w:r>
        <w:t>سو دا سیون ہیونز آر ڈسکرائبڈ اسٹرونگ ہیر، بیکاز ڈیوریبلٹی اینڈ پرفیکٹ ڈیزائن۔</w:t>
      </w:r>
    </w:p>
    <w:p>
      <w:r>
        <w:rPr>
          <w:b/>
        </w:rPr>
        <w:t xml:space="preserve">[19:42] </w:t>
      </w:r>
      <w:r>
        <w:t>so it's a great sign of God's power. and it's a reminder of God's authority and control over the universe.</w:t>
      </w:r>
    </w:p>
    <w:p>
      <w:pPr>
        <w:jc w:val="right"/>
      </w:pPr>
      <w:r>
        <w:t>سو اٹس ا گریٹ سائن آف گاڈز پاور۔ اینڈ اٹس ا ریمائنڈر آف گاڈز اتھارٹی اینڈ کنٹرول اوور دا یونیورس۔</w:t>
      </w:r>
    </w:p>
    <w:p>
      <w:r>
        <w:rPr>
          <w:b/>
        </w:rPr>
        <w:t xml:space="preserve">[19:53] </w:t>
      </w:r>
      <w:r>
        <w:t>We need to ponder over such amazing aspect of creation. The Quran says, "Do you find any fault in the creation of the Merciful?"</w:t>
      </w:r>
    </w:p>
    <w:p>
      <w:pPr>
        <w:jc w:val="right"/>
      </w:pPr>
      <w:r>
        <w:t>وی نیڈ ٹو پونڈر اوور سچ امیزنگ ایسپیکٹ آف کریشن۔ دا قرآن سیز، من ڈو یو فائنڈ اینی فالٹ ان دا کریشن آف دی مرسی فل؟</w:t>
      </w:r>
    </w:p>
    <w:p>
      <w:r>
        <w:rPr>
          <w:b/>
        </w:rPr>
        <w:t xml:space="preserve">[20:08] </w:t>
      </w:r>
      <w:r>
        <w:t>Do you see any fault in the creation of the merciful?</w:t>
      </w:r>
    </w:p>
    <w:p>
      <w:pPr>
        <w:jc w:val="right"/>
      </w:pPr>
      <w:r>
        <w:t>ڈو یو سی اینی فالٹ ان دا کریشن آف دی مرسی فل؟</w:t>
      </w:r>
    </w:p>
    <w:p>
      <w:r>
        <w:rPr>
          <w:b/>
        </w:rPr>
        <w:t xml:space="preserve">[20:12] </w:t>
      </w:r>
      <w:r>
        <w:t>so it inspires people to contemplate in the intricate design of the universe as a sign of God's existence, His wisdom and His creativity.</w:t>
      </w:r>
    </w:p>
    <w:p>
      <w:pPr>
        <w:jc w:val="right"/>
      </w:pPr>
      <w:r>
        <w:t>سو اٹ انسپائر پیپل ٹو کنٹیمپلیٹ ان دا انٹریکیٹ ڈیزائن آف دا یونیورس ایز ا سائن آف گاڈز ایگزسٹنس، ہز وزڈم اینڈ ہز کریٹیوٹی۔</w:t>
      </w:r>
    </w:p>
    <w:p>
      <w:r>
        <w:rPr>
          <w:b/>
        </w:rPr>
        <w:t xml:space="preserve">[20:30] </w:t>
      </w:r>
      <w:r>
        <w:t>and we have said there in a glowing radiant lamp. Siraj means lamp. So sun is referred to Siraj.</w:t>
      </w:r>
    </w:p>
    <w:p>
      <w:pPr>
        <w:jc w:val="right"/>
      </w:pPr>
      <w:r>
        <w:t>اینڈ وی ہیو سیڈ دیر ان ا گلوئنگ ریڈینٹ لیمپ۔ سراج مینز لیمپ۔ سو سن از ریفرڈ ٹو سراج۔</w:t>
      </w:r>
    </w:p>
    <w:p>
      <w:r>
        <w:rPr>
          <w:b/>
        </w:rPr>
        <w:t xml:space="preserve">[20:41] </w:t>
      </w:r>
      <w:r>
        <w:t>tu sun as such a great source of light and energy. without sun, life cannot exist.</w:t>
      </w:r>
    </w:p>
    <w:p>
      <w:pPr>
        <w:jc w:val="right"/>
      </w:pPr>
      <w:r>
        <w:t>تو سن از سچ ا گریٹ سورس آف لائٹ اینڈ انرجی۔ ودا آؤٹ سن، لائف کین ناٹ ایگزسٹ۔</w:t>
      </w:r>
    </w:p>
    <w:p>
      <w:r>
        <w:rPr>
          <w:b/>
        </w:rPr>
        <w:t xml:space="preserve">[20:50] </w:t>
      </w:r>
      <w:r>
        <w:t>and we get so many things from sun, like it's a source of light, it's a source of energy, day and night.</w:t>
      </w:r>
    </w:p>
    <w:p>
      <w:pPr>
        <w:jc w:val="right"/>
      </w:pPr>
      <w:r>
        <w:t>اینڈ وی گیٹ سو مینی تھنگز فرام سن، لائک اٹس ا سورس آف لائٹ، اٹس ا سورس آف انرجی، ڈے اینڈ نائٹ۔</w:t>
      </w:r>
    </w:p>
    <w:p>
      <w:r>
        <w:rPr>
          <w:b/>
        </w:rPr>
        <w:t xml:space="preserve">[20:58] </w:t>
      </w:r>
      <w:r>
        <w:t>you can see it regulates climate, weather, it regulates temperature, and solar energy,</w:t>
      </w:r>
    </w:p>
    <w:p>
      <w:pPr>
        <w:jc w:val="right"/>
      </w:pPr>
      <w:r>
        <w:t>یو کین سی اٹ ریگولیٹس کلائمیٹ، ویدر، اٹ ریگولیٹس ٹمپریچر، اینڈ سولر انرجی،</w:t>
      </w:r>
    </w:p>
    <w:p>
      <w:r>
        <w:rPr>
          <w:b/>
        </w:rPr>
        <w:t xml:space="preserve">[21:08] </w:t>
      </w:r>
      <w:r>
        <w:t>and photosynthesis. We get food, we get oxygen, and vitamin D. We have to sit in the sun.</w:t>
      </w:r>
    </w:p>
    <w:p>
      <w:pPr>
        <w:jc w:val="right"/>
      </w:pPr>
      <w:r>
        <w:t>اینڈ فوٹو سنتھیسز۔ وی گیٹ فوڈ، وی گیٹ اکسیجن، اینڈ وٹامن ڈی۔ وی ہیو ٹو سیٹ ان دا سن۔</w:t>
      </w:r>
    </w:p>
    <w:p>
      <w:r>
        <w:rPr>
          <w:b/>
        </w:rPr>
        <w:t xml:space="preserve">[21:17] </w:t>
      </w:r>
      <w:r>
        <w:t>doctors always. so, so many things. life cannot exist. so it's a great reminder of God's blessing.</w:t>
      </w:r>
    </w:p>
    <w:p>
      <w:pPr>
        <w:jc w:val="right"/>
      </w:pPr>
      <w:r>
        <w:t>ڈاکٹرز آلویز۔ سو، سو مینی تھنگز۔ لائف کین ناٹ ایگزسٹ۔ سو اٹس ا گریٹ ریمائنڈر آف گاڈز بلیسنگ۔</w:t>
      </w:r>
    </w:p>
    <w:p>
      <w:r>
        <w:rPr>
          <w:b/>
        </w:rPr>
        <w:t xml:space="preserve">[21:26] </w:t>
      </w:r>
      <w:r>
        <w:t>and the Quran says, aziz al aleem, that is the determined course laid down for it by the All-Knowing</w:t>
      </w:r>
    </w:p>
    <w:p>
      <w:pPr>
        <w:jc w:val="right"/>
      </w:pPr>
      <w:r>
        <w:t>اینڈ دا قرآن سیز، عزیز العلیم، دیٹ از دا ڈیٹرمن کورس لیڈ ڈاؤن فار اٹ بائی دی الم</w:t>
      </w:r>
    </w:p>
    <w:p>
      <w:r>
        <w:rPr>
          <w:b/>
        </w:rPr>
        <w:t xml:space="preserve">[21:37] </w:t>
      </w:r>
      <w:r>
        <w:t>Eighty. So there is a determined course. These sun and moon, they are all working and moving according to a determined course.</w:t>
      </w:r>
    </w:p>
    <w:p>
      <w:pPr>
        <w:jc w:val="right"/>
      </w:pPr>
      <w:r>
        <w:t>ائٹی۔ سو دیر از ا ڈیٹرمن کورس۔ دیز سن اینڈ مون، دے آر آل ورکنگ اینڈ موونگ اکارڈنگ ٹو ا ڈیٹرمن کورس۔</w:t>
      </w:r>
    </w:p>
    <w:p>
      <w:r>
        <w:rPr>
          <w:b/>
        </w:rPr>
        <w:t xml:space="preserve">[21:50] </w:t>
      </w:r>
      <w:r>
        <w:t>somebody has planned it. God has planned it in such a way that it moves according to the speed, according the way God has planned it.</w:t>
      </w:r>
    </w:p>
    <w:p>
      <w:pPr>
        <w:jc w:val="right"/>
      </w:pPr>
      <w:r>
        <w:t>سمبڈی ہیز پلانڈ اٹ۔ گاڈ ہیز پلانڈ اٹ ان سچ ا وے دیٹ اٹ مووز اکارڈنگ ٹو دا سپیڈ، اکارڈنگ دا وے گاڈ ہیز پلانڈ اٹ۔</w:t>
      </w:r>
    </w:p>
    <w:p>
      <w:r>
        <w:rPr>
          <w:b/>
        </w:rPr>
        <w:t xml:space="preserve">[22:02] </w:t>
      </w:r>
      <w:r>
        <w:t>so very important verse.</w:t>
      </w:r>
    </w:p>
    <w:p>
      <w:pPr>
        <w:jc w:val="right"/>
      </w:pPr>
      <w:r>
        <w:t>سو ویری امپورٹنٹ ورس۔</w:t>
      </w:r>
    </w:p>
    <w:p>
      <w:r>
        <w:rPr>
          <w:b/>
        </w:rPr>
        <w:t xml:space="preserve">[22:08] </w:t>
      </w:r>
      <w:r>
        <w:t>and send down from the rain clouds, pouring water. so now it mentions water, which is such a great blessing.</w:t>
      </w:r>
    </w:p>
    <w:p>
      <w:pPr>
        <w:jc w:val="right"/>
      </w:pPr>
      <w:r>
        <w:t>اینڈ سینڈ ڈاؤن فرام دا رین کلاؤڈز، پورنگ واٹر۔ سو ناؤ اٹ مینشنز واٹر، وچ از سچ ا گریٹ بلیسنگ۔</w:t>
      </w:r>
    </w:p>
    <w:p>
      <w:r>
        <w:rPr>
          <w:b/>
        </w:rPr>
        <w:t xml:space="preserve">[22:17] </w:t>
      </w:r>
      <w:r>
        <w:t>rain is such a great blessing, as a gift of god, and essential for life on earth. alhamdulillah. and it is a source of blessing, source of abundance.</w:t>
      </w:r>
    </w:p>
    <w:p>
      <w:pPr>
        <w:jc w:val="right"/>
      </w:pPr>
      <w:r>
        <w:t>رین از سچ ا گریٹ بلیسنگ، ایز ا گفٹ آف گاڈ، اینڈ ایسینشل فار لائف ان ارتھ۔ الحمدللہ۔ اینڈ اٹ از ا سورس آف بلیسنگ، سورس آف ابنڈنس۔</w:t>
      </w:r>
    </w:p>
    <w:p>
      <w:r>
        <w:rPr>
          <w:b/>
        </w:rPr>
        <w:t xml:space="preserve">[22:29] </w:t>
      </w:r>
      <w:r>
        <w:t>so rain is presented as a sign of God's mercy and care for the creation</w:t>
      </w:r>
    </w:p>
    <w:p>
      <w:pPr>
        <w:jc w:val="right"/>
      </w:pPr>
      <w:r>
        <w:t>سو رین از پریزنٹڈ ایز ا سائن آف گاڈز مرسی اینڈ کیئر فار دی کریشن</w:t>
      </w:r>
    </w:p>
    <w:p>
      <w:r>
        <w:rPr>
          <w:b/>
        </w:rPr>
        <w:t xml:space="preserve">[22:34] </w:t>
      </w:r>
      <w:r>
        <w:t>, and reminds us to be thankful for life sustaining water that comes from the heavens.</w:t>
      </w:r>
    </w:p>
    <w:p>
      <w:pPr>
        <w:jc w:val="right"/>
      </w:pPr>
      <w:r>
        <w:t>، اینڈ ریمائنڈز اس ٹو بی تھینک فل فار لائف سسٹیننگ واٹر دیٹ کمز فرام دی ہیونز۔</w:t>
      </w:r>
    </w:p>
    <w:p>
      <w:r>
        <w:rPr>
          <w:b/>
        </w:rPr>
        <w:t xml:space="preserve">[22:43] </w:t>
      </w:r>
      <w:r>
        <w:t>and the Quran says elsewhere, mun</w:t>
      </w:r>
    </w:p>
    <w:p>
      <w:pPr>
        <w:jc w:val="right"/>
      </w:pPr>
      <w:r>
        <w:t>اینڈ دا قرآن سیز ایلس ویئر، من</w:t>
      </w:r>
    </w:p>
    <w:p>
      <w:r>
        <w:rPr>
          <w:b/>
        </w:rPr>
        <w:t xml:space="preserve">[22:50] </w:t>
      </w:r>
      <w:r>
        <w:t>and we have created every living thing, every living thing out of water. will you not believe?</w:t>
      </w:r>
    </w:p>
    <w:p>
      <w:pPr>
        <w:jc w:val="right"/>
      </w:pPr>
      <w:r>
        <w:t>اینڈ وی ہیو کریٹڈ ایوری لیونگ تھنگ، ایوری لیونگ تھنگ آؤٹ آف واٹر۔ ول یو ناٹ بیلیو؟</w:t>
      </w:r>
    </w:p>
    <w:p>
      <w:r>
        <w:rPr>
          <w:b/>
        </w:rPr>
        <w:t xml:space="preserve">[23:01] </w:t>
      </w:r>
      <w:r>
        <w:t>and the Quran says elsewhere, mun mubarakah, we have send down from the sky, blessed water.</w:t>
      </w:r>
    </w:p>
    <w:p>
      <w:pPr>
        <w:jc w:val="right"/>
      </w:pPr>
      <w:r>
        <w:t>اینڈ دا قرآن سیز ایلس ویئر، من مبارکہ، وی ہیو سینڈ ڈاؤن فرام دا سکائی، بلیسڈ واٹر۔</w:t>
      </w:r>
    </w:p>
    <w:p>
      <w:r>
        <w:rPr>
          <w:b/>
        </w:rPr>
        <w:t xml:space="preserve">[23:11] </w:t>
      </w:r>
      <w:r>
        <w:t>quran mentions water as a blessed water. its a great blessing of god.</w:t>
      </w:r>
    </w:p>
    <w:p>
      <w:pPr>
        <w:jc w:val="right"/>
      </w:pPr>
      <w:r>
        <w:t>قرآن مینشنز واٹر ایز ا بلیسڈ واٹر۔ اٹس ا گریٹ بلیسنگ آف گاڈ۔</w:t>
      </w:r>
    </w:p>
    <w:p>
      <w:r>
        <w:rPr>
          <w:b/>
        </w:rPr>
        <w:t xml:space="preserve">[23:19] </w:t>
      </w:r>
      <w:r>
        <w:t>maulana mentions that couplet from abdul rahim khan khana, rehmat paani rakhiyo, bin paani sab sona hai. yani paani ke baghair sab cheez sona hai.</w:t>
      </w:r>
    </w:p>
    <w:p>
      <w:pPr>
        <w:jc w:val="right"/>
      </w:pPr>
      <w:r>
        <w:t>مولانا مینشن دیٹ کپلٹ فرام عبدالرحیم خان خانہ، رحمت پانی راکھیو، بن پانی سب سون، یعنی پانی کے بغیر سب چیز سونا ہے۔</w:t>
      </w:r>
    </w:p>
    <w:p>
      <w:r>
        <w:rPr>
          <w:b/>
        </w:rPr>
        <w:t xml:space="preserve">[23:31] </w:t>
      </w:r>
      <w:r>
        <w:t>so such important thing,</w:t>
      </w:r>
    </w:p>
    <w:p>
      <w:pPr>
        <w:jc w:val="right"/>
      </w:pPr>
      <w:r>
        <w:t>سو سچ امپورٹنٹ تھنگ،</w:t>
      </w:r>
    </w:p>
    <w:p>
      <w:r>
        <w:rPr>
          <w:b/>
        </w:rPr>
        <w:t xml:space="preserve">[23:38] </w:t>
      </w:r>
      <w:r>
        <w:t>that we may bring forth thereby grain and vegetation.</w:t>
      </w:r>
    </w:p>
    <w:p>
      <w:pPr>
        <w:jc w:val="right"/>
      </w:pPr>
      <w:r>
        <w:t>دیٹ وی می برنگ فورس دیر بائی گرین اینڈ ویجیٹیشن۔</w:t>
      </w:r>
    </w:p>
    <w:p>
      <w:r>
        <w:rPr>
          <w:b/>
        </w:rPr>
        <w:t xml:space="preserve">[23:43] </w:t>
      </w:r>
      <w:r>
        <w:t>so rain here is here described as a means of producing food, which ensure survival of humans and animals.</w:t>
      </w:r>
    </w:p>
    <w:p>
      <w:pPr>
        <w:jc w:val="right"/>
      </w:pPr>
      <w:r>
        <w:t>سو رین ہیر از ہیر ڈسکرائبڈ ایز ا مینز آف پروڈیوسنگ فوڈ، وچ انشور سروائیول آف ہیومنز اینڈ اینیملز۔</w:t>
      </w:r>
    </w:p>
    <w:p>
      <w:r>
        <w:rPr>
          <w:b/>
        </w:rPr>
        <w:t xml:space="preserve">[23:53] </w:t>
      </w:r>
      <w:r>
        <w:t>so without water, crops and plant will not grow. there is a verse, a provision for you and for your cattles.</w:t>
      </w:r>
    </w:p>
    <w:p>
      <w:pPr>
        <w:jc w:val="right"/>
      </w:pPr>
      <w:r>
        <w:t>سو ودا آؤٹ واٹر، کراپس اینڈ پلانٹ ول ناٹ گرو۔ دیر از ا ورس، ا پروویژن فار یو اینڈ فار یور کیٹلز۔</w:t>
      </w:r>
    </w:p>
    <w:p>
      <w:r>
        <w:rPr>
          <w:b/>
        </w:rPr>
        <w:t xml:space="preserve">[24:06] </w:t>
      </w:r>
      <w:r>
        <w:t>so the verse reminds us that how god provides all the needs through nature.</w:t>
      </w:r>
    </w:p>
    <w:p>
      <w:pPr>
        <w:jc w:val="right"/>
      </w:pPr>
      <w:r>
        <w:t>سو دی ورس ریمائنڈز اس دیٹ ہاؤ گاڈ پرووائیڈز آل دا نیڈز تھرو نیچر۔</w:t>
      </w:r>
    </w:p>
    <w:p>
      <w:r>
        <w:rPr>
          <w:b/>
        </w:rPr>
        <w:t xml:space="preserve">[24:19] </w:t>
      </w:r>
      <w:r>
        <w:t>one should reflect gods thoughtful planning in providing necessary resources for life.</w:t>
      </w:r>
    </w:p>
    <w:p>
      <w:pPr>
        <w:jc w:val="right"/>
      </w:pPr>
      <w:r>
        <w:t>ون شوڈ ریفلیکٹ گاڈز تھاٹ فل پلاننگ ان پرووائیڈنگ نیسیسری ریسورسز فار لائف۔</w:t>
      </w:r>
    </w:p>
    <w:p>
      <w:r>
        <w:rPr>
          <w:b/>
        </w:rPr>
        <w:t xml:space="preserve">[24:29] </w:t>
      </w:r>
      <w:r>
        <w:t>ji</w:t>
      </w:r>
    </w:p>
    <w:p>
      <w:pPr>
        <w:jc w:val="right"/>
      </w:pPr>
      <w:r>
        <w:t>جی</w:t>
      </w:r>
    </w:p>
    <w:p>
      <w:r>
        <w:rPr>
          <w:b/>
        </w:rPr>
        <w:t xml:space="preserve">[24:30] </w:t>
      </w:r>
      <w:r>
        <w:t>masha'allah, doctor sahib, one lesson that i got from your explanation, like you mentioned, remember intricate designs of creator.</w:t>
      </w:r>
    </w:p>
    <w:p>
      <w:pPr>
        <w:jc w:val="right"/>
      </w:pPr>
      <w:r>
        <w:t>ماشاءاللہ، ڈاکٹر صاحب، ون لیسن دیٹ آئی گاٹ فرام یور ایکسپلینیشن، لائک یو مینشنڈ، ریممبر انٹریکیٹ ڈیزائنز آف کریٹر۔</w:t>
      </w:r>
    </w:p>
    <w:p>
      <w:r>
        <w:rPr>
          <w:b/>
        </w:rPr>
        <w:t xml:space="preserve">[24:40] </w:t>
      </w:r>
      <w:r>
        <w:t>and you also emphasize on the previous verses about tadabbur and contemplation. and quran as we read, we find that it basically exhorts its readers.</w:t>
      </w:r>
    </w:p>
    <w:p>
      <w:pPr>
        <w:jc w:val="right"/>
      </w:pPr>
      <w:r>
        <w:t>اینڈ یو آل سو ایمفسائز ان دا پریویس ورسز اباؤٹ تدبر اینڈ کنٹیمپلیشن۔ اینڈ قرآن ایز وی ریڈ، وی فائنڈ دیٹ اٹ بیسکلی ایگزورٹس اٹس ریڈرز۔</w:t>
      </w:r>
    </w:p>
    <w:p>
      <w:r>
        <w:rPr>
          <w:b/>
        </w:rPr>
        <w:t xml:space="preserve">[24:52] </w:t>
      </w:r>
      <w:r>
        <w:t>and at one place in chapter 33, it says, remember, believers, remember god with much remembrance.</w:t>
      </w:r>
    </w:p>
    <w:p>
      <w:pPr>
        <w:jc w:val="right"/>
      </w:pPr>
      <w:r>
        <w:t>اینڈ ایٹ ون پلیس ان چیپٹر 33، اٹ سیز، ریممبر، بیلیورز، ریممبر گاڈ ود مچ ریممبرنس۔</w:t>
      </w:r>
    </w:p>
    <w:p>
      <w:r>
        <w:rPr>
          <w:b/>
        </w:rPr>
        <w:t xml:space="preserve">[24:59] </w:t>
      </w:r>
      <w:r>
        <w:t>and here remembrance, and like you have also in a way given the message today, doctor sahib, is that it is not in the sense of repetition, but in the sense of thinking when you reflect.</w:t>
      </w:r>
    </w:p>
    <w:p>
      <w:pPr>
        <w:jc w:val="right"/>
      </w:pPr>
      <w:r>
        <w:t>اینڈ ہیر ریممبرنس، اینڈ لائک یو ہیو آل سو ان ا وے گیون دا میسج ٹوڈے، ڈاکٹر صاحب، از دیٹ اٹ از ناٹ ان دی سینس آف ریپیٹیشن، بٹ ان دا سینس آف تھنکنگ وین یو ریفلیکٹ۔</w:t>
      </w:r>
    </w:p>
    <w:p>
      <w:r>
        <w:rPr>
          <w:b/>
        </w:rPr>
        <w:t xml:space="preserve">[25:11] </w:t>
      </w:r>
      <w:r>
        <w:t>and what it does is it, it sort of creates a chain of thoughts, one thought leading to another thought. and this happens when you become a prepared mind</w:t>
      </w:r>
    </w:p>
    <w:p>
      <w:pPr>
        <w:jc w:val="right"/>
      </w:pPr>
      <w:r>
        <w:t>اینڈ واٹ اٹ ڈز از اٹ، اٹ سورٹ آف کریٹس ا چین آف تھاٹس، ون تھاٹ لیڈنگ ٹو انادر تھاٹ۔ اینڈ دس ہیپنز وین یو بیکم ا پریپیرڈ مائن</w:t>
      </w:r>
    </w:p>
    <w:p>
      <w:r>
        <w:rPr>
          <w:b/>
        </w:rPr>
        <w:t xml:space="preserve">[25:22] </w:t>
      </w:r>
      <w:r>
        <w:t>d. zikr kaseer jo hum baat karte hain, that happens when you develop marifat by thinking over many experiences and observations.</w:t>
      </w:r>
    </w:p>
    <w:p>
      <w:pPr>
        <w:jc w:val="right"/>
      </w:pPr>
      <w:r>
        <w:t>ڈ۔ ذکر کثیر جو ہم بات کرتے ہیں، دیٹ ہیپنز وین یو ڈیویلپ معرفت بائے تھنکنگ اوور مینی ایکسپیرینسز اینڈ ابزرویشنز۔</w:t>
      </w:r>
    </w:p>
    <w:p>
      <w:r>
        <w:rPr>
          <w:b/>
        </w:rPr>
        <w:t xml:space="preserve">[25:35] </w:t>
      </w:r>
      <w:r>
        <w:t>like you explained about doctor sahib, water being the blessed water. but probably a thinking mind will look at it in this way that when it rains, it may be a natural phenomenon for an ordinary</w:t>
      </w:r>
    </w:p>
    <w:p>
      <w:pPr>
        <w:jc w:val="right"/>
      </w:pPr>
      <w:r>
        <w:t>لائک یو ایکسپلینڈ اباؤٹ ڈاکٹر صاحب، واٹر بینگ دا بلیسڈ واٹر۔ بٹ پروبیبلی ا تھنکنگ مائنڈ ول لوک ایٹ اٹ ان دس وے دیٹ وین اٹ رینز، اٹ می بی ا نیچرل فیناومینا فار این ارڈینری</w:t>
      </w:r>
    </w:p>
    <w:p>
      <w:r>
        <w:rPr>
          <w:b/>
        </w:rPr>
        <w:t xml:space="preserve">[25:49] </w:t>
      </w:r>
      <w:r>
        <w:t>eye. but somebody who is developed that marifat in himself, he will look at it a fact that this rain was early in the form of salty water in an ocean.</w:t>
      </w:r>
    </w:p>
    <w:p>
      <w:pPr>
        <w:jc w:val="right"/>
      </w:pPr>
      <w:r>
        <w:t>ائی۔ بٹ سمبڈی ہو از ڈیویلپ دیٹ معرفت ان ہم سیلف، ہی ول لوک ایٹ اٹ ا فیکٹ دیٹ دس رین واز ارلی ان دی فارم آف سالٹی واٹر ان این اوشن۔</w:t>
      </w:r>
    </w:p>
    <w:p>
      <w:r>
        <w:rPr>
          <w:b/>
        </w:rPr>
        <w:t xml:space="preserve">[26:00] </w:t>
      </w:r>
      <w:r>
        <w:t>but then god set up natural laws and entire process by way of which the water rose as water vapors. and through precipitation theory, it came down as blessed rain.</w:t>
      </w:r>
    </w:p>
    <w:p>
      <w:pPr>
        <w:jc w:val="right"/>
      </w:pPr>
      <w:r>
        <w:t>بٹ دین گاڈ سیٹ اپ نیچرل لاز اینڈ انٹائر پروسیس بائے وے آف وچ دا واٹر روز ایز واٹر ویپرز۔ اینڈ تھرو پریسیپیٹیشن تھیوری، اٹ کیم ڈاؤن ایز بلیسڈ رین۔</w:t>
      </w:r>
    </w:p>
    <w:p>
      <w:r>
        <w:rPr>
          <w:b/>
        </w:rPr>
        <w:t xml:space="preserve">[26:12] </w:t>
      </w:r>
      <w:r>
        <w:t>and that is very important for a sustenance, for everything.</w:t>
      </w:r>
    </w:p>
    <w:p>
      <w:pPr>
        <w:jc w:val="right"/>
      </w:pPr>
      <w:r>
        <w:t>اینڈ دیٹ از ویری امپورٹنٹ فار ا سسٹیننس، فار ایوری تھنگ۔</w:t>
      </w:r>
    </w:p>
    <w:p>
      <w:r>
        <w:rPr>
          <w:b/>
        </w:rPr>
        <w:t xml:space="preserve">[26:17] </w:t>
      </w:r>
      <w:r>
        <w:t>so this way of thinking, doctor sahib, what i learned from your explanation is that when you do that, not only you develop marifat, but also your ability to understand things, to sort things, our power of analysis, our wisdom that develops.</w:t>
      </w:r>
    </w:p>
    <w:p>
      <w:pPr>
        <w:jc w:val="right"/>
      </w:pPr>
      <w:r>
        <w:t>سو دس وے آف تھنکنگ، ڈاکٹر صاحب، واٹ آئی لرن فرام یور ایکسپلینیشن از دیٹ وین یو ڈو دیٹ، ناٹ اونلی یو ڈیویلپ معرفت، بٹ آل سو یور ایبیلیٹی ٹو انڈرسٹینڈ تھنگز، ٹو سورٹ تھنگز، اور پاور آف انالیسز، اور وزڈم دیٹ ڈیویلپس۔</w:t>
      </w:r>
    </w:p>
    <w:p>
      <w:r>
        <w:rPr>
          <w:b/>
        </w:rPr>
        <w:t xml:space="preserve">[26:35] </w:t>
      </w:r>
      <w:r>
        <w:t>so jazaak allah, doctor sahib, for this explanation. and that also brings down to the last part of today's session. you had mentioned that you take up 20 verses</w:t>
      </w:r>
    </w:p>
    <w:p>
      <w:pPr>
        <w:jc w:val="right"/>
      </w:pPr>
      <w:r>
        <w:t>سو جزاک اللہ، ڈاکٹر صاحب، فار دس ایکسپلینیشن۔ اینڈ دیٹ آل سو برنگز ڈاؤن ٹو دا لاسٹ پارٹ آف ٹوڈے سیشن۔ یو ہیڈ مینشن دیٹ یو ٹیک اپ 20 ورس</w:t>
      </w:r>
    </w:p>
    <w:p>
      <w:r>
        <w:rPr>
          <w:b/>
        </w:rPr>
        <w:t xml:space="preserve">[26:46] </w:t>
      </w:r>
      <w:r>
        <w:t>z. so i will request you to end the session with the last five verses in today's session. insha'allah, and you have very nicely mentioned this process of rain, desalination of water.</w:t>
      </w:r>
    </w:p>
    <w:p>
      <w:pPr>
        <w:jc w:val="right"/>
      </w:pPr>
      <w:r>
        <w:t>ز۔ سو آئی ول ریکویسٹ یو ٹو اینڈ دی سیشن ود دا لاسٹ فائیو ورسز ان ٹوڈے سیشن۔ انشاءاللہ، اینڈ یو ہیو ویری نائسلی مینشن دس پروسیس آف رین، ڈیسیلینیشن آف واٹر۔</w:t>
      </w:r>
    </w:p>
    <w:p>
      <w:r>
        <w:rPr>
          <w:b/>
        </w:rPr>
        <w:t xml:space="preserve">[26:58] </w:t>
      </w:r>
      <w:r>
        <w:t>see how intricate is the planning. god has planned so intricately that water desalinates. and because of water with salt rains, then it is of no use for us.</w:t>
      </w:r>
    </w:p>
    <w:p>
      <w:pPr>
        <w:jc w:val="right"/>
      </w:pPr>
      <w:r>
        <w:t>سی ہاؤ انٹریکیٹ از دا پلاننگ۔ گاڈ ہیز پلانڈ سو انٹریکیٹلی دیٹ واٹر ڈیسیلینیٹس۔ اینڈ بیکاز اف واٹر ود سالٹ رینز، دین اٹ از آف نو یوز فار اس۔</w:t>
      </w:r>
    </w:p>
    <w:p>
      <w:r>
        <w:rPr>
          <w:b/>
        </w:rPr>
        <w:t xml:space="preserve">[27:11] </w:t>
      </w:r>
      <w:r>
        <w:t>it cannot be, its not potable</w:t>
      </w:r>
    </w:p>
    <w:p>
      <w:pPr>
        <w:jc w:val="right"/>
      </w:pPr>
      <w:r>
        <w:t>اٹ کین ناٹ بی، اٹس ناٹ پورٹیبل</w:t>
      </w:r>
    </w:p>
    <w:p>
      <w:r>
        <w:rPr>
          <w:b/>
        </w:rPr>
        <w:t xml:space="preserve">[27:14] </w:t>
      </w:r>
      <w:r>
        <w:t>. so all these things, as you also mentioned that, these are items of shukr and tadabbur. so this chapter actually talks about this that we should look around.</w:t>
      </w:r>
    </w:p>
    <w:p>
      <w:pPr>
        <w:jc w:val="right"/>
      </w:pPr>
      <w:r>
        <w:t>۔ سو آل دیز تھنگز، ایز یو آل سو مینشن دیٹ، دیز آر آئٹم آف شکر اینڈ تدبر۔ سو دس چیپٹر ایکچولی ٹاکس اباؤٹ دس دیٹ وی شوڈ لوک اراؤنڈ۔</w:t>
      </w:r>
    </w:p>
    <w:p>
      <w:r>
        <w:rPr>
          <w:b/>
        </w:rPr>
        <w:t xml:space="preserve">[27:27] </w:t>
      </w:r>
      <w:r>
        <w:t>and the ordinary thing, a glass of water, can bring you closer to god, if you think deeply, and you contemplate, and you make dua.</w:t>
      </w:r>
    </w:p>
    <w:p>
      <w:pPr>
        <w:jc w:val="right"/>
      </w:pPr>
      <w:r>
        <w:t>اینڈ دی ارڈینری تھنگ، ا گلاس آف واٹر، کین برنگ یو کلوزر ٹو گاڈ، اف یو تھنک ڈیپلی، اینڈ یو کنٹیمپلیٹ، اینڈ یو میک دعا۔</w:t>
      </w:r>
    </w:p>
    <w:p>
      <w:r>
        <w:rPr>
          <w:b/>
        </w:rPr>
        <w:t xml:space="preserve">[27:37] </w:t>
      </w:r>
      <w:r>
        <w:t>so any a drop of water can bring you closer</w:t>
      </w:r>
    </w:p>
    <w:p>
      <w:pPr>
        <w:jc w:val="right"/>
      </w:pPr>
      <w:r>
        <w:t>سو اینی ا ڈراپ آف واٹر کین برنگ یو کلوزر</w:t>
      </w:r>
    </w:p>
    <w:p>
      <w:r>
        <w:rPr>
          <w:b/>
        </w:rPr>
        <w:t xml:space="preserve">[27:40] </w:t>
      </w:r>
      <w:r>
        <w:t>to god. so that is the main purpose of this chapter, surah an-naba. so the next verse is, and gardens dense with greenery.</w:t>
      </w:r>
    </w:p>
    <w:p>
      <w:pPr>
        <w:jc w:val="right"/>
      </w:pPr>
      <w:r>
        <w:t>ٹو گاڈ۔ سو دیٹ از دا مین پرپس آف دس چیپٹر، سورہ النبا۔ سو دا نیکسٹ ورس از، اینڈ گارڈنز ڈینس ود گرینری۔</w:t>
      </w:r>
    </w:p>
    <w:p>
      <w:r>
        <w:rPr>
          <w:b/>
        </w:rPr>
        <w:t xml:space="preserve">[27:52] </w:t>
      </w:r>
      <w:r>
        <w:t>so now the surah mentions gardens. so flourishing gardens, filled with plants and greenery.</w:t>
      </w:r>
    </w:p>
    <w:p>
      <w:pPr>
        <w:jc w:val="right"/>
      </w:pPr>
      <w:r>
        <w:t>سو ناؤ دی سورہ مینشنز گارڈنز۔ سو فلرشنگ گارڈنز، فلڈ ود پلانٹس اینڈ گرینری۔</w:t>
      </w:r>
    </w:p>
    <w:p>
      <w:r>
        <w:rPr>
          <w:b/>
        </w:rPr>
        <w:t xml:space="preserve">[28:01] </w:t>
      </w:r>
      <w:r>
        <w:t>these symbolize abundance and beauty.</w:t>
      </w:r>
    </w:p>
    <w:p>
      <w:pPr>
        <w:jc w:val="right"/>
      </w:pPr>
      <w:r>
        <w:t>دیز سمبلائز ابنڈنس اینڈ بیوٹی۔</w:t>
      </w:r>
    </w:p>
    <w:p>
      <w:r>
        <w:rPr>
          <w:b/>
        </w:rPr>
        <w:t xml:space="preserve">[28:05] </w:t>
      </w:r>
      <w:r>
        <w:t>gardens, as we know, provide fruits and shade and resources for humans and animals. so it highlights the intricate design of plant life.</w:t>
      </w:r>
    </w:p>
    <w:p>
      <w:pPr>
        <w:jc w:val="right"/>
      </w:pPr>
      <w:r>
        <w:t>گارڈنز، ایز وی نو، پرووائیڈ فروٹس اینڈ شیڈ اینڈ ریسورسز فار ہیومنز اینڈ اینیملز۔ سو اٹ ہائی لائٹس دا انٹریکیٹ ڈیزائن آف پلانٹ لائف۔</w:t>
      </w:r>
    </w:p>
    <w:p>
      <w:r>
        <w:rPr>
          <w:b/>
        </w:rPr>
        <w:t xml:space="preserve">[28:17] </w:t>
      </w:r>
      <w:r>
        <w:t>and the next verse is, in the day of judgment is an appointed time. its very important verse, in the day of judgment is an appointed time.</w:t>
      </w:r>
    </w:p>
    <w:p>
      <w:pPr>
        <w:jc w:val="right"/>
      </w:pPr>
      <w:r>
        <w:t>اینڈ دا نیکسٹ ورس از، ان دی ڈے آف ججمنٹ از این اپوائنٹڈ ٹائم۔ اٹس ویری امپورٹنٹ ورس، ان دی ڈے آف ججمنٹ از این اپوائنٹڈ ٹائم۔</w:t>
      </w:r>
    </w:p>
    <w:p>
      <w:r>
        <w:rPr>
          <w:b/>
        </w:rPr>
        <w:t xml:space="preserve">[28:32] </w:t>
      </w:r>
      <w:r>
        <w:t>its a fixed time.</w:t>
      </w:r>
    </w:p>
    <w:p>
      <w:pPr>
        <w:jc w:val="right"/>
      </w:pPr>
      <w:r>
        <w:t>اٹس ا فکس ٹائم۔</w:t>
      </w:r>
    </w:p>
    <w:p>
      <w:r>
        <w:rPr>
          <w:b/>
        </w:rPr>
        <w:t xml:space="preserve">[28:34] </w:t>
      </w:r>
      <w:r>
        <w:t>so we, you are enjoying the blessings, but don't forget that day of judgment is coming very soon.</w:t>
      </w:r>
    </w:p>
    <w:p>
      <w:pPr>
        <w:jc w:val="right"/>
      </w:pPr>
      <w:r>
        <w:t>سو وی، یو آر انجوائے دا بلیسنگز، بٹ ڈونٹ فارگیٹ دیٹ ڈے آف ججمنٹ از کمنگ ویری سون۔</w:t>
      </w:r>
    </w:p>
    <w:p>
      <w:r>
        <w:rPr>
          <w:b/>
        </w:rPr>
        <w:t xml:space="preserve">[28:44] </w:t>
      </w:r>
      <w:r>
        <w:t>and don't forget to remember god, that he has given you so much and such blessings, he has bestowed on you.</w:t>
      </w:r>
    </w:p>
    <w:p>
      <w:pPr>
        <w:jc w:val="right"/>
      </w:pPr>
      <w:r>
        <w:t>اینڈ ڈونٹ فارگیٹ ٹو ریممبر گاڈ، دیٹ ہی ہیز گیون یو سو مچ اینڈ سچ بلیسنگز، ہی ہیز بیسٹورڈ ان یو۔</w:t>
      </w:r>
    </w:p>
    <w:p>
      <w:r>
        <w:rPr>
          <w:b/>
        </w:rPr>
        <w:t xml:space="preserve">[28:54] </w:t>
      </w:r>
      <w:r>
        <w:t>so the verse confirms that that day of judgment is certain, certainty of the day of judgment</w:t>
      </w:r>
    </w:p>
    <w:p>
      <w:pPr>
        <w:jc w:val="right"/>
      </w:pPr>
      <w:r>
        <w:t>سو دی ورس کنفرمز دیٹ دیٹ ڈے آف ججمنٹ از سرٹن، سرٹینٹی آف دی ڈے آف ججمنٹ</w:t>
      </w:r>
    </w:p>
    <w:p>
      <w:r>
        <w:rPr>
          <w:b/>
        </w:rPr>
        <w:t xml:space="preserve">[29:03] </w:t>
      </w:r>
      <w:r>
        <w:t>. and there should be no doubt about its occurrence. and the day of judgment is precisely determined by god, precisely determined.</w:t>
      </w:r>
    </w:p>
    <w:p>
      <w:pPr>
        <w:jc w:val="right"/>
      </w:pPr>
      <w:r>
        <w:t>۔ اینڈ دیر شوڈ بی نو ڈاؤٹ اباؤٹ اٹس اکرنس۔ اینڈ دی ڈے آف ججمنٹ از پریسائزلی ڈیٹرمنڈ بائے گاڈ، پریسائزلی ڈیٹرمنڈ۔</w:t>
      </w:r>
    </w:p>
    <w:p>
      <w:r>
        <w:rPr>
          <w:b/>
        </w:rPr>
        <w:t xml:space="preserve">[29:12] </w:t>
      </w:r>
      <w:r>
        <w:t>there is a time, and that all so only god knows when it will happen. even the angels, even the angel israfel, who will blow the trumpet, doesn't know when day of judgment will happen.</w:t>
      </w:r>
    </w:p>
    <w:p>
      <w:pPr>
        <w:jc w:val="right"/>
      </w:pPr>
      <w:r>
        <w:t>دیر از ا ٹائم، اینڈ دیٹ آل سو اونلی گاڈ نوز وین اٹ ول ہیپن۔ ایون دا اینجلز، ایون دا اینجل اسرافیل، ہو ول بلو دا ٹرمپٹ، ڈزنٹ نو وین ڈے آف ججمنٹ ول ہیپن۔</w:t>
      </w:r>
    </w:p>
    <w:p>
      <w:r>
        <w:rPr>
          <w:b/>
        </w:rPr>
        <w:t xml:space="preserve">[29:28] </w:t>
      </w:r>
      <w:r>
        <w:t>only god knows when it will happen.</w:t>
      </w:r>
    </w:p>
    <w:p>
      <w:pPr>
        <w:jc w:val="right"/>
      </w:pPr>
      <w:r>
        <w:t>اونلی گاڈ نوز وین اٹ ول ہیپن۔</w:t>
      </w:r>
    </w:p>
    <w:p>
      <w:r>
        <w:rPr>
          <w:b/>
        </w:rPr>
        <w:t xml:space="preserve">[29:31] </w:t>
      </w:r>
      <w:r>
        <w:t>so we will all, we will all stand in front of god in the day of judgment. that will be the day of accountability. so its very important that we should consider and think about this fact.</w:t>
      </w:r>
    </w:p>
    <w:p>
      <w:pPr>
        <w:jc w:val="right"/>
      </w:pPr>
      <w:r>
        <w:t>سو وی ول آل، وی ول آل سٹینڈ ان فرنٹ آف گاڈ ان دا ڈے آف ججمنٹ۔ دیٹ ول بی دا ڈے آف اکاؤنٹیبلٹی۔ سو اٹس ویری امپورٹنٹ دیٹ وی شوڈ کنسیڈر اینڈ تھنک اباؤٹ دس فیکٹ۔</w:t>
      </w:r>
    </w:p>
    <w:p>
      <w:r>
        <w:rPr>
          <w:b/>
        </w:rPr>
        <w:t xml:space="preserve">[29:49] </w:t>
      </w:r>
      <w:r>
        <w:t>the day the trumpet is blown, and he will come forth in multitudes.</w:t>
      </w:r>
    </w:p>
    <w:p>
      <w:pPr>
        <w:jc w:val="right"/>
      </w:pPr>
      <w:r>
        <w:t>دا ڈے دا ٹرمپٹ از بلون، اینڈ ہی ول کم فورتھ ان ملٹیٹیوڈز۔</w:t>
      </w:r>
    </w:p>
    <w:p>
      <w:r>
        <w:rPr>
          <w:b/>
        </w:rPr>
        <w:t xml:space="preserve">[29:55] </w:t>
      </w:r>
      <w:r>
        <w:t>so that is now the surah is mentioning in that day, when angel israfel blows the trumpet.</w:t>
      </w:r>
    </w:p>
    <w:p>
      <w:pPr>
        <w:jc w:val="right"/>
      </w:pPr>
      <w:r>
        <w:t>سو دیٹ از ناؤ دا سورہ از مینشننگ ان دیٹ ڈے، وین اینجل اسرافیل بلوز دا ٹرمپٹ۔</w:t>
      </w:r>
    </w:p>
    <w:p>
      <w:r>
        <w:rPr>
          <w:b/>
        </w:rPr>
        <w:t xml:space="preserve">[30:05] </w:t>
      </w:r>
      <w:r>
        <w:t>this will mark the beginning of resurrection and the day of judgment. all people from all time will be resurrected and gathered for judgment.</w:t>
      </w:r>
    </w:p>
    <w:p>
      <w:pPr>
        <w:jc w:val="right"/>
      </w:pPr>
      <w:r>
        <w:t>دس ول مارک دا بگننگ آف ریزرکشن اینڈ دا ڈے آف ججمنٹ۔ آل پیپل فرام آل ٹائم ول بی ریزرکٹڈ اینڈ گیدرڈ فار ججمنٹ۔</w:t>
      </w:r>
    </w:p>
    <w:p>
      <w:r>
        <w:rPr>
          <w:b/>
        </w:rPr>
        <w:t xml:space="preserve">[30:16] </w:t>
      </w:r>
      <w:r>
        <w:t>every human being will come forth and stand in front of god</w:t>
      </w:r>
    </w:p>
    <w:p>
      <w:pPr>
        <w:jc w:val="right"/>
      </w:pPr>
      <w:r>
        <w:t>ایوری ہیومن بینگ ول کم فورتھ اینڈ سٹینڈ ان فرنٹ آف گاڈ</w:t>
      </w:r>
    </w:p>
    <w:p>
      <w:r>
        <w:rPr>
          <w:b/>
        </w:rPr>
        <w:t xml:space="preserve">[30:20] </w:t>
      </w:r>
      <w:r>
        <w:t>. so it tells god's ability to resurrect all the creation with the single command.</w:t>
      </w:r>
    </w:p>
    <w:p>
      <w:pPr>
        <w:jc w:val="right"/>
      </w:pPr>
      <w:r>
        <w:t>۔ سو اٹ ٹیلز گاڈز ایبیلیٹی ٹو ریزرکٹ آل دا کریشن ود دا سنگل کمانڈ۔</w:t>
      </w:r>
    </w:p>
    <w:p>
      <w:r>
        <w:rPr>
          <w:b/>
        </w:rPr>
        <w:t xml:space="preserve">[30:29] </w:t>
      </w:r>
      <w:r>
        <w:t>the quran says,</w:t>
      </w:r>
    </w:p>
    <w:p>
      <w:pPr>
        <w:jc w:val="right"/>
      </w:pPr>
      <w:r>
        <w:t>دا قرآن سیز،</w:t>
      </w:r>
    </w:p>
    <w:p>
      <w:r>
        <w:rPr>
          <w:b/>
        </w:rPr>
        <w:t xml:space="preserve">[30:36] </w:t>
      </w:r>
      <w:r>
        <w:t>it will be a single blast, a single cry, and at once they all will be broad before us. its a very important verse.</w:t>
      </w:r>
    </w:p>
    <w:p>
      <w:pPr>
        <w:jc w:val="right"/>
      </w:pPr>
      <w:r>
        <w:t>اٹ ول بی ا سنگل بلاسٹ، ا سنگل کرائی، اینڈ ایٹ ونس دے آل ول بی براڈ بیفور اس۔ اٹس ا ویری امپورٹنٹ ورس۔</w:t>
      </w:r>
    </w:p>
    <w:p>
      <w:r>
        <w:rPr>
          <w:b/>
        </w:rPr>
        <w:t xml:space="preserve">[30:46] </w:t>
      </w:r>
      <w:r>
        <w:t>the resurrection is a sudden resurrection.</w:t>
      </w:r>
    </w:p>
    <w:p>
      <w:pPr>
        <w:jc w:val="right"/>
      </w:pPr>
      <w:r>
        <w:t>دا ریزرکشن از ا سڈن ریزرکشن۔</w:t>
      </w:r>
    </w:p>
    <w:p>
      <w:r>
        <w:rPr>
          <w:b/>
        </w:rPr>
        <w:t xml:space="preserve">[30:49] </w:t>
      </w:r>
      <w:r>
        <w:t>so this verse describe that the day of judgment, all the creation, all the creation will be resurrected instantly by the command of god.</w:t>
      </w:r>
    </w:p>
    <w:p>
      <w:pPr>
        <w:jc w:val="right"/>
      </w:pPr>
      <w:r>
        <w:t>سو دس ورس ڈسکرائب دیٹ دا ڈے آف ججمنٹ، آل دا کریشن، آل دا کریشن ول بی ریزرکٹڈ انسٹنٹلی بائے دا کمانڈ آف گاڈ۔</w:t>
      </w:r>
    </w:p>
    <w:p>
      <w:r>
        <w:rPr>
          <w:b/>
        </w:rPr>
        <w:t xml:space="preserve">[30:59] </w:t>
      </w:r>
      <w:r>
        <w:t>it will happen in split sec</w:t>
      </w:r>
    </w:p>
    <w:p>
      <w:pPr>
        <w:jc w:val="right"/>
      </w:pPr>
      <w:r>
        <w:t>اٹ ول ہیپن ان سپلٹ سیکن</w:t>
      </w:r>
    </w:p>
    <w:p>
      <w:r>
        <w:rPr>
          <w:b/>
        </w:rPr>
        <w:t xml:space="preserve">[31:02] </w:t>
      </w:r>
      <w:r>
        <w:t>ond. it will not take months or years. the moment god will command, all the people will gather there. ji, all the entire humanity, entire humanity will be resurrected in no time.</w:t>
      </w:r>
    </w:p>
    <w:p>
      <w:pPr>
        <w:jc w:val="right"/>
      </w:pPr>
      <w:r>
        <w:t>ڈ۔ اٹ ول ناٹ ٹیک منتھس اور ایئرز۔ دا مومنٹ گاڈ ول کمانڈ، آل دا پیپل ول گیدر دیر۔ جی، آل دا انٹائر ہیومینٹی، انٹائر ہیومینٹی ول بی ریزرکٹڈ ان نو ٹائم۔</w:t>
      </w:r>
    </w:p>
    <w:p>
      <w:r>
        <w:rPr>
          <w:b/>
        </w:rPr>
        <w:t xml:space="preserve">[31:18] </w:t>
      </w:r>
      <w:r>
        <w:t>and the quran says,</w:t>
      </w:r>
    </w:p>
    <w:p>
      <w:pPr>
        <w:jc w:val="right"/>
      </w:pPr>
      <w:r>
        <w:t>اینڈ دا قرآن سیز،</w:t>
      </w:r>
    </w:p>
    <w:p>
      <w:r>
        <w:rPr>
          <w:b/>
        </w:rPr>
        <w:t xml:space="preserve">[31:29] </w:t>
      </w:r>
      <w:r>
        <w:t>and we will leave them, the entire humanity, that day surging over each other like waves.</w:t>
      </w:r>
    </w:p>
    <w:p>
      <w:pPr>
        <w:jc w:val="right"/>
      </w:pPr>
      <w:r>
        <w:t>اینڈ وی ول لیو دیم، دا انٹائر ہیومینٹی، دیٹ ڈے سرجنگ اوور ایچ ادر لائک ویوز۔</w:t>
      </w:r>
    </w:p>
    <w:p>
      <w:r>
        <w:rPr>
          <w:b/>
        </w:rPr>
        <w:t xml:space="preserve">[31:39] </w:t>
      </w:r>
      <w:r>
        <w:t>yani maujon ki tarah se aik doosre mein aise ghusenge.</w:t>
      </w:r>
    </w:p>
    <w:p>
      <w:pPr>
        <w:jc w:val="right"/>
      </w:pPr>
      <w:r>
        <w:t>یعنی موجوں کی طرح سے ایک دوسرے میں ایسے گھسیں گے۔</w:t>
      </w:r>
    </w:p>
    <w:p>
      <w:r>
        <w:rPr>
          <w:b/>
        </w:rPr>
        <w:t xml:space="preserve">[31:44] </w:t>
      </w:r>
      <w:r>
        <w:t>they will, they will leave, we will leave them, that day surging over each other like waves. and then trumpet will be blown, and we will gather them all together.</w:t>
      </w:r>
    </w:p>
    <w:p>
      <w:pPr>
        <w:jc w:val="right"/>
      </w:pPr>
      <w:r>
        <w:t>دے ول، دے ول لیو، وی ول لیو دیم، دیٹ ڈے سرجنگ اوور ایچ ادر لائک ویوز۔ اینڈ دین ٹرمپٹ ول بی بلون، اینڈ وی ول گیدر دیم آل ٹوگیدر۔</w:t>
      </w:r>
    </w:p>
    <w:p>
      <w:r>
        <w:rPr>
          <w:b/>
        </w:rPr>
        <w:t xml:space="preserve">[31:56] </w:t>
      </w:r>
      <w:r>
        <w:t>so it serves as a great reminder that no one can escape the day of judgment. its very very important message. and the next verse is also very important</w:t>
      </w:r>
    </w:p>
    <w:p>
      <w:pPr>
        <w:jc w:val="right"/>
      </w:pPr>
      <w:r>
        <w:t>سو اٹ سروز ایز ا گریٹ ریمائنڈر دیٹ نو ون کین اسکیپ دا ڈے آف ججمنٹ۔ اٹس ویری ویری امپورٹنٹ میسج۔ اینڈ دا نیکسٹ ورس از آل سو ویری امپورٹنٹ</w:t>
      </w:r>
    </w:p>
    <w:p>
      <w:r>
        <w:rPr>
          <w:b/>
        </w:rPr>
        <w:t xml:space="preserve">[32:07] </w:t>
      </w:r>
      <w:r>
        <w:t>,</w:t>
      </w:r>
    </w:p>
    <w:p>
      <w:pPr>
        <w:jc w:val="right"/>
      </w:pPr>
      <w:r>
        <w:t>،</w:t>
      </w:r>
    </w:p>
    <w:p>
      <w:r>
        <w:rPr>
          <w:b/>
        </w:rPr>
        <w:t xml:space="preserve">[32:10] </w:t>
      </w:r>
      <w:r>
        <w:t>and the heavens shall be opened. so it will become gateways. the heavens which we see now, will be opened, will split open.</w:t>
      </w:r>
    </w:p>
    <w:p>
      <w:pPr>
        <w:jc w:val="right"/>
      </w:pPr>
      <w:r>
        <w:t>اینڈ دا ہیونز شیل بی اوپنڈ۔ سو اٹ ول بیکم گیٹ ویز۔ دا ہیونز وچ وی سی ناؤ، ول بی اوپنڈ، ول سپلٹ اوپن۔</w:t>
      </w:r>
    </w:p>
    <w:p>
      <w:r>
        <w:rPr>
          <w:b/>
        </w:rPr>
        <w:t xml:space="preserve">[32:21] </w:t>
      </w:r>
      <w:r>
        <w:t>the sky will split in the day of judgment, and the unseen world will be open for all to see.</w:t>
      </w:r>
    </w:p>
    <w:p>
      <w:pPr>
        <w:jc w:val="right"/>
      </w:pPr>
      <w:r>
        <w:t>دا سکائی ول سپلٹ ان دا ڈے آف ججمنٹ، اینڈ دی ان سین ورلڈ ول بی اوپن فار آل ٹو سی۔</w:t>
      </w:r>
    </w:p>
    <w:p>
      <w:r>
        <w:rPr>
          <w:b/>
        </w:rPr>
        <w:t xml:space="preserve">[32:30] </w:t>
      </w:r>
      <w:r>
        <w:t>so when the sky will open, it will become gateways. and probably that will be the time when the humanity will move from this worldly life to the eternal life.</w:t>
      </w:r>
    </w:p>
    <w:p>
      <w:pPr>
        <w:jc w:val="right"/>
      </w:pPr>
      <w:r>
        <w:t>سو وین دا سکائی ول اوپن، اٹ ول بیکم گیٹ ویز۔ اینڈ پروبیبلی دیٹ ول بی دا ٹائم وین دا ہیومینٹی ول موو فرام دس ورلڈی لائف ٹو دا ایٹرنل لائف۔</w:t>
      </w:r>
    </w:p>
    <w:p>
      <w:r>
        <w:rPr>
          <w:b/>
        </w:rPr>
        <w:t xml:space="preserve">[32:45] </w:t>
      </w:r>
      <w:r>
        <w:t>so that will mark the beginning of the day of judgment.</w:t>
      </w:r>
    </w:p>
    <w:p>
      <w:pPr>
        <w:jc w:val="right"/>
      </w:pPr>
      <w:r>
        <w:t>سو دیٹ ول مارک دا بگننگ اف دا ڈے آف ججمنٹ۔</w:t>
      </w:r>
    </w:p>
    <w:p>
      <w:r>
        <w:rPr>
          <w:b/>
        </w:rPr>
        <w:t xml:space="preserve">[32:50] </w:t>
      </w:r>
      <w:r>
        <w:t>it shows very extraordinary nature of the day of judgment, and demonstrate the power, gods power and control over the entire universe, absolute control over the entire universe.</w:t>
      </w:r>
    </w:p>
    <w:p>
      <w:pPr>
        <w:jc w:val="right"/>
      </w:pPr>
      <w:r>
        <w:t>اٹ شوز ویری ایکسٹرا آرڈنری نیچر اف دا ڈے آف ججمنٹ، اینڈ ڈیمونسٹریٹ دی پاور، گاڈز پاور اینڈ کنٹرول اوور دا انٹائر یونیورس، ایبسولیوٹ کنٹرول اوور دا انٹائر یونیورس۔</w:t>
      </w:r>
    </w:p>
    <w:p>
      <w:r>
        <w:rPr>
          <w:b/>
        </w:rPr>
        <w:t xml:space="preserve">[33:07] </w:t>
      </w:r>
      <w:r>
        <w:t>and the last verse which we are taking, verse number 20,</w:t>
      </w:r>
    </w:p>
    <w:p>
      <w:pPr>
        <w:jc w:val="right"/>
      </w:pPr>
      <w:r>
        <w:t>اینڈ دی لاسٹ ورس وچ وی آر ٹیکنگ، ورس نمبر 20،</w:t>
      </w:r>
    </w:p>
    <w:p>
      <w:r>
        <w:rPr>
          <w:b/>
        </w:rPr>
        <w:t xml:space="preserve">[33:16] </w:t>
      </w:r>
      <w:r>
        <w:t>now it talks about the mountain</w:t>
      </w:r>
    </w:p>
    <w:p>
      <w:pPr>
        <w:jc w:val="right"/>
      </w:pPr>
      <w:r>
        <w:t>ناؤ اٹ ٹاکس اباؤٹ دی ماؤنٹن</w:t>
      </w:r>
    </w:p>
    <w:p>
      <w:r>
        <w:rPr>
          <w:b/>
        </w:rPr>
        <w:t xml:space="preserve">[33:18] </w:t>
      </w:r>
      <w:r>
        <w:t>. you know, the quran has mentioned mountains many times, and the mountains shall be made to vanish as if they were, they had been mirage.</w:t>
      </w:r>
    </w:p>
    <w:p>
      <w:pPr>
        <w:jc w:val="right"/>
      </w:pPr>
      <w:r>
        <w:t>۔ یو نو، دا قرآن ہیز مینشن ماؤنٹنز مینی ٹائمز، اینڈ دا ماؤنٹنز شیل بی میڈ ٹو وینش ایز اف دے وار، دے ہیڈ بین میراج۔</w:t>
      </w:r>
    </w:p>
    <w:p>
      <w:r>
        <w:rPr>
          <w:b/>
        </w:rPr>
        <w:t xml:space="preserve">[33:33] </w:t>
      </w:r>
      <w:r>
        <w:t>so mountain will, mountains will be removed. there be complete destruction of the mountains in the day of judgment</w:t>
      </w:r>
    </w:p>
    <w:p>
      <w:pPr>
        <w:jc w:val="right"/>
      </w:pPr>
      <w:r>
        <w:t>سو ماؤنٹن ول، ماؤنٹنز ول بی ریمووڈ۔ دیر بی کمپلیٹ ڈسٹرکشن اف دا ماؤنٹنز ان دا ڈے آف ججمنٹ</w:t>
      </w:r>
    </w:p>
    <w:p>
      <w:r>
        <w:rPr>
          <w:b/>
        </w:rPr>
        <w:t xml:space="preserve">[33:41] </w:t>
      </w:r>
      <w:r>
        <w:t>. the stability of the world will collapse, and the solid mountains which we see today, will vanish as if they were never there.</w:t>
      </w:r>
    </w:p>
    <w:p>
      <w:pPr>
        <w:jc w:val="right"/>
      </w:pPr>
      <w:r>
        <w:t>۔ دا سٹیبلٹی اف دا ورلڈ ول کولیپس، اینڈ دا سولڈ ماؤنٹنز وچ وی سی ٹوڈے، ول وینش ایز اف دے وار نیور دیر۔</w:t>
      </w:r>
    </w:p>
    <w:p>
      <w:r>
        <w:rPr>
          <w:b/>
        </w:rPr>
        <w:t xml:space="preserve">[33:51] </w:t>
      </w:r>
      <w:r>
        <w:t>so this all so tells the temporary nature of the physical world, and the ultimate reality of the hereafter.</w:t>
      </w:r>
    </w:p>
    <w:p>
      <w:pPr>
        <w:jc w:val="right"/>
      </w:pPr>
      <w:r>
        <w:t>سو دس آل سو ٹیلز دا ٹیمپریری نیچر اف دا فزیکل ورلڈ، اینڈ دی الٹیمیٹ ریلیٹی اف دا ہیر افٹر۔</w:t>
      </w:r>
    </w:p>
    <w:p>
      <w:r>
        <w:rPr>
          <w:b/>
        </w:rPr>
        <w:t xml:space="preserve">[34:00] </w:t>
      </w:r>
      <w:r>
        <w:t>so this chapter is very strong reminder of the day of judgment. and ulama has said that there are more than one thousand verses which are directly or indirectly connected to day of judgment, hereafter and resurrection.</w:t>
      </w:r>
    </w:p>
    <w:p>
      <w:pPr>
        <w:jc w:val="right"/>
      </w:pPr>
      <w:r>
        <w:t>سو دس چیپٹر از ویری سٹرونگ ریمائنڈر اف دا ڈے آف ججمنٹ۔ اینڈ علماء ہیز سیڈ دیٹ دیر آر مور دین ون تھاؤزنڈ ورسز وچ آر ڈائریکٹلی اور ان ڈائریکٹلی کنیکٹڈ ٹو ڈے آف ججمنٹ، ہیر افٹر اینڈ ریزرکشن۔</w:t>
      </w:r>
    </w:p>
    <w:p>
      <w:r>
        <w:rPr>
          <w:b/>
        </w:rPr>
        <w:t xml:space="preserve">[34:19] </w:t>
      </w:r>
      <w:r>
        <w:t>and there are lot of sayings of the prophet sallallahu alaihi wasallam, and the verses of the quran which also mention and describe what will happen in the day of judgment</w:t>
      </w:r>
    </w:p>
    <w:p>
      <w:pPr>
        <w:jc w:val="right"/>
      </w:pPr>
      <w:r>
        <w:t>اینڈ دیر آر لاٹ آف سینگز اف دی پرافٹ صلی اللہ علیہ وسلم، اینڈ دا ورسز اف دا قرآن وچ آل سو مینشن اینڈ ڈسکرائب واٹ ول ہیپن ان دا ڈے آف ججمنٹ</w:t>
      </w:r>
    </w:p>
    <w:p>
      <w:r>
        <w:rPr>
          <w:b/>
        </w:rPr>
        <w:t xml:space="preserve">[34:32] </w:t>
      </w:r>
      <w:r>
        <w:t>. i will just take a few of them. there is a hadith that as you mention, one of the hadith that the man will look at right and left and behind, and he will see nothing.</w:t>
      </w:r>
    </w:p>
    <w:p>
      <w:pPr>
        <w:jc w:val="right"/>
      </w:pPr>
      <w:r>
        <w:t>۔ آئی ول جسٹ ٹیک ا فیو آف دیم۔ دیر از ا حدیث دیٹ ایز یو مینشن، ون اف دی حدیث دیٹ دا مین ول لوک ایٹ رائٹ اینڈ لیفٹ اینڈ بیہائنڈ، اینڈ ہی ول سینگ نتھنگ۔</w:t>
      </w:r>
    </w:p>
    <w:p>
      <w:r>
        <w:rPr>
          <w:b/>
        </w:rPr>
        <w:t xml:space="preserve">[34:48] </w:t>
      </w:r>
      <w:r>
        <w:t>so this is also very important hadith about day of judgment, how it will be happen.</w:t>
      </w:r>
    </w:p>
    <w:p>
      <w:pPr>
        <w:jc w:val="right"/>
      </w:pPr>
      <w:r>
        <w:t>سو دس از آل سو ویری امپورٹنٹ حدیث اباؤٹ ڈے آف ججمنٹ، ہاؤ اٹ ول بی ہیپن۔</w:t>
      </w:r>
    </w:p>
    <w:p>
      <w:r>
        <w:rPr>
          <w:b/>
        </w:rPr>
        <w:t xml:space="preserve">[35:05] </w:t>
      </w:r>
      <w:r>
        <w:t>the fate of a servant will not move in the day of judgment unless he responds to four questions,</w:t>
      </w:r>
    </w:p>
    <w:p>
      <w:pPr>
        <w:jc w:val="right"/>
      </w:pPr>
      <w:r>
        <w:t>دی فیٹ اف ا سرونٹ ول ناٹ موو ان دا ڈے آف ججمنٹ انلیس ہی ریسپانڈز ٹو فور کوسچنز،</w:t>
      </w:r>
    </w:p>
    <w:p>
      <w:r>
        <w:rPr>
          <w:b/>
        </w:rPr>
        <w:t xml:space="preserve">[35:17] </w:t>
      </w:r>
      <w:r>
        <w:t>about his life and how he spent it, whether he spent it in purposeful life or he just spent it in hooha and all that.</w:t>
      </w:r>
    </w:p>
    <w:p>
      <w:pPr>
        <w:jc w:val="right"/>
      </w:pPr>
      <w:r>
        <w:t>اباؤٹ ہز لائف اینڈ ہاؤ ہی سپینڈ اٹ، ویدر ہی سپینڈ اٹ ان پرپس فل لائف اور ہی جسٹ سپینڈ اٹ ان ہوہا اینڈ آل دیٹ۔</w:t>
      </w:r>
    </w:p>
    <w:p>
      <w:r>
        <w:rPr>
          <w:b/>
        </w:rPr>
        <w:t xml:space="preserve">[35:28] </w:t>
      </w:r>
      <w:r>
        <w:t>so he has to explain how he spent his life,</w:t>
      </w:r>
    </w:p>
    <w:p>
      <w:pPr>
        <w:jc w:val="right"/>
      </w:pPr>
      <w:r>
        <w:t>سو ہی ہیز ٹو ایکسپلین ہاؤ ہی سپینڈ ہز لائف،</w:t>
      </w:r>
    </w:p>
    <w:p>
      <w:r>
        <w:rPr>
          <w:b/>
        </w:rPr>
        <w:t xml:space="preserve">[35:44] </w:t>
      </w:r>
      <w:r>
        <w:t>and his knowledge, that knowledge he gained, how he used it. he used it for a good purpose or used it for other purposes.</w:t>
      </w:r>
    </w:p>
    <w:p>
      <w:pPr>
        <w:jc w:val="right"/>
      </w:pPr>
      <w:r>
        <w:t>اینڈ ہز نالج، دیٹ نالج ہی گین، ہاؤ ہی یوزڈ اٹ۔ ہی یوزڈ اٹ فار ا گڈ پرپس اور یوزڈ اٹ فار ادر پرپسز۔</w:t>
      </w:r>
    </w:p>
    <w:p>
      <w:r>
        <w:rPr>
          <w:b/>
        </w:rPr>
        <w:t xml:space="preserve">[35:55] </w:t>
      </w:r>
      <w:r>
        <w:t>its very important</w:t>
      </w:r>
    </w:p>
    <w:p>
      <w:pPr>
        <w:jc w:val="right"/>
      </w:pPr>
      <w:r>
        <w:t>اٹس ویری امپورٹنٹ</w:t>
      </w:r>
    </w:p>
    <w:p>
      <w:r>
        <w:rPr>
          <w:b/>
        </w:rPr>
        <w:t xml:space="preserve">[35:56] </w:t>
      </w:r>
      <w:r>
        <w:t>, the knowledge which god gave him, how he used it, purposefully or just used it for any other reason.</w:t>
      </w:r>
    </w:p>
    <w:p>
      <w:pPr>
        <w:jc w:val="right"/>
      </w:pPr>
      <w:r>
        <w:t>، دا نالج وچ گاڈ گیو ہم، ہاؤ ہی یوزڈ اٹ، پرپس فلی اور جسٹ یوزڈ اٹ فار اینی ادر ریزن۔</w:t>
      </w:r>
    </w:p>
    <w:p>
      <w:r>
        <w:rPr>
          <w:b/>
        </w:rPr>
        <w:t xml:space="preserve">[36:12] </w:t>
      </w:r>
      <w:r>
        <w:t>this is extremely important part of this hadith that he will be asked about his wealth, how he earned it. he earned it lawfully or unlawfully, and where he spent it</w:t>
      </w:r>
    </w:p>
    <w:p>
      <w:pPr>
        <w:jc w:val="right"/>
      </w:pPr>
      <w:r>
        <w:t>دس از ایکسٹریملی امپورٹنٹ پارٹ اف دس حدیث کہ ہی ول بی اسکڈ اباؤٹ ہز ویلتھ، ہاؤ ہی ارنڈ اٹ۔ ہی ارنڈ اٹ لافلی اور ان لافلی، اینڈ ویر ہی سپینڈ اٹ</w:t>
      </w:r>
    </w:p>
    <w:p>
      <w:r>
        <w:rPr>
          <w:b/>
        </w:rPr>
        <w:t xml:space="preserve">[36:25] </w:t>
      </w:r>
      <w:r>
        <w:t>. he spent it in good causes, like dawa, like charity, or he spent in his life, luxurious life.</w:t>
      </w:r>
    </w:p>
    <w:p>
      <w:pPr>
        <w:jc w:val="right"/>
      </w:pPr>
      <w:r>
        <w:t>۔ ہی سپینڈ اٹ ان گڈ کازز، لائک دعویٰ، لائک چیریٹی، اور ہی سپینڈ ان ہز لائف، لگژریس لائف۔</w:t>
      </w:r>
    </w:p>
    <w:p>
      <w:r>
        <w:rPr>
          <w:b/>
        </w:rPr>
        <w:t xml:space="preserve">[36:36] </w:t>
      </w:r>
      <w:r>
        <w:t>so that is very very important verse,</w:t>
      </w:r>
    </w:p>
    <w:p>
      <w:pPr>
        <w:jc w:val="right"/>
      </w:pPr>
      <w:r>
        <w:t>سو دیٹ از ویری ویری امپورٹنٹ ورس،</w:t>
      </w:r>
    </w:p>
    <w:p>
      <w:r>
        <w:rPr>
          <w:b/>
        </w:rPr>
        <w:t xml:space="preserve">[36:41] </w:t>
      </w:r>
      <w:r>
        <w:t>and jisme he ablahu, and in his body, how he used it</w:t>
      </w:r>
    </w:p>
    <w:p>
      <w:pPr>
        <w:jc w:val="right"/>
      </w:pPr>
      <w:r>
        <w:t>اینڈ جس میں ہی ابلاہو، اینڈ ان ہز باڈی، ہاؤ ہی یوزڈ اٹ</w:t>
      </w:r>
    </w:p>
    <w:p>
      <w:r>
        <w:rPr>
          <w:b/>
        </w:rPr>
        <w:t xml:space="preserve">[36:47] </w:t>
      </w:r>
      <w:r>
        <w:t>. so these are very, i mean, this only shows what kind of questioning god will take place in the day of judgment.</w:t>
      </w:r>
    </w:p>
    <w:p>
      <w:pPr>
        <w:jc w:val="right"/>
      </w:pPr>
      <w:r>
        <w:t>۔ سو دیز آر ویری، آئی مین، دس اونلی شوز واٹ کائنڈ اف کوئسچننگ جی ول ٹیک پلیس ان دا ڈے آف ججمنٹ۔</w:t>
      </w:r>
    </w:p>
    <w:p>
      <w:r>
        <w:rPr>
          <w:b/>
        </w:rPr>
        <w:t xml:space="preserve">[36:58] </w:t>
      </w:r>
      <w:r>
        <w:t>a man will come, this is in the quran, in the day of judgment, and the angels will say that you have done this, you have done this wrong, and done this wrong.</w:t>
      </w:r>
    </w:p>
    <w:p>
      <w:pPr>
        <w:jc w:val="right"/>
      </w:pPr>
      <w:r>
        <w:t>ا مین ول کم، دس از ان دا قرآن، ان دا ڈے آف ججمنٹ، اینڈ دا اینجلس ول سی دیٹ یو ہیو ڈن دس، یو ہیو ڈن دس رونگ، اینڈ ڈن دس رونگ۔</w:t>
      </w:r>
    </w:p>
    <w:p>
      <w:r>
        <w:rPr>
          <w:b/>
        </w:rPr>
        <w:t xml:space="preserve">[37:08] </w:t>
      </w:r>
      <w:r>
        <w:t>de vil, de vil tell that man about his wrong doings. he will say, no no no, i have not done this, i have not done.</w:t>
      </w:r>
    </w:p>
    <w:p>
      <w:pPr>
        <w:jc w:val="right"/>
      </w:pPr>
      <w:r>
        <w:t>دے ول، دے ول ٹیل دیٹ مین اباؤٹ ہز رونگ ڈوئنگز۔ ہی ول سی، نو نو نو، آئی ہیو ناٹ ڈن دس، آئی ہیو ناٹ ڈن۔</w:t>
      </w:r>
    </w:p>
    <w:p>
      <w:r>
        <w:rPr>
          <w:b/>
        </w:rPr>
        <w:t xml:space="preserve">[37:16] </w:t>
      </w:r>
      <w:r>
        <w:t>you know, criminals always they say, no no no, i have denied. ji so something very strange will happen in the day of judgment.</w:t>
      </w:r>
    </w:p>
    <w:p>
      <w:pPr>
        <w:jc w:val="right"/>
      </w:pPr>
      <w:r>
        <w:t>یو نو، کریمنلز آلویز دے سے، نو نو نو، آئی ہیو ڈینائیڈ۔ جی سو سمتھنگ ویری سٹرینج ول ہیپن ان دا ڈے آف ججمنٹ۔</w:t>
      </w:r>
    </w:p>
    <w:p>
      <w:r>
        <w:rPr>
          <w:b/>
        </w:rPr>
        <w:t xml:space="preserve">[37:25] </w:t>
      </w:r>
      <w:r>
        <w:t>the skin of that man will speak up, ji the skin will speak, and the skin will testify, yes you have done this, you have dun</w:t>
      </w:r>
    </w:p>
    <w:p>
      <w:pPr>
        <w:jc w:val="right"/>
      </w:pPr>
      <w:r>
        <w:t>دی سکن اف دیٹ مین ول سپیک اپ، جی دی سکن ول سپیک، اینڈ دی سکن ول ٹیسٹیفائی، یس یو ہیو ڈن دس، یو ہیو ڈ</w:t>
      </w:r>
    </w:p>
    <w:p>
      <w:r>
        <w:rPr>
          <w:b/>
        </w:rPr>
        <w:t xml:space="preserve">[37:35] </w:t>
      </w:r>
      <w:r>
        <w:t>di that. so the man will say,</w:t>
      </w:r>
    </w:p>
    <w:p>
      <w:pPr>
        <w:jc w:val="right"/>
      </w:pPr>
      <w:r>
        <w:t>ن دیٹ۔ سو دا مین ول سی،</w:t>
      </w:r>
    </w:p>
    <w:p>
      <w:r>
        <w:rPr>
          <w:b/>
        </w:rPr>
        <w:t xml:space="preserve">[37:44] </w:t>
      </w:r>
      <w:r>
        <w:t>the skin, how why you are testing against me, why you are testifying against me, why you are speaking against me.</w:t>
      </w:r>
    </w:p>
    <w:p>
      <w:pPr>
        <w:jc w:val="right"/>
      </w:pPr>
      <w:r>
        <w:t>دی سکن، ہاؤ وائی یو آر ٹیسٹنگ اگینسٹ می، وائی یو آر ٹیسٹیفائنگ اگینسٹ می، وائی یو آر سپیکنگ اگینسٹ می۔</w:t>
      </w:r>
    </w:p>
    <w:p>
      <w:r>
        <w:rPr>
          <w:b/>
        </w:rPr>
        <w:t xml:space="preserve">[37:52] </w:t>
      </w:r>
      <w:r>
        <w:t>so the skin will say,</w:t>
      </w:r>
    </w:p>
    <w:p>
      <w:pPr>
        <w:jc w:val="right"/>
      </w:pPr>
      <w:r>
        <w:t>سو دا سکن ول سی،</w:t>
      </w:r>
    </w:p>
    <w:p>
      <w:r>
        <w:rPr>
          <w:b/>
        </w:rPr>
        <w:t xml:space="preserve">[37:59] </w:t>
      </w:r>
      <w:r>
        <w:t>intaqna Allahu alladhi ansha kulla shay.</w:t>
      </w:r>
    </w:p>
    <w:p>
      <w:pPr>
        <w:jc w:val="right"/>
      </w:pPr>
      <w:r>
        <w:t>انتقنا اللہ الذی انتق کل شی۔</w:t>
      </w:r>
    </w:p>
    <w:p>
      <w:r>
        <w:rPr>
          <w:b/>
        </w:rPr>
        <w:t xml:space="preserve">[38:06] </w:t>
      </w:r>
      <w:r>
        <w:t>the skin will say, today god has given me the power to speak, who has given power to speak to everyone.</w:t>
      </w:r>
    </w:p>
    <w:p>
      <w:pPr>
        <w:jc w:val="right"/>
      </w:pPr>
      <w:r>
        <w:t>دا سکن ول سی، ٹوڈے گاڈ ہیز گیون می دا پاور ٹو سپیک، ہو ہیز گیون پاور ٹو سپیک ٹو ایوری ون۔</w:t>
      </w:r>
    </w:p>
    <w:p>
      <w:r>
        <w:rPr>
          <w:b/>
        </w:rPr>
        <w:t xml:space="preserve">[38:17] </w:t>
      </w:r>
      <w:r>
        <w:t>so its very important topic, day of judgment. we should be very particular about it, and about the paradise</w:t>
      </w:r>
    </w:p>
    <w:p>
      <w:pPr>
        <w:jc w:val="right"/>
      </w:pPr>
      <w:r>
        <w:t>سو اٹس ویری امپورٹنٹ ٹاپک، ڈے آف ججمنٹ۔ وی شوڈ بی ویری پرٹیکولر اباؤٹ اٹ، اینڈ اباؤٹ دی پیراڈائز</w:t>
      </w:r>
    </w:p>
    <w:p>
      <w:r>
        <w:rPr>
          <w:b/>
        </w:rPr>
        <w:t xml:space="preserve">[38:28] </w:t>
      </w:r>
      <w:r>
        <w:t>. there are many hadith and also verses in the quran, like, wala qah</w:t>
      </w:r>
    </w:p>
    <w:p>
      <w:pPr>
        <w:jc w:val="right"/>
      </w:pPr>
      <w:r>
        <w:t>۔ دیر آر مینی حدیث اینڈ آل سو ورسز ان دا قرآن، لائک، ولا کہ</w:t>
      </w:r>
    </w:p>
    <w:p>
      <w:r>
        <w:rPr>
          <w:b/>
        </w:rPr>
        <w:t xml:space="preserve">[38:42] </w:t>
      </w:r>
      <w:r>
        <w:t>no eyes has seen, no ear has heard, and no heart has ever conceived what Allah has prepared for his rich servants.</w:t>
      </w:r>
    </w:p>
    <w:p>
      <w:pPr>
        <w:jc w:val="right"/>
      </w:pPr>
      <w:r>
        <w:t>نو ائیز ہیز سین، نو ایئر ہیز ہرڈ، اینڈ نو ہارٹ ہیز ایور کنسیوڈ واٹ اللہ ہیز پریپیئرڈ فار ہز رائچ سرونٹس۔</w:t>
      </w:r>
    </w:p>
    <w:p>
      <w:r>
        <w:rPr>
          <w:b/>
        </w:rPr>
        <w:t xml:space="preserve">[38:57] </w:t>
      </w:r>
      <w:r>
        <w:t>so this hadith describes in imaginable beauty and blessings in paradise. so it emphasizes that paradise is beyond human comprehension.</w:t>
      </w:r>
    </w:p>
    <w:p>
      <w:pPr>
        <w:jc w:val="right"/>
      </w:pPr>
      <w:r>
        <w:t>سو دس حدیث ڈسکرائب ان امیجنیبل بیوٹی اینڈ بلیسنگز ان پیراڈائز۔ سو اٹ ایمفسائز دیٹ پیراڈائز از بیونڈ ہیومن کمپرینشن۔</w:t>
      </w:r>
    </w:p>
    <w:p>
      <w:r>
        <w:rPr>
          <w:b/>
        </w:rPr>
        <w:t xml:space="preserve">[39:17] </w:t>
      </w:r>
      <w:r>
        <w:t>there is a hadith, when all the people will be judged, and people will go to paradise, or they will be deprived</w:t>
      </w:r>
    </w:p>
    <w:p>
      <w:pPr>
        <w:jc w:val="right"/>
      </w:pPr>
      <w:r>
        <w:t>دیر از ا حدیث، وین آل دا پیپل ول بی ججڈ، اینڈ پیپل ول گو ٹو پیراڈائز، اور دے ول بی ڈیپریوڈ</w:t>
      </w:r>
    </w:p>
    <w:p>
      <w:r>
        <w:rPr>
          <w:b/>
        </w:rPr>
        <w:t xml:space="preserve">[39:26] </w:t>
      </w:r>
      <w:r>
        <w:t>. so there will be one man, who will be standing there, who will be standing there. he will have sort of draw, neither he can go to paradise, or he can go to hell.</w:t>
      </w:r>
    </w:p>
    <w:p>
      <w:pPr>
        <w:jc w:val="right"/>
      </w:pPr>
      <w:r>
        <w:t>۔ سو دیر ول بی ون مین، ہو ول بی سٹینڈنگ دیر، ہو ول بی سٹینڈنگ دیر۔ ہی ول ہیو سورٹ اف ڈرا، نیدر ہی کین گو ٹو پیراڈائز، اور ہی کین گو ٹو ہیل۔</w:t>
      </w:r>
    </w:p>
    <w:p>
      <w:r>
        <w:rPr>
          <w:b/>
        </w:rPr>
        <w:t xml:space="preserve">[39:37] </w:t>
      </w:r>
      <w:r>
        <w:t>so he is standing in the day of judgment alone, and then he says to god, oh my lord, you have not entered me into paradise, at least let me see a</w:t>
      </w:r>
    </w:p>
    <w:p>
      <w:pPr>
        <w:jc w:val="right"/>
      </w:pPr>
      <w:r>
        <w:t>سو ہی از سٹینڈنگ ان دا ان دا ڈے آف ججمنٹ الون، اینڈ دین ہی سیز ٹو گاڈ، او مائی لارڈ، یو ہیو ناٹ انٹرڈ می انٹو پیراڈائز، ایٹ لیسٹ لیٹ می سی ا</w:t>
      </w:r>
    </w:p>
    <w:p>
      <w:r>
        <w:rPr>
          <w:b/>
        </w:rPr>
        <w:t xml:space="preserve">[39:52] </w:t>
      </w:r>
      <w:r>
        <w:t>t. ji so god will say, okay to the angels, take him around. so he will go and see all the paradise, and then he will come back.</w:t>
      </w:r>
    </w:p>
    <w:p>
      <w:pPr>
        <w:jc w:val="right"/>
      </w:pPr>
      <w:r>
        <w:t>ٹ۔ جی سو گاڈ ول سی، اوکے ٹو دا اینجلز، ٹیک ہم اراؤنڈ۔ سو ہی ول گو اینڈ سی آل دا پیراڈائز، اینڈ دین ہی ول کم بیک۔</w:t>
      </w:r>
    </w:p>
    <w:p>
      <w:r>
        <w:rPr>
          <w:b/>
        </w:rPr>
        <w:t xml:space="preserve">[40:04] </w:t>
      </w:r>
      <w:r>
        <w:t>then he will say to god, my lord, you have shown me the paradise, now please let me enter it. ya so god will say, oh my servant, dont ask me paradise.</w:t>
      </w:r>
    </w:p>
    <w:p>
      <w:pPr>
        <w:jc w:val="right"/>
      </w:pPr>
      <w:r>
        <w:t>دین ہی ول سی ٹو گاڈ، مائی لارڈ، یو ہیو شون می دا پیراڈائز، ناؤ پلیز لیٹ می انٹر اٹ۔ یا سو گاڈ ول سی، او مائی سرونٹ، ڈونٹ اسک می پیراڈائز۔</w:t>
      </w:r>
    </w:p>
    <w:p>
      <w:r>
        <w:rPr>
          <w:b/>
        </w:rPr>
        <w:t xml:space="preserve">[40:18] </w:t>
      </w:r>
      <w:r>
        <w:t>the earth you are coming from, i will give the earth, and one more earth, i will give you two earths, ya which has america, and europe, and all those countries.</w:t>
      </w:r>
    </w:p>
    <w:p>
      <w:pPr>
        <w:jc w:val="right"/>
      </w:pPr>
      <w:r>
        <w:t>دی ارتھ یو آر کمینگ فرام، آئی ویل گیو دا ارتھ، اینڈ ون مور ارتھ، آئی ویل گیو یو ٹو ارتھس، یا وچ ہیز امریکہ، اینڈ یورپ، اینڈ آل دوز کنٹریز۔</w:t>
      </w:r>
    </w:p>
    <w:p>
      <w:r>
        <w:rPr>
          <w:b/>
        </w:rPr>
        <w:t xml:space="preserve">[40:33] </w:t>
      </w:r>
      <w:r>
        <w:t>dont ask me paradise.</w:t>
      </w:r>
    </w:p>
    <w:p>
      <w:pPr>
        <w:jc w:val="right"/>
      </w:pPr>
      <w:r>
        <w:t>ڈونٹ اسک می پیراڈائز۔</w:t>
      </w:r>
    </w:p>
    <w:p>
      <w:r>
        <w:rPr>
          <w:b/>
        </w:rPr>
        <w:t xml:space="preserve">[40:35] </w:t>
      </w:r>
      <w:r>
        <w:t>so the man will say, ya rabbi, la taj alni ashqa khalqik, my lord, do not make me the most unfortunate person of your creation.</w:t>
      </w:r>
    </w:p>
    <w:p>
      <w:pPr>
        <w:jc w:val="right"/>
      </w:pPr>
      <w:r>
        <w:t>سو دا مین ول سی، یا ربی، لا تجعلنی اشق خلقک، مائی لارڈ، ڈو ناٹ میک می دا موسٹ انفارچونیٹ پرسن اف یور کریشن۔</w:t>
      </w:r>
    </w:p>
    <w:p>
      <w:r>
        <w:rPr>
          <w:b/>
        </w:rPr>
        <w:t xml:space="preserve">[40:50] </w:t>
      </w:r>
      <w:r>
        <w:t>so god will laugh at that. the hadith says, Allah azzawajal, god will laugh, and he will give permission to him for to go to the paradise.</w:t>
      </w:r>
    </w:p>
    <w:p>
      <w:pPr>
        <w:jc w:val="right"/>
      </w:pPr>
      <w:r>
        <w:t>سو گاڈ ویل لاؤ ایٹ دیٹ۔ دا حدیث سیز، اللہ عزوجل، گاڈ ویل لاؤ، اینڈ ہی ول گیو پرمیشن ٹو ہم فار ٹو گو ٹو دی پیراڈائز۔</w:t>
      </w:r>
    </w:p>
    <w:p>
      <w:r>
        <w:rPr>
          <w:b/>
        </w:rPr>
        <w:t xml:space="preserve">[41:05] </w:t>
      </w:r>
      <w:r>
        <w:t>so we end the session here, and may Allah grant us the understanding of the day of judgment, and grant us the wisdom to prepare for it.</w:t>
      </w:r>
    </w:p>
    <w:p>
      <w:pPr>
        <w:jc w:val="right"/>
      </w:pPr>
      <w:r>
        <w:t>سو وی اینڈ دا سیشن ہیر، اینڈ می اللہ گرانٹ اس دی انڈرسٹینڈنگ اف دا ڈے آف ججمنٹ، اینڈ گرانٹ اس دا وزڈم ٹو پریپیئر فار اٹ۔</w:t>
      </w:r>
    </w:p>
    <w:p>
      <w:r>
        <w:rPr>
          <w:b/>
        </w:rPr>
        <w:t xml:space="preserve">[41:17] </w:t>
      </w:r>
      <w:r>
        <w:t>and may Allah make that easy for us, and allow us to be in the shade of the throne of almighty.</w:t>
      </w:r>
    </w:p>
    <w:p>
      <w:pPr>
        <w:jc w:val="right"/>
      </w:pPr>
      <w:r>
        <w:t>اینڈ می اللہ میک دیٹ ایزی فار اس، اینڈ الاؤ اس ٹو بی ان دا شیڈ اف دا تھرون اف المائٹی۔</w:t>
      </w:r>
    </w:p>
    <w:p>
      <w:r>
        <w:rPr>
          <w:b/>
        </w:rPr>
        <w:t xml:space="preserve">[41:26] </w:t>
      </w:r>
      <w:r>
        <w:t>and may Allah unite us with the prophets, with the righteous, with the martyrs, and may Allah make it our ultimate joy, seeing his noble face, wa salli ta'ala 'ala khayri khalqihi, Muhammad wa 'ala alihi wa ashabihi ajma'in, birahmatika ya arhamar rahimin.</w:t>
      </w:r>
    </w:p>
    <w:p>
      <w:pPr>
        <w:jc w:val="right"/>
      </w:pPr>
      <w:r>
        <w:t>اینڈ می اللہ یونائٹ اس ود دا پرافٹس، ود دا رائچس، ود دا مارٹرز، اینڈ می اللہ میک اٹ اور الٹیمیٹ جوائے، سینگ ہز نوبل فیس، و صلی اللہ تعالی علی خیر خلقہ، محمد وعلی الہ واصحابہ اجمعین، برحمتک یا ارحم الراحمین۔</w:t>
      </w:r>
    </w:p>
    <w:p>
      <w:r>
        <w:rPr>
          <w:b/>
        </w:rPr>
        <w:t xml:space="preserve">[41:51] </w:t>
      </w:r>
      <w:r>
        <w:t>ji jazak Allah doctor sahib, for explaining as the deeper meaning of these verses, with its spiritual significance. and we look forward for the next session, to understand the remaining 20 verses of this surah.</w:t>
      </w:r>
    </w:p>
    <w:p>
      <w:pPr>
        <w:jc w:val="right"/>
      </w:pPr>
      <w:r>
        <w:t>جی جزاک اللہ ڈاکٹر صاحب، فار ایکسپلیننگ ایز دا ڈیپر میننگ اف دیز ورسز، ود اٹس سپرچول سگنیفیکنس۔ اینڈ وی لوک فارورڈ فار دا نیکسٹ سیشن، ٹو انڈرسٹینڈ دی ریمیننگ 20 ورسز اف دس سورہ۔</w:t>
      </w:r>
    </w:p>
    <w:p>
      <w:r>
        <w:rPr>
          <w:b/>
        </w:rPr>
        <w:t xml:space="preserve">[42:05] </w:t>
      </w:r>
      <w:r>
        <w:t>jazak allah doctor sahib. so we will end today session, we will be back next sunday at 10:30 am. thank you.</w:t>
      </w:r>
    </w:p>
    <w:p>
      <w:pPr>
        <w:jc w:val="right"/>
      </w:pPr>
      <w:r>
        <w:t>جزاک اللہ ڈاکٹر صاحب۔ سو وی ول اینڈ ٹوڈے سیشن، وی بی بیک نیکسٹ سنڈے ایٹ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