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Doomsday is Coming November 24, 2013</w:t>
      </w:r>
    </w:p>
    <w:p>
      <w:r>
        <w:t>https://youtu.be/rixrzrrK-cE</w:t>
      </w:r>
    </w:p>
    <w:p>
      <w:r>
        <w:rPr>
          <w:b/>
        </w:rPr>
        <w:t xml:space="preserve">[00:25] </w:t>
      </w:r>
      <w:r>
        <w:t>Wahlu al-uqdata min lisani, yafqahu qawli.</w:t>
      </w:r>
    </w:p>
    <w:p>
      <w:pPr>
        <w:jc w:val="right"/>
      </w:pPr>
      <w:r>
        <w:t>واحل العقدۃ من لسانی، یفقہ قولی.</w:t>
      </w:r>
    </w:p>
    <w:p>
      <w:r>
        <w:rPr>
          <w:b/>
        </w:rPr>
        <w:t xml:space="preserve">[00:32] </w:t>
      </w:r>
      <w:r>
        <w:t>Aaj ka topic hai: "Doomsday is coming", yani qurb-e-qayamat.</w:t>
      </w:r>
    </w:p>
    <w:p>
      <w:pPr>
        <w:jc w:val="right"/>
      </w:pPr>
      <w:r>
        <w:t>آج کا ٹاپک ہے: "ڈومز ڈے از کمنگ"، یعنی قرب قیامت۔</w:t>
      </w:r>
    </w:p>
    <w:p>
      <w:r>
        <w:rPr>
          <w:b/>
        </w:rPr>
        <w:t xml:space="preserve">[00:46] </w:t>
      </w:r>
      <w:r>
        <w:t>Aaj subah aik tajruba hua, is bana par maine is topic ko chuna aaj ke liye.</w:t>
      </w:r>
    </w:p>
    <w:p>
      <w:pPr>
        <w:jc w:val="right"/>
      </w:pPr>
      <w:r>
        <w:t>آج صبح ایک تجربہ ہوا، اس بنا پر میں نے اس ٹاپک کو چنا آج کے لیے۔</w:t>
      </w:r>
    </w:p>
    <w:p>
      <w:r>
        <w:rPr>
          <w:b/>
        </w:rPr>
        <w:t xml:space="preserve">[00:58] </w:t>
      </w:r>
      <w:r>
        <w:t>Main aam taur par All India Radio sunta hoon, to All India Radio mein har Sunday ko aik khaas interview aata hai, har Sunday ko, subah ko.</w:t>
      </w:r>
    </w:p>
    <w:p>
      <w:pPr>
        <w:jc w:val="right"/>
      </w:pPr>
      <w:r>
        <w:t>میں عام طور پر آل انڈیا ریڈیو سنتا ہوں، تو آل انڈیا ریڈیو میں ہر سنڈے کو ایک خاص انٹرویو آتا ہے، ہر سنڈے کو، صبح کو۔</w:t>
      </w:r>
    </w:p>
    <w:p>
      <w:r>
        <w:rPr>
          <w:b/>
        </w:rPr>
        <w:t xml:space="preserve">[01:14] </w:t>
      </w:r>
      <w:r>
        <w:t>To aaj ka jo interview tha us ka topic tha "Sexual Harassment",</w:t>
      </w:r>
    </w:p>
    <w:p>
      <w:pPr>
        <w:jc w:val="right"/>
      </w:pPr>
      <w:r>
        <w:t>تو آج کا جو انٹرویو تھا اس کا ٹاپک تھا "سیکشول ہراسمنٹ"،</w:t>
      </w:r>
    </w:p>
    <w:p>
      <w:r>
        <w:rPr>
          <w:b/>
        </w:rPr>
        <w:t xml:space="preserve">[01:24] </w:t>
      </w:r>
      <w:r>
        <w:t>yani increasing number of sexual harassment.</w:t>
      </w:r>
    </w:p>
    <w:p>
      <w:pPr>
        <w:jc w:val="right"/>
      </w:pPr>
      <w:r>
        <w:t>یعنی increasing number of sexual harassment.</w:t>
      </w:r>
    </w:p>
    <w:p>
      <w:r>
        <w:rPr>
          <w:b/>
        </w:rPr>
        <w:t xml:space="preserve">[01:29] </w:t>
      </w:r>
      <w:r>
        <w:t>To jo sahab bol rahe the woh Supreme Court ke aik senior advocate the.</w:t>
      </w:r>
    </w:p>
    <w:p>
      <w:pPr>
        <w:jc w:val="right"/>
      </w:pPr>
      <w:r>
        <w:t>تو جو صاحب بول رہے تھے وہ سپریم کورٹ کے ایک سینئر ایڈوکیٹ تھے۔</w:t>
      </w:r>
    </w:p>
    <w:p>
      <w:r>
        <w:rPr>
          <w:b/>
        </w:rPr>
        <w:t xml:space="preserve">[01:42] </w:t>
      </w:r>
      <w:r>
        <w:t>Interviewer ne un se poocha ke aakhir yeh jitna media hamare sath itna shorgul hota hai, log statement dete hain is ke sexual harassment ke khilaf, phir bhi tadad barh rahi hai,</w:t>
      </w:r>
    </w:p>
    <w:p>
      <w:pPr>
        <w:jc w:val="right"/>
      </w:pPr>
      <w:r>
        <w:t>انٹرویوئر نے ان سے پوچھا کہ آخر یہ جتنا میڈیا ہمارے ساتھ اتنا شورگول ہوتا ہے، لوگ سٹیٹمنٹ دیتے ہیں اس کے سیکشول ہراسمنٹ کے خلاف، پھر بھی تعداد بڑھ رہی ہے،</w:t>
      </w:r>
    </w:p>
    <w:p>
      <w:r>
        <w:rPr>
          <w:b/>
        </w:rPr>
        <w:t xml:space="preserve">[01:57] </w:t>
      </w:r>
      <w:r>
        <w:t>din bad din barh rahi hai. yeh</w:t>
      </w:r>
    </w:p>
    <w:p>
      <w:pPr>
        <w:jc w:val="right"/>
      </w:pPr>
      <w:r>
        <w:t>دن بدن بڑھ رہی ہے۔ یہ</w:t>
      </w:r>
    </w:p>
    <w:p>
      <w:r>
        <w:rPr>
          <w:b/>
        </w:rPr>
        <w:t xml:space="preserve">[02:00] </w:t>
      </w:r>
      <w:r>
        <w:t>aan tak ke jo foreign tourist hain un mein jo women hoti hain un ke sath sexual harassment hota hai, aur latest report yeh hai ke auraton ki aamad, yani siyah auraton ki aamad, India mein ghat gayi hai.</w:t>
      </w:r>
    </w:p>
    <w:p>
      <w:pPr>
        <w:jc w:val="right"/>
      </w:pPr>
      <w:r>
        <w:t>اں تک کہ جو فارن ٹورسٹ ہیں ان میں جو وومن ہوتی ہیں ان کے ساتھ سیکشول ہراسمنٹ ہوتا ہے، اور لیٹسٹ رپورٹ یہ ہے کہ عورتوں کی آمد، یعنی سیاح عورتوں کی آمد، انڈیا میں گھٹ گئی ہے۔</w:t>
      </w:r>
    </w:p>
    <w:p>
      <w:r>
        <w:rPr>
          <w:b/>
        </w:rPr>
        <w:t xml:space="preserve">[02:22] </w:t>
      </w:r>
      <w:r>
        <w:t>to yeh sawal is ne kiya,</w:t>
      </w:r>
    </w:p>
    <w:p>
      <w:pPr>
        <w:jc w:val="right"/>
      </w:pPr>
      <w:r>
        <w:t>تو یہ سوال اس نے کیا،</w:t>
      </w:r>
    </w:p>
    <w:p>
      <w:r>
        <w:rPr>
          <w:b/>
        </w:rPr>
        <w:t xml:space="preserve">[02:25] </w:t>
      </w:r>
      <w:r>
        <w:t>to senior advocate ne jo jawab diya woh yeh tha ke it is due to absence of enactment.</w:t>
      </w:r>
    </w:p>
    <w:p>
      <w:pPr>
        <w:jc w:val="right"/>
      </w:pPr>
      <w:r>
        <w:t>تو سینئر ایڈوکیٹ نے جو جواب دیا وہ یہ تھا کہ it is due to absence of enactment.</w:t>
      </w:r>
    </w:p>
    <w:p>
      <w:r>
        <w:rPr>
          <w:b/>
        </w:rPr>
        <w:t xml:space="preserve">[02:37] </w:t>
      </w:r>
      <w:r>
        <w:t>It is due to absence of enactment. yani qanoon saazi ka fehdan, is mozu par qanoon saazi ka na hona.</w:t>
      </w:r>
    </w:p>
    <w:p>
      <w:pPr>
        <w:jc w:val="right"/>
      </w:pPr>
      <w:r>
        <w:t>It is due to absence of enactment. یعنی قانون سازی کا فقدان، اس موضوع پر قانون سازی کا نہ ہونا۔</w:t>
      </w:r>
    </w:p>
    <w:p>
      <w:r>
        <w:rPr>
          <w:b/>
        </w:rPr>
        <w:t xml:space="preserve">[02:51] </w:t>
      </w:r>
      <w:r>
        <w:t>yeh jawab bilkul hi, yani qabil-e-fahm, na qabil-e-fahm hai, is liye ke khud isi interview mein aap parh sakte hain, woh interview mehfooz rehta hai radio ke program mein.</w:t>
      </w:r>
    </w:p>
    <w:p>
      <w:pPr>
        <w:jc w:val="right"/>
      </w:pPr>
      <w:r>
        <w:t>یہ جواب بالکل ہی، یعنی قابل فہم، ناقابل فہم ہے، اس لیے کہ خود اسی انٹرویو میں آپ پڑھ سکتے ہیں، وہ انٹرویو محفوظ رہتا ہے ریڈیو کے پروگرام میں۔</w:t>
      </w:r>
    </w:p>
    <w:p>
      <w:r>
        <w:rPr>
          <w:b/>
        </w:rPr>
        <w:t xml:space="preserve">[03:05] </w:t>
      </w:r>
      <w:r>
        <w:t>isi interview mein woh khud ho ke bata rahe hain ke jo present laws hain is mein har cheez ko jurm bataya gaya hai. yani kisi khatoon ko aap ghoor kar dekhen, yeh bhi jurm hai.</w:t>
      </w:r>
    </w:p>
    <w:p>
      <w:pPr>
        <w:jc w:val="right"/>
      </w:pPr>
      <w:r>
        <w:t>اسی انٹرویو میں وہ خود ہو کے بتا رہے ہیں کہ جو پریزنٹ لاز ہیں اس میں ہر چیز کو جرم بتایا گیا ہے۔ یعنی کسی خاتون کو آپ گھور کر دیکھیں، یہ بھی جرم ہے۔</w:t>
      </w:r>
    </w:p>
    <w:p>
      <w:r>
        <w:rPr>
          <w:b/>
        </w:rPr>
        <w:t xml:space="preserve">[03:19] </w:t>
      </w:r>
      <w:r>
        <w:t>kisi khatoon ko touch karen, yeh bhi jurm hai. kisi khatoon ko aap koi lafz bol den aisa jo us ko bura lagta ho, woh bhi jurm hai.</w:t>
      </w:r>
    </w:p>
    <w:p>
      <w:pPr>
        <w:jc w:val="right"/>
      </w:pPr>
      <w:r>
        <w:t>کسی خاتون کو ٹچ کریں، یہ بھی جرم ہے۔ کسی خاتون کو آپ کوئی لفظ بول دیں ایسا جو اس کو برا لگتا ہو، وہ بھی جرم ہے۔</w:t>
      </w:r>
    </w:p>
    <w:p>
      <w:r>
        <w:rPr>
          <w:b/>
        </w:rPr>
        <w:t xml:space="preserve">[03:31] </w:t>
      </w:r>
      <w:r>
        <w:t>itni sari cheezen jurm ke khane mein dali hui hain, according to the law. is ke bawajood yeh sab ho raha hai.</w:t>
      </w:r>
    </w:p>
    <w:p>
      <w:pPr>
        <w:jc w:val="right"/>
      </w:pPr>
      <w:r>
        <w:t>اتنی ساری چیزیں جرم کے خانے میں ڈالی ہوئی ہیں، according to the law۔ اس کے باوجود یہ سب ہو رہا ہے۔</w:t>
      </w:r>
    </w:p>
    <w:p>
      <w:r>
        <w:rPr>
          <w:b/>
        </w:rPr>
        <w:t xml:space="preserve">[03:42] </w:t>
      </w:r>
      <w:r>
        <w:t>to main ne socha ke is par jab ghoor kiya to main ne socha ke yeh lack of enactment ka mamla nahi hai, yeh lack of implementation of law ka mamla hai.</w:t>
      </w:r>
    </w:p>
    <w:p>
      <w:pPr>
        <w:jc w:val="right"/>
      </w:pPr>
      <w:r>
        <w:t>تو میں نے سوچا کہ اس پر جب غور کیا تو میں نے سوچا کہ یہ lack of enactment کا معاملہ نہیں ہے، یہ lack of implementation of law کا معاملہ ہے۔</w:t>
      </w:r>
    </w:p>
    <w:p>
      <w:r>
        <w:rPr>
          <w:b/>
        </w:rPr>
        <w:t xml:space="preserve">[03:54] </w:t>
      </w:r>
      <w:r>
        <w:t>yani qanoon banana yeh masla nahi hai ke qanoon banao, masla yeh hai ke qanoon ka nafiz mumkin nahi.</w:t>
      </w:r>
    </w:p>
    <w:p>
      <w:pPr>
        <w:jc w:val="right"/>
      </w:pPr>
      <w:r>
        <w:t>یعنی قانون بنانا یہ مسئلہ نہیں ہے کہ قانون بناؤ، مسئلہ یہ ہے کہ قانون کا نفاذ ممکن نہیں۔</w:t>
      </w:r>
    </w:p>
    <w:p>
      <w:r>
        <w:rPr>
          <w:b/>
        </w:rPr>
        <w:t xml:space="preserve">[04:07] </w:t>
      </w:r>
      <w:r>
        <w:t>yani absence of implementation of act ka mamla hai yeh.</w:t>
      </w:r>
    </w:p>
    <w:p>
      <w:pPr>
        <w:jc w:val="right"/>
      </w:pPr>
      <w:r>
        <w:t>یعنی absence of implementation of act کا معاملہ ہے یہ۔</w:t>
      </w:r>
    </w:p>
    <w:p>
      <w:r>
        <w:rPr>
          <w:b/>
        </w:rPr>
        <w:t xml:space="preserve">[04:13] </w:t>
      </w:r>
      <w:r>
        <w:t>phir main ne socha to meri samajh mein aaya ke qanoon nafiz ho to kaise? qanoon ko banane wala, qanoon ko nafiz karne wala insan hota hai, aur jis par nafiz hona hai, woh bhi insan hota hai?</w:t>
      </w:r>
    </w:p>
    <w:p>
      <w:pPr>
        <w:jc w:val="right"/>
      </w:pPr>
      <w:r>
        <w:t>پھر میں نے سوچا تو میری سمجھ میں آیا کہ قانون نافذ ہو تو کیسے؟ قانون کو بنانے والا، قانون کو نافذ کرنے والا انسان ہوتا ہے، اور جس پر نافذ ہونا ہے، وہ بھی انسان ہوتا ہے؟</w:t>
      </w:r>
    </w:p>
    <w:p>
      <w:r>
        <w:rPr>
          <w:b/>
        </w:rPr>
        <w:t xml:space="preserve">[04:31] </w:t>
      </w:r>
      <w:r>
        <w:t>koi jo qanoon ko nafiz karne wala hai, woh superman to hai nahi? insan se zyada koi taqat is ke paas to hai nahi?</w:t>
      </w:r>
    </w:p>
    <w:p>
      <w:pPr>
        <w:jc w:val="right"/>
      </w:pPr>
      <w:r>
        <w:t>کوئی جو قانون کو نافذ کرنے والا ہے، وہ superman تو ہے نہیں؟ انسان سے زیادہ کوئی طاقت اس کے پاس تو ہے نہیں؟</w:t>
      </w:r>
    </w:p>
    <w:p>
      <w:r>
        <w:rPr>
          <w:b/>
        </w:rPr>
        <w:t xml:space="preserve">[04:41] </w:t>
      </w:r>
      <w:r>
        <w:t>natija kya hota hai ke jo criminals hote hain, sirf isi mamle mein nahi, har mamle mein, woh bohat se tareeqe nikaal lete hain apne bachao ka.</w:t>
      </w:r>
    </w:p>
    <w:p>
      <w:pPr>
        <w:jc w:val="right"/>
      </w:pPr>
      <w:r>
        <w:t>نتیجہ کیا ہوتا ہے کہ جو criminals ہوتے ہیں، صرف اسی معاملے میں نہیں، ہر معاملے میں، وہ بہت سے طریقے نکال لیتے ہیں اپنے بچاؤ کا۔</w:t>
      </w:r>
    </w:p>
    <w:p>
      <w:r>
        <w:rPr>
          <w:b/>
        </w:rPr>
        <w:t xml:space="preserve">[04:51] </w:t>
      </w:r>
      <w:r>
        <w:t>kahin un ka jo un ki taraf se jo wakeel hota hai, woh law mein koi loophole daryaft kar leta hai, kisi technical ground par woh bacha leta hai us ko.</w:t>
      </w:r>
    </w:p>
    <w:p>
      <w:pPr>
        <w:jc w:val="right"/>
      </w:pPr>
      <w:r>
        <w:t>کہیں ان کا جو ان کی طرف سے جو وکیل ہوتا ہے، وہ law میں کوئی loophole دریافت کر لیتا ہے، کسی technical ground پر وہ بچا لیتا ہے اس کو۔</w:t>
      </w:r>
    </w:p>
    <w:p>
      <w:r>
        <w:rPr>
          <w:b/>
        </w:rPr>
        <w:t xml:space="preserve">[05:04] </w:t>
      </w:r>
      <w:r>
        <w:t>yani yeh hazar tareeqe hain jis se ek insan doosre insan ko dhoka de deta hai. is wajah se yeh cheez jaari hai.</w:t>
      </w:r>
    </w:p>
    <w:p>
      <w:pPr>
        <w:jc w:val="right"/>
      </w:pPr>
      <w:r>
        <w:t>یعنی یہ ہزار طریقے ہیں جس سے ایک انسان دوسرے انسان کو دھوکہ دے دے لیتا ہے۔ اس وجہ سے یہ چیز جاری ہے۔</w:t>
      </w:r>
    </w:p>
    <w:p>
      <w:r>
        <w:rPr>
          <w:b/>
        </w:rPr>
        <w:t xml:space="preserve">[05:15] </w:t>
      </w:r>
      <w:r>
        <w:t>ek bohat hi dilchasp waqia main arz karunga, woh is mamle ko illustrate karta hai ke Bombay mein ek aadmi tha, us ne qatl kiya,</w:t>
      </w:r>
    </w:p>
    <w:p>
      <w:pPr>
        <w:jc w:val="right"/>
      </w:pPr>
      <w:r>
        <w:t>ایک بہت ہی دلچسپ واقعہ میں عرض کروں گا، وہ اس معاملے کو illustrate کرتا ہے کہ بمبے میں ایک آدمی تھا، اس نے قتل کیا،</w:t>
      </w:r>
    </w:p>
    <w:p>
      <w:r>
        <w:rPr>
          <w:b/>
        </w:rPr>
        <w:t xml:space="preserve">[05:30] </w:t>
      </w:r>
      <w:r>
        <w:t>us ka jurm qatl ka jurm tha, aur woh sabit bhi ho gaya. yani evidence maujood thi. yahan tak ke judge ne us ke khilaf faisla bhi de diya ke us ko hang karo.</w:t>
      </w:r>
    </w:p>
    <w:p>
      <w:pPr>
        <w:jc w:val="right"/>
      </w:pPr>
      <w:r>
        <w:t>اس کا جرم قتل کا جرم تھا، اور وہ ثابت بھی ہو گیا۔ یعنی evidence موجود تھی۔ یہاں تک کہ جج نے اس کے خلاف فیصلہ بھی دے دیا کہ اس کو hang کرو۔</w:t>
      </w:r>
    </w:p>
    <w:p>
      <w:r>
        <w:rPr>
          <w:b/>
        </w:rPr>
        <w:t xml:space="preserve">[05:44] </w:t>
      </w:r>
      <w:r>
        <w:t>us ke baad kya hua? maujooda qanoon yeh hai ke jab woh hang kiya jata hai to wahan par judge bhi, wahan par magistrate maujood hota hai, aur uska uska wakeel bhi maujood hota hai, jo qatil ka wakeel.</w:t>
      </w:r>
    </w:p>
    <w:p>
      <w:pPr>
        <w:jc w:val="right"/>
      </w:pPr>
      <w:r>
        <w:t>اس کے بعد کیا ہوا؟ موجودہ قانون یہ ہے کہ جب وہ hang کیا جاتا ہے تو وہاں پر جج بھی، وہاں پر مجسٹریٹ موجود ہوتا ہے، اور اس کا اس کا وکیل بھی موجود ہوتا ہے، جو قاتل کا وکیل۔</w:t>
      </w:r>
    </w:p>
    <w:p>
      <w:r>
        <w:rPr>
          <w:b/>
        </w:rPr>
        <w:t xml:space="preserve">[06:00] </w:t>
      </w:r>
      <w:r>
        <w:t>to wahan par aisa hota hai ke ek neeche ek ek cheez rakhi jati hai, stool ya mez jaisi, wahan par khara hota hai, woh us ke gale mein phanda dalte hain.</w:t>
      </w:r>
    </w:p>
    <w:p>
      <w:pPr>
        <w:jc w:val="right"/>
      </w:pPr>
      <w:r>
        <w:t>تو وہاں پر ایسا ہوتا ہے کہ ایک نیچے ایک ایک چیز رکھی جاتی ہے، stool یا میز جیسی، وہاں پر کھڑا ہوتا ہے، وہ اس کے گلے میں پھندہ ڈالتے ہیں۔</w:t>
      </w:r>
    </w:p>
    <w:p>
      <w:r>
        <w:rPr>
          <w:b/>
        </w:rPr>
        <w:t xml:space="preserve">[06:14] </w:t>
      </w:r>
      <w:r>
        <w:t>jab phanda dalne ke baad phir neeche jo mez hota hai, us ko kheench lete hain, woh latak jata hai, phir barh jata hai woh. to wahan wakeel khara hua tha.</w:t>
      </w:r>
    </w:p>
    <w:p>
      <w:pPr>
        <w:jc w:val="right"/>
      </w:pPr>
      <w:r>
        <w:t>جب پھندہ ڈالنے کے بعد پھر نیچے جو میز ہوتا ہے، اس کو کھینچ لیتے ہیں، وہ لٹک جاتا ہے، پھر بڑھ جاتا ہے وہ۔ تو وہاں وکیل کھڑا ہوا تھا۔</w:t>
      </w:r>
    </w:p>
    <w:p>
      <w:r>
        <w:rPr>
          <w:b/>
        </w:rPr>
        <w:t xml:space="preserve">[06:27] </w:t>
      </w:r>
      <w:r>
        <w:t>us ke baad kya hua ke qatil laya gaya, jis par jurm bhi sabit aur judge ka faisla bhi sabit, sab kuch ho chuka hai. ab sirf hang karna hai.</w:t>
      </w:r>
    </w:p>
    <w:p>
      <w:pPr>
        <w:jc w:val="right"/>
      </w:pPr>
      <w:r>
        <w:t>اس کے بعد کیا ہوا کہ قاتل لایا گیا، جس پر جرم بھی ثابت اور جج کا فیصلہ بھی ثابت، سب کچھ ہو چکا ہے۔ اب صرف hang کرنا ہے۔</w:t>
      </w:r>
    </w:p>
    <w:p>
      <w:r>
        <w:rPr>
          <w:b/>
        </w:rPr>
        <w:t xml:space="preserve">[06:39] </w:t>
      </w:r>
      <w:r>
        <w:t>to jab us ke gale mein phande dala, us ne jo aadmi hota hai, us ne foran kaha, wakeel ne, "stop".</w:t>
      </w:r>
    </w:p>
    <w:p>
      <w:pPr>
        <w:jc w:val="right"/>
      </w:pPr>
      <w:r>
        <w:t>تو جب اس کے گلے میں پھندے ڈالا، اس نے جو آدمی ہوتا ہے، اس نے فوراً کہا، وکیل نے، "stop"۔</w:t>
      </w:r>
    </w:p>
    <w:p>
      <w:r>
        <w:rPr>
          <w:b/>
        </w:rPr>
        <w:t xml:space="preserve">[06:49] </w:t>
      </w:r>
      <w:r>
        <w:t>phanda dalte hi us ne kaha ke "stop". to wahan magistrate bhi khara hua hai aur sara amal khara hua hai, us ne kaha ke "stop".</w:t>
      </w:r>
    </w:p>
    <w:p>
      <w:pPr>
        <w:jc w:val="right"/>
      </w:pPr>
      <w:r>
        <w:t>پھندہ ڈالتے ہی اس نے کہا کہ "stop"۔ تو وہاں مجسٹریٹ بھی کھڑا ہوا ہے اور سارا عملہ کھڑا ہوا ہے، اس نے کہا کہ "stop"۔</w:t>
      </w:r>
    </w:p>
    <w:p>
      <w:r>
        <w:rPr>
          <w:b/>
        </w:rPr>
        <w:t xml:space="preserve">[07:00] </w:t>
      </w:r>
      <w:r>
        <w:t>tum is ke aagay kuch nahi kar sakte.</w:t>
      </w:r>
    </w:p>
    <w:p>
      <w:pPr>
        <w:jc w:val="right"/>
      </w:pPr>
      <w:r>
        <w:t>تم اس کے آگے کچھ نہیں کر سکتے۔</w:t>
      </w:r>
    </w:p>
    <w:p>
      <w:r>
        <w:rPr>
          <w:b/>
        </w:rPr>
        <w:t xml:space="preserve">[07:04] </w:t>
      </w:r>
      <w:r>
        <w:t>aur nateeja kya hua? woh qatil bach gaya.</w:t>
      </w:r>
    </w:p>
    <w:p>
      <w:pPr>
        <w:jc w:val="right"/>
      </w:pPr>
      <w:r>
        <w:t>اور نتیجہ کیا ہوا؟ وہ قاتل بچ گیا۔</w:t>
      </w:r>
    </w:p>
    <w:p>
      <w:r>
        <w:rPr>
          <w:b/>
        </w:rPr>
        <w:t xml:space="preserve">[07:07] </w:t>
      </w:r>
      <w:r>
        <w:t>is ki wajah yeh thi ke is waqt jo qanoon tha, is mein likha hota hai sirf "hang". He must be hanged. yeh tha. hang ka matlab hai phanda daalna galay mein.</w:t>
      </w:r>
    </w:p>
    <w:p>
      <w:pPr>
        <w:jc w:val="right"/>
      </w:pPr>
      <w:r>
        <w:t>اس کی وجہ یہ تھی کہ اس وقت جو قانون تھا، اس میں لکھا ہوتا ہے صرف "hang"۔ He must be hanged. یہ تھا۔ hang کا مطلب ہے پھندہ ڈالنا گلے میں۔</w:t>
      </w:r>
    </w:p>
    <w:p>
      <w:r>
        <w:rPr>
          <w:b/>
        </w:rPr>
        <w:t xml:space="preserve">[07:20] </w:t>
      </w:r>
      <w:r>
        <w:t>Death ka lafz nahi tha is mein. is ke baad qanoon badla gaya aur is mein likha gaya ke till to the death.</w:t>
      </w:r>
    </w:p>
    <w:p>
      <w:pPr>
        <w:jc w:val="right"/>
      </w:pPr>
      <w:r>
        <w:t>Death کا لفظ نہیں تھا اس میں۔ اس کے بعد قانون بدلا گیا اور اس میں لکھا گیا کہ till to the death.</w:t>
      </w:r>
    </w:p>
    <w:p>
      <w:r>
        <w:rPr>
          <w:b/>
        </w:rPr>
        <w:t xml:space="preserve">[07:29] </w:t>
      </w:r>
      <w:r>
        <w:t>He should be hanged till to the death. yani maut tak is ko phanda dala jaye.</w:t>
      </w:r>
    </w:p>
    <w:p>
      <w:pPr>
        <w:jc w:val="right"/>
      </w:pPr>
      <w:r>
        <w:t>He should be hanged till to the death. یعنی موت تک اس کو پھندہ ڈالا جائے۔</w:t>
      </w:r>
    </w:p>
    <w:p>
      <w:r>
        <w:rPr>
          <w:b/>
        </w:rPr>
        <w:t xml:space="preserve">[07:37] </w:t>
      </w:r>
      <w:r>
        <w:t>lekin aaj bhi aap jante hain dunya mein khoob qatal ho rahe hain. qatal ke jurm ki koi kami nahi, kyunke naye naye nuqtay nikalte rehte hain woh log.</w:t>
      </w:r>
    </w:p>
    <w:p>
      <w:pPr>
        <w:jc w:val="right"/>
      </w:pPr>
      <w:r>
        <w:t>لیکن آج بھی آپ جانتے ہیں دنیا میں خوب قتل ہو رہے ہیں۔ قتل کے جرم کی کوئی کمی نہیں، کیونکہ نئے نئے نقطے نکالتے رہتے ہیں وہ لوگ۔</w:t>
      </w:r>
    </w:p>
    <w:p>
      <w:r>
        <w:rPr>
          <w:b/>
        </w:rPr>
        <w:t xml:space="preserve">[07:48] </w:t>
      </w:r>
      <w:r>
        <w:t>to mein ne socha ke dekhen insaan insaan ko saza de nahi sakta. yeh impossible hai. yeh ajeeb o ghareeb baat mujhe samajh aayi.</w:t>
      </w:r>
    </w:p>
    <w:p>
      <w:pPr>
        <w:jc w:val="right"/>
      </w:pPr>
      <w:r>
        <w:t>تو میں نے سوچا کہ دیکھیں انسان انسان کو سزا دے نہیں سکتا۔ یہ impossible ہے۔ یہ عجیب و غریب بات مجھے سمجھ آئی۔</w:t>
      </w:r>
    </w:p>
    <w:p>
      <w:r>
        <w:rPr>
          <w:b/>
        </w:rPr>
        <w:t xml:space="preserve">[07:58] </w:t>
      </w:r>
      <w:r>
        <w:t>ke impossible hai ke insaan insaan ko poori maano mein saza de sake.</w:t>
      </w:r>
    </w:p>
    <w:p>
      <w:pPr>
        <w:jc w:val="right"/>
      </w:pPr>
      <w:r>
        <w:t>کہ impossible ہے کہ انسان انسان کو پوری معنوں میں سزا دے سکے۔</w:t>
      </w:r>
    </w:p>
    <w:p>
      <w:r>
        <w:rPr>
          <w:b/>
        </w:rPr>
        <w:t xml:space="preserve">[08:06] </w:t>
      </w:r>
      <w:r>
        <w:t>phir meri samajh mein ek bohat bari hikmat aayi jo Quran majeed se mutalliq milti hai. ke aaj kal jo so-called Islamist hain, sari dunya mein hangama kiye hue hain.</w:t>
      </w:r>
    </w:p>
    <w:p>
      <w:pPr>
        <w:jc w:val="right"/>
      </w:pPr>
      <w:r>
        <w:t>پھر میری سمجھ میں ایک بہت بڑی حکمت آئی جو قرآن مجید سے متعلق ملتی ہے۔ کہ آج کل جو so-called Islamist ہیں، ساری دنیا میں ہنگامہ کیے ہوئے ہیں۔</w:t>
      </w:r>
    </w:p>
    <w:p>
      <w:r>
        <w:rPr>
          <w:b/>
        </w:rPr>
        <w:t xml:space="preserve">[08:17] </w:t>
      </w:r>
      <w:r>
        <w:t>kis liye? Islami qanoon ka nafaz, Islami qanoon ka nafaz. yeh log bilkul hi unaware hain is sachai, haqeeqat se.</w:t>
      </w:r>
    </w:p>
    <w:p>
      <w:pPr>
        <w:jc w:val="right"/>
      </w:pPr>
      <w:r>
        <w:t>کس لیے؟ اسلامی قانون کا نفاذ، اسلامی قانون کا نفاذ۔ یہ لوگ بالکل ہی unaware ہیں اس سچائی، حقیقت سے۔</w:t>
      </w:r>
    </w:p>
    <w:p>
      <w:r>
        <w:rPr>
          <w:b/>
        </w:rPr>
        <w:t xml:space="preserve">[08:26] </w:t>
      </w:r>
      <w:r>
        <w:t>kyunke insaan insaan ke oopar qanoon ka nafaz kar hi nahi sakta hai. Impossible hai.</w:t>
      </w:r>
    </w:p>
    <w:p>
      <w:pPr>
        <w:jc w:val="right"/>
      </w:pPr>
      <w:r>
        <w:t>کیونکہ انسان انسان کے اوپر قانون کا نفاذ کر ہی نہیں سکتا ہے۔ Impossible ہے۔</w:t>
      </w:r>
    </w:p>
    <w:p>
      <w:r>
        <w:rPr>
          <w:b/>
        </w:rPr>
        <w:t xml:space="preserve">[08:34] </w:t>
      </w:r>
      <w:r>
        <w:t>yani aaj chahe aap so-called Islami hukumat banayein aur so-called Islami woh jo yeh log kehte hain, Arab log kehte hain, tatbeeq al-sharia, tatbeeq al-sharia, nafaz shariat, is ke liye aap ek hukumat bana dalen,</w:t>
      </w:r>
    </w:p>
    <w:p>
      <w:pPr>
        <w:jc w:val="right"/>
      </w:pPr>
      <w:r>
        <w:t>یعنی آج چاہے آپ so-called اسلامی حکومت بنائیں اور so-called اسلامی وہ جو یہ لوگ کہتے ہیں، عرب لوگ کہتے ہیں، تطبیق الشریعہ، تطبیق الشریعہ، نفاذ شریعت، اس کے لیے آپ ایک حکومت بنا ڈالیں،</w:t>
      </w:r>
    </w:p>
    <w:p>
      <w:r>
        <w:rPr>
          <w:b/>
        </w:rPr>
        <w:t xml:space="preserve">[08:51] </w:t>
      </w:r>
      <w:r>
        <w:t>tab bhi kya hoga? naafiz karne wala insaan, jis par naafiz kiya jaye, woh bhi insaan hai. hazar tareeqay se bacha le ga apne aap ko.</w:t>
      </w:r>
    </w:p>
    <w:p>
      <w:pPr>
        <w:jc w:val="right"/>
      </w:pPr>
      <w:r>
        <w:t>تب بھی کیا ہوگا؟ نافذ کرنے والا انسان، جس پر نافذ کیا جائے، وہ بھی انسان ہے۔ ہزار طریقے سے بچا لے گا اپنے آپ کو۔</w:t>
      </w:r>
    </w:p>
    <w:p>
      <w:r>
        <w:rPr>
          <w:b/>
        </w:rPr>
        <w:t xml:space="preserve">[08:59] </w:t>
      </w:r>
      <w:r>
        <w:t>isi liye Quran mein kahin bhi nahi hai ke nafaz shariat al-Islami ke yeh nishana nahi bataya gaya hai ke Islami qanoon ko naafiz karna yeh yeh nishana hai tumhara.</w:t>
      </w:r>
    </w:p>
    <w:p>
      <w:pPr>
        <w:jc w:val="right"/>
      </w:pPr>
      <w:r>
        <w:t>اسی لیے قرآن میں کہیں بھی نہیں ہے کہ نفذ شریعت الاسلامی کہ یہ نشانہ نہیں بتایا گیا ہے کہ اسلامی قانون کو نافذ کرنا یہ یہ نشانہ ہے تمہارا۔</w:t>
      </w:r>
    </w:p>
    <w:p>
      <w:r>
        <w:rPr>
          <w:b/>
        </w:rPr>
        <w:t xml:space="preserve">[09:11] </w:t>
      </w:r>
      <w:r>
        <w:t>is liye ke yeh bilkul na-qabil-e-amal hai. sari Quran mein, sari Hadees mein kahin bhi yeh nahi hai ke Musalmanon ko yeh nishana diya hai Allah taala ne ke woh dunya mein Islami qanoon ko naafiz karen.</w:t>
      </w:r>
    </w:p>
    <w:p>
      <w:pPr>
        <w:jc w:val="right"/>
      </w:pPr>
      <w:r>
        <w:t>اس لیے کہ یہ بالکل ناقابل عمل ہے۔ سارے قرآن میں، ساری حدیث میں کہیں بھی یہ نہیں ہے کہ مسلمانوں کو یہ نشانہ دیا ہے اللہ تعالی نے کہ وہ دنیا میں اسلامی قانون کو نافذ کریں۔</w:t>
      </w:r>
    </w:p>
    <w:p>
      <w:r>
        <w:rPr>
          <w:b/>
        </w:rPr>
        <w:t xml:space="preserve">[09:25] </w:t>
      </w:r>
      <w:r>
        <w:t>is liye ke yeh to ho nahi sakta.</w:t>
      </w:r>
    </w:p>
    <w:p>
      <w:pPr>
        <w:jc w:val="right"/>
      </w:pPr>
      <w:r>
        <w:t>اس لیے کہ یہ تو ہو نہیں سکتا۔</w:t>
      </w:r>
    </w:p>
    <w:p>
      <w:r>
        <w:rPr>
          <w:b/>
        </w:rPr>
        <w:t xml:space="preserve">[09:28] </w:t>
      </w:r>
      <w:r>
        <w:t>yeh qabil-e-amal hi nahi hai. insaan insaan ke oopar qanoon ko naafiz kar sake, bohat hi partial sense mein mumkin hai, partial sense mein.</w:t>
      </w:r>
    </w:p>
    <w:p>
      <w:pPr>
        <w:jc w:val="right"/>
      </w:pPr>
      <w:r>
        <w:t>یہ قابل عمل ہی نہیں ہے۔ انسان انسان کے اوپر قانون کو نفاذ کر سکے، بہت ہی partial sense میں ممکن ہے، partial sense میں۔</w:t>
      </w:r>
    </w:p>
    <w:p>
      <w:r>
        <w:rPr>
          <w:b/>
        </w:rPr>
        <w:t xml:space="preserve">[09:39] </w:t>
      </w:r>
      <w:r>
        <w:t>poore maano mein nahi mumkin hai.</w:t>
      </w:r>
    </w:p>
    <w:p>
      <w:pPr>
        <w:jc w:val="right"/>
      </w:pPr>
      <w:r>
        <w:t>پورے معنوں میں نہیں ممکن ہے۔</w:t>
      </w:r>
    </w:p>
    <w:p>
      <w:r>
        <w:rPr>
          <w:b/>
        </w:rPr>
        <w:t xml:space="preserve">[09:44] </w:t>
      </w:r>
      <w:r>
        <w:t>phir mujhe is par sochte hue nazar aaya ke jab dunya ka mamla yeh hai ke yahan jaraim ho rahe hain aur saza nahi paate mujrim, to to Allah ne dunya kyun banayi?</w:t>
      </w:r>
    </w:p>
    <w:p>
      <w:pPr>
        <w:jc w:val="right"/>
      </w:pPr>
      <w:r>
        <w:t>پھر مجھے اس پر سوچتے ہوئے نظر آیا کہ جب دنیا کا معاملہ یہ ہے کہ یہاں جرائم ہو رہے ہیں اور سزا نہیں پاتے مجرمین، تو تو اللہ نے دنیا کیوں بنائی؟</w:t>
      </w:r>
    </w:p>
    <w:p>
      <w:r>
        <w:rPr>
          <w:b/>
        </w:rPr>
        <w:t xml:space="preserve">[09:57] </w:t>
      </w:r>
      <w:r>
        <w:t>yani jaraim se bhar gayi hai dunya. masla sirf sexual harassment ka nahi hai. jaraim ki had yeh hai ke sara samandar jo hai, pollute ho gaya, fiza mein pollution chha gaya.</w:t>
      </w:r>
    </w:p>
    <w:p>
      <w:pPr>
        <w:jc w:val="right"/>
      </w:pPr>
      <w:r>
        <w:t>یعنی جرائم سے بھر گئی ہے دنیا۔ مسئلہ صرف سیکشول ہراسمنٹ کا نہیں ہے۔ جرائم کی حد یہ ہے کہ سارا سمندر جو ہے، پلوٹ ہو گیا، فضا میں پولیوشن چھا گیا۔</w:t>
      </w:r>
    </w:p>
    <w:p>
      <w:r>
        <w:rPr>
          <w:b/>
        </w:rPr>
        <w:t xml:space="preserve">[10:13] </w:t>
      </w:r>
      <w:r>
        <w:t>tarah tarah ke problem, ecological problem, tarah tarah ke problem, woh sab bhi jaraim hain. woh bhi to crime hain, lekin koi pakar is par nahi.</w:t>
      </w:r>
    </w:p>
    <w:p>
      <w:pPr>
        <w:jc w:val="right"/>
      </w:pPr>
      <w:r>
        <w:t>طرح طرح کے پرابلم، ایکولوجیکل پرابلم، طرح طرح کے پرابلم، وہ سب بھی جرائم ہیں۔ وہ بھی تو کرائم ہیں، لیکن کوئی پکڑ اس پر نہیں۔</w:t>
      </w:r>
    </w:p>
    <w:p>
      <w:r>
        <w:rPr>
          <w:b/>
        </w:rPr>
        <w:t xml:space="preserve">[10:25] </w:t>
      </w:r>
      <w:r>
        <w:t>is par law bante hain, conferences hoti hain, statements diye jate hain, lekin koi is par rok nahi.</w:t>
      </w:r>
    </w:p>
    <w:p>
      <w:pPr>
        <w:jc w:val="right"/>
      </w:pPr>
      <w:r>
        <w:t>اس پر لاء بنتے ہیں، کانفرنسز ہوتی ہیں، اسٹیٹمنٹ دیے جاتے ہیں، لیکن کوئی اس پر روک نہیں۔</w:t>
      </w:r>
    </w:p>
    <w:p>
      <w:r>
        <w:rPr>
          <w:b/>
        </w:rPr>
        <w:t xml:space="preserve">[10:35] </w:t>
      </w:r>
      <w:r>
        <w:t>to mein ne socha ke dunya Allah ne banayi, isi liye kya crime ho aur saza na ho? kaisi ajeeb baat hai.</w:t>
      </w:r>
    </w:p>
    <w:p>
      <w:pPr>
        <w:jc w:val="right"/>
      </w:pPr>
      <w:r>
        <w:t>تو میں نے سوچا کہ دنیا اللہ نے بنائی، اسی لیے کیا کرائم ہو اور سزا نہ ہو؟ کیسی عجیب بات ہے۔</w:t>
      </w:r>
    </w:p>
    <w:p>
      <w:r>
        <w:rPr>
          <w:b/>
        </w:rPr>
        <w:t xml:space="preserve">[10:44] </w:t>
      </w:r>
      <w:r>
        <w:t>tab mujhe yaad aaya ke teen hazar saal pehle Hazrat Musa علیہ السلام jab gaye thay Firon ke darbar mein, to woh baat unho ne kahi thi jo sari nabbi kehte aaye hain.</w:t>
      </w:r>
    </w:p>
    <w:p>
      <w:pPr>
        <w:jc w:val="right"/>
      </w:pPr>
      <w:r>
        <w:t>تب مجھے یاد آیا کہ تین ہزار سال پہلے حضرت موسیٰ علیہ السلام جب گئے تھے فرعون کے دربار میں، تو وہ بات انہوں نے کہی تھی جو سارے نبی کہتے آئے ہیں۔</w:t>
      </w:r>
    </w:p>
    <w:p>
      <w:r>
        <w:rPr>
          <w:b/>
        </w:rPr>
        <w:t xml:space="preserve">[10:57] </w:t>
      </w:r>
      <w:r>
        <w:t>kyunke woh recorded hai, is liye arz kar raha hoon ke Musa se poocha Firon ne ke aap kya tumhara bhi sajde?</w:t>
      </w:r>
    </w:p>
    <w:p>
      <w:pPr>
        <w:jc w:val="right"/>
      </w:pPr>
      <w:r>
        <w:t>کیونکہ وہ ریکارڈڈ ہے، اس لیے عرض کر رہا ہوں کہ موسیٰ سے پوچھا فرعون نے کہ آپ کیا تمہارا بھی سجدے؟</w:t>
      </w:r>
    </w:p>
    <w:p>
      <w:r>
        <w:rPr>
          <w:b/>
        </w:rPr>
        <w:t xml:space="preserve">[11:06] </w:t>
      </w:r>
      <w:r>
        <w:t>to unhon ne bataya ke Allah taala ka kalam bataya unhon ne ke Allah taala ne yeh duniya jo banai hai, to free nahi chhod diya hai.</w:t>
      </w:r>
    </w:p>
    <w:p>
      <w:pPr>
        <w:jc w:val="right"/>
      </w:pPr>
      <w:r>
        <w:t>تو انہوں نے بتایا کہ اللہ تعالی کا کلام بتایا انہوں نے کہ اللہ تعالی نے یہ دنیا جو بنائی ہے، تو فری نہیں چھوڑ دیا ہے۔</w:t>
      </w:r>
    </w:p>
    <w:p>
      <w:r>
        <w:rPr>
          <w:b/>
        </w:rPr>
        <w:t xml:space="preserve">[11:17] </w:t>
      </w:r>
      <w:r>
        <w:t>ek din aane wala hai jab is jab is ko logon ko saza di jaye. to is mein Surah Taha mein yeh alfaaz hain ke Allah taala ne farmaya ke إن الساعة أقاد أخفيها لتجزأ كل نفس بما اتسع</w:t>
      </w:r>
    </w:p>
    <w:p>
      <w:pPr>
        <w:jc w:val="right"/>
      </w:pPr>
      <w:r>
        <w:t>ایک دن آنے والا ہے جب اس جب اس کو لوگوں کو سزا دی جائے۔ تو اس میں سورۃ طہ میں یہ الفاظ ہیں کہ اللہ تعالی نے فرمایا کہ إن الساعة أقاد أخفيها لتجزأ كل نفس بما اتسع</w:t>
      </w:r>
    </w:p>
    <w:p>
      <w:r>
        <w:rPr>
          <w:b/>
        </w:rPr>
        <w:t xml:space="preserve">[11:35] </w:t>
      </w:r>
      <w:r>
        <w:t>yeh Allah taala ka kalam naqal hua hai Quran Majeed mein Surah Taha mein إن الساعة أقاد أخفيها لتجزأ كل نفس بما اتسع yani sa'at aane wali hai, qayamat aane wali hai,</w:t>
      </w:r>
    </w:p>
    <w:p>
      <w:pPr>
        <w:jc w:val="right"/>
      </w:pPr>
      <w:r>
        <w:t>یہ اللہ تعالی کا کلام نقل ہوا ہے قرآن مجید میں سورۃ طہ میں إن الساعة أقاد أخفيها لتجزأ كل نفس بما اتسع یعنی ساعت آنے والی ہے، قیامت آنے والی ہے،</w:t>
      </w:r>
    </w:p>
    <w:p>
      <w:r>
        <w:rPr>
          <w:b/>
        </w:rPr>
        <w:t xml:space="preserve">[11:52] </w:t>
      </w:r>
      <w:r>
        <w:t>qayamat aane wali hai. maine is ko chhipa rakha hai taake logon ko un ke amal ka badla diya jaye.</w:t>
      </w:r>
    </w:p>
    <w:p>
      <w:pPr>
        <w:jc w:val="right"/>
      </w:pPr>
      <w:r>
        <w:t>قیامت آنے والی ہے۔ میں نے اس کو چھپا رکھا ہے تاکہ لوگوں کو ان کے عمل کا بدلہ دیا سکے۔</w:t>
      </w:r>
    </w:p>
    <w:p>
      <w:r>
        <w:rPr>
          <w:b/>
        </w:rPr>
        <w:t xml:space="preserve">[12:01] </w:t>
      </w:r>
      <w:r>
        <w:t>to sara Quran is se bhara hua hai ke ek waqt aane wala hai jab ke Allah zahir hoga, farishte zahir honge, aur logon ko un ke amal ka</w:t>
      </w:r>
    </w:p>
    <w:p>
      <w:pPr>
        <w:jc w:val="right"/>
      </w:pPr>
      <w:r>
        <w:t>تو سارا قرآن اس سے بھرا ہوا ہے کہ ایک وقت آنے والا ہے جب کہ اللہ ظاہر ہوگا، فرشتے ظاہر ہوں گے، اور لوگوں کو ان کے عمل کا</w:t>
      </w:r>
    </w:p>
    <w:p>
      <w:r>
        <w:rPr>
          <w:b/>
        </w:rPr>
        <w:t xml:space="preserve">[12:14] </w:t>
      </w:r>
      <w:r>
        <w:t>badla ya saza di jayegi. pehli ayat mein aap jante hain, pehli Surah mein yeh baat hai ke Malik-e-Yumiddin Allah Yauam-e-Jaza ka malik hai.</w:t>
      </w:r>
    </w:p>
    <w:p>
      <w:pPr>
        <w:jc w:val="right"/>
      </w:pPr>
      <w:r>
        <w:t>بدلہ یا سزا دی جائے گی۔ پہلی آیت میں آپ جانتے ہیں، پہلی سورہ میں یہ بات ہے کہ مالک یوم الدین اللہ یوم عزا کا مالک ہے۔</w:t>
      </w:r>
    </w:p>
    <w:p>
      <w:r>
        <w:rPr>
          <w:b/>
        </w:rPr>
        <w:t xml:space="preserve">[12:26] </w:t>
      </w:r>
      <w:r>
        <w:t>to aakhir kabhi to hoga jab</w:t>
      </w:r>
    </w:p>
    <w:p>
      <w:pPr>
        <w:jc w:val="right"/>
      </w:pPr>
      <w:r>
        <w:t>تو آخر کبھی تو ہوگا جب</w:t>
      </w:r>
    </w:p>
    <w:p>
      <w:r>
        <w:rPr>
          <w:b/>
        </w:rPr>
        <w:t xml:space="preserve">[12:29] </w:t>
      </w:r>
      <w:r>
        <w:t>duniya bhar gayi crime se aur saza nahi ho rahi hai, to kab hoga aakhir? kab hoga? woh to hona chahiye. to aisa laga mujhe ke duniya ke jo halaat hain ke duniya mein beshumar juraim ho rahe</w:t>
      </w:r>
    </w:p>
    <w:p>
      <w:pPr>
        <w:jc w:val="right"/>
      </w:pPr>
      <w:r>
        <w:t>دنیا بھر گئی کرائم سے اور سزا نہیں ہو رہی ہے، تو کب ہوگا آخر؟ کب ہوگا؟ وہ تو ہونا چاہیے۔ تو ایسا لگا مجھے کہ دنیا کے جو حالات ہیں کہ دنیا میں بے شمار جرائم ہو رہے</w:t>
      </w:r>
    </w:p>
    <w:p>
      <w:r>
        <w:rPr>
          <w:b/>
        </w:rPr>
        <w:t xml:space="preserve">[12:47] </w:t>
      </w:r>
      <w:r>
        <w:t>hain, yahan tak ke duniya ko is qabil bana diya gaya hai ke aadmi is mein saans lene ke liye oxygen nahi, pani peene ke liye pollution ke sara samandar pollution se bhar gaya hai.</w:t>
      </w:r>
    </w:p>
    <w:p>
      <w:pPr>
        <w:jc w:val="right"/>
      </w:pPr>
      <w:r>
        <w:t>ہیں، یہاں تک کہ دنیا کو اس قابل بنا دیا گیا ہے کہ آدمی اس میں سانس لینے کے لیے اکسیجن نہیں، پانی پینے کے لیے پولیوشن کے سارا سمندر پولیوشن سے بھر گیا ہے۔</w:t>
      </w:r>
    </w:p>
    <w:p>
      <w:r>
        <w:rPr>
          <w:b/>
        </w:rPr>
        <w:t xml:space="preserve">[13:02] </w:t>
      </w:r>
      <w:r>
        <w:t>har cheez mein insaan ne pollution daal diya hai, har cheez polluted milti hai duniya mein, aaj ki duniya mein. woh bhi to crime hai.</w:t>
      </w:r>
    </w:p>
    <w:p>
      <w:pPr>
        <w:jc w:val="right"/>
      </w:pPr>
      <w:r>
        <w:t>ہر چیز میں انسان نے پولیوشن ڈال دیا ہے، ہر چیز پلوٹڈ ملتی ہے دنیا میں، آج کی دنیا میں۔ وہ بھی تو کرائم ہے۔</w:t>
      </w:r>
    </w:p>
    <w:p>
      <w:r>
        <w:rPr>
          <w:b/>
        </w:rPr>
        <w:t xml:space="preserve">[13:13] </w:t>
      </w:r>
      <w:r>
        <w:t>to shakhsi crime se le kar international crime tak sab bhara hua hai. aur woh woh ayat jo Quran Majeed ki hai, woh aaj ke halaat mein saadiq ho rahi hai ke زَهَرَ الْفَسَادُ فِي الْبَرِّ وَالْبَحْرِ بِمَا كَسَبَتْ أَيْدِي النَّاسِ Quran ki yeh ayat hai زَهَرَ الْفَسَادُ فِي الْبَرِّ وَالْبَحْرِ بِمَا كَسَبَتْ أَيْدِي النَّاسِ</w:t>
      </w:r>
    </w:p>
    <w:p>
      <w:pPr>
        <w:jc w:val="right"/>
      </w:pPr>
      <w:r>
        <w:t>تو شخصی کرائم سے لے کر انٹرنیشنل کرائم تک سب بھرا ہوا ہے۔ اور وہ وہ آیت جو قرآن مجید کی ہے، وہ آج کے حالات میں صادق ہو رہی ہے کہ زہر الفساد فی البر والبحر بما قسمت الناس قرآن کی یہ آیت ہے زہر الفساد فی البر والبحر بما قسمت الناس</w:t>
      </w:r>
    </w:p>
    <w:p>
      <w:r>
        <w:rPr>
          <w:b/>
        </w:rPr>
        <w:t xml:space="preserve">[13:38] </w:t>
      </w:r>
      <w:r>
        <w:t>yani khushki aur tari mein, khushki mein aur samandar mein fasad aa gaya, har taraf fasaad hi fasaad ho gaya insaanon ke amal ki wajah se, insaanon ke misuse of freedom ki wajah se.</w:t>
      </w:r>
    </w:p>
    <w:p>
      <w:pPr>
        <w:jc w:val="right"/>
      </w:pPr>
      <w:r>
        <w:t>یعنی خشکی اور تری میں، خشکی میں اور سمندر میں فساد آ گیا، ہر طرف فسادی فساد ہو گیا انسانوں کے عمل کی وجہ سے، انسانوں کے مس یوز آف فریڈم کی وجہ سے۔</w:t>
      </w:r>
    </w:p>
    <w:p>
      <w:r>
        <w:rPr>
          <w:b/>
        </w:rPr>
        <w:t xml:space="preserve">[13:52] </w:t>
      </w:r>
      <w:r>
        <w:t>aur is liye ke insaan jurm karta hai aur saza nahi hoti us ki, to log dheeth bane hue hain, logon ko koi rok nahi, koi rokne wala nahi hai un ko.</w:t>
      </w:r>
    </w:p>
    <w:p>
      <w:pPr>
        <w:jc w:val="right"/>
      </w:pPr>
      <w:r>
        <w:t>اور اس لیے کہ انسان جرم کرتا ہے اور سزا نہیں ہوتی اس کی، تو لوگ ڈھیٹ بنے ہوئے ہیں، لوگوں کو کوئی روک نہیں، کوئی روکنے والا نہیں ہے ان کو۔</w:t>
      </w:r>
    </w:p>
    <w:p>
      <w:r>
        <w:rPr>
          <w:b/>
        </w:rPr>
        <w:t xml:space="preserve">[14:03] </w:t>
      </w:r>
      <w:r>
        <w:t>to woh waqt aa gaya hai.</w:t>
      </w:r>
    </w:p>
    <w:p>
      <w:pPr>
        <w:jc w:val="right"/>
      </w:pPr>
      <w:r>
        <w:t>تو وہ وقت آ گیا ہے۔</w:t>
      </w:r>
    </w:p>
    <w:p>
      <w:r>
        <w:rPr>
          <w:b/>
        </w:rPr>
        <w:t xml:space="preserve">[14:11] </w:t>
      </w:r>
      <w:r>
        <w:t>aur doosri baat jo mujhe sochte sochte mujhe samajh aayi ke aaj ka jo culture hai, yani evil culture se duniya bhar gayi hai, har taraf evil culture.</w:t>
      </w:r>
    </w:p>
    <w:p>
      <w:pPr>
        <w:jc w:val="right"/>
      </w:pPr>
      <w:r>
        <w:t>اور دوسری بات جو مجھے سوچتے سوچتے مجھے سمجھ آئی کہ آج کا جو کلچر ہے، یعنی ایول کلچر سے دنیا بھر گئی ہے، ہر طرف ایول کلچر۔</w:t>
      </w:r>
    </w:p>
    <w:p>
      <w:r>
        <w:rPr>
          <w:b/>
        </w:rPr>
        <w:t xml:space="preserve">[14:23] </w:t>
      </w:r>
      <w:r>
        <w:t>woh waqt zyada bade paimane par aa gaya hai jo kaha tha Hazrat Nuh ne apne zamane mein ke وَلَا يَلِدُوا إِلَّا فَاجِرًا كَفَّارًا ۔</w:t>
      </w:r>
    </w:p>
    <w:p>
      <w:pPr>
        <w:jc w:val="right"/>
      </w:pPr>
      <w:r>
        <w:t>وہ وقت زیادہ بڑے پامانے پر آ گیا ہے جو کہا تھا حضرت نوح نے اپنے زمانے میں کہ ولایلدو الا فاجرا کفارا ۔</w:t>
      </w:r>
    </w:p>
    <w:p>
      <w:r>
        <w:rPr>
          <w:b/>
        </w:rPr>
        <w:t xml:space="preserve">[14:39] </w:t>
      </w:r>
      <w:r>
        <w:t>Hazrat Nuh ka zamana ghaleban paanch hazar pehle, paanch hazar saal pehle ka zamana hai. to us zamane mein jo abadi thi, bohat mehdood thi, Misr Pataamia ke ilaqe mein thi, yani Dajla o Furat ke darmiyan ka jo ilaaqa hai.</w:t>
      </w:r>
    </w:p>
    <w:p>
      <w:pPr>
        <w:jc w:val="right"/>
      </w:pPr>
      <w:r>
        <w:t>حضرت نوح کا زمانہ غالباً پانچ ہزار پہلے، پانچ ہزار سال پہلے کا زمانہ ہے۔ تو اس زمانے میں جو آبادی تھی، بہت محدود تھی، مصر پیٹامیہ کے علاقے میں تھی، یعنی دجلہ و فرات کے درمیان کا جو علاقہ ہے۔</w:t>
      </w:r>
    </w:p>
    <w:p>
      <w:r>
        <w:rPr>
          <w:b/>
        </w:rPr>
        <w:t xml:space="preserve">[14:55] </w:t>
      </w:r>
      <w:r>
        <w:t>to wahan itna culture, itna kharab ho gaya, halaat itne bigad gaye ke us mahaul mein jo paida hota tha, woh us ki, yani evil evil hi conditioning us ki hoti thi.</w:t>
      </w:r>
    </w:p>
    <w:p>
      <w:pPr>
        <w:jc w:val="right"/>
      </w:pPr>
      <w:r>
        <w:t>تو وہاں اتنا کلچر، اتنا خراب ہو گیا، حالات اتنے بگڑ گئے کہ اس ماحول میں جو پیدا ہوتا تھا، وہ اس کی، یعنی ایول ایول ہی کنڈیشننگ اس کی ہوتی تھی۔</w:t>
      </w:r>
    </w:p>
    <w:p>
      <w:r>
        <w:rPr>
          <w:b/>
        </w:rPr>
        <w:t xml:space="preserve">[15:14] </w:t>
      </w:r>
      <w:r>
        <w:t>evil conditioning hi us zamane ka aam culture tha. to Hazrat Nuh ne dua kiya Allah taala se, farmaya ke وَلَا يَلِدُوا إِلَّا فَاجِرًا كَفَّارًا</w:t>
      </w:r>
    </w:p>
    <w:p>
      <w:pPr>
        <w:jc w:val="right"/>
      </w:pPr>
      <w:r>
        <w:t>ایول کنڈیشننگ ہی اس زمانے کا عام کلچر تھا۔ تو حضرت نوح نے دعا کیا اللہ تعالی سے، فرمایا کہ ولایلدو الا فاجر کفارا</w:t>
      </w:r>
    </w:p>
    <w:p>
      <w:r>
        <w:rPr>
          <w:b/>
        </w:rPr>
        <w:t xml:space="preserve">[15:24] </w:t>
      </w:r>
      <w:r>
        <w:t>۔ ab waqt aa gaya hai ke jo paida hoga, woh fajar aur kafir hi paida hoga, kyunke mahaul itna kharab ho chuka hai. to woh baat aaj zyada bade paimane par sari duniya mein phail chuki hai.</w:t>
      </w:r>
    </w:p>
    <w:p>
      <w:pPr>
        <w:jc w:val="right"/>
      </w:pPr>
      <w:r>
        <w:t>۔ اب وقت آ گیا ہے کہ جو پیدا ہوگا، وہ فاجر اور کافر ہی پیدا ہوگا، کیونکہ ماحول اتنا خراب ہو چکا ہے۔ تو وہ بات آج زیادہ بڑے پیمانے پر ساری دنیا میں پھیل چکی ہے۔</w:t>
      </w:r>
    </w:p>
    <w:p>
      <w:r>
        <w:rPr>
          <w:b/>
        </w:rPr>
        <w:t xml:space="preserve">[15:38] </w:t>
      </w:r>
      <w:r>
        <w:t>aaj ka jo culture hai, aaj ka jo halaat hain, to evil se bhar gayi hai sari duniya. is ke maani kya honge?</w:t>
      </w:r>
    </w:p>
    <w:p>
      <w:pPr>
        <w:jc w:val="right"/>
      </w:pPr>
      <w:r>
        <w:t>آج کا جو کلچر ہے، آج کا جو حالات ہیں، تو ایول سے بھر گئی ہے ساری دنیا۔ اس کے معنی کیا ہو گ</w:t>
      </w:r>
    </w:p>
    <w:p>
      <w:r>
        <w:rPr>
          <w:b/>
        </w:rPr>
        <w:t xml:space="preserve">[15:50] </w:t>
      </w:r>
      <w:r>
        <w:t>is ke maani yeh hain ke jo paida ho raha hai, woh jahannam ka eider banne ke liye paida ho raha hai. to maine socha ke kya Allah taala ko yeh manzoor hoga ke aisa nizam takhleeq ko qaim kare jis mein log jahannami paida hon,</w:t>
      </w:r>
    </w:p>
    <w:p>
      <w:pPr>
        <w:jc w:val="right"/>
      </w:pPr>
      <w:r>
        <w:t>ئے؟ اس کے معنی یہ ہیں کہ جو پیدا ہو رہا ہے، وہ جہنم کا ایذر بننے کے لیے پیدا ہو رہا ہے۔ تو میں نے سوچا کہ کیا اللہ تعالی کو یہ منظور ہوگا کہ ایسا نظام تخلیق کو قائم کرے جس میں لوگ جہنمی پیدا ہوں،</w:t>
      </w:r>
    </w:p>
    <w:p>
      <w:r>
        <w:rPr>
          <w:b/>
        </w:rPr>
        <w:t xml:space="preserve">[16:10] </w:t>
      </w:r>
      <w:r>
        <w:t>paida ho kar jahannam mein jayein?</w:t>
      </w:r>
    </w:p>
    <w:p>
      <w:pPr>
        <w:jc w:val="right"/>
      </w:pPr>
      <w:r>
        <w:t>پیدا ہو کر جہنم میں جائیں؟</w:t>
      </w:r>
    </w:p>
    <w:p>
      <w:r>
        <w:rPr>
          <w:b/>
        </w:rPr>
        <w:t xml:space="preserve">[16:12] </w:t>
      </w:r>
      <w:r>
        <w:t>to maine socha ke Allah ki rehmat ka taqaza yeh hai ke qayamat aaye taake jahannami, yani jitne paida ho chuke, is mazeed aur na paida hon.</w:t>
      </w:r>
    </w:p>
    <w:p>
      <w:pPr>
        <w:jc w:val="right"/>
      </w:pPr>
      <w:r>
        <w:t>تو میں نے سوچا کہ اللہ کی رحمت کا تقاضا یہ ہے کہ قیامت آئے تاکہ جہنمی، یعنی جتنے پیدا ہو چکے، اس مزید اور نہ پیدا ہوں۔</w:t>
      </w:r>
    </w:p>
    <w:p>
      <w:r>
        <w:rPr>
          <w:b/>
        </w:rPr>
        <w:t xml:space="preserve">[16:27] </w:t>
      </w:r>
      <w:r>
        <w:t>yeh sab sochte hue mujhe yeh baat yaad aayi ke aaj kal khabron mein barabar aa raha hai ke</w:t>
      </w:r>
    </w:p>
    <w:p>
      <w:pPr>
        <w:jc w:val="right"/>
      </w:pPr>
      <w:r>
        <w:t>یہ سب سوچتے ہوئے مجھے یہ بات یاد آئی کہ آج کل خبروں میں برابر آ رہا ہے کہ</w:t>
      </w:r>
    </w:p>
    <w:p>
      <w:r>
        <w:rPr>
          <w:b/>
        </w:rPr>
        <w:t xml:space="preserve">[16:40] </w:t>
      </w:r>
      <w:r>
        <w:t>jagah jagah zalzale aa rahe hain, toofan aa raha hai. yani yeh taqreeban daily yeh sab baatein aa rahi hain. daily zalzale aur toofan, is tarah ke waqeat daily aa rahe hain.</w:t>
      </w:r>
    </w:p>
    <w:p>
      <w:pPr>
        <w:jc w:val="right"/>
      </w:pPr>
      <w:r>
        <w:t>جگہ جگہ زلزلے آ رہے ہیں، طوفان آ رہا ہے۔ یعنی یہ تقریباً ڈیلی یہ سب باتیں آ رہی ہیں۔ ڈیلی زلزلے اور طوفان، اس طرح کے واقعات ڈیلی آ رہے ہیں۔</w:t>
      </w:r>
    </w:p>
    <w:p>
      <w:r>
        <w:rPr>
          <w:b/>
        </w:rPr>
        <w:t xml:space="preserve">[16:54] </w:t>
      </w:r>
      <w:r>
        <w:t>main aap ko is waqt sirf is qism ki do khabar jo mere paas hai, us ko batata hoon aap ko. dekhiye, yeh abhi haal mein aap jante hain ke Philippines mein bohat bara telegra hai,</w:t>
      </w:r>
    </w:p>
    <w:p>
      <w:pPr>
        <w:jc w:val="right"/>
      </w:pPr>
      <w:r>
        <w:t>میں آپ کو اس وقت صرف اس قسم کی دو خبر جو میرے پاس ہے، اس کو بتاتا ہوں آپ کو۔ دیکھیے، یہ ابھی حال میں آپ جانتے ہیں کہ فلپائن میں بہت بڑا ٹیلیگرا ہے،</w:t>
      </w:r>
    </w:p>
    <w:p>
      <w:r>
        <w:rPr>
          <w:b/>
        </w:rPr>
        <w:t xml:space="preserve">[17:12] </w:t>
      </w:r>
      <w:r>
        <w:t>worst typhoon ever. dekhiye, sargahi likhi hai,</w:t>
      </w:r>
    </w:p>
    <w:p>
      <w:pPr>
        <w:jc w:val="right"/>
      </w:pPr>
      <w:r>
        <w:t>ورسٹ ٹائفون ایور۔ دیکھیے، سرخی لکھی ہے،</w:t>
      </w:r>
    </w:p>
    <w:p>
      <w:r>
        <w:rPr>
          <w:b/>
        </w:rPr>
        <w:t xml:space="preserve">[17:17] </w:t>
      </w:r>
      <w:r>
        <w:t>yani tareekh mein sab se zyada bhayanak toofan, tareekh ka sab se zyada bhayanak toofan, worst typhoon ever.</w:t>
      </w:r>
    </w:p>
    <w:p>
      <w:pPr>
        <w:jc w:val="right"/>
      </w:pPr>
      <w:r>
        <w:t>یعنی تاریخ میں سب سے زیادہ بھیانک طوفان، تاریخ کا سب سے زیادہ بھیانک طوفان، ورسٹ ٹائفون ایور۔</w:t>
      </w:r>
    </w:p>
    <w:p>
      <w:r>
        <w:rPr>
          <w:b/>
        </w:rPr>
        <w:t xml:space="preserve">[17:26] </w:t>
      </w:r>
      <w:r>
        <w:t>yeh phir kyun hai? yeh sab reminder hai. yeh aik hi baat nahi hai, barabar aap dekhte hain, tsunami aa rahi hai, toofan aa rahe hain, zalzale aa rahe hain.</w:t>
      </w:r>
    </w:p>
    <w:p>
      <w:pPr>
        <w:jc w:val="right"/>
      </w:pPr>
      <w:r>
        <w:t>یہ پھر کیوں ہے؟ یہ سب ریمائنڈر ہے۔ یہ ایک ہی بات نہیں ہے، برابر آپ دیکھتے ہیں، سونامی آ رہی ہے، طوفان آ رہے ہیں، زلزلے آ رہے ہیں۔</w:t>
      </w:r>
    </w:p>
    <w:p>
      <w:r>
        <w:rPr>
          <w:b/>
        </w:rPr>
        <w:t xml:space="preserve">[17:35] </w:t>
      </w:r>
      <w:r>
        <w:t>yeh sab kya hai? yeh reminder hai. yeh reminder hai, yeh ke insaan jaane ke qayamat aa rahi hai, qayamat qareeb aa gayi.</w:t>
      </w:r>
    </w:p>
    <w:p>
      <w:pPr>
        <w:jc w:val="right"/>
      </w:pPr>
      <w:r>
        <w:t>یہ سب کیا ہے؟ یہ ریمائنڈر ہے۔ یہ ریمائنڈر ہے، یہ کہ انسان جانے کہ قیامت آ رہی ہے، قیامت قریب آ گئی۔</w:t>
      </w:r>
    </w:p>
    <w:p>
      <w:r>
        <w:rPr>
          <w:b/>
        </w:rPr>
        <w:t xml:space="preserve">[17:52] </w:t>
      </w:r>
      <w:r>
        <w:t>jaisa ke Quran mein hai ke azab e akbar se pehle azab e adna aata hai. aik ayat hai Quran e majeed mein ke azab e akbar se pehle azab e adna aata hai, yani barhe azab se pehle chota azab.</w:t>
      </w:r>
    </w:p>
    <w:p>
      <w:pPr>
        <w:jc w:val="right"/>
      </w:pPr>
      <w:r>
        <w:t>جیسا کہ قرآن میں ہے کہ عذاب اکبر سے پہلے عذاب ادنیٰ آتا ہے۔ ایک آیت ہے قرآن مجید میں کہ عذاب اکبر سے پہلے عذاب ادنیٰ آتا ہے، یعنی بڑے عذاب سے پہلے چھوٹا عذاب۔</w:t>
      </w:r>
    </w:p>
    <w:p>
      <w:r>
        <w:rPr>
          <w:b/>
        </w:rPr>
        <w:t xml:space="preserve">[18:07] </w:t>
      </w:r>
      <w:r>
        <w:t>chota azab kya hai? reminder. yeh reminder hai, reminder. aur aik bohat hi sangin khabar aayi hai, yeh ke asteroid aik bohat bara aa raha hai,</w:t>
      </w:r>
    </w:p>
    <w:p>
      <w:pPr>
        <w:jc w:val="right"/>
      </w:pPr>
      <w:r>
        <w:t>چھوٹا عذاب کیا ہے؟ ریمائنڈر۔ یہ ریمائنڈر ہے، ریمائنڈر۔ اور ایک بہت ہی سنگین خبر آئی ہے، یہ کہ اسٹرائیڈ ایک بہت بڑا آ رہا ہے،</w:t>
      </w:r>
    </w:p>
    <w:p>
      <w:r>
        <w:rPr>
          <w:b/>
        </w:rPr>
        <w:t xml:space="preserve">[18:21] </w:t>
      </w:r>
      <w:r>
        <w:t>asteroid</w:t>
      </w:r>
    </w:p>
    <w:p>
      <w:pPr>
        <w:jc w:val="right"/>
      </w:pPr>
      <w:r>
        <w:t>اسٹرائیڈ</w:t>
      </w:r>
    </w:p>
    <w:p>
      <w:r>
        <w:rPr>
          <w:b/>
        </w:rPr>
        <w:t xml:space="preserve">[18:25] </w:t>
      </w:r>
      <w:r>
        <w:t>jo zameen ko hit karega 2032 mein, yani ab se taqreeban 19 saal baad. kitna qareeb aa gaya?</w:t>
      </w:r>
    </w:p>
    <w:p>
      <w:pPr>
        <w:jc w:val="right"/>
      </w:pPr>
      <w:r>
        <w:t>جو زمین کو ہٹ کرے گا 2032 میں، یعنی اب سے تقریباً 19 سال بعد۔ کتنا قریب آ گیا؟</w:t>
      </w:r>
    </w:p>
    <w:p>
      <w:r>
        <w:rPr>
          <w:b/>
        </w:rPr>
        <w:t xml:space="preserve">[18:37] </w:t>
      </w:r>
      <w:r>
        <w:t>ab se taqreeban 19 saal baad. ab dekhiye ke is tasweer mein ke zameen ko aik bohat bara pathar aa raha hai, hit karne ke liye.</w:t>
      </w:r>
    </w:p>
    <w:p>
      <w:pPr>
        <w:jc w:val="right"/>
      </w:pPr>
      <w:r>
        <w:t>اب سے تقریباً 19 سال بعد۔ اب دیکھیے کہ اس تصویر میں کہ زمین کو ایک بہت بڑا پتھر آ رہا ہے، ہٹ کرنے کے لیے۔</w:t>
      </w:r>
    </w:p>
    <w:p>
      <w:r>
        <w:rPr>
          <w:b/>
        </w:rPr>
        <w:t xml:space="preserve">[18:46] </w:t>
      </w:r>
      <w:r>
        <w:t>yeh wahi to hai Quran e majeed ke ke kala idha duqqat tadukku dakkah. yani is soch ka bilkul aik kapkapi taari ho rahi hai.</w:t>
      </w:r>
    </w:p>
    <w:p>
      <w:pPr>
        <w:jc w:val="right"/>
      </w:pPr>
      <w:r>
        <w:t>یہ وہی تو ہے قرآن مجید کے کہ کلا اذا دقت تو دکن دکا ۔ یعنی اس سوچ کا بالکل ایک کپکپی طاری ہو رہی ہے۔</w:t>
      </w:r>
    </w:p>
    <w:p>
      <w:r>
        <w:rPr>
          <w:b/>
        </w:rPr>
        <w:t xml:space="preserve">[18:57] </w:t>
      </w:r>
      <w:r>
        <w:t>dakku dakkah, dakkah kehte hain, yani crush karna, hithora jisay mara jata hai, koi cheez mari jaye. to kala idha duqqat tadukku dakkah.</w:t>
      </w:r>
    </w:p>
    <w:p>
      <w:pPr>
        <w:jc w:val="right"/>
      </w:pPr>
      <w:r>
        <w:t>دکن دکن، دکا کہتے ہیں، یعنی کرش کرنا، ہتھوڑا جسے مارا جاتا ہے، کوئی چیز ماری جائے۔ تو کلا اذا دقت تو دکن دکا ۔</w:t>
      </w:r>
    </w:p>
    <w:p>
      <w:r>
        <w:rPr>
          <w:b/>
        </w:rPr>
        <w:t xml:space="preserve">[19:06] </w:t>
      </w:r>
      <w:r>
        <w:t>yeh hi to hai yeh. aap bataiye ke itna bara asteroid chala raha hai, chala raha hai, jo 2032 mein woh crush, yani marega zameen ke kare ko, kya aalam hoga us waqt?</w:t>
      </w:r>
    </w:p>
    <w:p>
      <w:pPr>
        <w:jc w:val="right"/>
      </w:pPr>
      <w:r>
        <w:t>یہی تو ہے یہ۔ آپ بتائیے کہ اتنا بڑا اسٹرائیڈ چلا رہا ہے، چلا رہا ہے، جو 2032 میں وہ کرش، یعنی مارے گا زمین کے کرے کو، کیا عالم ہوگا اس وقت؟</w:t>
      </w:r>
    </w:p>
    <w:p>
      <w:r>
        <w:rPr>
          <w:b/>
        </w:rPr>
        <w:t xml:space="preserve">[19:22] </w:t>
      </w:r>
      <w:r>
        <w:t>yeh hi to hai kala idha duqqat tadukku dakkah. zameen crush ki jayegi.</w:t>
      </w:r>
    </w:p>
    <w:p>
      <w:pPr>
        <w:jc w:val="right"/>
      </w:pPr>
      <w:r>
        <w:t>یہی تو ہے کلا اذا دقت تو دکن دکا ۔ زمین کرش کی جائے گی۔</w:t>
      </w:r>
    </w:p>
    <w:p>
      <w:r>
        <w:rPr>
          <w:b/>
        </w:rPr>
        <w:t xml:space="preserve">[19:30] </w:t>
      </w:r>
      <w:r>
        <w:t>iski report is akhbar mein jaa rahi hai.</w:t>
      </w:r>
    </w:p>
    <w:p>
      <w:pPr>
        <w:jc w:val="right"/>
      </w:pPr>
      <w:r>
        <w:t>اس کی رپورٹ اس اخبار میں جائی ہے۔</w:t>
      </w:r>
    </w:p>
    <w:p>
      <w:r>
        <w:rPr>
          <w:b/>
        </w:rPr>
        <w:t xml:space="preserve">[19:36] </w:t>
      </w:r>
      <w:r>
        <w:t>to yeh sab jo waqeat ho rahe hain, yeh azab e akbar se pehle azab e adna, yeh azab ka lafz Quran e majeed mein sakhti ke liye hai, is ka matlab hai reminder, yani qayamat se pehle reminder.</w:t>
      </w:r>
    </w:p>
    <w:p>
      <w:pPr>
        <w:jc w:val="right"/>
      </w:pPr>
      <w:r>
        <w:t>تو یہ سب جو واقعات ہو رہے ہیں، یہ عذاب اکبر سے پہلے عذاب ادنیٰ، یہ عذاب کا لفظ قرآن مجید میں سختی کے لیے ہے، اس کا مطلب ہے ریمائنڈر، یعنی قیامت سے پہلے ریمائنڈر۔</w:t>
      </w:r>
    </w:p>
    <w:p>
      <w:r>
        <w:rPr>
          <w:b/>
        </w:rPr>
        <w:t xml:space="preserve">[19:54] </w:t>
      </w:r>
      <w:r>
        <w:t>qayamat se pehle reminder. aur kaisi ajeeb baat hai ke science jo daryaften kar rahi hai, pollution ke baray mein, zalzalon ke baray mein, tsunami ke baray mein, toofan ke baray mein, pehle insaan janta nahi tha in baaton ko.</w:t>
      </w:r>
    </w:p>
    <w:p>
      <w:pPr>
        <w:jc w:val="right"/>
      </w:pPr>
      <w:r>
        <w:t>قیامت سے پہلے ریمائنڈر۔ اور کیسی عجیب بات ہے کہ سائنس جو دریافتیں کر رہی ہے، پولیوشن کے بارے میں، زلزلوں کے بارے میں، سونامی کے بارے میں، طوفان کے بارے میں، پہلے انسان جانتا نہیں تھا ان باتوں کو۔</w:t>
      </w:r>
    </w:p>
    <w:p>
      <w:r>
        <w:rPr>
          <w:b/>
        </w:rPr>
        <w:t xml:space="preserve">[20:10] </w:t>
      </w:r>
      <w:r>
        <w:t>ab to idhar hoti hai, idhar waqea hota hai, aur usi waqt sari dunya mein logon ko pata chal jata hai, modern communication ki wajah se.</w:t>
      </w:r>
    </w:p>
    <w:p>
      <w:pPr>
        <w:jc w:val="right"/>
      </w:pPr>
      <w:r>
        <w:t>اب تو ادھر ہوتی ہے، ادھر واقعہ ہوتا ہے، اور اسی وقت ساری دنیا میں لوگوں کو پتہ چل جاتا ہے، ماڈرن کمیونیکیشن کی وجہ سے۔</w:t>
      </w:r>
    </w:p>
    <w:p>
      <w:r>
        <w:rPr>
          <w:b/>
        </w:rPr>
        <w:t xml:space="preserve">[20:20] </w:t>
      </w:r>
      <w:r>
        <w:t>yeh sab kya hai? Allah ne reminder karne ke liye yeh sab baatein paida ki hain ke dunya ko, dunya ko batane ke liye.</w:t>
      </w:r>
    </w:p>
    <w:p>
      <w:pPr>
        <w:jc w:val="right"/>
      </w:pPr>
      <w:r>
        <w:t>یہ سب کیا ہے؟ اللہ نے ریمائنڈر کرنے کے لیے یہ سب باتیں پیدا کی ہیں کہ دنیا کو، دنیا کو بتانے کے لیے۔</w:t>
      </w:r>
    </w:p>
    <w:p>
      <w:r>
        <w:rPr>
          <w:b/>
        </w:rPr>
        <w:t xml:space="preserve">[20:32] </w:t>
      </w:r>
      <w:r>
        <w:t>yani pehle jo Hazrat Musa (AS) ne teen hazar saal pehle kaha tha ke inna as-sa'ata atiyah ukhfiha li tujza kullu nafsin bima tas'a.</w:t>
      </w:r>
    </w:p>
    <w:p>
      <w:pPr>
        <w:jc w:val="right"/>
      </w:pPr>
      <w:r>
        <w:t>یعنی پہلے جو حضرت موسیٰ علیہ السلام نے تین ہزار سال پہلے کہا تھا کہ إن الساعة أقاد أخفيها لتجزأ كل نفس بما اتسع ۔</w:t>
      </w:r>
    </w:p>
    <w:p>
      <w:r>
        <w:rPr>
          <w:b/>
        </w:rPr>
        <w:t xml:space="preserve">[20:42] </w:t>
      </w:r>
      <w:r>
        <w:t>ab to modern communication bata raha hai, modern media bata raha hai, print media, electronic media, sab daily bata rahe hain, daily bata rahe hain,</w:t>
      </w:r>
    </w:p>
    <w:p>
      <w:pPr>
        <w:jc w:val="right"/>
      </w:pPr>
      <w:r>
        <w:t>اب تو ماڈرن کمیونیکیشن بتا رہا ہے، ماڈرن میڈیا بتا رہا ہے، پرنٹ میڈیا، الیکٹرانک میڈیا، سب ڈیلی بتا رہے ہیں، ڈیلی بتا رہے ہیں،</w:t>
      </w:r>
    </w:p>
    <w:p>
      <w:r>
        <w:rPr>
          <w:b/>
        </w:rPr>
        <w:t xml:space="preserve">[20:57] </w:t>
      </w:r>
      <w:r>
        <w:t>billion time zyada barhe pemanay par.</w:t>
      </w:r>
    </w:p>
    <w:p>
      <w:pPr>
        <w:jc w:val="right"/>
      </w:pPr>
      <w:r>
        <w:t>بلین ٹائم زیادہ بڑے پیمانے پر۔</w:t>
      </w:r>
    </w:p>
    <w:p>
      <w:r>
        <w:rPr>
          <w:b/>
        </w:rPr>
        <w:t xml:space="preserve">[21:03] </w:t>
      </w:r>
      <w:r>
        <w:t>to yeh sab</w:t>
      </w:r>
    </w:p>
    <w:p>
      <w:pPr>
        <w:jc w:val="right"/>
      </w:pPr>
      <w:r>
        <w:t>تو یہ سب</w:t>
      </w:r>
    </w:p>
    <w:p>
      <w:r>
        <w:rPr>
          <w:b/>
        </w:rPr>
        <w:t xml:space="preserve">[21:04] </w:t>
      </w:r>
      <w:r>
        <w:t>kyun ho raha hai? dekhiye, maine jo do baatein arz keen, us ko phir se aap sochiye ke qayamat kab aayegi?</w:t>
      </w:r>
    </w:p>
    <w:p>
      <w:pPr>
        <w:jc w:val="right"/>
      </w:pPr>
      <w:r>
        <w:t>کیوں ہو رہا ہے؟ دیکھیے، میں نے جو دو باتیں عرض کیں، اس کو پھر سے آپ سوچیے کہ قیامت کب آئے گی؟</w:t>
      </w:r>
    </w:p>
    <w:p>
      <w:r>
        <w:rPr>
          <w:b/>
        </w:rPr>
        <w:t xml:space="preserve">[21:17] </w:t>
      </w:r>
      <w:r>
        <w:t>qayamat aanay ka matlab kya hai? allah taala ne duniya mein insaan ko banaya, us ko basaya, to kis liye?</w:t>
      </w:r>
    </w:p>
    <w:p>
      <w:pPr>
        <w:jc w:val="right"/>
      </w:pPr>
      <w:r>
        <w:t>قیامت آنے کا مطلب کیا ہے؟ اللہ تعالی نے دنیا میں انسان کو بنایا، اس کو بسایا، تو کس لیے؟</w:t>
      </w:r>
    </w:p>
    <w:p>
      <w:r>
        <w:rPr>
          <w:b/>
        </w:rPr>
        <w:t xml:space="preserve">[21:26] </w:t>
      </w:r>
      <w:r>
        <w:t>insaan achhay amal kar ke apnay aap ko jannat ka mustahiq banaye.</w:t>
      </w:r>
    </w:p>
    <w:p>
      <w:pPr>
        <w:jc w:val="right"/>
      </w:pPr>
      <w:r>
        <w:t>انسان اچھے عمل کر کے اپنے آپ کو جنت کا مستحق بنائے۔</w:t>
      </w:r>
    </w:p>
    <w:p>
      <w:r>
        <w:rPr>
          <w:b/>
        </w:rPr>
        <w:t xml:space="preserve">[21:33] </w:t>
      </w:r>
      <w:r>
        <w:t>yeh duniya jo banayi gayi thi, insaan ko yahan basaya gaya tha, is ka purpose kya tha? logon ko test ki halat mein rakha gaya taake aadmi apnay aap ko agar qualify kare to us ko jannat mein basaya jaye.</w:t>
      </w:r>
    </w:p>
    <w:p>
      <w:pPr>
        <w:jc w:val="right"/>
      </w:pPr>
      <w:r>
        <w:t>یہ دنیا جو بنائی گئی تھی، انسان کو یہاں بسایا گیا تھا، اس کا پرپس کیا تھا؟ لوگوں کو ٹیسٹ کی حالت میں رکھا گیا تاکہ آدمی اپنے آپ کو اگر کوالیفائی کرے تو اس کو جنت میں بسایا جائے۔</w:t>
      </w:r>
    </w:p>
    <w:p>
      <w:r>
        <w:rPr>
          <w:b/>
        </w:rPr>
        <w:t xml:space="preserve">[21:50] </w:t>
      </w:r>
      <w:r>
        <w:t>lekin ab halaat aisay paida ho gaye hain ke woh doori jaisay khatm ho gaya ke koi apnay aap ko jannat ka mustahiq banaye. ab to bigaad hi bigaad hai, bigaad hi bigaad hai, bigaad hi biga</w:t>
      </w:r>
    </w:p>
    <w:p>
      <w:pPr>
        <w:jc w:val="right"/>
      </w:pPr>
      <w:r>
        <w:t>لیکن اب حالات ایسے پیدا ہوگئے ہیں کہ وہ دوری جیسے ختم ہو گیا کہ کوئی اپنے آپ کو جنت کا مستحق بنائے۔ اب تو بگاڑ ہی بگاڑ ہے، بگاڑ ہی بگاڑ ہے، بگاڑ ہی بگا</w:t>
      </w:r>
    </w:p>
    <w:p>
      <w:r>
        <w:rPr>
          <w:b/>
        </w:rPr>
        <w:t xml:space="preserve">[22:01] </w:t>
      </w:r>
      <w:r>
        <w:t>d hai. itnay ziyada bigaad ke asbab hain ke koi apnay ko bacha nahi pata. to is ke maani kya hue?</w:t>
      </w:r>
    </w:p>
    <w:p>
      <w:pPr>
        <w:jc w:val="right"/>
      </w:pPr>
      <w:r>
        <w:t>ڑ ہے۔ اتنے زیادہ بگاڑ کے اسباب ہیں کہ کوئی اپنے کو بچا نہیں پاتا۔ تو اس کے معنی کیا ہوئے؟</w:t>
      </w:r>
    </w:p>
    <w:p>
      <w:r>
        <w:rPr>
          <w:b/>
        </w:rPr>
        <w:t xml:space="preserve">[22:10] </w:t>
      </w:r>
      <w:r>
        <w:t>is ka maani hai ke purpose of creation hi faut ho gaya. takhleeq ka jo maqsad hai, wohi faut ho gaya. khalaqal mauta wal hayata li yablukum ayyukum ahsanu amala.</w:t>
      </w:r>
    </w:p>
    <w:p>
      <w:pPr>
        <w:jc w:val="right"/>
      </w:pPr>
      <w:r>
        <w:t>اس کا معنی ہے کہ پرپس آف کریشن ہی فوت ہو گیا۔ تخلیق کا جو مقصد ہے، وہی فوت ہو گیا۔ خلق الموت والحیات ليبلوکم ايكم احسن عملا ۔</w:t>
      </w:r>
    </w:p>
    <w:p>
      <w:r>
        <w:rPr>
          <w:b/>
        </w:rPr>
        <w:t xml:space="preserve">[22:23] </w:t>
      </w:r>
      <w:r>
        <w:t>yani ahsanul amal paida hi nahi ho raha koi. ahsanul amal, ahsanul amal ki paidaish hi khatm ho gayi.</w:t>
      </w:r>
    </w:p>
    <w:p>
      <w:pPr>
        <w:jc w:val="right"/>
      </w:pPr>
      <w:r>
        <w:t>یعنی احسن العمل پیدا ہی نہیں ہو رہا کوئی۔ احسن العمل، احسن العمل کی پیدائش ہی ختم ہو گئی۔</w:t>
      </w:r>
    </w:p>
    <w:p>
      <w:r>
        <w:rPr>
          <w:b/>
        </w:rPr>
        <w:t xml:space="preserve">[22:33] </w:t>
      </w:r>
      <w:r>
        <w:t>jis ko dekhiye, bas woh sarkash bana hua hai, yani evil ka champion bana hua hai. kuch bhi, kuch bhi woh karna chahta hai.</w:t>
      </w:r>
    </w:p>
    <w:p>
      <w:pPr>
        <w:jc w:val="right"/>
      </w:pPr>
      <w:r>
        <w:t>جس کو دیکھیے، بس وہ سرکش بنا ہوا ہے، یعنی ایول کا چیمپیئن بنا ہوا ہے۔ کچھ بھی، کچھ بھی وہ کرنا چاہتا ہے۔</w:t>
      </w:r>
    </w:p>
    <w:p>
      <w:r>
        <w:rPr>
          <w:b/>
        </w:rPr>
        <w:t xml:space="preserve">[22:47] </w:t>
      </w:r>
      <w:r>
        <w:t>sexual harassment is ka aik bohat hi zara hai, chhota sa. is se billion time ziyada baray juraim sari duniya mein ho rahe hain.</w:t>
      </w:r>
    </w:p>
    <w:p>
      <w:pPr>
        <w:jc w:val="right"/>
      </w:pPr>
      <w:r>
        <w:t>سیکشول ہراسمنٹ اس کا ایک بہت ہی ذرہ ہے، چھوڑا سا۔ اس سے بلین ٹائم زیادہ بڑے جرائم ساری دنیا میں ہو رہے ہیں۔</w:t>
      </w:r>
    </w:p>
    <w:p>
      <w:r>
        <w:rPr>
          <w:b/>
        </w:rPr>
        <w:t xml:space="preserve">[22:58] </w:t>
      </w:r>
      <w:r>
        <w:t>ecological problem kya hai? woh bhi to yahi cheez hai.</w:t>
      </w:r>
    </w:p>
    <w:p>
      <w:pPr>
        <w:jc w:val="right"/>
      </w:pPr>
      <w:r>
        <w:t>ایکولوجیکل پرابلم کیا ہے؟ وہ بھی تو یہی چیز ہے۔</w:t>
      </w:r>
    </w:p>
    <w:p>
      <w:r>
        <w:rPr>
          <w:b/>
        </w:rPr>
        <w:t xml:space="preserve">[23:03] </w:t>
      </w:r>
      <w:r>
        <w:t>jab yeh halat ho jaye ke duniya fasad se bhar jaye to phir takhleeq ka maqsad khatm ho jata hai. purpose of creation hi khatm ho jata hai.</w:t>
      </w:r>
    </w:p>
    <w:p>
      <w:pPr>
        <w:jc w:val="right"/>
      </w:pPr>
      <w:r>
        <w:t>جب یہ حالت ہو جائے کہ دنیا فساد سے بھر جائے تو پھر تخلیق کا مقصد ختم ہو جاتا ہے۔ پرپس آف کریشن ہی ختم ہو جاتا ہے۔</w:t>
      </w:r>
    </w:p>
    <w:p>
      <w:r>
        <w:rPr>
          <w:b/>
        </w:rPr>
        <w:t xml:space="preserve">[23:15] </w:t>
      </w:r>
      <w:r>
        <w:t>chounke allah ne insaan ko azadi di thi, total freedom, to allah qayamat se pehle insaan ka hath nahi pakray ga.</w:t>
      </w:r>
    </w:p>
    <w:p>
      <w:pPr>
        <w:jc w:val="right"/>
      </w:pPr>
      <w:r>
        <w:t>چونکہ اللہ نے انسان کو آزادی دی تھی، ٹوٹل فریڈم، تو اللہ قیامت سے پہلے انسان کا ہاتھ نہیں پکڑے گا۔</w:t>
      </w:r>
    </w:p>
    <w:p>
      <w:r>
        <w:rPr>
          <w:b/>
        </w:rPr>
        <w:t xml:space="preserve">[23:26] </w:t>
      </w:r>
      <w:r>
        <w:t>allah ke jo jo jo maslehat hai, maslehat takhleeq, jo allah ki planning hai, us ke mutabiq allah qayamat se pehle kisi ka hath nahi pakarnay wala hai.</w:t>
      </w:r>
    </w:p>
    <w:p>
      <w:pPr>
        <w:jc w:val="right"/>
      </w:pPr>
      <w:r>
        <w:t>اللہ کے جو جو جو مصلحت ہے، مصلحت تخلیق، جو اللہ کی پلاننگ ہے، اس کے مطابق اللہ قیامت سے پہلے کسی کا ہاتھ نہیں پکڑنے والا ہے۔</w:t>
      </w:r>
    </w:p>
    <w:p>
      <w:r>
        <w:rPr>
          <w:b/>
        </w:rPr>
        <w:t xml:space="preserve">[23:39] </w:t>
      </w:r>
      <w:r>
        <w:t>koi bhi jurm kare, us ko freedom nahi rahe gi qayamat se pehle.</w:t>
      </w:r>
    </w:p>
    <w:p>
      <w:pPr>
        <w:jc w:val="right"/>
      </w:pPr>
      <w:r>
        <w:t>کوئی بھی جرم کرے، اس کو فریڈم نہیں رہے گی قیامت سے پہلے۔</w:t>
      </w:r>
    </w:p>
    <w:p>
      <w:r>
        <w:rPr>
          <w:b/>
        </w:rPr>
        <w:t xml:space="preserve">[23:47] </w:t>
      </w:r>
      <w:r>
        <w:t>to insaan ne apni freedom ko itna ziyada baray dhang pe istemal kiya hai ke ab woh aisa lagta hai ke ab woh waqt hi khatm ho gaya ke apni freedom ko proper use kare.</w:t>
      </w:r>
    </w:p>
    <w:p>
      <w:pPr>
        <w:jc w:val="right"/>
      </w:pPr>
      <w:r>
        <w:t>تو انسان نے اپنی فریڈم کو اتنا زیادہ برے ڈھنگ پہ استعمال کیا ہے کہ اب وہ ایسا لگتا ہے کہ اب وہ وقت ہی ختم ہو گیا کہ اپنی فریڈم کو پراپر یوز کرے۔</w:t>
      </w:r>
    </w:p>
    <w:p>
      <w:r>
        <w:rPr>
          <w:b/>
        </w:rPr>
        <w:t xml:space="preserve">[23:59] </w:t>
      </w:r>
      <w:r>
        <w:t>woh waqt hi khatm ho gaya. saray halaat jo hain, isi tarah le aa rahe hain ke aadmi ko mujrim bananay ke liye.</w:t>
      </w:r>
    </w:p>
    <w:p>
      <w:pPr>
        <w:jc w:val="right"/>
      </w:pPr>
      <w:r>
        <w:t>وہ وقت ہی ختم ہو گیا۔ سارے حالات جو ہیں، اسی طرح لے آ رہے ہیں کہ آدمی کو مجرم بنانے کے لیے۔</w:t>
      </w:r>
    </w:p>
    <w:p>
      <w:r>
        <w:rPr>
          <w:b/>
        </w:rPr>
        <w:t xml:space="preserve">[24:10] </w:t>
      </w:r>
      <w:r>
        <w:t>media se le kar culture tak, political system se le kar sara jo duniya ka nizam hai, woh sab har jagah bas yani sarkashi aur jurm ka koi targhib di ja rahi hai.</w:t>
      </w:r>
    </w:p>
    <w:p>
      <w:pPr>
        <w:jc w:val="right"/>
      </w:pPr>
      <w:r>
        <w:t>میڈیا سے لے کر کلچر تک، پولیٹیکل سسٹم سے لے کر سارا جو دنیا کا نظام ہے، وہ سب ہر جگہ بس یعنی سرکشی اور جرم کا کوئی ترغیب دی جا رہی ہے۔</w:t>
      </w:r>
    </w:p>
    <w:p>
      <w:r>
        <w:rPr>
          <w:b/>
        </w:rPr>
        <w:t xml:space="preserve">[24:28] </w:t>
      </w:r>
      <w:r>
        <w:t>to jab yeh halat ho jaye to is ke maani hain ke takhleeq ka maqsad khatm ho gaya. jab takhleeq ka maqsad khatm ho gaya to ab koi ko baqi rakha jaye?</w:t>
      </w:r>
    </w:p>
    <w:p>
      <w:pPr>
        <w:jc w:val="right"/>
      </w:pPr>
      <w:r>
        <w:t>تو جب یہ حالت ہو جائے تو اس کے معنی ہیں کہ تخلیق کا مقصد ختم ہو گیا۔ جب تخلیق کا مقصد ختم ہو گیا تو اب کوئی کو باقی رکھا جائے؟</w:t>
      </w:r>
    </w:p>
    <w:p>
      <w:r>
        <w:rPr>
          <w:b/>
        </w:rPr>
        <w:t xml:space="preserve">[24:39] </w:t>
      </w:r>
      <w:r>
        <w:t>kis liye baqi rakha jaye?</w:t>
      </w:r>
    </w:p>
    <w:p>
      <w:pPr>
        <w:jc w:val="right"/>
      </w:pPr>
      <w:r>
        <w:t>کس لیے باقی رکھا جائے؟</w:t>
      </w:r>
    </w:p>
    <w:p>
      <w:r>
        <w:rPr>
          <w:b/>
        </w:rPr>
        <w:t xml:space="preserve">[24:43] </w:t>
      </w:r>
      <w:r>
        <w:t>to ab to wohi waqt aa gaya hai ke allah taala faisla kar de, israfeel ko hukum de de ke phoonk phoonk. ab ab insaan koi jannati bananay wala nahi hai.</w:t>
      </w:r>
    </w:p>
    <w:p>
      <w:pPr>
        <w:jc w:val="right"/>
      </w:pPr>
      <w:r>
        <w:t>تو اب تو وہی وقت آ گیا ہے کہ اللہ تعالی فیصلہ کر دے، اسرافیل کو حکم دے دے کہ چھوڑ پھوکو۔ اب اب انسان کوئی جنتی بننے والا نہیں ہے۔</w:t>
      </w:r>
    </w:p>
    <w:p>
      <w:r>
        <w:rPr>
          <w:b/>
        </w:rPr>
        <w:t xml:space="preserve">[24:54] </w:t>
      </w:r>
      <w:r>
        <w:t>ab jo banay ga, woh to buraiyon walay insaan banain gay.</w:t>
      </w:r>
    </w:p>
    <w:p>
      <w:pPr>
        <w:jc w:val="right"/>
      </w:pPr>
      <w:r>
        <w:t>اب جو بنے گا، وہ تو برائیوں والے انسان بنیں گے۔</w:t>
      </w:r>
    </w:p>
    <w:p>
      <w:r>
        <w:rPr>
          <w:b/>
        </w:rPr>
        <w:t xml:space="preserve">[25:00] </w:t>
      </w:r>
      <w:r>
        <w:t>to aik pehlu dekhiye, yeh hai. doosra pehlu yeh hai ke jab yeh halat ho jaye ke har paida honay wala</w:t>
      </w:r>
    </w:p>
    <w:p>
      <w:pPr>
        <w:jc w:val="right"/>
      </w:pPr>
      <w:r>
        <w:t>تو ایک پہلو دیکھیے، یہ ہے۔ دوسرا پہلو یہ ہے کہ جب یہ حالت ہو جائے کہ ہر پیدا ہونے والا</w:t>
      </w:r>
    </w:p>
    <w:p>
      <w:r>
        <w:rPr>
          <w:b/>
        </w:rPr>
        <w:t xml:space="preserve">[25:14] </w:t>
      </w:r>
      <w:r>
        <w:t>evil ke rastay ki taraf jaye, har paida honay wala sarkash banay, har paida honay wala buraiyon ki taraf daur</w:t>
      </w:r>
    </w:p>
    <w:p>
      <w:pPr>
        <w:jc w:val="right"/>
      </w:pPr>
      <w:r>
        <w:t>ایول کے راستے کی طرف جائے، ہر پیدا ہونے والا سرکشی بنے، ہر پیدا ہونے والا برائیوں کی طرف دوڑ</w:t>
      </w:r>
    </w:p>
    <w:p>
      <w:r>
        <w:rPr>
          <w:b/>
        </w:rPr>
        <w:t xml:space="preserve">[25:23] </w:t>
      </w:r>
      <w:r>
        <w:t>ay, to is ke maani kya hue? ke sab log bas jo paida honay walay hain, woh sab jahannami paida honay walay hain.</w:t>
      </w:r>
    </w:p>
    <w:p>
      <w:pPr>
        <w:jc w:val="right"/>
      </w:pPr>
      <w:r>
        <w:t>ے، تو اس کے معنی کیا ہوئے؟ کہ سب لوگ بس جو پیدا ہونے والے ہیں، وہ سب جہنمی پیدا ہونے والے ہیں۔</w:t>
      </w:r>
    </w:p>
    <w:p>
      <w:r>
        <w:rPr>
          <w:b/>
        </w:rPr>
        <w:t xml:space="preserve">[25:34] </w:t>
      </w:r>
      <w:r>
        <w:t>yani allah taala ka jo nizam hai takhleeq ka, woh jahannamiyon ko paida kar raha hai. kaisa ajeeb baat hai ke allah aisa pasand kar sakta hai ke allah ka qaim kardah jo nizam takhleeq hai, is ka yeh hal ho jaye ke jahannami paida hon is ke sath.</w:t>
      </w:r>
    </w:p>
    <w:p>
      <w:pPr>
        <w:jc w:val="right"/>
      </w:pPr>
      <w:r>
        <w:t>یعنی اللہ تعالی کا جو نظام ہے تخلیق کا، وہ جہنمیوں کو پیدا کر رہا ہے۔ کیسا عجیب بات ہے کہ اللہ ایسا پسند کر سکتا ہے کہ اللہ کا قائم کردہ جو نظام تخلیق ہے، اس کا یہ حال ہو جائے کہ جہنمی پیدا ہوں اس کے ساتھ۔</w:t>
      </w:r>
    </w:p>
    <w:p>
      <w:r>
        <w:rPr>
          <w:b/>
        </w:rPr>
        <w:t xml:space="preserve">[25:52] </w:t>
      </w:r>
      <w:r>
        <w:t>aap ghhor kijiye,</w:t>
      </w:r>
    </w:p>
    <w:p>
      <w:pPr>
        <w:jc w:val="right"/>
      </w:pPr>
      <w:r>
        <w:t>آپ غور کیجئے،</w:t>
      </w:r>
    </w:p>
    <w:p>
      <w:r>
        <w:rPr>
          <w:b/>
        </w:rPr>
        <w:t xml:space="preserve">[25:58] </w:t>
      </w:r>
      <w:r>
        <w:t>yani koi karkhana banaya jaye saib ka juice nikalne ke liye aur us se nikalne lage gandagi, to kya wo karkhana band nahi kar diya jaye ga?</w:t>
      </w:r>
    </w:p>
    <w:p>
      <w:pPr>
        <w:jc w:val="right"/>
      </w:pPr>
      <w:r>
        <w:t>یعنی کوئی کارخانہ بنایا جائے سیب کا جوس نکالنے کے لیے اور اس سے نکلنے لگے گندگی، تو کیا وہ کارخانہ بند نہیں کر دیا جائے گا؟</w:t>
      </w:r>
    </w:p>
    <w:p>
      <w:r>
        <w:rPr>
          <w:b/>
        </w:rPr>
        <w:t xml:space="preserve">[26:12] </w:t>
      </w:r>
      <w:r>
        <w:t>ghhor kijiye ke saib ka juice nikalne ke liye ek factory lage gi,</w:t>
      </w:r>
    </w:p>
    <w:p>
      <w:pPr>
        <w:jc w:val="right"/>
      </w:pPr>
      <w:r>
        <w:t>غور کیجئے کہ سیب کا جوس نکالنے کے لیے ایک فیکٹری لگے گی،</w:t>
      </w:r>
    </w:p>
    <w:p>
      <w:r>
        <w:rPr>
          <w:b/>
        </w:rPr>
        <w:t xml:space="preserve">[26:18] </w:t>
      </w:r>
      <w:r>
        <w:t>lekin kisi wajah se ye halat ho gayi is ki factory ki ke is ke andar se juice kar, yani apple juice nahi nikal raha is ke sath, gandagi nikal rahi hai, gandagi badbodar.</w:t>
      </w:r>
    </w:p>
    <w:p>
      <w:pPr>
        <w:jc w:val="right"/>
      </w:pPr>
      <w:r>
        <w:t>لیکن کسی وجہ سے یہ حالت ہو گئی اس کی فیکٹری کی کہ اس کے اندر سے جوس کر، یعنی ایپل جوس نہیں نکل رہا اس کے ساتھ، گندگی نکل رہی ہے، گندگی بدبودار۔</w:t>
      </w:r>
    </w:p>
    <w:p>
      <w:r>
        <w:rPr>
          <w:b/>
        </w:rPr>
        <w:t xml:space="preserve">[26:29] </w:t>
      </w:r>
      <w:r>
        <w:t>to zahir hai ke aisa karkhana band kar diya jaye ga.</w:t>
      </w:r>
    </w:p>
    <w:p>
      <w:pPr>
        <w:jc w:val="right"/>
      </w:pPr>
      <w:r>
        <w:t>تو ظاہر ہے کہ ایسا کارخانہ بند کر دیا جائے گا۔</w:t>
      </w:r>
    </w:p>
    <w:p>
      <w:r>
        <w:rPr>
          <w:b/>
        </w:rPr>
        <w:t xml:space="preserve">[26:34] </w:t>
      </w:r>
      <w:r>
        <w:t>to Allah taala ne insan ko azadi di thi ke wo apni azadi ka proper use kar ke apne aap ko Allah ki barasi ka mustahiq banaye aur jannat mein dakhle ka is ko dakhla mila.</w:t>
      </w:r>
    </w:p>
    <w:p>
      <w:pPr>
        <w:jc w:val="right"/>
      </w:pPr>
      <w:r>
        <w:t>تو اللہ تعالی نے انسان کو آزادی دی تھی کہ وہ اپنی آزادی کا پراپر یوز کر کے اپنے آپ کو اللہ کی بریسی کا مستحق بنائے اور جنت میں داخلے کا اس کو داخلہ ملے۔</w:t>
      </w:r>
    </w:p>
    <w:p>
      <w:r>
        <w:rPr>
          <w:b/>
        </w:rPr>
        <w:t xml:space="preserve">[26:49] </w:t>
      </w:r>
      <w:r>
        <w:t>magar ye sab khatam. insan ne apne aap apna imam bana liya shaitan ko. is waqt shaitan jo hai, sab se bara leader hai insan ka.</w:t>
      </w:r>
    </w:p>
    <w:p>
      <w:pPr>
        <w:jc w:val="right"/>
      </w:pPr>
      <w:r>
        <w:t>مگر یہ سب ختم۔ انسان نے اپنے آپ اپنا امام بنا لیا شیطان کو۔ اس وقت شیطان جو ہے، سب سے بڑا لیڈر ہے انسان کا۔</w:t>
      </w:r>
    </w:p>
    <w:p>
      <w:r>
        <w:rPr>
          <w:b/>
        </w:rPr>
        <w:t xml:space="preserve">[27:00] </w:t>
      </w:r>
      <w:r>
        <w:t>jidhar shaitan chahta hai, udhar ja raha hai insan.</w:t>
      </w:r>
    </w:p>
    <w:p>
      <w:pPr>
        <w:jc w:val="right"/>
      </w:pPr>
      <w:r>
        <w:t>جدھر شیطان چاہتا ہے، ادھر جا رہا ہے انسان۔</w:t>
      </w:r>
    </w:p>
    <w:p>
      <w:r>
        <w:rPr>
          <w:b/>
        </w:rPr>
        <w:t xml:space="preserve">[27:04] </w:t>
      </w:r>
      <w:r>
        <w:t>tab Allah ki sifat rehmat ka taqaza hoga ke mazeed jahannami na paida hon. kaisi ajeeb baat hai?</w:t>
      </w:r>
    </w:p>
    <w:p>
      <w:pPr>
        <w:jc w:val="right"/>
      </w:pPr>
      <w:r>
        <w:t>تب اللہ کی صفت رحمت کا تقاضا ہوگا کہ مزید جہنمی نہ پیدا ہوں۔ کیسی عجیب بات ہے؟</w:t>
      </w:r>
    </w:p>
    <w:p>
      <w:r>
        <w:rPr>
          <w:b/>
        </w:rPr>
        <w:t xml:space="preserve">[27:15] </w:t>
      </w:r>
      <w:r>
        <w:t>jaise is industries ka ka ka zehan ye kahe ga ke aap mazeed mat gandagi paida karo, band karo factory ko. jab apple juice nahi nikal raha is mein se, is mein se gandagi nikal rahi hai, is mein se badbu nikal rahi hai, to band karo aisi factory ko.</w:t>
      </w:r>
    </w:p>
    <w:p>
      <w:pPr>
        <w:jc w:val="right"/>
      </w:pPr>
      <w:r>
        <w:t>جیسے اس انڈسٹریز کا کا کا ذہن یہ کہے گا کہ آپ مزید مت گندگی پیدا کرو، بند کرو فیکٹری کو۔ جب ایپل جوس نہیں نکل رہا اس میں سے، اس میں سے گندگی نکل رہی ہے، اس میں سے بدبو نکل رہی ہے، تو بند کرو ایسی فیکٹری کو۔</w:t>
      </w:r>
    </w:p>
    <w:p>
      <w:r>
        <w:rPr>
          <w:b/>
        </w:rPr>
        <w:t xml:space="preserve">[27:36] </w:t>
      </w:r>
      <w:r>
        <w:t>to aise hi Allah taala farishton se kahe ga ke dekho, ab to sab jahannami paida ho rahe hain, to ye to bohat hi bura ho raha hai.</w:t>
      </w:r>
    </w:p>
    <w:p>
      <w:pPr>
        <w:jc w:val="right"/>
      </w:pPr>
      <w:r>
        <w:t>تو ایسے ہی اللہ تعالی فرشتوں سے کہے گا کہ دیکھو، اب تو سب جہنمی پیدا ہو رہے ہیں، تو یہ تو بہت ہی برا ہو رہا ہے۔</w:t>
      </w:r>
    </w:p>
    <w:p>
      <w:r>
        <w:rPr>
          <w:b/>
        </w:rPr>
        <w:t xml:space="preserve">[27:45] </w:t>
      </w:r>
      <w:r>
        <w:t>takhlioq ka maqsad hi faut ho raha hai. to Allah taala ki jo sifat rehmat hai, is sifat rehmat ka ye taqaza hoga ke mazeed jahannami na paida hon.</w:t>
      </w:r>
    </w:p>
    <w:p>
      <w:pPr>
        <w:jc w:val="right"/>
      </w:pPr>
      <w:r>
        <w:t>تخلیق کا مقصد ہی فوت ہو رہا ہے۔ تو اللہ تعالی کی جو صفت رحمت ہے، اس صفت رحمت کا یہ تقاضا ہوگا کہ مزید جہنمی نہ پیدا ہوں۔</w:t>
      </w:r>
    </w:p>
    <w:p>
      <w:r>
        <w:rPr>
          <w:b/>
        </w:rPr>
        <w:t xml:space="preserve">[27:58] </w:t>
      </w:r>
      <w:r>
        <w:t>to main samajhta hoon ke ye surat-e-hal hai, ye sab se bara saboot is baat ka hai ke qayamat qareeb aa gayi.</w:t>
      </w:r>
    </w:p>
    <w:p>
      <w:pPr>
        <w:jc w:val="right"/>
      </w:pPr>
      <w:r>
        <w:t>تو میں سمجھتا ہوں کہ یہ صورتحال ہے، یہ سب سے بڑا ثبوت اس بات کا ہے کہ قیامت قریب آ گئی۔</w:t>
      </w:r>
    </w:p>
    <w:p>
      <w:r>
        <w:rPr>
          <w:b/>
        </w:rPr>
        <w:t xml:space="preserve">[28:09] </w:t>
      </w:r>
      <w:r>
        <w:t>yani jo cheez pehle paighambar jis ki khabar dete the, paighambar jis baat ki khabar de rahe the, wo ab is yani ek scientific evidence ke taur par hamare samne aa chuka hai.</w:t>
      </w:r>
    </w:p>
    <w:p>
      <w:pPr>
        <w:jc w:val="right"/>
      </w:pPr>
      <w:r>
        <w:t>یعنی جو چیز پہلے پیغمبر جس کی خبر دیتے تھے، پیغمبر جس بات کی خبر دے رہے تھے، وہ اب اس یعنی ایک سائنٹیفک ایویڈنس کے طور پر ہمارے سامنے آ چکا ہے۔</w:t>
      </w:r>
    </w:p>
    <w:p>
      <w:r>
        <w:rPr>
          <w:b/>
        </w:rPr>
        <w:t xml:space="preserve">[28:21] </w:t>
      </w:r>
      <w:r>
        <w:t>historical evidence, scientific evidence, factual evidence ke taur par samne baat aa chuki hai. ab is ki zarurat nahi ke koi naya paighambar aaye aur bataye aap ko.</w:t>
      </w:r>
    </w:p>
    <w:p>
      <w:pPr>
        <w:jc w:val="right"/>
      </w:pPr>
      <w:r>
        <w:t>ہسٹوریکل ایویڈنس، سائنٹیفک ایویڈنس، فیکچول ایویڈنس کے طور پر سامنے بات آ چکی ہے۔ اب اس کی ضرورت نہیں کہ کوئی نیا پیغمبر آئے اور بتائے آپ کو۔</w:t>
      </w:r>
    </w:p>
    <w:p>
      <w:r>
        <w:rPr>
          <w:b/>
        </w:rPr>
        <w:t xml:space="preserve">[28:35] </w:t>
      </w:r>
      <w:r>
        <w:t>ab to khud waqiat aur khud tareekh, khud halat bata rahe hain</w:t>
      </w:r>
    </w:p>
    <w:p>
      <w:pPr>
        <w:jc w:val="right"/>
      </w:pPr>
      <w:r>
        <w:t>اب تو خود واقعات اور خود تاریخ، خود حالات بتا رہے ہیں</w:t>
      </w:r>
    </w:p>
    <w:p>
      <w:r>
        <w:rPr>
          <w:b/>
        </w:rPr>
        <w:t xml:space="preserve">[28:43] </w:t>
      </w:r>
      <w:r>
        <w:t>ke jo factory banayi gayi thi, is liye ek itni bari factory, itni bari yani maut o hayat ka nizam ke is se aslul amal paida hon, nikokkar paida hon, saleh paida hon, is ke liye banayi gayi thi.</w:t>
      </w:r>
    </w:p>
    <w:p>
      <w:pPr>
        <w:jc w:val="right"/>
      </w:pPr>
      <w:r>
        <w:t>کہ جو فیکٹری بنائی گئی تھی، اس لیے ایک اتنی بڑی فیکٹری، اتنی بڑی یعنی موت و حیات کا نظام کہ اس سے اصل العمل پیدا ہوں، نیکوکار پیدا ہوں، صالح پیدا ہوں، اس کے لیے بنائی گئی تھی۔</w:t>
      </w:r>
    </w:p>
    <w:p>
      <w:r>
        <w:rPr>
          <w:b/>
        </w:rPr>
        <w:t xml:space="preserve">[29:01] </w:t>
      </w:r>
      <w:r>
        <w:t>aur is se paida ho rahe hain bure log, evil character,</w:t>
      </w:r>
    </w:p>
    <w:p>
      <w:pPr>
        <w:jc w:val="right"/>
      </w:pPr>
      <w:r>
        <w:t>اور اس سے پیدا ہو رہے ہیں برے لوگ، ایول کریکٹر،</w:t>
      </w:r>
    </w:p>
    <w:p>
      <w:r>
        <w:rPr>
          <w:b/>
        </w:rPr>
        <w:t xml:space="preserve">[29:06] </w:t>
      </w:r>
      <w:r>
        <w:t>yani jahannami paida ho rahe hain. yani paida Allah taala ne ek karkhana banaya tha, is liye ke is se jannati paida hon.</w:t>
      </w:r>
    </w:p>
    <w:p>
      <w:pPr>
        <w:jc w:val="right"/>
      </w:pPr>
      <w:r>
        <w:t>یعنی جہنمی پیدا ہو رہے ہیں۔ یعنی پیدا اللہ تعالی نے ایک کارخانہ بنایا تھا، اس لیے کہ اس سے جنتی پیدا ہوں۔</w:t>
      </w:r>
    </w:p>
    <w:p>
      <w:r>
        <w:rPr>
          <w:b/>
        </w:rPr>
        <w:t xml:space="preserve">[29:16] </w:t>
      </w:r>
      <w:r>
        <w:t>aslul amal ke maani kya hain? jannati.</w:t>
      </w:r>
    </w:p>
    <w:p>
      <w:pPr>
        <w:jc w:val="right"/>
      </w:pPr>
      <w:r>
        <w:t>اصل اصل العمل کے معنی کیا ہیں؟ جنتی۔</w:t>
      </w:r>
    </w:p>
    <w:p>
      <w:r>
        <w:rPr>
          <w:b/>
        </w:rPr>
        <w:t xml:space="preserve">[29:22] </w:t>
      </w:r>
      <w:r>
        <w:t>to ye karkhana banaya gaya tha ke is se jannati insan paida hon. lekin shaitan logon ko behkane mein itna kamyab</w:t>
      </w:r>
    </w:p>
    <w:p>
      <w:pPr>
        <w:jc w:val="right"/>
      </w:pPr>
      <w:r>
        <w:t>تو یہ کارخانہ بنایا گیا تھا کہ اس سے جنتی انسان پیدا ہوں۔ لیکن شیطان لوگوں کو بہکانے میں اتنا کامیاب</w:t>
      </w:r>
    </w:p>
    <w:p>
      <w:r>
        <w:rPr>
          <w:b/>
        </w:rPr>
        <w:t xml:space="preserve">[29:32] </w:t>
      </w:r>
      <w:r>
        <w:t>hua, apni azadi ko logon ne itna galat istemal kiya ke kya amalan ab practically ye ho gaya ke yahan jahannami paida ho rahe hain, jahannami paida ho rahe hain.</w:t>
      </w:r>
    </w:p>
    <w:p>
      <w:pPr>
        <w:jc w:val="right"/>
      </w:pPr>
      <w:r>
        <w:t>ہوا، اپنی آزادی کو لوگوں نے اتنا غلط استعمال کیا کہ کیا عملاً اب پریکٹیکلی یہ ہو گیا کہ یہاں جہنمی پیدا ہو رہے ہیں، جہنمی پیدا ہو رہے ہیں۔</w:t>
      </w:r>
    </w:p>
    <w:p>
      <w:r>
        <w:rPr>
          <w:b/>
        </w:rPr>
        <w:t xml:space="preserve">[29:43] </w:t>
      </w:r>
      <w:r>
        <w:t>yani factory se apple juice nahi nikal raha, balkeh gandagi nikal rahi hai. to Khuda ki rehmat ka taqaza hoga ke ab mazeed dunya ko is badbu se bachaya jaye, mazeed jahannamiyon ki paidaish se bachaya jaye.</w:t>
      </w:r>
    </w:p>
    <w:p>
      <w:pPr>
        <w:jc w:val="right"/>
      </w:pPr>
      <w:r>
        <w:t>یعنی فیکٹری سے ایپل جوس نہیں نکل رہا، بلکہ گندگی نکل رہی ہے۔ تو خدا کی رحمت کا تقاضا ہوگا کہ اب مزید دنیا کو اس بدبو سے بچایا جائے، مزید جہنمیوں کی پیدائش سے بچایا جائے۔</w:t>
      </w:r>
    </w:p>
    <w:p>
      <w:r>
        <w:rPr>
          <w:b/>
        </w:rPr>
        <w:t xml:space="preserve">[29:59] </w:t>
      </w:r>
      <w:r>
        <w:t>ye surat-e-hal jo bilkul do aur do char ki tarah sabit shuda hai, wo bata rahi hai ke qayamat qareeb aa gayi.</w:t>
      </w:r>
    </w:p>
    <w:p>
      <w:pPr>
        <w:jc w:val="right"/>
      </w:pPr>
      <w:r>
        <w:t>یہ صورتحال جو بالکل دو اور دو چار کی طرح ثابت شدہ ہے، وہ بتا رہی ہے کہ قیامت قریب آ گئی۔</w:t>
      </w:r>
    </w:p>
    <w:p>
      <w:r>
        <w:rPr>
          <w:b/>
        </w:rPr>
        <w:t xml:space="preserve">[30:12] </w:t>
      </w:r>
      <w:r>
        <w:t>jab main is tasweer ko dekhta hoon to main sochta hoon ke is se pehle ye mumkin nahi tha. yani paighambar ne ek sirf ye bataya tha ke kalla idha duqqat al ardh duqqa duqqa</w:t>
      </w:r>
    </w:p>
    <w:p>
      <w:pPr>
        <w:jc w:val="right"/>
      </w:pPr>
      <w:r>
        <w:t>جب میں اس تصویر کو دیکھتا ہوں تو میں سوچتا ہوں کہ اس سے پہلے یہ ممکن نہیں تھا۔ یعنی پیغمبر نے ایک صرف یہ بتایا تھا کہ کلا اذا دقت الارض دکن دکا</w:t>
      </w:r>
    </w:p>
    <w:p>
      <w:r>
        <w:rPr>
          <w:b/>
        </w:rPr>
        <w:t xml:space="preserve">[30:27] </w:t>
      </w:r>
      <w:r>
        <w:t>keh waqt aaye ga jab zameen ko crush kiya jaye ga. lekin aaj aisay telescope, yaani space mein aisay rocket bhejny, is ka insaan is qabil ho gaya keh space mein aisi durbinain lagaye.</w:t>
      </w:r>
    </w:p>
    <w:p>
      <w:pPr>
        <w:jc w:val="right"/>
      </w:pPr>
      <w:r>
        <w:t>کہ وقت آئے گا جب زمین کو کرش کیا جائے گا۔ لیکن آج ایسے ٹیلیسکوپ، یعنی اسپیس میں ایسے راکٹ بھیجنے، اس کا انسان اس قابل ہو گیا کہ اسپیس میں ایسی دوربینیں لگائے۔</w:t>
      </w:r>
    </w:p>
    <w:p>
      <w:r>
        <w:rPr>
          <w:b/>
        </w:rPr>
        <w:t xml:space="preserve">[30:43] </w:t>
      </w:r>
      <w:r>
        <w:t>yeh space ki durbin se liya hua photo hai yeh</w:t>
      </w:r>
    </w:p>
    <w:p>
      <w:pPr>
        <w:jc w:val="right"/>
      </w:pPr>
      <w:r>
        <w:t>یہ اسپیس کی دوربین سے لیا ہوا فوٹو ہے یہ</w:t>
      </w:r>
    </w:p>
    <w:p>
      <w:r>
        <w:rPr>
          <w:b/>
        </w:rPr>
        <w:t xml:space="preserve">[30:51] </w:t>
      </w:r>
      <w:r>
        <w:t>keh 19, aur yeh bhi aap ghor kijiye keh jo waqia 19 saal baad hony wala hai, us ko aaj bilkul fix date ke sath maloom ho gaya.</w:t>
      </w:r>
    </w:p>
    <w:p>
      <w:pPr>
        <w:jc w:val="right"/>
      </w:pPr>
      <w:r>
        <w:t>کہ 19، اور یہ بھی آپ غور کیجئے کہ جو واقعہ 19 سال بعد ہونے والا ہے، اس کو آج بالکل فکس ڈیٹ کے ساتھ معلوم ہو گیا۔</w:t>
      </w:r>
    </w:p>
    <w:p>
      <w:r>
        <w:rPr>
          <w:b/>
        </w:rPr>
        <w:t xml:space="preserve">[31:01] </w:t>
      </w:r>
      <w:r>
        <w:t>bilkul tareekh mutayyan ho gayi, falan tareekh ko 2032 mein yeh waqia hoga. karoron meel door se chala aa raha hai, woh chala aa raha hai, chala aa raha hai, chala aa raha hai, yahan tak keh woh falan tareekh ko hit kare ga.</w:t>
      </w:r>
    </w:p>
    <w:p>
      <w:pPr>
        <w:jc w:val="right"/>
      </w:pPr>
      <w:r>
        <w:t>بالکل تاریخ متعین ہو گئی، فلاں تاریخ کو 2032 میں یہ واقعہ ہوگا۔ کروڑوں میل دور سے چلا آ رہا ہے، وہ چلا آ رہا ہے، چلا آ رہا ہے، چلا آ رہا ہے، یہاں تک کہ وہ فلاں تاریخ کو ہٹ کرے گا۔</w:t>
      </w:r>
    </w:p>
    <w:p>
      <w:r>
        <w:rPr>
          <w:b/>
        </w:rPr>
        <w:t xml:space="preserve">[31:15] </w:t>
      </w:r>
      <w:r>
        <w:t>ab ghor kijiye keh itna bara pathar jab hit kare ga zameen ko to zameen ka kya haal hoga?</w:t>
      </w:r>
    </w:p>
    <w:p>
      <w:pPr>
        <w:jc w:val="right"/>
      </w:pPr>
      <w:r>
        <w:t>اب غور کیجئے کہ اتنا بڑا پتھر جب ہٹ کرے گا زمین کو تو زمین کا کیا حال ہوگا؟</w:t>
      </w:r>
    </w:p>
    <w:p>
      <w:r>
        <w:rPr>
          <w:b/>
        </w:rPr>
        <w:t xml:space="preserve">[31:22] </w:t>
      </w:r>
      <w:r>
        <w:t>to jo baat pehlay peghambar zabani tor par batatay thay, ab woh to aap ki telescope bata rahi hai, ab aap ki science bata rahi hai, aap aap ki technology bata rahi hai, ab aap ka media bata raha hai.</w:t>
      </w:r>
    </w:p>
    <w:p>
      <w:pPr>
        <w:jc w:val="right"/>
      </w:pPr>
      <w:r>
        <w:t>تو جو بات پہلے پیغمبر زبانی طور پر بتاتے تھے، اب وہ تو آپ کی ٹیلیسکوپ بتا رہی ہے، اب آپ کی سائنس بتا رہی ہے، آپ آپ کی ٹیکنالوجی بتا رہی ہے، اب آپ کا میڈیا بتا رہا ہے۔</w:t>
      </w:r>
    </w:p>
    <w:p>
      <w:r>
        <w:rPr>
          <w:b/>
        </w:rPr>
        <w:t xml:space="preserve">[31:37] </w:t>
      </w:r>
      <w:r>
        <w:t>is tasveer ke zariye dekhiye, aap kis qadar bhayanak hai tasawwur keh itnay bara pathar aa kar zameen ko hit kare ga. kalla idha dugat dukun daka</w:t>
      </w:r>
    </w:p>
    <w:p>
      <w:pPr>
        <w:jc w:val="right"/>
      </w:pPr>
      <w:r>
        <w:t>اس تصویر کے ذریعے دیکھیے، آپ کس قدر بھانک ہے تصور کہ اتنے بڑا پتھر آ کر زمین کو ہٹ کرے گا۔ کلا اذا دقت دکن دکا</w:t>
      </w:r>
    </w:p>
    <w:p>
      <w:r>
        <w:rPr>
          <w:b/>
        </w:rPr>
        <w:t xml:space="preserve">[31:55] </w:t>
      </w:r>
      <w:r>
        <w:t>to yeh sab waqiat ke baad ab agar insaan is se sabaq na le to us ko kehtay hain keh woh jis ko kehtay hain shutur murgh.</w:t>
      </w:r>
    </w:p>
    <w:p>
      <w:pPr>
        <w:jc w:val="right"/>
      </w:pPr>
      <w:r>
        <w:t>تو یہ سب واقعات کے بعد اب اگر انسان اس سے سبق نہ لے تو اس کو کہتے ہیں کہ وہ جس کو کہتے ہیں شتر مرغ۔</w:t>
      </w:r>
    </w:p>
    <w:p>
      <w:r>
        <w:rPr>
          <w:b/>
        </w:rPr>
        <w:t xml:space="preserve">[32:07] </w:t>
      </w:r>
      <w:r>
        <w:t>shutur murgh ka tareeqa hoga yeh. ostrich, ostrich hybrid us ko kehtay hain.</w:t>
      </w:r>
    </w:p>
    <w:p>
      <w:pPr>
        <w:jc w:val="right"/>
      </w:pPr>
      <w:r>
        <w:t>شتر مرغ کا طریقہ ہوگا یہ۔ اسٹچ، اسٹچ ہائیبریڈ اس کو کہتے ہیں۔</w:t>
      </w:r>
    </w:p>
    <w:p>
      <w:r>
        <w:rPr>
          <w:b/>
        </w:rPr>
        <w:t xml:space="preserve">[32:15] </w:t>
      </w:r>
      <w:r>
        <w:t>shutur murgh jo hai, us ka is ke mutaliq kaha jata hai keh jab woh is mein hota hai sehra mein aur dekhta hai keh toofan aa raha hai to ab toofan jo aa raha hai, woh us ko maar dalay ga, us ko halak kar de ga.</w:t>
      </w:r>
    </w:p>
    <w:p>
      <w:pPr>
        <w:jc w:val="right"/>
      </w:pPr>
      <w:r>
        <w:t>شتر مرغ جو ہے، اس کا اس کے متعلق کہا جاتا ہے کہ جب وہ اس میں ہوتا ہے صحرا میں اور دیکھتا ہے کہ طوفان آ رہا ہے تو اب طوفان جو آ رہا ہے، وہ اس کو مار ڈالے گا، اس کو ہلاک کر دے گا۔</w:t>
      </w:r>
    </w:p>
    <w:p>
      <w:r>
        <w:rPr>
          <w:b/>
        </w:rPr>
        <w:t xml:space="preserve">[32:31] </w:t>
      </w:r>
      <w:r>
        <w:t>to apni lambi gardan ko woh ret mein daal leta hai. to ret mein daalny se aisa nahi hoga keh toofan na aaye, phir bhi aaye ga toofan, phir bhi woh maray ga.</w:t>
      </w:r>
    </w:p>
    <w:p>
      <w:pPr>
        <w:jc w:val="right"/>
      </w:pPr>
      <w:r>
        <w:t>تو اپنی لمبی گردن کو وہ ریت میں ڈال لیتا ہے۔ تو ریت میں ڈالنے سے ایسا نہیں ہوگا کہ طوفان نہ آئے، پھر بھی آئے گا طوفان، پھر بھی وہ مرے گا۔</w:t>
      </w:r>
    </w:p>
    <w:p>
      <w:r>
        <w:rPr>
          <w:b/>
        </w:rPr>
        <w:t xml:space="preserve">[32:41] </w:t>
      </w:r>
      <w:r>
        <w:t>woh</w:t>
      </w:r>
    </w:p>
    <w:p>
      <w:pPr>
        <w:jc w:val="right"/>
      </w:pPr>
      <w:r>
        <w:t>وہ</w:t>
      </w:r>
    </w:p>
    <w:p>
      <w:r>
        <w:rPr>
          <w:b/>
        </w:rPr>
        <w:t xml:space="preserve">[32:45] </w:t>
      </w:r>
      <w:r>
        <w:t>to</w:t>
      </w:r>
    </w:p>
    <w:p>
      <w:pPr>
        <w:jc w:val="right"/>
      </w:pPr>
      <w:r>
        <w:t>تو</w:t>
      </w:r>
    </w:p>
    <w:p>
      <w:r>
        <w:rPr>
          <w:b/>
        </w:rPr>
        <w:t xml:space="preserve">[32:46] </w:t>
      </w:r>
      <w:r>
        <w:t>ostrich like habit hai yeh keh hum is se sabaq na lein.</w:t>
      </w:r>
    </w:p>
    <w:p>
      <w:pPr>
        <w:jc w:val="right"/>
      </w:pPr>
      <w:r>
        <w:t>اسٹچ لائک ہیبٹ ہے یہ کہ ہم اس سے سبق نہ لیں۔</w:t>
      </w:r>
    </w:p>
    <w:p>
      <w:r>
        <w:rPr>
          <w:b/>
        </w:rPr>
        <w:t xml:space="preserve">[32:52] </w:t>
      </w:r>
      <w:r>
        <w:t>agar hum in baaton se sabaq na lein to yeh hoga ostrich like habit ka moamla, yaani shutur murgh jaisi</w:t>
      </w:r>
    </w:p>
    <w:p>
      <w:pPr>
        <w:jc w:val="right"/>
      </w:pPr>
      <w:r>
        <w:t>اگر ہم ان باتوں سے سبق نہ لیں تو یہ ہوگا اسٹچ لائک ہیبٹ کا معاملہ، یعنی شتر مرغ جیسی</w:t>
      </w:r>
    </w:p>
    <w:p>
      <w:r>
        <w:rPr>
          <w:b/>
        </w:rPr>
        <w:t xml:space="preserve">[33:03] </w:t>
      </w:r>
      <w:r>
        <w:t>adat ka moamla.</w:t>
      </w:r>
    </w:p>
    <w:p>
      <w:pPr>
        <w:jc w:val="right"/>
      </w:pPr>
      <w:r>
        <w:t>عادت کا معاملہ۔</w:t>
      </w:r>
    </w:p>
    <w:p>
      <w:r>
        <w:rPr>
          <w:b/>
        </w:rPr>
        <w:t xml:space="preserve">[33:16] </w:t>
      </w:r>
      <w:r>
        <w:t>to yeh bohat hi ajeeb baat hai keh tamam anbiya yeh khabar detay rahay, jitnay peghambar aaye, sab ne yeh khabar</w:t>
      </w:r>
    </w:p>
    <w:p>
      <w:pPr>
        <w:jc w:val="right"/>
      </w:pPr>
      <w:r>
        <w:t>تو یہ بہت ہی عجیب بات ہے کہ تمام انبیاء یہ خبر دیتے رہے، جتنے پیغمبر آئے، سب نے یہ خبر</w:t>
      </w:r>
    </w:p>
    <w:p>
      <w:r>
        <w:rPr>
          <w:b/>
        </w:rPr>
        <w:t xml:space="preserve">[33:23] </w:t>
      </w:r>
      <w:r>
        <w:t>di. woh Hazrat Musa ko to aik misaal mein ne di, Quran bhara hua hai is se keh qayamat aanay wali hai, qayamat aanay wali hai, qayamat aanay wali hai, aur tamam nabi yehi kehtay rahay.</w:t>
      </w:r>
    </w:p>
    <w:p>
      <w:pPr>
        <w:jc w:val="right"/>
      </w:pPr>
      <w:r>
        <w:t>دی۔ وہ حضرت موسیٰ کو تو ایک مثال میں نے دی، قرآن بھرا ہوا ہے اس سے کہ قیامت آنے والی ہے، قیامت آنے والی ہے، قیامت آنے والی ہے، اور تمام نبی یہی کہتے رہے۔</w:t>
      </w:r>
    </w:p>
    <w:p>
      <w:r>
        <w:rPr>
          <w:b/>
        </w:rPr>
        <w:t xml:space="preserve">[33:37] </w:t>
      </w:r>
      <w:r>
        <w:t>ab jo hai, Allah taala ne insaan ko moqa diya keh woh aik technology ko taraqqi kare, woh durbinain banaye, woh space mein apni camera lagaye, space mein karoron meel oopar,</w:t>
      </w:r>
    </w:p>
    <w:p>
      <w:pPr>
        <w:jc w:val="right"/>
      </w:pPr>
      <w:r>
        <w:t>اب جو ہے، اللہ تعالی نے انسان کو موقع دیا کہ وہ ایک ٹیکنالوجی کو ترقی کرے، وہ دوربینیں بنائے، وہ اسپیس میں اپنی کیمرے لگائے، اسپیس میں کروڑوں میل اوپر،</w:t>
      </w:r>
    </w:p>
    <w:p>
      <w:r>
        <w:rPr>
          <w:b/>
        </w:rPr>
        <w:t xml:space="preserve">[33:54] </w:t>
      </w:r>
      <w:r>
        <w:t>aur woh photo lekar batayein aap ko keh dekho, yeh asteroid aa raha hai, dekho, yeh pathar aa raha hai, to koi bahar nikli.</w:t>
      </w:r>
    </w:p>
    <w:p>
      <w:pPr>
        <w:jc w:val="right"/>
      </w:pPr>
      <w:r>
        <w:t>اور وہ فوٹو لے کر بتائیں آپ کو کہ دیکھو، یہ اسٹرائیڈ آ رہا ہے، دیکھو، یہ پتھر آ رہا ہے، تو کوئی باہر نکلی۔</w:t>
      </w:r>
    </w:p>
    <w:p>
      <w:r>
        <w:rPr>
          <w:b/>
        </w:rPr>
        <w:t xml:space="preserve">[34:03] </w:t>
      </w:r>
      <w:r>
        <w:t>kaisi ajeeb baat hai,</w:t>
      </w:r>
    </w:p>
    <w:p>
      <w:pPr>
        <w:jc w:val="right"/>
      </w:pPr>
      <w:r>
        <w:t>کیسی عجیب بات ہے،</w:t>
      </w:r>
    </w:p>
    <w:p>
      <w:r>
        <w:rPr>
          <w:b/>
        </w:rPr>
        <w:t xml:space="preserve">[34:07] </w:t>
      </w:r>
      <w:r>
        <w:t>kaisi ajeeb baat hai. jab mein is tasveer ko dekhta hoon to mein rongtay kharay ho jatay hain</w:t>
      </w:r>
    </w:p>
    <w:p>
      <w:pPr>
        <w:jc w:val="right"/>
      </w:pPr>
      <w:r>
        <w:t>کیسی عجیب بات ہے۔ جب میں اس تصویر کو دیکھتا ہوں تو میں رونگٹے کھڑے ہو جاتے ہیں</w:t>
      </w:r>
    </w:p>
    <w:p>
      <w:r>
        <w:rPr>
          <w:b/>
        </w:rPr>
        <w:t xml:space="preserve">[34:20] </w:t>
      </w:r>
      <w:r>
        <w:t>keh pehlay zamanay mein peghambar yehi keh sakta tha keh zameen mein toor phor ho, qayamat aaye gi, aur zameen zameen mein toor phor kiya jaye ga.</w:t>
      </w:r>
    </w:p>
    <w:p>
      <w:pPr>
        <w:jc w:val="right"/>
      </w:pPr>
      <w:r>
        <w:t>کہ پہلے زمانے میں پیغمبر یہی کہہ سکتا تھا کہ زمین میں توڑ پھوڑ ہو، قیامت آئے گی، اور زمین زمین میں توڑ پھوڑ کیا جائے گا۔</w:t>
      </w:r>
    </w:p>
    <w:p>
      <w:r>
        <w:rPr>
          <w:b/>
        </w:rPr>
        <w:t xml:space="preserve">[34:30] </w:t>
      </w:r>
      <w:r>
        <w:t>yeh to keh saktay thay na,</w:t>
      </w:r>
    </w:p>
    <w:p>
      <w:pPr>
        <w:jc w:val="right"/>
      </w:pPr>
      <w:r>
        <w:t>یہ تو کہہ سکتے تھے نا،</w:t>
      </w:r>
    </w:p>
    <w:p>
      <w:r>
        <w:rPr>
          <w:b/>
        </w:rPr>
        <w:t xml:space="preserve">[34:33] </w:t>
      </w:r>
      <w:r>
        <w:t>tasveer nahi dikha saktay thay. woh aaj Allah taala ne insaan ko tasveer dikha di keh dekho, yeh waqia honay wala hai, yeh Allah ki rehmat hai.</w:t>
      </w:r>
    </w:p>
    <w:p>
      <w:pPr>
        <w:jc w:val="right"/>
      </w:pPr>
      <w:r>
        <w:t>تصویر نہیں دکھا سکتے تھے۔ وہ آج اللہ تعالی نے انسان کو تصویر دکھا دی کہ دیکھو، یہ واقعہ ہونے والا ہے، یہ اللہ کی رحمت ہے۔</w:t>
      </w:r>
    </w:p>
    <w:p>
      <w:r>
        <w:rPr>
          <w:b/>
        </w:rPr>
        <w:t xml:space="preserve">[34:47] </w:t>
      </w:r>
      <w:r>
        <w:t>allah ki rehmat ka taqaza hua ke insaan ko bata diya jaye taake woh jaage, taake woh apni islaah kare.</w:t>
      </w:r>
    </w:p>
    <w:p>
      <w:pPr>
        <w:jc w:val="right"/>
      </w:pPr>
      <w:r>
        <w:t>اللہ کی رحمت کا تقاضا ہوا کہ انسان کو بتا دیا جائے تاکہ وہ جاگے، تاکہ وہ اپنی اصلاح کرے۔</w:t>
      </w:r>
    </w:p>
    <w:p>
      <w:r>
        <w:rPr>
          <w:b/>
        </w:rPr>
        <w:t xml:space="preserve">[35:00] </w:t>
      </w:r>
      <w:r>
        <w:t>to mein samajhta hoon ke aaj ka sab se bara kaam yeh hai ke insaan ko yeh bataya jaye ke insaan to</w:t>
      </w:r>
    </w:p>
    <w:p>
      <w:pPr>
        <w:jc w:val="right"/>
      </w:pPr>
      <w:r>
        <w:t>تو میں سمجھتا ہوں کہ آج کا سب سے بڑا کام یہ ہے کہ انسان کو یہ بتایا جائے کہ انسان تو</w:t>
      </w:r>
    </w:p>
    <w:p>
      <w:r>
        <w:rPr>
          <w:b/>
        </w:rPr>
        <w:t xml:space="preserve">[35:12] </w:t>
      </w:r>
      <w:r>
        <w:t>woh waqt aa raha hai jab ke yaani yaani qayamat bilkul qareeb aa chuki hai, apni islaah karo,</w:t>
      </w:r>
    </w:p>
    <w:p>
      <w:pPr>
        <w:jc w:val="right"/>
      </w:pPr>
      <w:r>
        <w:t>وہ وقت آ رہا ہے جب کہ یعنی یعنی قیامت بالکل قریب آ چکی ہے، اپنی اصلاح کرو،</w:t>
      </w:r>
    </w:p>
    <w:p>
      <w:r>
        <w:rPr>
          <w:b/>
        </w:rPr>
        <w:t xml:space="preserve">[35:21] </w:t>
      </w:r>
      <w:r>
        <w:t>talash karo ke sirat-e-mustaqeem kya hai, talash karo ke tumhare liye sahih rawai</w:t>
      </w:r>
    </w:p>
    <w:p>
      <w:pPr>
        <w:jc w:val="right"/>
      </w:pPr>
      <w:r>
        <w:t>تلاش کرو کہ صراط مستقیم کیا ہے، تلاش کرو کہ تمہارے لیے صحیح روی</w:t>
      </w:r>
    </w:p>
    <w:p>
      <w:r>
        <w:rPr>
          <w:b/>
        </w:rPr>
        <w:t xml:space="preserve">[35:27] </w:t>
      </w:r>
      <w:r>
        <w:t>h kya hai, talash karo ke tum kis tarah jahannum se apne ko bacha sakte ho, aur kis tarah apne ko jannat ka mustahiq bana sakte ho. Aakhri waqt aa gaya hai aisa karne ka.</w:t>
      </w:r>
    </w:p>
    <w:p>
      <w:pPr>
        <w:jc w:val="right"/>
      </w:pPr>
      <w:r>
        <w:t>ہ کیا ہے، تلاش کرو کہ تم کس طرح جہنم سے اپنے کو بچا سکتے ہو، اور کس طرح اپنے کو جنت کا مستحق بنا سکتے ہو۔ آخری وقت آ گیا ہے ایسا کرنے کا۔</w:t>
      </w:r>
    </w:p>
    <w:p>
      <w:r>
        <w:rPr>
          <w:b/>
        </w:rPr>
        <w:t xml:space="preserve">[35:45] </w:t>
      </w:r>
      <w:r>
        <w:t>to yeh do pehlu maine arz kiye: ek yeh ke dunya fasad se bhar gayi hai, jaraim se bhar gayi hai, aur kaun qasad saza de in ko?</w:t>
      </w:r>
    </w:p>
    <w:p>
      <w:pPr>
        <w:jc w:val="right"/>
      </w:pPr>
      <w:r>
        <w:t>تو یہ دو پہلو میں نے عرض کیے: ایک یہ کہ دنیا فساد سے بھر گئی ہے، جرائم سے بھر گئی ہے، اور کون قصادت سزا دے ان کو؟</w:t>
      </w:r>
    </w:p>
    <w:p>
      <w:r>
        <w:rPr>
          <w:b/>
        </w:rPr>
        <w:t xml:space="preserve">[35:56] </w:t>
      </w:r>
      <w:r>
        <w:t>kyun ke insaan jurm karne wala hai, aur doosra insaan jo is ko saza de, woh bhi insaan hai. To insaan insaan ko saza nahi de sakta, dega to partial tor par chand kode maar dega is ko, is se jaraim ruk nahi sakte.</w:t>
      </w:r>
    </w:p>
    <w:p>
      <w:pPr>
        <w:jc w:val="right"/>
      </w:pPr>
      <w:r>
        <w:t>کیونکہ انسان جرم کرنے والا ہے، اور دوسرا انسان جو اس کو سزا دے، وہ بھی انسان ہے۔ تو انسان انسان کو سزا نہیں دے سکتا، دے گا تو پارشل طور پر چند کوڑے مار دے گا اس کو، اس سے جرائم رک نہیں سکتے۔</w:t>
      </w:r>
    </w:p>
    <w:p>
      <w:r>
        <w:rPr>
          <w:b/>
        </w:rPr>
        <w:t xml:space="preserve">[36:13] </w:t>
      </w:r>
      <w:r>
        <w:t>to ek taraf yeh hai ke dunya jaraim se bhar gayi hai,</w:t>
      </w:r>
    </w:p>
    <w:p>
      <w:pPr>
        <w:jc w:val="right"/>
      </w:pPr>
      <w:r>
        <w:t>تو ایک طرف یہ ہے کہ دنیا جرائم سے بھر گئی ہے،</w:t>
      </w:r>
    </w:p>
    <w:p>
      <w:r>
        <w:rPr>
          <w:b/>
        </w:rPr>
        <w:t xml:space="preserve">[36:21] </w:t>
      </w:r>
      <w:r>
        <w:t>aur nateeja kya hai ke jo takhleeq ka maqsad tha, jo purpose of creation tha, wohi faut ho gaya hai.</w:t>
      </w:r>
    </w:p>
    <w:p>
      <w:pPr>
        <w:jc w:val="right"/>
      </w:pPr>
      <w:r>
        <w:t>اور نتیجہ کیا ہے کہ جو تخلیق کا مقصد تھا، جو پرپس آف کریشن تھا، وہی فوت ہو گیا ہے۔</w:t>
      </w:r>
    </w:p>
    <w:p>
      <w:r>
        <w:rPr>
          <w:b/>
        </w:rPr>
        <w:t xml:space="preserve">[36:33] </w:t>
      </w:r>
      <w:r>
        <w:t>jis maqsad se allah taala ne banai thi dunya, wohi maqsad, wohi takhleeq ka maqsad hi faut ho gaya.</w:t>
      </w:r>
    </w:p>
    <w:p>
      <w:pPr>
        <w:jc w:val="right"/>
      </w:pPr>
      <w:r>
        <w:t>جس مقصد سے اللہ تعالی نے بنائی تھی دنیا، وہی مقصد، وہی تخلیق کا مقصد ہی فوت ہو گیا۔</w:t>
      </w:r>
    </w:p>
    <w:p>
      <w:r>
        <w:rPr>
          <w:b/>
        </w:rPr>
        <w:t xml:space="preserve">[36:39] </w:t>
      </w:r>
      <w:r>
        <w:t>yaani jo yeh karkhana banaya gaya tha apple juice ke liye, aur paida ho rahe hain, kya is se gandagi, badboo nikal rahi hai is se?</w:t>
      </w:r>
    </w:p>
    <w:p>
      <w:pPr>
        <w:jc w:val="right"/>
      </w:pPr>
      <w:r>
        <w:t>یعنی جو یہ کارخانہ بنایا گیا تھا ایپل جوس کے لیے، اور پیدا ہو رہے ہیں، کیا اس سے گندگی، بدبو نکل رہی ہے اس سے؟</w:t>
      </w:r>
    </w:p>
    <w:p>
      <w:r>
        <w:rPr>
          <w:b/>
        </w:rPr>
        <w:t xml:space="preserve">[36:48] </w:t>
      </w:r>
      <w:r>
        <w:t>to kis liye woh kyu na woh karkhana band kar diya jaye? Woh waqt aa gaya hai. Aur doosri baat yeh hai ke allah taala ki rehmat ka yaqeenan yeh taqaza hoga aise mauqe par ke mazeed jahannami na paida hon, jitne ho gaye, ho gaye.</w:t>
      </w:r>
    </w:p>
    <w:p>
      <w:pPr>
        <w:jc w:val="right"/>
      </w:pPr>
      <w:r>
        <w:t>تو کس لیے وہ کیوں نہ وہ کارخانہ بند کر دیا جائے؟ وہ وقت آ گیا ہے۔ اور دوسری بات یہ ہے کہ اللہ تعالی کی رحمت کا یقینا یہ تقاضا ہوگا ایسے موقع پر کہ مزید جہنمی نہ پیدا ہوں، جتنے ہو گئے، ہو گئے۔</w:t>
      </w:r>
    </w:p>
    <w:p>
      <w:r>
        <w:rPr>
          <w:b/>
        </w:rPr>
        <w:t xml:space="preserve">[37:06] </w:t>
      </w:r>
      <w:r>
        <w:t>ab kya qayamat ke aane ke maani hain ke jahannamiyon ki tadad ko rokna? Kyun ke jannati to paida nahi ho rahe hain.</w:t>
      </w:r>
    </w:p>
    <w:p>
      <w:pPr>
        <w:jc w:val="right"/>
      </w:pPr>
      <w:r>
        <w:t>اب کیا قیامت کے آنے کے معنی ہیں کہ جہنمیوں کی تعداد کو روکنا؟ کیوں کہ جنتی تو پیدا نہیں ہو رہے ہیں۔</w:t>
      </w:r>
    </w:p>
    <w:p>
      <w:r>
        <w:rPr>
          <w:b/>
        </w:rPr>
        <w:t xml:space="preserve">[37:19] </w:t>
      </w:r>
      <w:r>
        <w:t>log itne zyada gharaq hain materialism mein, aur apne jo culture hai jo chala hua hai, right here, right now mein, jo culture chala hua hai, right here, right now,</w:t>
      </w:r>
    </w:p>
    <w:p>
      <w:pPr>
        <w:jc w:val="right"/>
      </w:pPr>
      <w:r>
        <w:t>لوگ اتنے زیادہ غرق ہیں مٹیریلزم میں، اور اپنے جو کلچر ہے جو چلا ہوا ہے، رائٹ ہیر، رائٹ رائٹ ناو میں، جو کلچر چلا ہوا ہے، رائٹ ہیر، رائٹ ناو،</w:t>
      </w:r>
    </w:p>
    <w:p>
      <w:r>
        <w:rPr>
          <w:b/>
        </w:rPr>
        <w:t xml:space="preserve">[37:34] </w:t>
      </w:r>
      <w:r>
        <w:t>is mein itna gharaq hain, itna gharaq hain ke un ko aap kitabein dijiye, un ko baatein bataiye, to bazahir woh sachai ka eteraaf karenge, tab bhi kuch nahi, amalan kuch nahi kar payenge.</w:t>
      </w:r>
    </w:p>
    <w:p>
      <w:pPr>
        <w:jc w:val="right"/>
      </w:pPr>
      <w:r>
        <w:t>اس میں اتنا غرق ہیں، اتنا غرق ہیں کہ ان کو آپ کتابیں دیجئے، ان کو باتیں بتائیے، تو بظاہر وہ سچائی کا اعتراف کریں گے، تب بھی کچھ نہیں، عملاً کچھ نہیں کر پائیں گے۔</w:t>
      </w:r>
    </w:p>
    <w:p>
      <w:r>
        <w:rPr>
          <w:b/>
        </w:rPr>
        <w:t xml:space="preserve">[37:50] </w:t>
      </w:r>
      <w:r>
        <w:t>mein ne dekha hai ke ya to aadmi inkaar kar deta hai, ya to inkaar kar deta hai,</w:t>
      </w:r>
    </w:p>
    <w:p>
      <w:pPr>
        <w:jc w:val="right"/>
      </w:pPr>
      <w:r>
        <w:t>میں نے دیکھا ہے کہ یا تو آدمی انکار کر دیتا ہے، یا تو انکار کر دیتا ہے،</w:t>
      </w:r>
    </w:p>
    <w:p>
      <w:r>
        <w:rPr>
          <w:b/>
        </w:rPr>
        <w:t xml:space="preserve">[38:01] </w:t>
      </w:r>
      <w:r>
        <w:t>ya maan kar bhi kuch karta nahi. Woh</w:t>
      </w:r>
    </w:p>
    <w:p>
      <w:pPr>
        <w:jc w:val="right"/>
      </w:pPr>
      <w:r>
        <w:t>یا مان کر بھی کچھ کرتا نہیں۔ وہ</w:t>
      </w:r>
    </w:p>
    <w:p>
      <w:r>
        <w:rPr>
          <w:b/>
        </w:rPr>
        <w:t xml:space="preserve">[38:05] </w:t>
      </w:r>
      <w:r>
        <w:t>mein ek martaba gaya wahan, woh manchester mein, manchester jo britania ka bohat bara shehar hai, to wahan kuch naujawan the jo hamare mission se jure hue hain, woh wahan rehte hain,</w:t>
      </w:r>
    </w:p>
    <w:p>
      <w:pPr>
        <w:jc w:val="right"/>
      </w:pPr>
      <w:r>
        <w:t>میں ایک مرتبہ گیا وہاں، وہ مانچسٹر میں، مانچسٹر جو برطانیہ کا بہت بڑا شہر ہے، تو وہاں کچھ نوجوان تھے جو ہمارے مشن سے جڑے ہوئے ہیں، وہ وہاں رہتے ہیں،</w:t>
      </w:r>
    </w:p>
    <w:p>
      <w:r>
        <w:rPr>
          <w:b/>
        </w:rPr>
        <w:t xml:space="preserve">[38:29] </w:t>
      </w:r>
      <w:r>
        <w:t>dawti mission se jure hue hain.</w:t>
      </w:r>
    </w:p>
    <w:p>
      <w:pPr>
        <w:jc w:val="right"/>
      </w:pPr>
      <w:r>
        <w:t>دعوتی مشن سے جڑے ہوئے ہیں۔</w:t>
      </w:r>
    </w:p>
    <w:p>
      <w:r>
        <w:rPr>
          <w:b/>
        </w:rPr>
        <w:t xml:space="preserve">[38:32] </w:t>
      </w:r>
      <w:r>
        <w:t>to unhone bataya ke hum yahan par doosre kamon ke ilawa ek kaam yeh kar rahe hain ke jo jo jo yahan ke busy road hain, jahan jahan ke kafi log aate jate hain, to wahan hum khare ho jate hain, aur pamphlet</w:t>
      </w:r>
    </w:p>
    <w:p>
      <w:pPr>
        <w:jc w:val="right"/>
      </w:pPr>
      <w:r>
        <w:t>تو انہوں نے بتایا کہ ہم یہاں پر دوسرے کاموں کے علاوہ ایک کام یہ کر رہے ہیں کہ جو جو جو یہاں کے بزی روڈ ہیں، جہاں جہاں کے کافی لوگ آتے جاتے ہیں، تو وہاں ہم کھڑے ہو جاتے ہیں، اور پمفلیٹ</w:t>
      </w:r>
    </w:p>
    <w:p>
      <w:r>
        <w:rPr>
          <w:b/>
        </w:rPr>
        <w:t xml:space="preserve">[38:50] </w:t>
      </w:r>
      <w:r>
        <w:t>chhap dikhaya unhone, chhote chhote leaf let, is mein bataya hua tha ke what is the purpose of life,</w:t>
      </w:r>
    </w:p>
    <w:p>
      <w:pPr>
        <w:jc w:val="right"/>
      </w:pPr>
      <w:r>
        <w:t>چھپ دکھایا انہوں نے، چھوٹے چھوٹے لیف لیٹ، اس میں بتایا ہوا تھا کہ واٹ از دا پرپس آف لائف،</w:t>
      </w:r>
    </w:p>
    <w:p>
      <w:r>
        <w:rPr>
          <w:b/>
        </w:rPr>
        <w:t xml:space="preserve">[38:57] </w:t>
      </w:r>
      <w:r>
        <w:t>aur yeh sab cheezein dawat ke jo baatein hain, toheed ki baatein jo hain, jannat aur jahannum ki baatein jo hain, is tarah ka pamphlet tayyar kar ke woh le rahe the, le kar khare hote hain wahan road ke kinare, aur jo guzarta hai, us ko dete hain.</w:t>
      </w:r>
    </w:p>
    <w:p>
      <w:pPr>
        <w:jc w:val="right"/>
      </w:pPr>
      <w:r>
        <w:t>اور یہ سب چیزیں دعوت کے جو باتیں ہیں، توحید کی باتیں جو ہیں، جنت اور جہنم کی باتیں جو ہیں، اس طرح کا پمفلیٹ تیار کر کے وہ لے رہے تھے، لے کر کھڑے ہوتے ہیں وہاں روڈ کے کنارے، اور جو گزرتا ہے، اس کو دیتے ہیں۔</w:t>
      </w:r>
    </w:p>
    <w:p>
      <w:r>
        <w:rPr>
          <w:b/>
        </w:rPr>
        <w:t xml:space="preserve">[39:18] </w:t>
      </w:r>
      <w:r>
        <w:t>to mein ne un se kaha ke dekhiye, yeh jo aap kar rahe hain, to aap to kar rahe hain naik jazbe se, lekin sawal yeh hai ke kya aap woh bhi kuch nateeja le rahe hain is ka ke nahi le rahe hain?</w:t>
      </w:r>
    </w:p>
    <w:p>
      <w:pPr>
        <w:jc w:val="right"/>
      </w:pPr>
      <w:r>
        <w:t>تو میں نے ان سے کہا کہ دیکھیے، یہ جو آپ کر رہے ہیں، تو آپ تو کر رہے ہیں نیک جذبے سے، لیکن سوال یہ ہے کہ کیا آپ وہ بھی کچھ نتیجہ لے رہے ہیں اس کا کہ نہیں لے رہے ہیں؟</w:t>
      </w:r>
    </w:p>
    <w:p>
      <w:r>
        <w:rPr>
          <w:b/>
        </w:rPr>
        <w:t xml:space="preserve">[39:31] </w:t>
      </w:r>
      <w:r>
        <w:t>to wahan unhone kaha ke hum ne is ka koi survey nahi kiya, to mein un ko saath le kar gaya ek is road par, manchester ke is road par, jahan woh khare ho kar ek khaas din ko ke woh distribute karte the.</w:t>
      </w:r>
    </w:p>
    <w:p>
      <w:pPr>
        <w:jc w:val="right"/>
      </w:pPr>
      <w:r>
        <w:t>تو وہاں انہوں نے کہا کہ ہم نے اس کا کوئی سروے نہیں کیا، تو میں ان کو ساتھ لے کر گیا ایک اس روڈ پر، مانچسٹر کے اس روڈ پر، جہاں وہ کھڑے ہو کر ایک خاص دن کو کہ وہ ڈسٹریبیوٹ کرتے تھے۔</w:t>
      </w:r>
    </w:p>
    <w:p>
      <w:r>
        <w:rPr>
          <w:b/>
        </w:rPr>
        <w:t xml:space="preserve">[39:44] </w:t>
      </w:r>
      <w:r>
        <w:t>woh</w:t>
      </w:r>
    </w:p>
    <w:p>
      <w:pPr>
        <w:jc w:val="right"/>
      </w:pPr>
      <w:r>
        <w:t>وہ</w:t>
      </w:r>
    </w:p>
    <w:p>
      <w:r>
        <w:rPr>
          <w:b/>
        </w:rPr>
        <w:t xml:space="preserve">[39:47] </w:t>
      </w:r>
      <w:r>
        <w:t>to wahan par jaise hamare haan road par phenk dete hain ke ke ke woh kela khayenge, chhilka road pe phenk denge, to wahan yeh culture nahi hai.</w:t>
      </w:r>
    </w:p>
    <w:p>
      <w:pPr>
        <w:jc w:val="right"/>
      </w:pPr>
      <w:r>
        <w:t>تو وہاں پر جیسے ہمارے ہاں روڈ پر پھینک دیتے ہیں کہ کہ کہ وہ کیلا کھائیں گے، چھلکا روڈ پہ پھینک دیں گے، تو وہاں یہ کلچر نہیں ہے۔</w:t>
      </w:r>
    </w:p>
    <w:p>
      <w:r>
        <w:rPr>
          <w:b/>
        </w:rPr>
        <w:t xml:space="preserve">[39:58] </w:t>
      </w:r>
      <w:r>
        <w:t>wohan road par koi nahi phenkta, lekin wahan par jagah jagah khambay banay hotay hain, woh shayad bijli ke khambay honge ya telephone ke khambay honge, to is mein aik aik dabba laga rehta hai, letter bin ke ke tor par ke raddi is mein daal do.</w:t>
      </w:r>
    </w:p>
    <w:p>
      <w:pPr>
        <w:jc w:val="right"/>
      </w:pPr>
      <w:r>
        <w:t>وہاں روڈ پر کوئی نہیں پھینکتا، لیکن وہاں پر جگہ جگہ کھمبے بنے ہوتے ہیں، وہ شاید بجلی کے کھمبے ہوں گے یا ٹیلی فون کے کھمبے ہوں گے، تو اس میں ایک ایک ڈبہ لگا رہتا ہے، لیٹر بن کے کے طور پر کہ ردی اس میں ڈال دو۔</w:t>
      </w:r>
    </w:p>
    <w:p>
      <w:r>
        <w:rPr>
          <w:b/>
        </w:rPr>
        <w:t xml:space="preserve">[40:23] </w:t>
      </w:r>
      <w:r>
        <w:t>to mein ne kaha aaj se chaliye hum check karte hain.</w:t>
      </w:r>
    </w:p>
    <w:p>
      <w:pPr>
        <w:jc w:val="right"/>
      </w:pPr>
      <w:r>
        <w:t>تو میں نے کہا آج سے چلیے ہم چیک کرتے ہیں۔</w:t>
      </w:r>
    </w:p>
    <w:p>
      <w:r>
        <w:rPr>
          <w:b/>
        </w:rPr>
        <w:t xml:space="preserve">[40:26] </w:t>
      </w:r>
      <w:r>
        <w:t>to mein un ke sath chal kar gaya, to mein ne dekha ke jo poll tha, poll ke sath jo letter bin tha, woh bhara hua tha. un logon ne itni kathan se dhaki ke road par nahi phenka, hath mein le kar agay barhay, agay barhay, aur ja ke usi letter bin mein daal diya us ko.</w:t>
      </w:r>
    </w:p>
    <w:p>
      <w:pPr>
        <w:jc w:val="right"/>
      </w:pPr>
      <w:r>
        <w:t>تو میں ان کے ساتھ چل کر گیا، تو میں نے دیکھا کہ جو پول تھا، پول کے ساتھ جو لیٹر بن تھا، وہ بھرا ہوا تھا۔ ان لوگوں نے اتنی کٹھن سے دھکی کہ روڈ پر نہیں پھینکا، ہاتھ میں لے کر آگے بڑھے، آگے بڑھے، اور جا کے اسی لیٹر بن میں ڈال دیا اس کو۔</w:t>
      </w:r>
    </w:p>
    <w:p>
      <w:r>
        <w:rPr>
          <w:b/>
        </w:rPr>
        <w:t xml:space="preserve">[40:47] </w:t>
      </w:r>
      <w:r>
        <w:t>to letter bin un ke pamphlet se bhara hua tha. yeh halat tha aaj ke insaan ki.</w:t>
      </w:r>
    </w:p>
    <w:p>
      <w:pPr>
        <w:jc w:val="right"/>
      </w:pPr>
      <w:r>
        <w:t>تو لیٹر بن ان کے پمفلیٹ سے بھرا ہوا تھا۔ یہ حالت تھا آج کے انسان کی۔</w:t>
      </w:r>
    </w:p>
    <w:p>
      <w:r>
        <w:rPr>
          <w:b/>
        </w:rPr>
        <w:t xml:space="preserve">[40:55] </w:t>
      </w:r>
      <w:r>
        <w:t>insaan ko kuch sunna nahi hai, ab ba'farz sun le to karna nahi hai.</w:t>
      </w:r>
    </w:p>
    <w:p>
      <w:pPr>
        <w:jc w:val="right"/>
      </w:pPr>
      <w:r>
        <w:t>انسان کو کچھ سننا نہیں ہے، اب بالفرض سن لے تو کرنا نہیں ہے۔</w:t>
      </w:r>
    </w:p>
    <w:p>
      <w:r>
        <w:rPr>
          <w:b/>
        </w:rPr>
        <w:t xml:space="preserve">[41:04] </w:t>
      </w:r>
      <w:r>
        <w:t>aaj ke insaan ka yeh hal hai ke us ko koi sachai ki baat sunna nahi hai, aur ba'farz sun le to us ko karna bhi nahi hai.</w:t>
      </w:r>
    </w:p>
    <w:p>
      <w:pPr>
        <w:jc w:val="right"/>
      </w:pPr>
      <w:r>
        <w:t>آج کے انسان کا یہ حال ہے کہ اس کو کوئی سچائی کی بات سننا نہیں ہے، اور بالفرض سن لے تو اس کو کرنا بھی نہیں ہے۔</w:t>
      </w:r>
    </w:p>
    <w:p>
      <w:r>
        <w:rPr>
          <w:b/>
        </w:rPr>
        <w:t xml:space="preserve">[41:16] </w:t>
      </w:r>
      <w:r>
        <w:t>yeh halat aaj ki dunya ki hai.</w:t>
      </w:r>
    </w:p>
    <w:p>
      <w:pPr>
        <w:jc w:val="right"/>
      </w:pPr>
      <w:r>
        <w:t>یہ حالت آج کی دنیا کی ہے۔</w:t>
      </w:r>
    </w:p>
    <w:p>
      <w:r>
        <w:rPr>
          <w:b/>
        </w:rPr>
        <w:t xml:space="preserve">[41:20] </w:t>
      </w:r>
      <w:r>
        <w:t>to hamari is hamari zimmedari bohat barh jati hai ke hum dunya ko batayen ke dekho, qayamat qareeb aa chuki hai, apni islaah karo, apne aap ko Allah ki pakar se bachao,</w:t>
      </w:r>
    </w:p>
    <w:p>
      <w:pPr>
        <w:jc w:val="right"/>
      </w:pPr>
      <w:r>
        <w:t>تو ہماری اس ہماری ذمہ داری بہت بڑھ جاتی ہے کہ ہم دنیا کو بتائیں کہ دیکھو، قیامت قریب آ چکی ہے، اپنی اصلاح کرو، اپنے آپ کو اللہ کی پکڑ سے بچاؤ،</w:t>
      </w:r>
    </w:p>
    <w:p>
      <w:r>
        <w:rPr>
          <w:b/>
        </w:rPr>
        <w:t xml:space="preserve">[41:35] </w:t>
      </w:r>
      <w:r>
        <w:t>apne ko is qabil banao ke tum jannat mein dakhil kiya sako. yaani hamari yeh zimmedari billion time barh gayi hai is surat-e-haal ki bina par.</w:t>
      </w:r>
    </w:p>
    <w:p>
      <w:pPr>
        <w:jc w:val="right"/>
      </w:pPr>
      <w:r>
        <w:t>اپنے کو اس قابل بناؤ کہ تم جنت میں داخل کیا سکو۔ یعنی ہماری یہ ذمہ داری بلین ٹائم بڑھ گئی ہے اس صورتحال کی بنا پر۔</w:t>
      </w:r>
    </w:p>
    <w:p>
      <w:r>
        <w:rPr>
          <w:b/>
        </w:rPr>
        <w:t xml:space="preserve">[41:52] </w:t>
      </w:r>
      <w:r>
        <w:t>yaani yeh is tarah ke jo jo mein ne dikhaya aap ko, is tarah ke jo waqiat ho rahe hain, jo space se photo le kar aap ko bheje ja rahe hain, yeh sirf hamari zimmedariyon ko yaad dila rahe hain ke insaan ko bata do, insaan ko bata do, insaan ko bata do ke konsa waqt aa raha hai is ke liye.</w:t>
      </w:r>
    </w:p>
    <w:p>
      <w:pPr>
        <w:jc w:val="right"/>
      </w:pPr>
      <w:r>
        <w:t>یعنی یہ اس طرح کے جو جو میں نے دکھایا آپ کو، اس طرح کے جو واقعات ہو رہے ہیں، جو اسپیس سے فوٹو لے کر آپ کو بھیجے جا رہے ہیں، یہ صرف ہماری ذمہ داریوں کو یاد دلا رہے ہیں کہ انسان کو بتا دو، انسان کو بتا دو، انسان کو بتا دو کہ کون سا وقت آ رہا ہے اس کے لیے۔</w:t>
      </w:r>
    </w:p>
    <w:p>
      <w:r>
        <w:rPr>
          <w:b/>
        </w:rPr>
        <w:t xml:space="preserve">[42:18] </w:t>
      </w:r>
      <w:r>
        <w:t>to hum sab ko pehle se ziyada active hona chahiye, hum sab ko pehle se ziyada sargaram hona chahiye, hum sab ko pehle se ziyada duaein karni chahiye, pehle se ziyada planning karni chahiye.</w:t>
      </w:r>
    </w:p>
    <w:p>
      <w:pPr>
        <w:jc w:val="right"/>
      </w:pPr>
      <w:r>
        <w:t>تو ہم سب کو پہلے سے زیادہ ایکٹیو ہونا چاہیے، ہم سب کو پہلے سے زیادہ سرگرم ہونا چاہیے، ہم سب کو پہلے سے زیادہ دعائیں کرنی چاہیے، پہلے سے زیادہ پلاننگ کرنی چاہیے۔</w:t>
      </w:r>
    </w:p>
    <w:p>
      <w:r>
        <w:rPr>
          <w:b/>
        </w:rPr>
        <w:t xml:space="preserve">[42:32] </w:t>
      </w:r>
      <w:r>
        <w:t>yaani har qism ki duaein, har qism ki planning, har qism ki koshish, sab kuch hum ko is mein devote kar dena chahiye insaan ko batane ke liye. dekhen, badalna hamare ikhtiyar mein nahi hai, lekin batana to ikhtiyar mein hai hamare.</w:t>
      </w:r>
    </w:p>
    <w:p>
      <w:pPr>
        <w:jc w:val="right"/>
      </w:pPr>
      <w:r>
        <w:t>یعنی ہر قسم کی دعائیں، ہر قسم کی پلاننگ، ہر قسم کی کوشش، سب کچھ ہم کو اس میں ڈیووٹ کر دینا چاہیے انسان کو بتانے کے لیے۔ دیکھیں، بدلنا ہمارے اختیار میں نہیں ہے، لیکن بتانا تو اختیار میں ہے ہمارے۔</w:t>
      </w:r>
    </w:p>
    <w:p>
      <w:r>
        <w:rPr>
          <w:b/>
        </w:rPr>
        <w:t xml:space="preserve">[42:48] </w:t>
      </w:r>
      <w:r>
        <w:t>hum insaan ko badal nahi sakte, paighambar paighambar hi badal nahi sakte thay, lekin hum hamara mission kya hai?</w:t>
      </w:r>
    </w:p>
    <w:p>
      <w:pPr>
        <w:jc w:val="right"/>
      </w:pPr>
      <w:r>
        <w:t>ہم انسان کو بدل نہیں سکتے، پیغمبر پیغمبر ہی بدل نہیں سکتے تھے، لیکن ہم ہمارا مشن کیا ہے؟</w:t>
      </w:r>
    </w:p>
    <w:p>
      <w:r>
        <w:rPr>
          <w:b/>
        </w:rPr>
        <w:t xml:space="preserve">[42:56] </w:t>
      </w:r>
      <w:r>
        <w:t>bata dena, bata dena, bata dena.</w:t>
      </w:r>
    </w:p>
    <w:p>
      <w:pPr>
        <w:jc w:val="right"/>
      </w:pPr>
      <w:r>
        <w:t>بتا دینا، بتا دینا، بتا دینا۔</w:t>
      </w:r>
    </w:p>
    <w:p>
      <w:r>
        <w:rPr>
          <w:b/>
        </w:rPr>
        <w:t xml:space="preserve">[43:03] </w:t>
      </w:r>
      <w:r>
        <w:t>to meri dua hai ke Allah taala mujh ko aur aap ko tofeeq de ke hum apni zimmedari ko samjhen aur insaan ko hum ba'khabar kar saken.</w:t>
      </w:r>
    </w:p>
    <w:p>
      <w:pPr>
        <w:jc w:val="right"/>
      </w:pPr>
      <w:r>
        <w:t>تو میری دعا ہے کہ اللہ تعالی مجھ کو اور آپ کو توفیق دے کہ ہم اپنی ذمہ داری کو سمجھیں اور انسان کو ہم باخبر کر سکیں۔</w:t>
      </w:r>
    </w:p>
    <w:p>
      <w:r>
        <w:rPr>
          <w:b/>
        </w:rPr>
        <w:t xml:space="preserve">[43:15] </w:t>
      </w:r>
      <w:r>
        <w:t>is se ziyada aham aur koi kaam aaj karne ka nahi hai.</w:t>
      </w:r>
    </w:p>
    <w:p>
      <w:pPr>
        <w:jc w:val="right"/>
      </w:pPr>
      <w:r>
        <w:t>اس سے زیادہ اہم اور کوئی کام آج کرنے کا نہیں ہے۔</w:t>
      </w:r>
    </w:p>
    <w:p>
      <w:r>
        <w:rPr>
          <w:b/>
        </w:rPr>
        <w:t xml:space="preserve">[43:22] </w:t>
      </w:r>
      <w:r>
        <w:t>aqool qawli hadha wa astaghfirullaha li wa lakum ajmaeen</w:t>
      </w:r>
    </w:p>
    <w:p>
      <w:pPr>
        <w:jc w:val="right"/>
      </w:pPr>
      <w:r>
        <w:t>أقول قولي هذا واستغفراللہ لي ولكم اجمعین</w:t>
      </w:r>
    </w:p>
    <w:p>
      <w:r>
        <w:rPr>
          <w:b/>
        </w:rPr>
        <w:t xml:space="preserve">[43:41] </w:t>
      </w:r>
      <w:r>
        <w:t>Maulana, yeh sawal Bangalore se aaya hai Zahid Sahab ka</w:t>
      </w:r>
    </w:p>
    <w:p>
      <w:pPr>
        <w:jc w:val="right"/>
      </w:pPr>
      <w:r>
        <w:t>مولانا، یہ سوال بینگلور سے آیا ہے زاہد صاحب کا</w:t>
      </w:r>
    </w:p>
    <w:p>
      <w:r>
        <w:rPr>
          <w:b/>
        </w:rPr>
        <w:t xml:space="preserve">[43:44] </w:t>
      </w:r>
      <w:r>
        <w:t>. unhon ne likha hai: "Maulana, there is a hadith that when doomsday will near, then tawbah will not be accepted.</w:t>
      </w:r>
    </w:p>
    <w:p>
      <w:pPr>
        <w:jc w:val="right"/>
      </w:pPr>
      <w:r>
        <w:t>۔ انہوں نے لکھا ہے: "Maulana, there is a hadith that when doomsday will near, then tawbah will not be accepted.</w:t>
      </w:r>
    </w:p>
    <w:p>
      <w:r>
        <w:rPr>
          <w:b/>
        </w:rPr>
        <w:t xml:space="preserve">[43:54] </w:t>
      </w:r>
      <w:r>
        <w:t>Please tell us as to why Allah will not accept tawbah, because to forgive is Allah's biggest blessing. So why would Allah not accept tawbah?"</w:t>
      </w:r>
    </w:p>
    <w:p>
      <w:pPr>
        <w:jc w:val="right"/>
      </w:pPr>
      <w:r>
        <w:t>Please tell us as to why Allah will not accept tawbah, because to forgive is Allah's biggest blessing. So why would Allah not accept tawbah?"</w:t>
      </w:r>
    </w:p>
    <w:p>
      <w:r>
        <w:rPr>
          <w:b/>
        </w:rPr>
        <w:t xml:space="preserve">[44:08] </w:t>
      </w:r>
      <w:r>
        <w:t>nahi, dekhen, yeh alfaaz yeh nahi hain ke jab qareeb aaye gi tab, jab balkay jab aa chuki hogi tab taubah nahi qabool hogi.</w:t>
      </w:r>
    </w:p>
    <w:p>
      <w:pPr>
        <w:jc w:val="right"/>
      </w:pPr>
      <w:r>
        <w:t>نہیں، دیکھیں، یہ الفاظ یہ نہیں ہیں کہ جب قریب آئے گی تب، جب بلکہ جب آ چکی ہوگی تب توبہ نہیں قبول ہوگی۔</w:t>
      </w:r>
    </w:p>
    <w:p>
      <w:r>
        <w:rPr>
          <w:b/>
        </w:rPr>
        <w:t xml:space="preserve">[44:21] </w:t>
      </w:r>
      <w:r>
        <w:t>zahir hai ke jab qayamat aa chuki, ab sirf hamare marne ki dair hai to sab kuch waqe ho chuka hai, to ab taubah kya hai?</w:t>
      </w:r>
    </w:p>
    <w:p>
      <w:pPr>
        <w:jc w:val="right"/>
      </w:pPr>
      <w:r>
        <w:t>ظاہر ہے کہ جب قیامت آ چکی، اب صرف ہمارے مرنے کی دیر ہے تو سب کچھ واقع ہو چکا ہے، تو اب توبہ کیا ہے؟</w:t>
      </w:r>
    </w:p>
    <w:p>
      <w:r>
        <w:rPr>
          <w:b/>
        </w:rPr>
        <w:t xml:space="preserve">[44:32] </w:t>
      </w:r>
      <w:r>
        <w:t>taubah to ghayb mein qabool hoti hai, yameen bil ghayb. jab</w:t>
      </w:r>
    </w:p>
    <w:p>
      <w:pPr>
        <w:jc w:val="right"/>
      </w:pPr>
      <w:r>
        <w:t>توبہ تو غیب میں قبول ہوتی ہے،یمن بالغیب۔ جب</w:t>
      </w:r>
    </w:p>
    <w:p>
      <w:r>
        <w:rPr>
          <w:b/>
        </w:rPr>
        <w:t xml:space="preserve">[44:40] </w:t>
      </w:r>
      <w:r>
        <w:t>israfeel soor phoonk dein, us waqt aap taubah karen to is ki koi value nahi hai.</w:t>
      </w:r>
    </w:p>
    <w:p>
      <w:pPr>
        <w:jc w:val="right"/>
      </w:pPr>
      <w:r>
        <w:t>اسرافیل سور پھونک دیں، اس وقت آپ توبہ کریں تو اس کی کوئی ویلیو نہیں ہے۔</w:t>
      </w:r>
    </w:p>
    <w:p>
      <w:r>
        <w:rPr>
          <w:b/>
        </w:rPr>
        <w:t xml:space="preserve">[44:47] </w:t>
      </w:r>
      <w:r>
        <w:t>imaan bilghayb ki value hai, yaani jab israfeel ne sur nahi phoonka hai, us waqt jo haalat qaim hai ghayb ki, us waqt jo imaan laaye, jo toba kare, uska uski uski value hai.</w:t>
      </w:r>
    </w:p>
    <w:p>
      <w:pPr>
        <w:jc w:val="right"/>
      </w:pPr>
      <w:r>
        <w:t>ایمان بالغیب کی ویلیو ہے، یعنی جب اسرافیل نے سور نہیں پھونکا ہے، اس وقت جو حالت قائم ہے غیب کی، اس وقت جو ایمان لائے، جو توبہ کرے، اس کا اس کی اس کی ویلیو ہے۔</w:t>
      </w:r>
    </w:p>
    <w:p>
      <w:r>
        <w:rPr>
          <w:b/>
        </w:rPr>
        <w:t xml:space="preserve">[45:01] </w:t>
      </w:r>
      <w:r>
        <w:t>israfeel ka sur phoonkne ke baad koi value, koi koi matlab hi nahi toba ka,</w:t>
      </w:r>
    </w:p>
    <w:p>
      <w:pPr>
        <w:jc w:val="right"/>
      </w:pPr>
      <w:r>
        <w:t>اسرافیل کا سور پھونکنے کے بعد کوئی ویلیو، کوئی کوئی مطلب ہی نہیں توبہ کا،</w:t>
      </w:r>
    </w:p>
    <w:p>
      <w:r>
        <w:rPr>
          <w:b/>
        </w:rPr>
        <w:t xml:space="preserve">[45:08] </w:t>
      </w:r>
      <w:r>
        <w:t>koi iska koi matlab nahi banta. To qareeb aane ka maamla nahi hai, balkeh ho jaane ka maamla hai. Jab ho padegi tab us waqt toba nahi qabool hogi.</w:t>
      </w:r>
    </w:p>
    <w:p>
      <w:pPr>
        <w:jc w:val="right"/>
      </w:pPr>
      <w:r>
        <w:t>کوئی اس کا کوئی مطلب نہیں بنتا۔ تو قریب آنے کا معاملہ نہیں ہے، بلکہ ہو جانے کا معاملہ ہے۔ جب ہو پڑے گی تب اس وقت توبہ نہیں قبول ہوگی۔</w:t>
      </w:r>
    </w:p>
    <w:p>
      <w:r>
        <w:rPr>
          <w:b/>
        </w:rPr>
        <w:t xml:space="preserve">[45:21] </w:t>
      </w:r>
      <w:r>
        <w:t>jab waqt aa jayega</w:t>
      </w:r>
    </w:p>
    <w:p>
      <w:pPr>
        <w:jc w:val="right"/>
      </w:pPr>
      <w:r>
        <w:t>إذا وقعت الواقع</w:t>
      </w:r>
    </w:p>
    <w:p>
      <w:r>
        <w:rPr>
          <w:b/>
        </w:rPr>
        <w:t xml:space="preserve">[45:26] </w:t>
      </w:r>
      <w:r>
        <w:t>maulana, agla sawal chennai se hai,</w:t>
      </w:r>
    </w:p>
    <w:p>
      <w:pPr>
        <w:jc w:val="right"/>
      </w:pPr>
      <w:r>
        <w:t>مولانا، اگلا سوال چنئی سے ہے،</w:t>
      </w:r>
    </w:p>
    <w:p>
      <w:r>
        <w:rPr>
          <w:b/>
        </w:rPr>
        <w:t xml:space="preserve">[45:29] </w:t>
      </w:r>
      <w:r>
        <w:t>ah mr mukesh ne kiya hai. Unhone likha hai: "Maulana, there is a belief among people that God plans everything.</w:t>
      </w:r>
    </w:p>
    <w:p>
      <w:pPr>
        <w:jc w:val="right"/>
      </w:pPr>
      <w:r>
        <w:t>اہ مسٹر مکیش نے کیا ہے۔ انہوں نے لکھا ہے: "Maulana, there is a belief among people that God plans everything.</w:t>
      </w:r>
    </w:p>
    <w:p>
      <w:r>
        <w:rPr>
          <w:b/>
        </w:rPr>
        <w:t xml:space="preserve">[45:39] </w:t>
      </w:r>
      <w:r>
        <w:t>If this is true, then my question is that why is God Almighty allowing evil or bad deeds to happen? What is your comment on this?" dekhen, God ke allow karne ki baat to nahi hai.</w:t>
      </w:r>
    </w:p>
    <w:p>
      <w:pPr>
        <w:jc w:val="right"/>
      </w:pPr>
      <w:r>
        <w:t>If this is true, then my question is that why is God Almighty allowing evil or bad deeds to happen? What is your comment on this?" دیکھیں، گاڈ کے الاؤ کرنے کی بات تو نہیں ہے۔</w:t>
      </w:r>
    </w:p>
    <w:p>
      <w:r>
        <w:rPr>
          <w:b/>
        </w:rPr>
        <w:t xml:space="preserve">[45:56] </w:t>
      </w:r>
      <w:r>
        <w:t>aap creation plan aap God ko samjhiye.</w:t>
      </w:r>
    </w:p>
    <w:p>
      <w:pPr>
        <w:jc w:val="right"/>
      </w:pPr>
      <w:r>
        <w:t>آپ کریشن پلان آپ گاڈ کو سمجھیے۔</w:t>
      </w:r>
    </w:p>
    <w:p>
      <w:r>
        <w:rPr>
          <w:b/>
        </w:rPr>
        <w:t xml:space="preserve">[46:00] </w:t>
      </w:r>
      <w:r>
        <w:t>asal cheez yeh hai ke duniya ko aisa banaya gaya ke insaan azaad rahe, har qism ke uske opportunities hon, har qism ke haalaat hon.</w:t>
      </w:r>
    </w:p>
    <w:p>
      <w:pPr>
        <w:jc w:val="right"/>
      </w:pPr>
      <w:r>
        <w:t>اصل چیز یہ ہے کہ دنیا کو ایسا بنایا گیا کہ انسان آزاد رہے، ہر قسم کے اس کے اپرچونیٹیز ہوں، ہر قسم کے حالات ہوں۔</w:t>
      </w:r>
    </w:p>
    <w:p>
      <w:r>
        <w:rPr>
          <w:b/>
        </w:rPr>
        <w:t xml:space="preserve">[46:10] </w:t>
      </w:r>
      <w:r>
        <w:t>is mein aadmi ko, aadmi ke kya choice leta hai, uska imtehaan hai.</w:t>
      </w:r>
    </w:p>
    <w:p>
      <w:pPr>
        <w:jc w:val="right"/>
      </w:pPr>
      <w:r>
        <w:t>اس میں آدمی کو، آدمی کے کیا چوائس لیتا ہے، اس کا امتحان ہے۔</w:t>
      </w:r>
    </w:p>
    <w:p>
      <w:r>
        <w:rPr>
          <w:b/>
        </w:rPr>
        <w:t xml:space="preserve">[46:17] </w:t>
      </w:r>
      <w:r>
        <w:t>jo saara jo duniya ka karobar hai, jo kuch bhi yahan par hai, nizaam, woh sab is liye hai ke aap ko mauqa diya gaya hai ke azaadana taur par aap sochein, azaadana taur par koi kisi cheez, kisi cheez ka choice lein.</w:t>
      </w:r>
    </w:p>
    <w:p>
      <w:pPr>
        <w:jc w:val="right"/>
      </w:pPr>
      <w:r>
        <w:t>جو سارا جو دنیا کا کاروبار ہے، جو کچھ بھی یہاں پر ہے، نظام، وہ سب اس لیے ہے کہ آپ کو موقع دیا گیا ہے کہ آزادانہ طور پر آپ سوچیں، آزادانہ طور پر کوئی کسی چیز، کسی چیز کا چوائس لیں۔</w:t>
      </w:r>
    </w:p>
    <w:p>
      <w:r>
        <w:rPr>
          <w:b/>
        </w:rPr>
        <w:t xml:space="preserve">[46:35] </w:t>
      </w:r>
      <w:r>
        <w:t>to masla yeh hai ke ke aadmi kis cheez ka choice leta hai, usi par faisla hona hai uske jannat dozakh ka.</w:t>
      </w:r>
    </w:p>
    <w:p>
      <w:pPr>
        <w:jc w:val="right"/>
      </w:pPr>
      <w:r>
        <w:t>تو مسئلہ یہ ہے کہ کہ آدمی کس چیز کا چوائس لیتا ہے، اسی پر فیصلہ ہونا ہے اس کے جنت دوزخ کا۔</w:t>
      </w:r>
    </w:p>
    <w:p>
      <w:r>
        <w:rPr>
          <w:b/>
        </w:rPr>
        <w:t xml:space="preserve">[46:46] </w:t>
      </w:r>
      <w:r>
        <w:t>wahan par koi determinism nahi hai, aap choice lene mein azaad hain.</w:t>
      </w:r>
    </w:p>
    <w:p>
      <w:pPr>
        <w:jc w:val="right"/>
      </w:pPr>
      <w:r>
        <w:t>وہاں پر کوئی ڈیٹرمنزم نہیں ہے، آپ چوائس لینے میں آزاد ہیں۔</w:t>
      </w:r>
    </w:p>
    <w:p>
      <w:r>
        <w:rPr>
          <w:b/>
        </w:rPr>
        <w:t xml:space="preserve">[46:53] </w:t>
      </w:r>
      <w:r>
        <w:t>choice lene mein koi aap ke upar</w:t>
      </w:r>
    </w:p>
    <w:p>
      <w:pPr>
        <w:jc w:val="right"/>
      </w:pPr>
      <w:r>
        <w:t>چوائس لینے میں کوئی آپ کے اوپر</w:t>
      </w:r>
    </w:p>
    <w:p>
      <w:r>
        <w:rPr>
          <w:b/>
        </w:rPr>
        <w:t xml:space="preserve">[46:59] </w:t>
      </w:r>
      <w:r>
        <w:t>compulsion nahi hai. Yeh to har aadmi ka zaati tajurba hai. Aap sochiye ke aap chahein to paani piyein, chahein to na piyein, chahein to bahar niklein, ghar se bahar na niklein.</w:t>
      </w:r>
    </w:p>
    <w:p>
      <w:pPr>
        <w:jc w:val="right"/>
      </w:pPr>
      <w:r>
        <w:t>کمپریشن نہیں ہے۔ یہ تو ہر آدمی کا ذاتی تجربہ ہے۔ آپ سوچیے کہ آپ چاہیں تو پانی پیئیں، چاہیں تو نہ پیئیں، چاہیں تو باہر نکلیں، گھر سے باہر نہ نکلیں۔</w:t>
      </w:r>
    </w:p>
    <w:p>
      <w:r>
        <w:rPr>
          <w:b/>
        </w:rPr>
        <w:t xml:space="preserve">[47:15] </w:t>
      </w:r>
      <w:r>
        <w:t>har lamha aadmi ka tajurba hai ke choice mere ikhtiyaar mein hota hai. Yaani mera ikhtiyaar bhi yeh nahi hai ke suraj ko main nikaaloon, mera ikhtiyaar bhi yeh nahi hai ke main toofan ko rok doon, mera ikhtiyaar mein nahi hai ke zalzala na aaye.</w:t>
      </w:r>
    </w:p>
    <w:p>
      <w:pPr>
        <w:jc w:val="right"/>
      </w:pPr>
      <w:r>
        <w:t>ہر لمحہ آدمی کا تجربہ ہے کہ چوائس میرے اختیار میں ہوتا ہے۔ یعنی میرا اختیار بھی یہ نہیں ہے کہ سورج کو میں نکالوں، میرا اختیار بھی یہ نہیں ہے کہ میں طوفان کو روک دوں، میرا اختیار میں نہیں ہے کہ زلزلہ نہ آئے۔</w:t>
      </w:r>
    </w:p>
    <w:p>
      <w:r>
        <w:rPr>
          <w:b/>
        </w:rPr>
        <w:t xml:space="preserve">[47:28] </w:t>
      </w:r>
      <w:r>
        <w:t>yeh sab mere ikhtiyaar mein nahi hai, lekin yeh mere ikhtiyaar mein hai ke main kis cheez ka choice leta hoon. To woh wahi jo choice leta hai aadmi, usi par pakad hai uski ya usi par reward hai usko.</w:t>
      </w:r>
    </w:p>
    <w:p>
      <w:pPr>
        <w:jc w:val="right"/>
      </w:pPr>
      <w:r>
        <w:t>یہ سب میرے اختیار میں نہیں ہے، لیکن یہ میرے اختیار میں ہے کہ میں کس چیز کا چوائس لیتا ہوں۔ تو وہ وہی جو چوائس لیتا ہے آدمی، اسی پر پکڑ ہے اس کی یا اسی پر ریوارڈ ہے اس کو۔</w:t>
      </w:r>
    </w:p>
    <w:p>
      <w:r>
        <w:rPr>
          <w:b/>
        </w:rPr>
        <w:t xml:space="preserve">[47:43] </w:t>
      </w:r>
      <w:r>
        <w:t>maulana, agla sawal islamabad, pakistan se aaya hai, jo muhammad faisal sahab ne kiya hai. Unhone likha hai: "Maulana, positive thinking kya hai aur usko kis tarike se adopt kiya jaye?</w:t>
      </w:r>
    </w:p>
    <w:p>
      <w:pPr>
        <w:jc w:val="right"/>
      </w:pPr>
      <w:r>
        <w:t>مولانا، اگلا سوال اسلام آباد، پاکستان سے آیا ہے، جو محمد فیصل صاحب نے کیا ہے۔ انہوں نے لکھا ہے: "मालाना, पॉजिटिव थिंकिंग क्या है और उसको किस तरीके से अडॉप्ट किया जाए?</w:t>
      </w:r>
    </w:p>
    <w:p>
      <w:r>
        <w:rPr>
          <w:b/>
        </w:rPr>
        <w:t xml:space="preserve">[47:58] </w:t>
      </w:r>
      <w:r>
        <w:t>aur iske liye agar koi aap kitaab mujhe recommend kar sakte hain to please mujhe bataiye." hamari to saari kitaabein isi par hain.</w:t>
      </w:r>
    </w:p>
    <w:p>
      <w:pPr>
        <w:jc w:val="right"/>
      </w:pPr>
      <w:r>
        <w:t>और इसके लिए अगर कोई आप किताब मुझे रेकमेंड कर सकते हैं तो प्लीज मुझे बताइए।" ہماری تو ساری کتابیں اسی پر ہیں۔</w:t>
      </w:r>
    </w:p>
    <w:p>
      <w:r>
        <w:rPr>
          <w:b/>
        </w:rPr>
        <w:t xml:space="preserve">[48:09] </w:t>
      </w:r>
      <w:r>
        <w:t>positive thinking yeh to hamara mission hai.</w:t>
      </w:r>
    </w:p>
    <w:p>
      <w:pPr>
        <w:jc w:val="right"/>
      </w:pPr>
      <w:r>
        <w:t>پوزیٹیو تھنکنگ یہ تو ہمارا مشن ہے۔</w:t>
      </w:r>
    </w:p>
    <w:p>
      <w:r>
        <w:rPr>
          <w:b/>
        </w:rPr>
        <w:t xml:space="preserve">[48:12] </w:t>
      </w:r>
      <w:r>
        <w:t>aap hamara magazine jo Arsal nikalta hai, woh yaani chupa hua milta hai, usko aap internet par padh sakte hain, usko us mein bhi har mahine aata rehta hai.</w:t>
      </w:r>
    </w:p>
    <w:p>
      <w:pPr>
        <w:jc w:val="right"/>
      </w:pPr>
      <w:r>
        <w:t>آپ ہمارا میگزین جو ارسال نکلتا ہے، وہ یعنی چھپا ہوا ملتا ہے، اس کو آپ انٹرنیٹ پر پڑھ سکتے ہیں، اس کو اس میں بھی ہر مہینے آتا رہتا ہے۔</w:t>
      </w:r>
    </w:p>
    <w:p>
      <w:r>
        <w:rPr>
          <w:b/>
        </w:rPr>
        <w:t xml:space="preserve">[48:25] </w:t>
      </w:r>
      <w:r>
        <w:t>hamari tafseer jo hai, woh bhi isi mauzu par hai. Hamari saari kitaabein hi yeh hain ke how to develop positive thinking.</w:t>
      </w:r>
    </w:p>
    <w:p>
      <w:pPr>
        <w:jc w:val="right"/>
      </w:pPr>
      <w:r>
        <w:t>ہماری تفسیر جو ہے، وہ بھی اسی موضوع پر ہے۔ ہماری ساری کتابیں ہی یہی ہیں کہ how to develop positive thinking ۔</w:t>
      </w:r>
    </w:p>
    <w:p>
      <w:r>
        <w:rPr>
          <w:b/>
        </w:rPr>
        <w:t xml:space="preserve">[48:39] </w:t>
      </w:r>
      <w:r>
        <w:t>baqi yeh hai ke kaise aisa hota hai?</w:t>
      </w:r>
    </w:p>
    <w:p>
      <w:pPr>
        <w:jc w:val="right"/>
      </w:pPr>
      <w:r>
        <w:t>باقی یہ ہے کہ کیسے ایسا ہوتا ہے؟</w:t>
      </w:r>
    </w:p>
    <w:p>
      <w:r>
        <w:rPr>
          <w:b/>
        </w:rPr>
        <w:t xml:space="preserve">[48:41] </w:t>
      </w:r>
      <w:r>
        <w:t>to yahi to imtehaan hai. Duniya ko dekhiye, quran mein hai ke laqad khalaqnal insaana fi qab. Duniya ko paida kiya Allah taala ne is tarah ke yahan par problem hote hain.</w:t>
      </w:r>
    </w:p>
    <w:p>
      <w:pPr>
        <w:jc w:val="right"/>
      </w:pPr>
      <w:r>
        <w:t>تو یہی تو امتحان ہے۔ دنیا کو دیکھیے، قرآن میں ہے کہ لقد خلقنا الإنسان في قبر ۔ دنیا کو پیدا کیا اللہ تعالی نے اس طرح کہ یہاں پرابلم ہوتے ہیں۔</w:t>
      </w:r>
    </w:p>
    <w:p>
      <w:r>
        <w:rPr>
          <w:b/>
        </w:rPr>
        <w:t xml:space="preserve">[48:52] </w:t>
      </w:r>
      <w:r>
        <w:t>darul qabz ke maani hain problem, problem, problem. World of problem. To aaj kal musalmanon ka kya haal hai?</w:t>
      </w:r>
    </w:p>
    <w:p>
      <w:pPr>
        <w:jc w:val="right"/>
      </w:pPr>
      <w:r>
        <w:t>دارالقبض کے معنی ہیں پرابلم، پرابلم، پرابلم۔ ورلڈ آف پرابلم۔ تو آج کل مسلمانوں کا کیا حال ہے؟</w:t>
      </w:r>
    </w:p>
    <w:p>
      <w:r>
        <w:rPr>
          <w:b/>
        </w:rPr>
        <w:t xml:space="preserve">[49:01] </w:t>
      </w:r>
      <w:r>
        <w:t>problem ke khilaf chekhna chalana, yahi unhon ne islam bana rakha hai is ko.</w:t>
      </w:r>
    </w:p>
    <w:p>
      <w:pPr>
        <w:jc w:val="right"/>
      </w:pPr>
      <w:r>
        <w:t>پرابلم کے خلاف چیخنا چلانا، یہی انہوں نے اسلام بنا رکھا ہے اس کو۔</w:t>
      </w:r>
    </w:p>
    <w:p>
      <w:r>
        <w:rPr>
          <w:b/>
        </w:rPr>
        <w:t xml:space="preserve">[49:07] </w:t>
      </w:r>
      <w:r>
        <w:t>yani protest karna ka matlab yeh hai ke aap chahte hain ke problem na ho. aap ghor kijiye ke aap Khuda ki takhleeq ko badalna chahte hain. jab Quran mein saaf saaf likha hua hai ke laqad khalaqna al-insana fi qabbin.</w:t>
      </w:r>
    </w:p>
    <w:p>
      <w:pPr>
        <w:jc w:val="right"/>
      </w:pPr>
      <w:r>
        <w:t>یعنی پروٹیسٹ کرنا کا مطلب یہ ہے کہ آپ چاہتے ہیں کہ پرابلم نہ ہو۔ آپ غور کیجیے کہ آپ خدا کی تخلیق کو بدلنا چاہتے ہیں۔ جب قرآن میں صاف صاف لکھا ہوا ہے کہ لقد خلقنا الإنسان في قبر ۔</w:t>
      </w:r>
    </w:p>
    <w:p>
      <w:r>
        <w:rPr>
          <w:b/>
        </w:rPr>
        <w:t xml:space="preserve">[49:23] </w:t>
      </w:r>
      <w:r>
        <w:t>Allah ko paida kiya insan ne aur yahan rakha hai ek world of problem mein. yahan to problem hoga,</w:t>
      </w:r>
    </w:p>
    <w:p>
      <w:pPr>
        <w:jc w:val="right"/>
      </w:pPr>
      <w:r>
        <w:t>اللہ کو پیدا کیا انسان نے اور یہاں رکھا ہے ایک ورلڈ آف پرابلم میں۔ یہاں تو پرابلم ہوگا،</w:t>
      </w:r>
    </w:p>
    <w:p>
      <w:r>
        <w:rPr>
          <w:b/>
        </w:rPr>
        <w:t xml:space="preserve">[49:31] </w:t>
      </w:r>
      <w:r>
        <w:t>lekin kaisi ajeeb baat hai ke Musalman sab pe doosron ko be-hurmati ka ilzaam batate hain, khud be-hurmati kar rahe hain. Musalman doosron ko ilzaam lagate hain ke Quran ki be-hurmati kiya is ne?</w:t>
      </w:r>
    </w:p>
    <w:p>
      <w:pPr>
        <w:jc w:val="right"/>
      </w:pPr>
      <w:r>
        <w:t>لیکن کیسی عجیب بات ہے کہ مسلمان سب پہ دوسروں کو بے حرمتی کا الزام بتاتے ہیں، خود بے حرمتی کر رہے ہیں۔ مسلمان دوسروں کو الزام لگاتے ہیں کہ قرآن کی بے حرمتی کیا اس نے؟</w:t>
      </w:r>
    </w:p>
    <w:p>
      <w:r>
        <w:rPr>
          <w:b/>
        </w:rPr>
        <w:t xml:space="preserve">[49:45] </w:t>
      </w:r>
      <w:r>
        <w:t>aur hungama karte hain is ke upar. jalsa jaloos ke hungame hote hain. khud Musalman sab bari be-hurmati yeh kar rahe hain ke Allah ne ailan kiya hai ke hum ne dunya ko banaya hai is tarah ke yahan par problem rahen ge.</w:t>
      </w:r>
    </w:p>
    <w:p>
      <w:pPr>
        <w:jc w:val="right"/>
      </w:pPr>
      <w:r>
        <w:t>اور ہنگامہ کرتے ہیں اس کے اوپر۔ جلسہ جلوس کے ہنگامے ہوتے ہیں۔ خود مسلمان سب بڑی بے حرمتی یہ کر رہے ہیں کہ اللہ نے اعلان کیا ہے کہ ہم نے دنیا کو بنایا ہے اس طرح کہ یہاں پر پرابلم رہیں گے۔</w:t>
      </w:r>
    </w:p>
    <w:p>
      <w:r>
        <w:rPr>
          <w:b/>
        </w:rPr>
        <w:t xml:space="preserve">[49:59] </w:t>
      </w:r>
      <w:r>
        <w:t>aap shor macha rahe hain ke problem na ho.</w:t>
      </w:r>
    </w:p>
    <w:p>
      <w:pPr>
        <w:jc w:val="right"/>
      </w:pPr>
      <w:r>
        <w:t>آپ شور مچا رہے ہیں کہ پرابلم نہ ہو۔</w:t>
      </w:r>
    </w:p>
    <w:p>
      <w:r>
        <w:rPr>
          <w:b/>
        </w:rPr>
        <w:t xml:space="preserve">[50:03] </w:t>
      </w:r>
      <w:r>
        <w:t>aap jahan se dekhen, Kashmir se le kar Egypt tak, Arkan se le kar Palestine tak, yahi to ho raha hai. woh chahte hain ke problem na ho hamare liye.</w:t>
      </w:r>
    </w:p>
    <w:p>
      <w:pPr>
        <w:jc w:val="right"/>
      </w:pPr>
      <w:r>
        <w:t>آپ جہاں سے دیکھیں، کشمیر سے لے کر ایجپٹ تک، ارکان سے لے کر فلسطین تک، یہی تو ہو رہا ہے۔ وہ چاہتے ہیں کہ پرابلم نہ ہو ہمارے لیے۔</w:t>
      </w:r>
    </w:p>
    <w:p>
      <w:r>
        <w:rPr>
          <w:b/>
        </w:rPr>
        <w:t xml:space="preserve">[50:14] </w:t>
      </w:r>
      <w:r>
        <w:t>ek no problem world hamein chahiye. to yeh to sab se be-hurmati hai Quran Majeed ki. to dekhiye, yeh yeh muamla Allah ke ke creation plan se juda hua hai.</w:t>
      </w:r>
    </w:p>
    <w:p>
      <w:pPr>
        <w:jc w:val="right"/>
      </w:pPr>
      <w:r>
        <w:t>ایک نو پرابلم ورلڈ ہمیں چاہیے۔ تو یہ تو سب سے بے حرمتی ہے قرآن مجید کی۔ تو دیکھیے، یہ یہ معاملہ اللہ کے کے کریشن پلان سے جڑا ہوا ہے۔</w:t>
      </w:r>
    </w:p>
    <w:p>
      <w:r>
        <w:rPr>
          <w:b/>
        </w:rPr>
        <w:t xml:space="preserve">[50:29] </w:t>
      </w:r>
      <w:r>
        <w:t>yeh Allah ke creation plan hai ke aap ko rehna pare ga world world of problem mein. aap ne ko bachana pare ga phir bhi negativity se, provocation se.</w:t>
      </w:r>
    </w:p>
    <w:p>
      <w:pPr>
        <w:jc w:val="right"/>
      </w:pPr>
      <w:r>
        <w:t>یہ اللہ کے کریشن پلان ہے کہ آپ کو رہنا پڑے گا ورلڈ ورلڈ آف پرابلم میں۔ آپ نے کو بچانا پڑے گا پھر بھی نیگیٹیوٹی سے، پرووکیشن سے۔</w:t>
      </w:r>
    </w:p>
    <w:p>
      <w:r>
        <w:rPr>
          <w:b/>
        </w:rPr>
        <w:t xml:space="preserve">[50:42] </w:t>
      </w:r>
      <w:r>
        <w:t>yahi to yahi to imtehan hai.</w:t>
      </w:r>
    </w:p>
    <w:p>
      <w:pPr>
        <w:jc w:val="right"/>
      </w:pPr>
      <w:r>
        <w:t>یہی تو یہی تو امتحان ہے۔</w:t>
      </w:r>
    </w:p>
    <w:p>
      <w:r>
        <w:rPr>
          <w:b/>
        </w:rPr>
        <w:t xml:space="preserve">[50:47] </w:t>
      </w:r>
      <w:r>
        <w:t>kaisi ajeeb o ghareeb baat hai ke jo cheezen Allah Ta'ala ne bator imtehan rakhi hain, usi ko chahte hain Musalman ke is ko khatam kar diya</w:t>
      </w:r>
    </w:p>
    <w:p>
      <w:pPr>
        <w:jc w:val="right"/>
      </w:pPr>
      <w:r>
        <w:t>کیسی عجیب و غریب بات ہے کہ جو چیزیں اللہ تعالی نے بطور امتحان رکھی ہیں، اسی کو چاہتے ہیں مسلمان کہ اس کو ختم کر دیا</w:t>
      </w:r>
    </w:p>
    <w:p>
      <w:r>
        <w:rPr>
          <w:b/>
        </w:rPr>
        <w:t xml:space="preserve">[50:54] </w:t>
      </w:r>
      <w:r>
        <w:t>jaye. ek aisi dunya ho jahan koi problem nahi, jahan koi negative tajruba nahi, jahan koi koi provocation karne wala nahi. to yeh to ho nahi sakta.</w:t>
      </w:r>
    </w:p>
    <w:p>
      <w:pPr>
        <w:jc w:val="right"/>
      </w:pPr>
      <w:r>
        <w:t>جائے۔ ایک ایسی دنیا ہو جہاں کوئی پرابلم نہیں، جہاں کوئی نیگیٹیو تجربہ نہیں، جہاں کوئی کوئی پرووکیشن کرنے والا نہیں۔ تو یہ تو ہو نہیں سکتا۔</w:t>
      </w:r>
    </w:p>
    <w:p>
      <w:r>
        <w:rPr>
          <w:b/>
        </w:rPr>
        <w:t xml:space="preserve">[51:04] </w:t>
      </w:r>
      <w:r>
        <w:t>that's against the creation plan of God. to Musalman lad rahe hain Allah ke creation plan se lad rahe hain. sari dunya mein, chahe Kashmir ho, chahe Palestine ho, chahe Egypt ho, chahe Pakistan ho, chahe Iran ho, Iraq ho, har jagah Musalman jo bomb maar rahe hain, woh Allah ke creation plan of God jo hai, us ke us ke khilaf bomb maar rahe hain.</w:t>
      </w:r>
    </w:p>
    <w:p>
      <w:pPr>
        <w:jc w:val="right"/>
      </w:pPr>
      <w:r>
        <w:t>that's against the creation plan of God ۔ تو مسلمان لڑ رہے ہیں اللہ کے کریشن پلان سے لڑ رہے ہیں۔ ساری دنیا میں، چاہے کشمیر ہو، چاہے فلسطین ہو، چاہے ایجپٹ ہو، چاہے پاکستان ہو، چاہے ایران ہو، عراق ہو، ہر جگہ مسلمان جو بم مار رہے ہیں، وہ اللہ کے کریشن پلان آف گاڈ جو ہے، اس کے اس کے خلاف بم مار رہے ہیں۔</w:t>
      </w:r>
    </w:p>
    <w:p>
      <w:r>
        <w:rPr>
          <w:b/>
        </w:rPr>
        <w:t xml:space="preserve">[51:25] </w:t>
      </w:r>
      <w:r>
        <w:t>kaisi bhayanak baat hai yeh? kaisi bhayanak</w:t>
      </w:r>
    </w:p>
    <w:p>
      <w:pPr>
        <w:jc w:val="right"/>
      </w:pPr>
      <w:r>
        <w:t>کیسی بھیانک بات ہے یہ؟ کیسی بھیانک</w:t>
      </w:r>
    </w:p>
    <w:p>
      <w:r>
        <w:rPr>
          <w:b/>
        </w:rPr>
        <w:t xml:space="preserve">[51:27] </w:t>
      </w:r>
      <w:r>
        <w:t>baat hai? aur sawal karte hain ke kaise positive banein? bhai, positive banne mein to jannat mile gi. yahi to jannat ka ticket hai.</w:t>
      </w:r>
    </w:p>
    <w:p>
      <w:pPr>
        <w:jc w:val="right"/>
      </w:pPr>
      <w:r>
        <w:t>بات ہے؟ اور سوال کرتے ہیں کہ کیسے پازیٹیو بنے؟ بھئی، پازیٹیو بننے میں تو جنت ملے گی۔ یہی تو جنت کا ٹکٹ ہے۔</w:t>
      </w:r>
    </w:p>
    <w:p>
      <w:r>
        <w:rPr>
          <w:b/>
        </w:rPr>
        <w:t xml:space="preserve">[51:38] </w:t>
      </w:r>
      <w:r>
        <w:t>yaad rakhiye, jannat sirf is ke liye hai jo Allah ki dunya mein, jis ko Allah ne banaya hai dar-ul-qabz ke taur par, wahan par woh apne ko bachaye negativity se aur banaye apne aap ko positive.</w:t>
      </w:r>
    </w:p>
    <w:p>
      <w:pPr>
        <w:jc w:val="right"/>
      </w:pPr>
      <w:r>
        <w:t>یاد رکھیے، جنت صرف اس کے لیے ہے جو اللہ کی دنیا میں، جس کو اللہ نے بنایا ہے دارالقبض کے طور پر، وہاں پر وہ اپنے کو بچائے نیگیٹیوٹی سے اور بنائے اپنے آپ کو پازیٹیو۔</w:t>
      </w:r>
    </w:p>
    <w:p>
      <w:r>
        <w:rPr>
          <w:b/>
        </w:rPr>
        <w:t xml:space="preserve">[51:52] </w:t>
      </w:r>
      <w:r>
        <w:t>jo provocation se, hate se, tashaddud se sab bachaye apne aap ko.</w:t>
      </w:r>
    </w:p>
    <w:p>
      <w:pPr>
        <w:jc w:val="right"/>
      </w:pPr>
      <w:r>
        <w:t>جو پرووکیشن سے، ہیٹ سے، تشدد سے سب بچائے اپنے آپ کو۔</w:t>
      </w:r>
    </w:p>
    <w:p>
      <w:r>
        <w:rPr>
          <w:b/>
        </w:rPr>
        <w:t xml:space="preserve">[51:58] </w:t>
      </w:r>
      <w:r>
        <w:t>yahi to imtehan hai. isi par jannat hai. aur sari Muslim dunya jo hai, isi mein mubtala hai.</w:t>
      </w:r>
    </w:p>
    <w:p>
      <w:pPr>
        <w:jc w:val="right"/>
      </w:pPr>
      <w:r>
        <w:t>یہی تو امتحان ہے۔ اسی پر جنت ہے۔ اور ساری مسلم دنیا جو ہے، اسی میں مبتلا ہے۔</w:t>
      </w:r>
    </w:p>
    <w:p>
      <w:r>
        <w:rPr>
          <w:b/>
        </w:rPr>
        <w:t xml:space="preserve">[52:08] </w:t>
      </w:r>
      <w:r>
        <w:t>main phir kahoon ga ke dekhiye, Allah ka jo creation plan hai, jo takhleeq ka mansooba hai, woh yeh hai ke aap ko paida kar ke rakha gaya hai ek is dunya mein jahan masael hain, masael hain jahan provocation hai, jahan negative tajruba hain.</w:t>
      </w:r>
    </w:p>
    <w:p>
      <w:pPr>
        <w:jc w:val="right"/>
      </w:pPr>
      <w:r>
        <w:t>میں پھر کہوں گا کہ دیکھیے، اللہ کا جو کریشن پلان ہے، جو تخلیق کا منصوبہ ہے، وہ یہ ہے کہ آپ کو پیدا کر کے رکھا گیا ہے ایک اس دنیا میں جہاں مسائل ہیں، مسائل ہیں جہاں پرووکیشن ہے، جہاں نیگیٹیو تجربات ہیں۔</w:t>
      </w:r>
    </w:p>
    <w:p>
      <w:r>
        <w:rPr>
          <w:b/>
        </w:rPr>
        <w:t xml:space="preserve">[52:25] </w:t>
      </w:r>
      <w:r>
        <w:t>lekin in sab ke bawajood aap ko positive response dena hai. in sab ke bawajood aap ko positive thinking develop karna hai apne andar. in sab ke bawajood aap ko dunya ka khair khwah banna hai, dunya se mohabbat karna hai.</w:t>
      </w:r>
    </w:p>
    <w:p>
      <w:pPr>
        <w:jc w:val="right"/>
      </w:pPr>
      <w:r>
        <w:t>لیکن ان سب کے باوجود آپ کو پازیٹیو رسپانس دینا ہے۔ ان سب کے باوجود آپ کو پازیٹیو تھنکنگ ڈیولپ کرنا ہے اپنے اندر۔ ان سب کے باوجود آپ کو دنیا کا خیر خواہ بننا ہے، دنیا سے محبت کرنا ہے۔</w:t>
      </w:r>
    </w:p>
    <w:p>
      <w:r>
        <w:rPr>
          <w:b/>
        </w:rPr>
        <w:t xml:space="preserve">[52:37] </w:t>
      </w:r>
      <w:r>
        <w:t>in sab ke bawajood aap ko dunya ko dushman nahi samajhna hai, balkeh un ka khair khwah ban kar dunya mein rehna hai.</w:t>
      </w:r>
    </w:p>
    <w:p>
      <w:pPr>
        <w:jc w:val="right"/>
      </w:pPr>
      <w:r>
        <w:t>ان سب کے باوجود آپ کو دنیا کو دشمن نہیں سمجھنا ہے، بلکہ ان کا خیر خواہ بن کر دنیا میں رہنا ہے۔</w:t>
      </w:r>
    </w:p>
    <w:p>
      <w:r>
        <w:rPr>
          <w:b/>
        </w:rPr>
        <w:t xml:space="preserve">[52:45] </w:t>
      </w:r>
      <w:r>
        <w:t>yahi yahi jannat ka jannat ke sath ticket hai. yahi jannat ka ticket hai. koi aur cheez nahi hai jo aadmi ko jannat mein le jane wali ho. yeh bilkul tashaddud baat hai ke Musalmanon ne jo bana rakha hai ke falan cheez se jannat mil jaye gi, falan jannat mil jaye gi, woh sab bilkul khud sakhta hain.</w:t>
      </w:r>
    </w:p>
    <w:p>
      <w:pPr>
        <w:jc w:val="right"/>
      </w:pPr>
      <w:r>
        <w:t>یہی یہی جنت کا جنت کے ساتھ ٹکٹ ہے۔ یہی جنت کا ٹکٹ ہے۔ کوئی اور چیز نہیں ہے جو آدمی کو جنت میں لے جانے والی ہو۔ یہ بالکل تشدہ بات ہے کہ مسلمانوں نے جو بنا رکھا ہے کہ فلاں چیز سے جنت مل جائے گی، فلاں جنت مل جائے گی، وہ سب بالکل خود ساختہ ہیں۔</w:t>
      </w:r>
    </w:p>
    <w:p>
      <w:r>
        <w:rPr>
          <w:b/>
        </w:rPr>
        <w:t xml:space="preserve">[53:03] </w:t>
      </w:r>
      <w:r>
        <w:t>jannat mile gi sirf is par ke aap negative world mein positive ban kar rahen.</w:t>
      </w:r>
    </w:p>
    <w:p>
      <w:pPr>
        <w:jc w:val="right"/>
      </w:pPr>
      <w:r>
        <w:t>جنت ملے گی صرف اس پر کہ آپ نیگیٹیو ورلڈ میں پازیٹیو بن کر رہیں۔</w:t>
      </w:r>
    </w:p>
    <w:p>
      <w:r>
        <w:rPr>
          <w:b/>
        </w:rPr>
        <w:t xml:space="preserve">[53:10] </w:t>
      </w:r>
      <w:r>
        <w:t>yahi jannat ka ticket hai. yahi jannat ke sath ticket hai. aur koi cheez aadmi ko jannat mein le jane wali nahi hai.</w:t>
      </w:r>
    </w:p>
    <w:p>
      <w:pPr>
        <w:jc w:val="right"/>
      </w:pPr>
      <w:r>
        <w:t>یہی جنت کا ٹکٹ ہے۔ یہی جنت کے ساتھ ٹکٹ ہے۔ اور کوئی چیز آدمی کو جنت میں لے جانے والی نہیں ہے۔</w:t>
      </w:r>
    </w:p>
    <w:p>
      <w:r>
        <w:rPr>
          <w:b/>
        </w:rPr>
        <w:t xml:space="preserve">[53:20] </w:t>
      </w:r>
      <w:r>
        <w:t>yani negative item rahen ge, negative tajruba rahen ge, aap ko is ke bawajood apne andar positive thinking develop karna hai.</w:t>
      </w:r>
    </w:p>
    <w:p>
      <w:pPr>
        <w:jc w:val="right"/>
      </w:pPr>
      <w:r>
        <w:t>یعنی نیگیٹیو آئٹم رہیں گے، نیگیٹیو تجربات رہیں گے، آپ کو اس کے باوجود اپنے اندر پازیٹیو تھنکنگ ڈیولپ کرنا ہے۔</w:t>
      </w:r>
    </w:p>
    <w:p>
      <w:r>
        <w:rPr>
          <w:b/>
        </w:rPr>
        <w:t xml:space="preserve">[53:30] </w:t>
      </w:r>
      <w:r>
        <w:t>to agar kisi ko jannat chahiye to yahi yahi hai rasta jannat ka. aur koi doosra rasta nahin.</w:t>
      </w:r>
    </w:p>
    <w:p>
      <w:pPr>
        <w:jc w:val="right"/>
      </w:pPr>
      <w:r>
        <w:t>تو اگر کسی کو جنت چاہیے تو یہی یہی ہے راستہ جنت کا۔ اور کوئی دوسرا راستہ نہیں۔</w:t>
      </w:r>
    </w:p>
    <w:p>
      <w:r>
        <w:rPr>
          <w:b/>
        </w:rPr>
        <w:t xml:space="preserve">[53:40] </w:t>
      </w:r>
      <w:r>
        <w:t>maulana, agla sawal dilli se kiya hai jameel akhtar sahab ne. unhon ne likha hai: "quran mein kya san o tareekh ke sath qayamat ka zikr hai ya hadith mein is silsile ki baat hai?</w:t>
      </w:r>
    </w:p>
    <w:p>
      <w:pPr>
        <w:jc w:val="right"/>
      </w:pPr>
      <w:r>
        <w:t>मौलाना, अगला सवाल दिल्ली से किया है जमील अख्तर साहब ने। उन्होंने लिखा है: "قرآن میں کیا سن و تاریخ کے ساتھ قیامت کا ذکر ہے یا حدیث میں اس سلسلے کی بات ہے؟</w:t>
      </w:r>
    </w:p>
    <w:p>
      <w:r>
        <w:rPr>
          <w:b/>
        </w:rPr>
        <w:t xml:space="preserve">[53:54] </w:t>
      </w:r>
      <w:r>
        <w:t>agar nahin to sainsi san o tareekh par kaise aitbaar kiya jaye?" dekhen, aitbaar ki baat nahin hai yeh.</w:t>
      </w:r>
    </w:p>
    <w:p>
      <w:pPr>
        <w:jc w:val="right"/>
      </w:pPr>
      <w:r>
        <w:t>اگر نہیں تو سائنسی سن و تاریخ پر کیسے اعتبار کیا جائے؟" دیکھیں، اعتبار کی بات نہیں ہے یہ۔</w:t>
      </w:r>
    </w:p>
    <w:p>
      <w:r>
        <w:rPr>
          <w:b/>
        </w:rPr>
        <w:t xml:space="preserve">[54:03] </w:t>
      </w:r>
      <w:r>
        <w:t>yeh probability ki baat hai.</w:t>
      </w:r>
    </w:p>
    <w:p>
      <w:pPr>
        <w:jc w:val="right"/>
      </w:pPr>
      <w:r>
        <w:t>یہ probability کی بات ہے۔</w:t>
      </w:r>
    </w:p>
    <w:p>
      <w:r>
        <w:rPr>
          <w:b/>
        </w:rPr>
        <w:t xml:space="preserve">[54:06] </w:t>
      </w:r>
      <w:r>
        <w:t>quran mein aur hadith mein aaya hai ke baad ke zamane mein bohat si cheezen khulengi. to woh khul rahi hain to un ko aap sochiye is ke bare mein.</w:t>
      </w:r>
    </w:p>
    <w:p>
      <w:pPr>
        <w:jc w:val="right"/>
      </w:pPr>
      <w:r>
        <w:t>قرآن میں اور حدیث میں آیا ہے کہ بعد کے زمانے میں بہت سی چیزیں کھلیں گی۔ تو وہ کھل رہی ہیں تو ان کو آپ سوچیے اس کے بارے میں۔</w:t>
      </w:r>
    </w:p>
    <w:p>
      <w:r>
        <w:rPr>
          <w:b/>
        </w:rPr>
        <w:t xml:space="preserve">[54:16] </w:t>
      </w:r>
      <w:r>
        <w:t>aap koi bhi aisa nahin keh sakta ke falan tareekh ko qayamat aayi hai, yeh koi keh sakta. lekin yeh sab reminder hain.</w:t>
      </w:r>
    </w:p>
    <w:p>
      <w:pPr>
        <w:jc w:val="right"/>
      </w:pPr>
      <w:r>
        <w:t>آپ کوئی بھی ایسا نہیں کہہ سکتا کہ فلاں تاریخ کو قیامت آئی ہے، یہ کوئی کہہ سکتا۔ لیکن یہ سب reminder ہیں۔</w:t>
      </w:r>
    </w:p>
    <w:p>
      <w:r>
        <w:rPr>
          <w:b/>
        </w:rPr>
        <w:t xml:space="preserve">[54:25] </w:t>
      </w:r>
      <w:r>
        <w:t>quran mein dekhen, ayat is ayat ko padhiye aap ja kar ke ghar ja kar ke. ke yeh ayat hai ke "sanurihim ayatina fil afaqi wa fi anfusihim hatta yatabayyana lahum annahul haqq" .</w:t>
      </w:r>
    </w:p>
    <w:p>
      <w:pPr>
        <w:jc w:val="right"/>
      </w:pPr>
      <w:r>
        <w:t>قرآن میں دیکھیں، آیت اس آیت کو پڑھیے آپ جا کر کے گھر جا کر کے۔ کہ یہ آیت ہے کہ "سنريهم آياتنا في الآفاق وفي أنفسهم حتى يتبين لهم أنه الحق" ۔</w:t>
      </w:r>
    </w:p>
    <w:p>
      <w:r>
        <w:rPr>
          <w:b/>
        </w:rPr>
        <w:t xml:space="preserve">[54:44] </w:t>
      </w:r>
      <w:r>
        <w:t>is ka tarjuma yeh hai ke mustaqbil mein hum dikhayenge un ko nishaniyan, afaq mein bhi aur anfus mein bhi. yani space mein bhi, insan ki zaat mein bhi</w:t>
      </w:r>
    </w:p>
    <w:p>
      <w:pPr>
        <w:jc w:val="right"/>
      </w:pPr>
      <w:r>
        <w:t>اس کا ترجمہ یہ ہے کہ مستقبل میں ہم دکھائیں گے ان کو نشانیاں، آفاق میں بھی اور انفس میں بھی۔ یعنی اسپیس میں بھی، انسان کی ذات میں بھی</w:t>
      </w:r>
    </w:p>
    <w:p>
      <w:r>
        <w:rPr>
          <w:b/>
        </w:rPr>
        <w:t xml:space="preserve">[54:54] </w:t>
      </w:r>
      <w:r>
        <w:t>. yahan tak ke woh khul jaye ke yahi haq hai. is ko ja kar aap quran ki is ayat ko padhiye, ja kar ghor kijiye is ke upar.</w:t>
      </w:r>
    </w:p>
    <w:p>
      <w:pPr>
        <w:jc w:val="right"/>
      </w:pPr>
      <w:r>
        <w:t>۔ یہاں تک کہ وہ کھل جائے کہ یہی حق ہے۔ اس کو جا کر آپ قرآن کی اس آیت کو پڑھیے، جا کر غور کیجیے اس کے اوپر۔</w:t>
      </w:r>
    </w:p>
    <w:p>
      <w:r>
        <w:rPr>
          <w:b/>
        </w:rPr>
        <w:t xml:space="preserve">[55:04] </w:t>
      </w:r>
      <w:r>
        <w:t>to koi yeh haq nahin rakhta ke woh kahe ke falan tareekh qayamat aayegi. lekin yeh bilashuba haq rakhta hai ke kahe ke dekho, is warning aa rahi hai, ghor karo, qayamat qayamat aa gayi ho, qareeb.</w:t>
      </w:r>
    </w:p>
    <w:p>
      <w:pPr>
        <w:jc w:val="right"/>
      </w:pPr>
      <w:r>
        <w:t>تو کوئی یہ حق نہیں رکھتا کہ وہ کہے کہ فلاں تاریخ قیامت آئے گی۔ لیکن یہ بلاشبہ حق رکھتا ہے کہ کہے کہ دیکھو، اس وارننگ آ رہی ہے، غور کرو، قیامت قیامت آ گئی ہو، قریب۔</w:t>
      </w:r>
    </w:p>
    <w:p>
      <w:r>
        <w:rPr>
          <w:b/>
        </w:rPr>
        <w:t xml:space="preserve">[55:18] </w:t>
      </w:r>
      <w:r>
        <w:t>yeh sab probability ki baat hai, yaqeen ki baat nahin hai.</w:t>
      </w:r>
    </w:p>
    <w:p>
      <w:pPr>
        <w:jc w:val="right"/>
      </w:pPr>
      <w:r>
        <w:t>یہ سب probability کی بات ہے، یقین کی بات نہیں ہے۔</w:t>
      </w:r>
    </w:p>
    <w:p>
      <w:r>
        <w:rPr>
          <w:b/>
        </w:rPr>
        <w:t xml:space="preserve">[55:25] </w:t>
      </w:r>
      <w:r>
        <w:t>maulana, agla sawal doctor farida khanam ne kiya hai dilli se. unhon ne likha hai: "muslims are not afraid of qayamat.</w:t>
      </w:r>
    </w:p>
    <w:p>
      <w:pPr>
        <w:jc w:val="right"/>
      </w:pPr>
      <w:r>
        <w:t>मौलाना, अगला सवाल डॉक्टर फरीदा खानम ने किया है दिल्ली से। उन्होंने लिखा है: "مسلمز آر ناٹ افریڈ آف قیامت۔</w:t>
      </w:r>
    </w:p>
    <w:p>
      <w:r>
        <w:rPr>
          <w:b/>
        </w:rPr>
        <w:t xml:space="preserve">[55:34] </w:t>
      </w:r>
      <w:r>
        <w:t>they think that they say their prayers, do fasting and perform hajj. therefore prophet muhammad himself will intervene and not let anyone go to hell.</w:t>
      </w:r>
    </w:p>
    <w:p>
      <w:pPr>
        <w:jc w:val="right"/>
      </w:pPr>
      <w:r>
        <w:t>دے تھنک دیٹ دے سے دیر پریئرز، ڈو فاسٹنگ اینڈ پرفارم حج۔ دیر فور پرافٹ محمد ہم سیلف ول انٹروین اینڈ ناٹ لیٹ اینی ون گو ٹو ہیل۔</w:t>
      </w:r>
    </w:p>
    <w:p>
      <w:r>
        <w:rPr>
          <w:b/>
        </w:rPr>
        <w:t xml:space="preserve">[55:48] </w:t>
      </w:r>
      <w:r>
        <w:t>this belief makes them fearless of doomsday. what is your comment</w:t>
      </w:r>
    </w:p>
    <w:p>
      <w:pPr>
        <w:jc w:val="right"/>
      </w:pPr>
      <w:r>
        <w:t>دس بیلیف میکس دیم فیئرلیس آف ڈومز ڈے۔ واٹ از یور کمنٹ</w:t>
      </w:r>
    </w:p>
    <w:p>
      <w:r>
        <w:rPr>
          <w:b/>
        </w:rPr>
        <w:t xml:space="preserve">[55:54] </w:t>
      </w:r>
      <w:r>
        <w:t>on this?" dekhen, yeh baat bilkul sahi hai. aur yahi baat hai jo yahood ke andar paida hui thi pehle. aur hadith mein dekhen, saaf saaf yeh hai: "latatba'ununa sunan man kana qablakum shibran bishibrin wa dhira'an bidhira'in hatta law dakhaloo dabba jahril ladakhaltoohum." ke tum yahood ki qadam ba qadam pairvi karoge.</w:t>
      </w:r>
    </w:p>
    <w:p>
      <w:pPr>
        <w:jc w:val="right"/>
      </w:pPr>
      <w:r>
        <w:t>آن دس؟" دیکھیں، یہ بات بالکل صحیح ہے۔ اور یہی بات ہے جو یہود کے اندر پیدا ہوئی تھی پہلے۔ اور حدیث میں دیکھیں، صاف صاف یہ ہے: "لتتبعون سنا من کان قبلکم شبر بشبر وزرام بزرائن حتی ولا دخلوا جر زبل لا دخلتمو ۔" کہ تم یہود کی قدم بقدم پیروی کرو گے۔</w:t>
      </w:r>
    </w:p>
    <w:p>
      <w:r>
        <w:rPr>
          <w:b/>
        </w:rPr>
        <w:t xml:space="preserve">[56:19] </w:t>
      </w:r>
      <w:r>
        <w:t>har cheez mein khuda ke yahood ke peer ban jaoge. to yahood ne samajh rakha tha ke "nahnu abna'ullah wa ahbba'uh." hum to Allah ke khaas log hain.</w:t>
      </w:r>
    </w:p>
    <w:p>
      <w:pPr>
        <w:jc w:val="right"/>
      </w:pPr>
      <w:r>
        <w:t>ہر چیز میں خدا کے یہود کے پیرو بن جاؤ گے۔ تو یہود نے سمجھ رکھا تھا کہ "نحن ابناء اللہ واحباؤہ ۔" ہم تو اللہ کے خاص لوگ ہیں۔</w:t>
      </w:r>
    </w:p>
    <w:p>
      <w:r>
        <w:rPr>
          <w:b/>
        </w:rPr>
        <w:t xml:space="preserve">[56:29] </w:t>
      </w:r>
      <w:r>
        <w:t>"lan tamassana illa ayyaman ma'dudatan." jannat hamare liye hai, jahannum doosron ke liye. theek yahi aqeedah musalmanon ne bana rakha hai aaj.</w:t>
      </w:r>
    </w:p>
    <w:p>
      <w:pPr>
        <w:jc w:val="right"/>
      </w:pPr>
      <w:r>
        <w:t>"لن تلمسنا إلا أيام معدودة ۔" جنت ہمارے لیے ہے، جہنم دوسروں کے لیے۔ ٹھیک یہی عقیدہ مسلمانوں نے بنا رکھا ہے آج۔</w:t>
      </w:r>
    </w:p>
    <w:p>
      <w:r>
        <w:rPr>
          <w:b/>
        </w:rPr>
        <w:t xml:space="preserve">[56:38] </w:t>
      </w:r>
      <w:r>
        <w:t>aur tarah tarah ke justification is ke talash kar rakhe hain. yaqeen kijiye, woh sab false false ground par yeh sab aqeeday banaye gaye hain.</w:t>
      </w:r>
    </w:p>
    <w:p>
      <w:pPr>
        <w:jc w:val="right"/>
      </w:pPr>
      <w:r>
        <w:t>اور طرح طرح کے جسٹیفیکیشن اس کے تلاش کر رکھے ہیں۔ یقین کیجیے، وہ سب فالس فالس گراؤنڈ پر یہ سب عقیدے بنائے گئے ہیں۔</w:t>
      </w:r>
    </w:p>
    <w:p>
      <w:r>
        <w:rPr>
          <w:b/>
        </w:rPr>
        <w:t xml:space="preserve">[56:47] </w:t>
      </w:r>
      <w:r>
        <w:t>koi haqiqat in ki nahin hai. jo asal haqiqat hai, woh sirf yeh hai ke "laysa lil insani illa ma sa'a" . "laysa lil insani illa ma sa'a ." insan ko wohi milega jis ki us ne koshish ki.</w:t>
      </w:r>
    </w:p>
    <w:p>
      <w:pPr>
        <w:jc w:val="right"/>
      </w:pPr>
      <w:r>
        <w:t>کوئی حقیقت ان کی نہیں ہے۔ جو اصل حقیقت ہے، وہ صرف یہ ہے کہ "ليس للإنسان إلا ما سعى" ۔ "ليس للإنسان إلا ما سعى ۔" انسان کو وہی ملے گا جس کی اس نے کوشش کی۔</w:t>
      </w:r>
    </w:p>
    <w:p>
      <w:r>
        <w:rPr>
          <w:b/>
        </w:rPr>
        <w:t xml:space="preserve">[57:00] </w:t>
      </w:r>
      <w:r>
        <w:t>bas. insan ko wohi milega jis ke liye us ne koshish ki.</w:t>
      </w:r>
    </w:p>
    <w:p>
      <w:pPr>
        <w:jc w:val="right"/>
      </w:pPr>
      <w:r>
        <w:t>بس۔ انسان کو وہی ملے گا جس کے لیے اس نے کوشش کی۔</w:t>
      </w:r>
    </w:p>
    <w:p>
      <w:r>
        <w:rPr>
          <w:b/>
        </w:rPr>
        <w:t xml:space="preserve">[57:06] </w:t>
      </w:r>
      <w:r>
        <w:t>yeh sare false ground par banaye hue aqeeday hain, woh bilashuba un ki koi buniyad nahin hai.</w:t>
      </w:r>
    </w:p>
    <w:p>
      <w:pPr>
        <w:jc w:val="right"/>
      </w:pPr>
      <w:r>
        <w:t>یہ سارے فالس گراؤنڈ پر بنائے ہوئے عقیدے ہیں، وہ بلا شبہ ان کی کوئی بنیاد نہیں ہے۔</w:t>
      </w:r>
    </w:p>
    <w:p>
      <w:r>
        <w:rPr>
          <w:b/>
        </w:rPr>
        <w:t xml:space="preserve">[57:14] </w:t>
      </w:r>
      <w:r>
        <w:t>maulana, agla sawal srinagar se riyaz ahmed bhatt sahab ne kiya hai. unhon ne likha hai: "the duty of today's day is to aware the mankind about doomsday with more vigor and forceful way to counter the designs of evil."</w:t>
      </w:r>
    </w:p>
    <w:p>
      <w:pPr>
        <w:jc w:val="right"/>
      </w:pPr>
      <w:r>
        <w:t>मौलाना, अगला सवाल श्रीनगर से रियाज अहमद भट्ट साहब ने किया है। उन्होंने लिखा है: "The duty of today's day is to aware the mankind about Doomsday with more vigor and forceful way to counter the designs of evil."</w:t>
      </w:r>
    </w:p>
    <w:p>
      <w:r>
        <w:rPr>
          <w:b/>
        </w:rPr>
        <w:t xml:space="preserve">[57:34] </w:t>
      </w:r>
      <w:r>
        <w:t>maulana, "what kind of methods can be useful beyond distribution of dawa literature? please advise us."</w:t>
      </w:r>
    </w:p>
    <w:p>
      <w:pPr>
        <w:jc w:val="right"/>
      </w:pPr>
      <w:r>
        <w:t>मौलाना, "What kind of methods can be useful beyond distribution of Dawa literature? Please advise us."</w:t>
      </w:r>
    </w:p>
    <w:p>
      <w:r>
        <w:rPr>
          <w:b/>
        </w:rPr>
        <w:t xml:space="preserve">[57:44] </w:t>
      </w:r>
      <w:r>
        <w:t>dekhen, ek hadith hai ke ek hadith mein yeh alfaaz hain ke zameen par koi aisa ghar nahin bachega,</w:t>
      </w:r>
    </w:p>
    <w:p>
      <w:pPr>
        <w:jc w:val="right"/>
      </w:pPr>
      <w:r>
        <w:t>دیکھیں، ایک حدیث ہے کہ ایک حدیث میں یہ الفاظ ہیں کہ زمین پر کوئی ایسا گھر نہیں بچے گا،</w:t>
      </w:r>
    </w:p>
    <w:p>
      <w:r>
        <w:rPr>
          <w:b/>
        </w:rPr>
        <w:t xml:space="preserve">[58:01] </w:t>
      </w:r>
      <w:r>
        <w:t>chhota ya bada, jis ke andar Allah ka kalma na dakhil ho jaye. "illa yadkhulullahu kalimal islam" . to Allah ka kalma kya hai?</w:t>
      </w:r>
    </w:p>
    <w:p>
      <w:pPr>
        <w:jc w:val="right"/>
      </w:pPr>
      <w:r>
        <w:t>چھوٹا یا بڑا، جس کے اندر اللہ کا کلمہ نہ داخل ہو جائے۔ "إلا أدخل الله كلمة الإسلام" ۔ تو اللہ کا کلمہ کیا ہے؟</w:t>
      </w:r>
    </w:p>
    <w:p>
      <w:r>
        <w:rPr>
          <w:b/>
        </w:rPr>
        <w:t xml:space="preserve">[58:10] </w:t>
      </w:r>
      <w:r>
        <w:t>quran hai.</w:t>
      </w:r>
    </w:p>
    <w:p>
      <w:pPr>
        <w:jc w:val="right"/>
      </w:pPr>
      <w:r>
        <w:t>قرآن ہے۔</w:t>
      </w:r>
    </w:p>
    <w:p>
      <w:r>
        <w:rPr>
          <w:b/>
        </w:rPr>
        <w:t xml:space="preserve">[58:12] </w:t>
      </w:r>
      <w:r>
        <w:t>to mein samajhta hoon ke main target jo hai, woh quran ko ghar ghar pohnchana hai. main target. woh is ko kitna peroo karein ge, kitna follow karein ge, yeh un ka kaam hai.</w:t>
      </w:r>
    </w:p>
    <w:p>
      <w:pPr>
        <w:jc w:val="right"/>
      </w:pPr>
      <w:r>
        <w:t>تو میں سمجھتا ہوں کہ مین ٹارگٹ جو ہے، وہ قرآن کو گھر گھر پہنچانا ہے۔ مین ٹارگٹ۔ وہ اس کو کتنا پیرو کریں گے، کتنا فالو کریں گے، یہ ان کا کام ہے۔</w:t>
      </w:r>
    </w:p>
    <w:p>
      <w:r>
        <w:rPr>
          <w:b/>
        </w:rPr>
        <w:t xml:space="preserve">[58:24] </w:t>
      </w:r>
      <w:r>
        <w:t>It is their problem. hamara nahi hai. ghar ghar kalma, yahan pe dekhein, yaani ke ghar dil mein dakhil karna, ghar mein dakhil karna.</w:t>
      </w:r>
    </w:p>
    <w:p>
      <w:pPr>
        <w:jc w:val="right"/>
      </w:pPr>
      <w:r>
        <w:t>It is their problem. ہمارا نہیں ہے۔ گھر گھر کلمہ، یہاں پہ دیکھیں، یعنی کہ گھر دل میں داخل کرنا، گھر میں داخل کرنا۔</w:t>
      </w:r>
    </w:p>
    <w:p>
      <w:r>
        <w:rPr>
          <w:b/>
        </w:rPr>
        <w:t xml:space="preserve">[58:36] </w:t>
      </w:r>
      <w:r>
        <w:t>"la tabqa ala wajh al-ard bait badr wala wabar illa adkhala Allah kalimata al-islam" . yaani zameen par koi chota bara ghar nahi bache ga.</w:t>
      </w:r>
    </w:p>
    <w:p>
      <w:pPr>
        <w:jc w:val="right"/>
      </w:pPr>
      <w:r>
        <w:t>"لا تبقى على وجه الأرض بيت بدر ولا وبر إلا أدخل الله كلمة الإسلام" ۔ یعنی زمین پر کوئی چھوٹا بڑا گھر نہیں بچے گا۔</w:t>
      </w:r>
    </w:p>
    <w:p>
      <w:r>
        <w:rPr>
          <w:b/>
        </w:rPr>
        <w:t xml:space="preserve">[58:47] </w:t>
      </w:r>
      <w:r>
        <w:t>to kaha, hamari zimmedari hai ke Allah ke word ko, word of god ko, ghar ghar mein pohncha dein. dilon mein utar dein, yeh nahi hai. yaani ke dil mein utar dein aur woh kalma parh lein.</w:t>
      </w:r>
    </w:p>
    <w:p>
      <w:pPr>
        <w:jc w:val="right"/>
      </w:pPr>
      <w:r>
        <w:t>تو کہا، ہماری ذمہ داری ہے کہ اللہ کے ورڈ کو، ورڈ آف گاڈ کو، گھر گھر میں پہنچا دیں۔ دلوں میں اتار دیں، یہ نہیں ہے۔ یعنی کہ دل میں اتار دیں اور وہ کلمہ پڑھ لیں۔</w:t>
      </w:r>
    </w:p>
    <w:p>
      <w:r>
        <w:rPr>
          <w:b/>
        </w:rPr>
        <w:t xml:space="preserve">[58:57] </w:t>
      </w:r>
      <w:r>
        <w:t>yeh hamara nishana nahi hai. yeh hamara nishana nahi hai ke in ke dilon ko badal dein, in se kalma parhwa dein.</w:t>
      </w:r>
    </w:p>
    <w:p>
      <w:pPr>
        <w:jc w:val="right"/>
      </w:pPr>
      <w:r>
        <w:t>یہ ہمارا نشانہ نہیں ہے۔ یہ ہمارا نشانہ نہیں ہے کہ ان کے دلوں کو بدل دیں، ان سے کلمہ پڑھوا دیں۔</w:t>
      </w:r>
    </w:p>
    <w:p>
      <w:r>
        <w:rPr>
          <w:b/>
        </w:rPr>
        <w:t xml:space="preserve">[59:05] </w:t>
      </w:r>
      <w:r>
        <w:t>nahi, gharon mein pohncha dein, gharon mein. gharon mein pohnchanay ke mani ke jahan insaan rehte hain, wahan woh pohnch jaye. aaj to insaan, aap dekhein, har jagah yaani milte hain aap ko insaan.</w:t>
      </w:r>
    </w:p>
    <w:p>
      <w:pPr>
        <w:jc w:val="right"/>
      </w:pPr>
      <w:r>
        <w:t>نہیں، گھروں میں پہنچا دیں، گھروں میں۔ گھروں میں پہنچانے کے معنی کہ جہاں انسان رہتے ہیں، وہاں وہ پہنچ جائے۔ آج تو انسان، آپ دیکھیں، ہر جگہ یعنی ملتے ہیں آپ کو انسان۔</w:t>
      </w:r>
    </w:p>
    <w:p>
      <w:r>
        <w:rPr>
          <w:b/>
        </w:rPr>
        <w:t xml:space="preserve">[59:21] </w:t>
      </w:r>
      <w:r>
        <w:t>saari duniya mein aik mobility hai, yahan se wahan insaan aa ja rahe hain, ja rahe hain, har jagah. to aap ko safar kar ke janay ki zaroorat nahi hai falan jagah.</w:t>
      </w:r>
    </w:p>
    <w:p>
      <w:pPr>
        <w:jc w:val="right"/>
      </w:pPr>
      <w:r>
        <w:t>ساری دنیا میں ایک موبیلٹی ہے، یہاں سے وہاں انسان آ جا رہے ہیں، جا رہے ہیں، ہر جگہ۔ تو آپ کو سفر کر کے جانے کی ضرورت نہیں ہے فلاں جگہ۔</w:t>
      </w:r>
    </w:p>
    <w:p>
      <w:r>
        <w:rPr>
          <w:b/>
        </w:rPr>
        <w:t xml:space="preserve">[59:31] </w:t>
      </w:r>
      <w:r>
        <w:t>khud duniya ke log har jagah aa rahe hain.</w:t>
      </w:r>
    </w:p>
    <w:p>
      <w:pPr>
        <w:jc w:val="right"/>
      </w:pPr>
      <w:r>
        <w:t>خود دنیا کے لوگ ہر جگہ آ رہے ہیں۔</w:t>
      </w:r>
    </w:p>
    <w:p>
      <w:r>
        <w:rPr>
          <w:b/>
        </w:rPr>
        <w:t xml:space="preserve">[59:34] </w:t>
      </w:r>
      <w:r>
        <w:t>kahin siyah ke roop mein, kahin taajir ke roop mein, kahin talib ilm ke roop mein, kahin kisi roop mein. to hum ko pohnchaiye. to yeh hadith jo hai, yeh batati hai ke dilon mein utarna yeh aap ka nishana nahi hai.</w:t>
      </w:r>
    </w:p>
    <w:p>
      <w:pPr>
        <w:jc w:val="right"/>
      </w:pPr>
      <w:r>
        <w:t>کہیں سیاح کے روپ میں، کہیں تاجر کے روپ میں، کہیں طالب علم کے روپ میں، کہیں کسی روپ میں۔ تو ہم کو پہنچائیے۔ تو یہ حدیث جو ہے، یہ بتاتی ہے کہ دلوں میں اتارنا یہ آپ کا نشانہ نہیں ہے۔</w:t>
      </w:r>
    </w:p>
    <w:p>
      <w:r>
        <w:rPr>
          <w:b/>
        </w:rPr>
        <w:t xml:space="preserve">[59:46] </w:t>
      </w:r>
      <w:r>
        <w:t>balkeh Allah ke word, word ko logon ko un ke haath mein pohnch jaye, yeh aap ka nishana hai. h</w:t>
      </w:r>
    </w:p>
    <w:p>
      <w:pPr>
        <w:jc w:val="right"/>
      </w:pPr>
      <w:r>
        <w:t>بلکہ اللہ کے ورڈ، ورڈ کو لوگوں کو ان کے ہاتھ میں پہنچ جائے، یہ آپ کا نشانہ ہے۔ ہ</w:t>
      </w:r>
    </w:p>
    <w:p>
      <w:r>
        <w:rPr>
          <w:b/>
        </w:rPr>
        <w:t xml:space="preserve">[59:54] </w:t>
      </w:r>
      <w:r>
        <w:t>r zaban mein is ke tarjume, tarjume, har zaban mein umda tarjume kar ke un ko pohnchaiye. aur aur jo doosre literature hain, un ko mein kehta hoon supporting literature.</w:t>
      </w:r>
    </w:p>
    <w:p>
      <w:pPr>
        <w:jc w:val="right"/>
      </w:pPr>
      <w:r>
        <w:t>ر زبان میں اس کے ترجمے، ترجمے، ہر زبان میں عمدہ ترجمے کر کے ان کو پہنچائیے۔ اور اور جو دوسرے لٹریچر ہیں، ان کو میں کہتا ہوں سپورٹنگ لٹریچر۔</w:t>
      </w:r>
    </w:p>
    <w:p>
      <w:r>
        <w:rPr>
          <w:b/>
        </w:rPr>
        <w:t xml:space="preserve">[1:00:06] </w:t>
      </w:r>
      <w:r>
        <w:t>supporting literature. is ke sath sath hamein zaroorat hai ke hum un ko aaj supporting literature bhi dein taake woh is ko, un ko samajhna un ke liye asan ho jaye.</w:t>
      </w:r>
    </w:p>
    <w:p>
      <w:pPr>
        <w:jc w:val="right"/>
      </w:pPr>
      <w:r>
        <w:t>سپورٹنگ لٹریچر۔ اس کے ساتھ ساتھ ہمیں ضرورت ہے کہ ہم ان کو آج سپورٹنگ لٹریچر بھی دیں تاکہ وہ اس کو، ان کو سمجھنا ان کے لیے آسان ہو جائے۔</w:t>
      </w:r>
    </w:p>
    <w:p>
      <w:r>
        <w:rPr>
          <w:b/>
        </w:rPr>
        <w:t xml:space="preserve">[1:00:17] </w:t>
      </w:r>
      <w:r>
        <w:t>yeh to quran o hadith se yeh nishana sabit hai.</w:t>
      </w:r>
    </w:p>
    <w:p>
      <w:pPr>
        <w:jc w:val="right"/>
      </w:pPr>
      <w:r>
        <w:t>یہ تو قرآن و حدیث سے یہ نشانہ ثابت ہے۔</w:t>
      </w:r>
    </w:p>
    <w:p>
      <w:r>
        <w:rPr>
          <w:b/>
        </w:rPr>
        <w:t xml:space="preserve">[1:00:20] </w:t>
      </w:r>
      <w:r>
        <w:t>is mein kisi kisi ko batane ki zaroorat nahi hai. quran o hadith se yeh nishana sabit hai ke jo word of god hai, us ko ghar ghar pohncha do.</w:t>
      </w:r>
    </w:p>
    <w:p>
      <w:pPr>
        <w:jc w:val="right"/>
      </w:pPr>
      <w:r>
        <w:t>اس میں کسی کسی کو بتانے کی ضرورت نہیں ہے۔ قرآن و حدیث سے یہ نشانہ ثابت ہے کہ جو ورڈ آف گاڈ ہے، اس کو گھر گھر پہنچا دو۔</w:t>
      </w:r>
    </w:p>
    <w:p>
      <w:r>
        <w:rPr>
          <w:b/>
        </w:rPr>
        <w:t xml:space="preserve">[1:00:29] </w:t>
      </w:r>
      <w:r>
        <w:t>logon tak pohncha do.</w:t>
      </w:r>
    </w:p>
    <w:p>
      <w:pPr>
        <w:jc w:val="right"/>
      </w:pPr>
      <w:r>
        <w:t>لوگوں تک پہنچا دو۔</w:t>
      </w:r>
    </w:p>
    <w:p>
      <w:r>
        <w:rPr>
          <w:b/>
        </w:rPr>
        <w:t xml:space="preserve">[1:00:35] </w:t>
      </w:r>
      <w:r>
        <w:t>aaj mujhe aik message mila. mr. reet balotra ke bhai hain, singapore mein rehte hain. to woh aik high post par hain, kisi company mein.</w:t>
      </w:r>
    </w:p>
    <w:p>
      <w:pPr>
        <w:jc w:val="right"/>
      </w:pPr>
      <w:r>
        <w:t>آج مجھے ایک میسج ملا۔ مسٹر ریت بلوترا کے بھائی ہیں، سنگاپور میں رہتے ہیں۔ تو وہ ایک ہائی پوسٹ پر ہیں، کسی کمپنی میں۔</w:t>
      </w:r>
    </w:p>
    <w:p>
      <w:r>
        <w:rPr>
          <w:b/>
        </w:rPr>
        <w:t xml:space="preserve">[1:00:47] </w:t>
      </w:r>
      <w:r>
        <w:t>to aik safar mein unhein aik mulaqat hui aik shakhs se. woh muslim hai aur woh kisi bari company mein hai.</w:t>
      </w:r>
    </w:p>
    <w:p>
      <w:pPr>
        <w:jc w:val="right"/>
      </w:pPr>
      <w:r>
        <w:t>تو ایک سفر میں انہیں ایک ملاقات ہوئی ایک شخص سے۔ وہ مسلم ہے اور وہ کسی بڑی کمپنی میں ہے۔</w:t>
      </w:r>
    </w:p>
    <w:p>
      <w:r>
        <w:rPr>
          <w:b/>
        </w:rPr>
        <w:t xml:space="preserve">[1:00:58] </w:t>
      </w:r>
      <w:r>
        <w:t>to us ko unhon ne quran ka tarjuma diya.</w:t>
      </w:r>
    </w:p>
    <w:p>
      <w:pPr>
        <w:jc w:val="right"/>
      </w:pPr>
      <w:r>
        <w:t>تو اس کو انہوں نے قرآن کا ترجمہ دیا۔</w:t>
      </w:r>
    </w:p>
    <w:p>
      <w:r>
        <w:rPr>
          <w:b/>
        </w:rPr>
        <w:t xml:space="preserve">[1:01:03] </w:t>
      </w:r>
      <w:r>
        <w:t>to usay bohat hi, bohat ziyada khush hua. us ne kaha ke mein mudaton se is mein tha ke lekin mujhe quran ka tarjuma nahi mil raha tha.</w:t>
      </w:r>
    </w:p>
    <w:p>
      <w:pPr>
        <w:jc w:val="right"/>
      </w:pPr>
      <w:r>
        <w:t>تو اسے بہت ہی، بہت زیادہ خوش ہوا۔ اس نے کہا کہ میں مدتوں سے اس میں تھا کہ لیکن مجھے قرآن کا ترجمہ نہیں مل رہا تھا۔</w:t>
      </w:r>
    </w:p>
    <w:p>
      <w:r>
        <w:rPr>
          <w:b/>
        </w:rPr>
        <w:t xml:space="preserve">[1:01:12] </w:t>
      </w:r>
      <w:r>
        <w:t>kyunke woh arabi, woh arabi zaban nahi janta tha woh. to is tarah ke beshumar roohein hain jo talash mein hain ke ke kya hai khuda-e-kitab.</w:t>
      </w:r>
    </w:p>
    <w:p>
      <w:pPr>
        <w:jc w:val="right"/>
      </w:pPr>
      <w:r>
        <w:t>کیونکہ وہ عربی، وہ عربی زبان نہیں جانتا تھا وہ۔ تو اس طرح کے بے شمار روحیں ہیں جو تلاش میں ہیں کہ کہ کیا ہے خدائے کتاب۔</w:t>
      </w:r>
    </w:p>
    <w:p>
      <w:r>
        <w:rPr>
          <w:b/>
        </w:rPr>
        <w:t xml:space="preserve">[1:01:23] </w:t>
      </w:r>
      <w:r>
        <w:t>is mein kya likha hai, woh hum janiye. to aap pohnchaiye logon ko. is logon ko pohnchaiye.</w:t>
      </w:r>
    </w:p>
    <w:p>
      <w:pPr>
        <w:jc w:val="right"/>
      </w:pPr>
      <w:r>
        <w:t>اس میں کیا لکھا ہے، وہ ہم جانیں۔ تو آپ پہنچائیے لوگوں کو۔ اس لوگوں کو پہنچائیے۔</w:t>
      </w:r>
    </w:p>
    <w:p>
      <w:r>
        <w:rPr>
          <w:b/>
        </w:rPr>
        <w:t xml:space="preserve">[1:01:30] </w:t>
      </w:r>
      <w:r>
        <w:t>to distribution of quran jo hai, woh main hai. aur baqi kitabein hain, un ki hesiyat supporting literature ki hai. is ke ilawa aap mil kar batayein.</w:t>
      </w:r>
    </w:p>
    <w:p>
      <w:pPr>
        <w:jc w:val="right"/>
      </w:pPr>
      <w:r>
        <w:t>تو ڈسٹریبیوشن آف قرآن جو ہے، وہ مین ہے۔ اور بقیہ کتابیں ہیں، ان کی حیثیت سپورٹنگ لٹریچر کی ہے۔ اس کے علاوہ آپ مل کر بتائیں۔</w:t>
      </w:r>
    </w:p>
    <w:p>
      <w:r>
        <w:rPr>
          <w:b/>
        </w:rPr>
        <w:t xml:space="preserve">[1:01:40] </w:t>
      </w:r>
      <w:r>
        <w:t>aap stage se batayein, woh woh aap kar sakte hain to kijiye. yeh to woh target hai jo har aadmi kar sakta hai. yaani gunga aur behra bhi kar sakta hai.</w:t>
      </w:r>
    </w:p>
    <w:p>
      <w:pPr>
        <w:jc w:val="right"/>
      </w:pPr>
      <w:r>
        <w:t>آپ اسٹیج سے بتائیں، وہ وہ آپ کر سکتے ہیں تو کیجیے۔ یہ تو وہ ٹارگٹ ہے جو ہر آدمی کر سکتا ہے۔ یعنی گونگا اور بہرا بھی کر سکتا ہے۔</w:t>
      </w:r>
    </w:p>
    <w:p>
      <w:r>
        <w:rPr>
          <w:b/>
        </w:rPr>
        <w:t xml:space="preserve">[1:01:51] </w:t>
      </w:r>
      <w:r>
        <w:t>baqi aap ko agar Allah ne salahiyat di hai to aap stage ko istemal kijiye, media ko istemal kijiye.</w:t>
      </w:r>
    </w:p>
    <w:p>
      <w:pPr>
        <w:jc w:val="right"/>
      </w:pPr>
      <w:r>
        <w:t>باقی آپ کو اگر اللہ نے صلاحیت دی ہے تو آپ اسٹیج کو استعمال کیجیے، میڈیا کو استعمال کیجیے۔</w:t>
      </w:r>
    </w:p>
    <w:p>
      <w:r>
        <w:rPr>
          <w:b/>
        </w:rPr>
        <w:t xml:space="preserve">[1:01:58] </w:t>
      </w:r>
      <w:r>
        <w:t>jo jitnay aur zyada kar saktay hain, kartay rahey. yeh to minimum, minimum. yeh distribution of quran jo hai, yeh minimum hai. is kay aagay to aap bohat kuch kar saktay hain.</w:t>
      </w:r>
    </w:p>
    <w:p>
      <w:pPr>
        <w:jc w:val="right"/>
      </w:pPr>
      <w:r>
        <w:t>جو جتنے اور زیادہ کر سکتے ہیں، کرتے رہیے۔ یہ تو منیمم، منیمم۔ یہ ڈسٹریبیوشن آف قرآن جو ہے، یہ منیمم ہے۔ اس کے آگے تو آپ بہت کچھ کر سکتے ہیں۔</w:t>
      </w:r>
    </w:p>
    <w:p>
      <w:r>
        <w:rPr>
          <w:b/>
        </w:rPr>
        <w:t xml:space="preserve">[1:02:08] </w:t>
      </w:r>
      <w:r>
        <w:t>aur kartay rahey, is mein koi aap ko rokne wala nahi hai.</w:t>
      </w:r>
    </w:p>
    <w:p>
      <w:pPr>
        <w:jc w:val="right"/>
      </w:pPr>
      <w:r>
        <w:t>اور کرتے رہیے، اس میں کوئی آپ کو روکنے والا نہیں ہے۔</w:t>
      </w:r>
    </w:p>
    <w:p>
      <w:r>
        <w:rPr>
          <w:b/>
        </w:rPr>
        <w:t xml:space="preserve">[1:02:15] </w:t>
      </w:r>
      <w:r>
        <w:t>maulana, agla sawal delhi se hai, miss nagma siddiqi ka</w:t>
      </w:r>
    </w:p>
    <w:p>
      <w:pPr>
        <w:jc w:val="right"/>
      </w:pPr>
      <w:r>
        <w:t>मौलाना, अगला सवाल दिल्ली से है, मिस नगमा सिद्दीकी का</w:t>
      </w:r>
    </w:p>
    <w:p>
      <w:r>
        <w:rPr>
          <w:b/>
        </w:rPr>
        <w:t xml:space="preserve">[1:02:19] </w:t>
      </w:r>
      <w:r>
        <w:t>unhon ne likha hai: "Moulana, when we think of the magnitude of our responsibility, we find ourselves unfit for it.</w:t>
      </w:r>
    </w:p>
    <w:p>
      <w:pPr>
        <w:jc w:val="right"/>
      </w:pPr>
      <w:r>
        <w:t>। उन्होंने लिखा है: "Moulana, when we think of the magnitude of our responsibility, we find ourselves unfit for it.</w:t>
      </w:r>
    </w:p>
    <w:p>
      <w:r>
        <w:rPr>
          <w:b/>
        </w:rPr>
        <w:t xml:space="preserve">[1:02:30] </w:t>
      </w:r>
      <w:r>
        <w:t>What should we do?" dekhen, yeh to soch sahi nahi hai. kyunkay quran mein hai kay "atqaw allah ma astata'tum, la yukallif allah illa asaa'tum" .</w:t>
      </w:r>
    </w:p>
    <w:p>
      <w:pPr>
        <w:jc w:val="right"/>
      </w:pPr>
      <w:r>
        <w:t>What should we do?" دیکھیں، یہ تو سوچ صحیح نہیں ہے۔ کیونکہ قرآن میں ہے کہ "اتقوا الله ما استطعتم، لا يكلف الله إلا أساءً" ۔</w:t>
      </w:r>
    </w:p>
    <w:p>
      <w:r>
        <w:rPr>
          <w:b/>
        </w:rPr>
        <w:t xml:space="preserve">[1:02:45] </w:t>
      </w:r>
      <w:r>
        <w:t>to aadmi ko, jo us ki capacity hai, us kay qadr karna hai.</w:t>
      </w:r>
    </w:p>
    <w:p>
      <w:pPr>
        <w:jc w:val="right"/>
      </w:pPr>
      <w:r>
        <w:t>تو آدمی کو، جو اس کی کپیسٹی ہے، اس کے بقدر کرنا ہے۔</w:t>
      </w:r>
    </w:p>
    <w:p>
      <w:r>
        <w:rPr>
          <w:b/>
        </w:rPr>
        <w:t xml:space="preserve">[1:02:53] </w:t>
      </w:r>
      <w:r>
        <w:t>magnitude ko mat dekhiye aap. apni capacity ko dekhiye. yeh galat soch hai kay aap magnitude ko dekhen. apni capacity ko dekhiye.</w:t>
      </w:r>
    </w:p>
    <w:p>
      <w:pPr>
        <w:jc w:val="right"/>
      </w:pPr>
      <w:r>
        <w:t>میگنیٹیوڈ کو مت دیکھیے آپ۔ اپنی کپیسٹی کو دیکھیے۔ یہ غلط سوچ ہے کہ آپ میگنیٹیوڈ کو دیکھیں۔ اپنی کپیسٹی کو دیکھیے۔</w:t>
      </w:r>
    </w:p>
    <w:p>
      <w:r>
        <w:rPr>
          <w:b/>
        </w:rPr>
        <w:t xml:space="preserve">[1:03:03] </w:t>
      </w:r>
      <w:r>
        <w:t>capacity mein agar aadmi kami nahi ki hai to allah ta'ala us ka muqabil qaul ban jayega. kis ki kya capacity hai?</w:t>
      </w:r>
    </w:p>
    <w:p>
      <w:pPr>
        <w:jc w:val="right"/>
      </w:pPr>
      <w:r>
        <w:t>کپیسٹی میں اگر آدمی کمی نہیں کی ہے تو اللہ تعالیٰ اس کا مقابل قول بن جائے گا۔ کس کی کیا کپیسٹی ہے؟</w:t>
      </w:r>
    </w:p>
    <w:p>
      <w:r>
        <w:rPr>
          <w:b/>
        </w:rPr>
        <w:t xml:space="preserve">[1:03:12] </w:t>
      </w:r>
      <w:r>
        <w:t>us ko arabi mein "us" kaha jata hai. "us". "us" yani capacity. bas mein kya hai? to apnay apnay bas mein jo hai, us ko dekhiye.</w:t>
      </w:r>
    </w:p>
    <w:p>
      <w:pPr>
        <w:jc w:val="right"/>
      </w:pPr>
      <w:r>
        <w:t>اس کو عربی میں "عُس" کہا جاتا ہے۔ "عُس"۔ "عُس" یعنی کپیسٹی۔ بس میں کیا ہے؟ تو اپنے اپنے بس میں جو ہے، اس کو دیکھیے۔</w:t>
      </w:r>
    </w:p>
    <w:p>
      <w:r>
        <w:rPr>
          <w:b/>
        </w:rPr>
        <w:t xml:space="preserve">[1:03:23] </w:t>
      </w:r>
      <w:r>
        <w:t>baqi kaam to zameen aasman tak phaila hua ho sakta hai. woh aap ki zimmedari nahi hai.</w:t>
      </w:r>
    </w:p>
    <w:p>
      <w:pPr>
        <w:jc w:val="right"/>
      </w:pPr>
      <w:r>
        <w:t>باقی کام تو زمین آسمان تک پھیلا ہوا ہو سکتا ہے۔ وہ آپ کی ذمہ داری نہیں ہے۔</w:t>
      </w:r>
    </w:p>
    <w:p>
      <w:r>
        <w:rPr>
          <w:b/>
        </w:rPr>
        <w:t xml:space="preserve">[1:03:32] </w:t>
      </w:r>
      <w:r>
        <w:t>maulana, agla sawal roorkee se kiya hai, sajid anwar</w:t>
      </w:r>
    </w:p>
    <w:p>
      <w:pPr>
        <w:jc w:val="right"/>
      </w:pPr>
      <w:r>
        <w:t>मौलाना, अगला सवाल रुड़की से किया है, साजिद अनवर</w:t>
      </w:r>
    </w:p>
    <w:p>
      <w:r>
        <w:rPr>
          <w:b/>
        </w:rPr>
        <w:t xml:space="preserve">[1:03:35] </w:t>
      </w:r>
      <w:r>
        <w:t>sahab ne. unhon ne likha hai: "In the quran it has been mentioned regarding a group of people who understood that they were doing right things in this life,</w:t>
      </w:r>
    </w:p>
    <w:p>
      <w:pPr>
        <w:jc w:val="right"/>
      </w:pPr>
      <w:r>
        <w:t>साहब ने। उन्होंने लिखा है: "In the Quran it has been mentioned regarding a group of people who understood that they were doingright things in this life,</w:t>
      </w:r>
    </w:p>
    <w:p>
      <w:r>
        <w:rPr>
          <w:b/>
        </w:rPr>
        <w:t xml:space="preserve">[1:03:48] </w:t>
      </w:r>
      <w:r>
        <w:t>but in fact they were following the wrong path, and as a result their acts would come to nothing on the day of judgment.</w:t>
      </w:r>
    </w:p>
    <w:p>
      <w:pPr>
        <w:jc w:val="right"/>
      </w:pPr>
      <w:r>
        <w:t>but in fact they were following the wrong path, and as a result their acts would come to nothing on the day of judgment.</w:t>
      </w:r>
    </w:p>
    <w:p>
      <w:r>
        <w:rPr>
          <w:b/>
        </w:rPr>
        <w:t xml:space="preserve">[1:04:00] </w:t>
      </w:r>
      <w:r>
        <w:t>Maulana, my question is: how can we save ourselves from being part of such a group and recognize that we are always on the right path?</w:t>
      </w:r>
    </w:p>
    <w:p>
      <w:pPr>
        <w:jc w:val="right"/>
      </w:pPr>
      <w:r>
        <w:t>Maulana, my question is: how can we save ourselves from being part of such a group and recognize that we are always on theright path?</w:t>
      </w:r>
    </w:p>
    <w:p>
      <w:r>
        <w:rPr>
          <w:b/>
        </w:rPr>
        <w:t xml:space="preserve">[1:04:12] </w:t>
      </w:r>
      <w:r>
        <w:t>Please advise." dekhen, yeh jo ayat hai quran ki, to us ko maujooda zamanay mein aap jo concept hai conditioning ka, usay samajh saktay hain.</w:t>
      </w:r>
    </w:p>
    <w:p>
      <w:pPr>
        <w:jc w:val="right"/>
      </w:pPr>
      <w:r>
        <w:t>Please advise." دیکھیں، یہ جو آیت ہے قرآن کی، تو اس کو موجودہ زمانے میں آپ جو کانسیپٹ ہے کنڈیشننگ کا، اسے سمجھ سکتے ہیں۔</w:t>
      </w:r>
    </w:p>
    <w:p>
      <w:r>
        <w:rPr>
          <w:b/>
        </w:rPr>
        <w:t xml:space="preserve">[1:04:30] </w:t>
      </w:r>
      <w:r>
        <w:t>yeh baat yani ab sabit ho chuki hai, jo researches hui hain insaan kay baray mein, kay paida hotay hi aadmi ki conditioning shuru ho jati hai.</w:t>
      </w:r>
    </w:p>
    <w:p>
      <w:pPr>
        <w:jc w:val="right"/>
      </w:pPr>
      <w:r>
        <w:t>یہ بات یعنی اب ثابت ہو چکی ہے، جو ریسرچز ہوئی ہیں انسان کے بارے میں، کہ پیدا ہوتے ہی آدمی کی کنڈیشننگ شروع ہو جاتی ہے۔</w:t>
      </w:r>
    </w:p>
    <w:p>
      <w:r>
        <w:rPr>
          <w:b/>
        </w:rPr>
        <w:t xml:space="preserve">[1:04:45] </w:t>
      </w:r>
      <w:r>
        <w:t>paida hotay hi. yahan tak kay yeh kaha jata hai kay maa kay pait mein hai, tab bhi us ki shuru ho jati hai conditioning.</w:t>
      </w:r>
    </w:p>
    <w:p>
      <w:pPr>
        <w:jc w:val="right"/>
      </w:pPr>
      <w:r>
        <w:t>پیدا ہوتے ہی۔ یہاں تک کہ یہ کہا جاتا ہے کہ ماں کے پیٹ میں ہے، تب بھی اس کی شروع ہو جاتی ہے کنڈیشننگ۔</w:t>
      </w:r>
    </w:p>
    <w:p>
      <w:r>
        <w:rPr>
          <w:b/>
        </w:rPr>
        <w:t xml:space="preserve">[1:04:55] </w:t>
      </w:r>
      <w:r>
        <w:t>is ka matlab kya hua? kay "Every man is a case of conditioning. Every woman is a case of conditioning, without any exception.</w:t>
      </w:r>
    </w:p>
    <w:p>
      <w:pPr>
        <w:jc w:val="right"/>
      </w:pPr>
      <w:r>
        <w:t>اس کا مطلب کیا ہوا؟ کہ "Every man is a case of conditioning. Every woman is a case of conditioning, without any exception.</w:t>
      </w:r>
    </w:p>
    <w:p>
      <w:r>
        <w:rPr>
          <w:b/>
        </w:rPr>
        <w:t xml:space="preserve">[1:05:05] </w:t>
      </w:r>
      <w:r>
        <w:t>" . to ab insaan ki pehli zimmedari kya hui? apnay ko decondition karna. apni conditioning ki deconditioning. yeh aap ki zimmedari hui.</w:t>
      </w:r>
    </w:p>
    <w:p>
      <w:pPr>
        <w:jc w:val="right"/>
      </w:pPr>
      <w:r>
        <w:t>"۔ تو اب انسان کی پہلی ذمہ داری کیا ہوئی؟ اپنے کو ڈی کنڈیشن کرنا۔ اپنی کنڈیشننگ کی ڈی کنڈیشننگ۔ یہ آپ کی ذمہ داری ہوئی۔</w:t>
      </w:r>
    </w:p>
    <w:p>
      <w:r>
        <w:rPr>
          <w:b/>
        </w:rPr>
        <w:t xml:space="preserve">[1:05:14] </w:t>
      </w:r>
      <w:r>
        <w:t>yeh pre iman yeh taqaza hai. pre marifat yeh taqaza hai. yeh to karni paray gi. yeh to test ka aik hissa hai.</w:t>
      </w:r>
    </w:p>
    <w:p>
      <w:pPr>
        <w:jc w:val="right"/>
      </w:pPr>
      <w:r>
        <w:t>یہ پری ایمان یہ تقاضا ہے۔ پری معرفت یہ تقاضا ہے۔ یہ تو کرنی پڑے گا۔ یہ تو ٹیسٹ کا ایک حصہ ہے۔</w:t>
      </w:r>
    </w:p>
    <w:p>
      <w:r>
        <w:rPr>
          <w:b/>
        </w:rPr>
        <w:t xml:space="preserve">[1:05:26] </w:t>
      </w:r>
      <w:r>
        <w:t>albatta agar aadmi ne apni conditioning ki sari koshishain kar dalin, sach much, phir bhi koi hissa, koi item reh gaya, conditioning ka reh gaya baqi, to allah maaf karega us ko.</w:t>
      </w:r>
    </w:p>
    <w:p>
      <w:pPr>
        <w:jc w:val="right"/>
      </w:pPr>
      <w:r>
        <w:t>البتہ اگر آدمی نے اپنی کنڈیشننگ کی ساری کوششیں کر ڈالیں، سچ مچ، پھر بھی کوئی حصہ، کوئی آئٹم رہ گیا، کنڈیشننگ کا رہ گیا باقی، تو اللہ معاف کرے گا اس کو۔</w:t>
      </w:r>
    </w:p>
    <w:p>
      <w:r>
        <w:rPr>
          <w:b/>
        </w:rPr>
        <w:t xml:space="preserve">[1:05:38] </w:t>
      </w:r>
      <w:r>
        <w:t>lekin aap ko koshish to karna hai. har aadmi ko yeh kaam karna hai kay woh apni conditioning ko toray. apni deconditioning karay.</w:t>
      </w:r>
    </w:p>
    <w:p>
      <w:pPr>
        <w:jc w:val="right"/>
      </w:pPr>
      <w:r>
        <w:t>لیکن آپ کو کوشش تو کرنا ہے۔ ہر آدمی کو یہ کام کرنا ہے کہ وہ اپنی کنڈیشننگ کو توڑے۔ اپنی ڈی کنڈیشننگ کرے۔</w:t>
      </w:r>
    </w:p>
    <w:p>
      <w:r>
        <w:rPr>
          <w:b/>
        </w:rPr>
        <w:t xml:space="preserve">[1:05:48] </w:t>
      </w:r>
      <w:r>
        <w:t>yeh zimmedari hai insaan ki. lazmi zimmedari hai. us se koi bach nahi sakta.</w:t>
      </w:r>
    </w:p>
    <w:p>
      <w:pPr>
        <w:jc w:val="right"/>
      </w:pPr>
      <w:r>
        <w:t>یہ ذمہ داری ہے انسان کی۔ لازمی ذمہ داری ہے۔ اس سے کوئی بچ نہیں سکتا۔</w:t>
      </w:r>
    </w:p>
    <w:p>
      <w:r>
        <w:rPr>
          <w:b/>
        </w:rPr>
        <w:t xml:space="preserve">[1:05:54] </w:t>
      </w:r>
      <w:r>
        <w:t>bachnay ka aik tareeqa sirf yeh hai kay koshish karnay kay bawajood agar kuch hissa baqi reh jaye conditioning ka, woh na tor pay, to wahan woh maaf kar diya jayega.</w:t>
      </w:r>
    </w:p>
    <w:p>
      <w:pPr>
        <w:jc w:val="right"/>
      </w:pPr>
      <w:r>
        <w:t>بچنے کا ایک طریقہ صرف یہ ہے کہ کوشش کرنے کے باوجود اگر کچھ حصہ باقی رہ جائے کنڈیشننگ کا، وہ نہ توڑ پائے، تو وہاں وہ معاف کر دیا جائے گا۔</w:t>
      </w:r>
    </w:p>
    <w:p>
      <w:r>
        <w:rPr>
          <w:b/>
        </w:rPr>
        <w:t xml:space="preserve">[1:06:06] </w:t>
      </w:r>
      <w:r>
        <w:t>lekin koshish na karay, yeh qabil e maafi nahi hai. koi bhi lame excuse us kay liye allah kay haan accept nahi hoga.</w:t>
      </w:r>
    </w:p>
    <w:p>
      <w:pPr>
        <w:jc w:val="right"/>
      </w:pPr>
      <w:r>
        <w:t>لیکن کوشش نہ کرے، یہ قابل معافی نہیں ہے۔ کوئی بھی لیم ایکسکیوز اس کے لیے اللہ کے ہاں ایکسیپٹ نہیں ہوگا۔</w:t>
      </w:r>
    </w:p>
    <w:p>
      <w:r>
        <w:rPr>
          <w:b/>
        </w:rPr>
        <w:t xml:space="preserve">[1:06:18] </w:t>
      </w:r>
      <w:r>
        <w:t>aur woh sab us ki, us jo jo samajhta hai, bator khud us ne ke hum yeh kar rahe hain, hum woh kar rahe hain, ke hum jahad kar rahe hain, hum islami nizam nafiz kar rahe hain, hum qanoon nafiz kar rahe hain, yeh sab habt ho jayega.</w:t>
      </w:r>
    </w:p>
    <w:p>
      <w:pPr>
        <w:jc w:val="right"/>
      </w:pPr>
      <w:r>
        <w:t>اور وہ سب اس کی، اس جو جو سمجھتا ہے، بطور خود اس نے کہ ہم یہ کر رہے ہیں، ہم وہ کر رہے ہیں، کہ ہم جہاد کر رہے ہیں، ہم اسلامی نظام نافذ کر رہے ہیں، ہم قانون نافذ کر رہے ہیں، یہ سب حبط ہو جائے گا۔</w:t>
      </w:r>
    </w:p>
    <w:p>
      <w:r>
        <w:rPr>
          <w:b/>
        </w:rPr>
        <w:t xml:space="preserve">[1:06:29] </w:t>
      </w:r>
      <w:r>
        <w:t>habt. kyunke conditioning todi nahi, aur isi conditioning ke tehat khud hi khud tarah tarah ke khud sakhta karname dikhate rahe, woh Allah ke haan qabool nahi hoga.</w:t>
      </w:r>
    </w:p>
    <w:p>
      <w:pPr>
        <w:jc w:val="right"/>
      </w:pPr>
      <w:r>
        <w:t>حبط۔ کیونکہ کنڈیشننگ توڑی نہیں، اور اسی کنڈیشننگ کے تحت خود ہی خود طرح طرح کے خود ساختہ کارنامے دکھاتے رہے، وہ اللہ کے ہاں قبول نہیں ہوگا۔</w:t>
      </w:r>
    </w:p>
    <w:p>
      <w:r>
        <w:rPr>
          <w:b/>
        </w:rPr>
        <w:t xml:space="preserve">[1:06:45] </w:t>
      </w:r>
      <w:r>
        <w:t>to khulasa yeh hai ke aadmi ki, har insan ki pehli yani zimmedari hai ke woh apni conditioning ko tode.</w:t>
      </w:r>
    </w:p>
    <w:p>
      <w:pPr>
        <w:jc w:val="right"/>
      </w:pPr>
      <w:r>
        <w:t>تو خلاصہ یہ ہے کہ آدمی کی، ہر انسان کی پہلی یعنی ذمہ داری ہے کہ وہ اپنی کنڈیشننگ کو توڑے۔</w:t>
      </w:r>
    </w:p>
    <w:p>
      <w:r>
        <w:rPr>
          <w:b/>
        </w:rPr>
        <w:t xml:space="preserve">[1:06:54] </w:t>
      </w:r>
      <w:r>
        <w:t>yeh pehli zimmedari hai. is se, is se koi, koi bhi insan is se bach nahi sakta.</w:t>
      </w:r>
    </w:p>
    <w:p>
      <w:pPr>
        <w:jc w:val="right"/>
      </w:pPr>
      <w:r>
        <w:t>یہ پہلی ذمہ داری ہے۔ اس سے، اس سے کوئی، کوئی بھی انسان اس سے بچ نہیں سکتا۔</w:t>
      </w:r>
    </w:p>
    <w:p>
      <w:r>
        <w:rPr>
          <w:b/>
        </w:rPr>
        <w:t xml:space="preserve">[1:07:01] </w:t>
      </w:r>
      <w:r>
        <w:t>maulana, agla sawal kiya hai muhammad yaqoob sahib ne haiderabad</w:t>
      </w:r>
    </w:p>
    <w:p>
      <w:pPr>
        <w:jc w:val="right"/>
      </w:pPr>
      <w:r>
        <w:t>मौलाना, अगला सवाल किया है محمد یعقوب صاحب نے حیدرآب</w:t>
      </w:r>
    </w:p>
    <w:p>
      <w:r>
        <w:rPr>
          <w:b/>
        </w:rPr>
        <w:t xml:space="preserve">[1:07:06] </w:t>
      </w:r>
      <w:r>
        <w:t>se. unhone likha hai: "maulana, ek sahib ne kaha: jisko hum qayamat kehte hain aur is se darate hain, in tamam mushkilat ko door karne ke liye projects banaye ja rahe hain, jis se bacha jayega.</w:t>
      </w:r>
    </w:p>
    <w:p>
      <w:pPr>
        <w:jc w:val="right"/>
      </w:pPr>
      <w:r>
        <w:t>اد سے۔ انہوں نے لکھا ہے: "مولانا، ایک صاحب نے کہا: जिसको हम قیامت کہتے ہیں اور اس سے ڈراتے ہیں، ان تمام مشکلات کو دور کرنے کے لیے پروجیکٹس بنائے جا رہے ہیں، جس سے بچا جائے گا۔</w:t>
      </w:r>
    </w:p>
    <w:p>
      <w:r>
        <w:rPr>
          <w:b/>
        </w:rPr>
        <w:t xml:space="preserve">[1:07:23] </w:t>
      </w:r>
      <w:r>
        <w:t>aisi surat mein hum kaise inzar karein?" nahi, nahi, aisa bilkul alag baat hai. kahan bachaya ja raha hai, banaya ja raha hai, kahan project hai?</w:t>
      </w:r>
    </w:p>
    <w:p>
      <w:pPr>
        <w:jc w:val="right"/>
      </w:pPr>
      <w:r>
        <w:t>ایسی صورت میں ہم کیسے انظار کریں؟" نہیں، نہیں، ایسا بالکل الگ بات ہے۔ کہاں بچایا جا رہا ہے، بنایا جا رہا ہے، کہاں پروجیکٹ ہے؟</w:t>
      </w:r>
    </w:p>
    <w:p>
      <w:r>
        <w:rPr>
          <w:b/>
        </w:rPr>
        <w:t xml:space="preserve">[1:07:34] </w:t>
      </w:r>
      <w:r>
        <w:t>koi bhi bataye, is ka naam bataye.</w:t>
      </w:r>
    </w:p>
    <w:p>
      <w:pPr>
        <w:jc w:val="right"/>
      </w:pPr>
      <w:r>
        <w:t>کوئی بھی بتائے، اس کا نام بتائیے۔</w:t>
      </w:r>
    </w:p>
    <w:p>
      <w:r>
        <w:rPr>
          <w:b/>
        </w:rPr>
        <w:t xml:space="preserve">[1:07:37] </w:t>
      </w:r>
      <w:r>
        <w:t>misal ke taur par ek cheez mein deta hoon aap ko misal. stephen hawking ne ek tajweez pesh ki hai ke ab yeh zameen rehne qabil nahi hogi, to hamein space colonies banana chahiye.</w:t>
      </w:r>
    </w:p>
    <w:p>
      <w:pPr>
        <w:jc w:val="right"/>
      </w:pPr>
      <w:r>
        <w:t>مثال کے طور پر ایک چیز میں دیتا ہوں آپ کو مثال۔ اسٹیفن ہاکنگ نے ایک تجویز پیش کی ہے کہ اب یہ زمین رہنے قابل نہیں ہوگی، تو ہمیں اسپیس کالونیز بنانا چاہیے۔</w:t>
      </w:r>
    </w:p>
    <w:p>
      <w:r>
        <w:rPr>
          <w:b/>
        </w:rPr>
        <w:t xml:space="preserve">[1:07:54] </w:t>
      </w:r>
      <w:r>
        <w:t>yeh to ek joke hai. yeh khud washa bhi janta hai, stephen hawking bhi janta hai ke aasman mein hum banayenge to wahan kahan se pani layen, kahan se khana layen, kahan se oxygen layen.</w:t>
      </w:r>
    </w:p>
    <w:p>
      <w:pPr>
        <w:jc w:val="right"/>
      </w:pPr>
      <w:r>
        <w:t>یہ تو ایک جوک ہے۔ یہ خود واشا بھی جانتا ہے، اسٹیفن ہاکنگ بھی جانتا ہے کہ آسمان میں ہم بنائیں گے تو وہاں کہاں سے پانی لائیں، کہاں سے کھانا لائیں، کہاں سے آکسیجن لائیں گے۔</w:t>
      </w:r>
    </w:p>
    <w:p>
      <w:r>
        <w:rPr>
          <w:b/>
        </w:rPr>
        <w:t xml:space="preserve">[1:08:04] </w:t>
      </w:r>
      <w:r>
        <w:t>rocket to aap bhej sakte hain, lekin living insan ko wahan par rehne ka intezam karna yeh impossible hai. yeh to joke hai. yeh jo log intezam baatein kar rahe hain, woh to woh, woh joke ko aap waqai samajh liya aap ne?</w:t>
      </w:r>
    </w:p>
    <w:p>
      <w:pPr>
        <w:jc w:val="right"/>
      </w:pPr>
      <w:r>
        <w:t>راکٹ تو آپ بھیج سکتے ہیں، لیکن لیونگ انسان کو وہاں پر رہنے کا انتظام کرنا یہ امپاسیبل ہے۔ یہ تو جوک ہے۔ یہ جو لوگ انتظام باتیں کر رہے ہیں، وہ تو وہ، وہ جوک کو آپ واقعی سمجھ لیا آپ نے؟</w:t>
      </w:r>
    </w:p>
    <w:p>
      <w:r>
        <w:rPr>
          <w:b/>
        </w:rPr>
        <w:t xml:space="preserve">[1:08:16] </w:t>
      </w:r>
      <w:r>
        <w:t>aur ek sawal qaim kar diya aap ne. koi mujhe bataye, agle sunday ko mujhe bataye ke woh kaun sa intezam hai jo waqatan feasible hai, woh mujhe bataya jaye agle sunday ko.</w:t>
      </w:r>
    </w:p>
    <w:p>
      <w:pPr>
        <w:jc w:val="right"/>
      </w:pPr>
      <w:r>
        <w:t>اور ایک سوال قائم کر دیا آپ نے۔ کوئی مجھے بتائے، اگلے سنڈے کو مجھے بتائے کہ وہ کون سا انتظام ہے جو واقعتاً فیزیبل ہے، وہ مجھے بتایا جائے اگلے سنڈے کو۔</w:t>
      </w:r>
    </w:p>
    <w:p>
      <w:r>
        <w:rPr>
          <w:b/>
        </w:rPr>
        <w:t xml:space="preserve">[1:08:28] </w:t>
      </w:r>
      <w:r>
        <w:t>yeh bilkul joke ki baatein hain. stephen hawking ne jo kaha hai, woh joke hai. joke. woh scientific joke hai. woh</w:t>
      </w:r>
    </w:p>
    <w:p>
      <w:pPr>
        <w:jc w:val="right"/>
      </w:pPr>
      <w:r>
        <w:t>یہ بالکل جوک کی باتیں ہیں۔ اسٹیفن ہاکنگ نے جو کہا ہے، وہ جوک ہے۔ جوک۔ وہ سائنٹیفک جوک ہے۔ وہ</w:t>
      </w:r>
    </w:p>
    <w:p>
      <w:r>
        <w:rPr>
          <w:b/>
        </w:rPr>
        <w:t xml:space="preserve">[1:08:33] </w:t>
      </w:r>
      <w:r>
        <w:t>, woh koi haqeeqat nahi hai. woh space colonies banayi jayen. bilkul. koi, koi surprise nahi hai is ka. har scientist janta hai ke space colony banana bilkul impossible hai.</w:t>
      </w:r>
    </w:p>
    <w:p>
      <w:pPr>
        <w:jc w:val="right"/>
      </w:pPr>
      <w:r>
        <w:t>، وہ کوئی حقیقت نہیں ہے۔ وہ اسپیس کالونیز بنائی جائیں۔ بالکل۔ کوئی، کوئی سرپر نہیں ہے اس کا۔ ہر سائنٹسٹ جانتا ہے کہ اسپیس کالونی بنانا بالکل امپاسیبل ہے۔</w:t>
      </w:r>
    </w:p>
    <w:p>
      <w:r>
        <w:rPr>
          <w:b/>
        </w:rPr>
        <w:t xml:space="preserve">[1:08:45] </w:t>
      </w:r>
      <w:r>
        <w:t>impossible hai.</w:t>
      </w:r>
    </w:p>
    <w:p>
      <w:pPr>
        <w:jc w:val="right"/>
      </w:pPr>
      <w:r>
        <w:t>امپاسیبل ہے۔</w:t>
      </w:r>
    </w:p>
    <w:p>
      <w:r>
        <w:rPr>
          <w:b/>
        </w:rPr>
        <w:t xml:space="preserve">[1:08:49] </w:t>
      </w:r>
      <w:r>
        <w:t>maulana, agla sawal delhi se kiya hai miss tuti malhotra ne. unhone likha hai: "It is said that man gets glimpses of paradise when he does Dawa work</w:t>
      </w:r>
    </w:p>
    <w:p>
      <w:pPr>
        <w:jc w:val="right"/>
      </w:pPr>
      <w:r>
        <w:t>मौलाना, अगला सवाल दिल्ली سے کیا ہے مس توتی ملہوترا نے۔ انہوں نے لکھا ہے: "It is said that man gets glimpses of paradise when he does Dawa work</w:t>
      </w:r>
    </w:p>
    <w:p>
      <w:r>
        <w:rPr>
          <w:b/>
        </w:rPr>
        <w:t xml:space="preserve">[1:09:02] </w:t>
      </w:r>
      <w:r>
        <w:t>, but is it that man gets glimpses of hell when he does evil? Please comment." glimpse ki jo baat hai, to is dhang par to mein nahi keh sakta ke aadmi jab koi burai kar raha hai to woh glimpse us ke dekhega.</w:t>
      </w:r>
    </w:p>
    <w:p>
      <w:pPr>
        <w:jc w:val="right"/>
      </w:pPr>
      <w:r>
        <w:t>, but is it that man gets glimpses of hell when he does evil? Please comment." گلمپس کی جو بات ہے، تو اس ڈھنگ پر تو میں نہیں کہہ سکتا کہ آدمی جب کوئی برائی کر رہا ہے تو وہ گلمپس اس کے دیکھے گا۔</w:t>
      </w:r>
    </w:p>
    <w:p>
      <w:r>
        <w:rPr>
          <w:b/>
        </w:rPr>
        <w:t xml:space="preserve">[1:09:19] </w:t>
      </w:r>
      <w:r>
        <w:t>lekin ek aur tareeqe se hadith mein aaya hai, yeh ke "إن شدة الحر من فح جہنم" ।</w:t>
      </w:r>
    </w:p>
    <w:p>
      <w:pPr>
        <w:jc w:val="right"/>
      </w:pPr>
      <w:r>
        <w:t>لیکن ایک اور طریقے سے حدیث میں آیا ہے، یہ کہ "إن شدة الحر من فح جہنم" ۔</w:t>
      </w:r>
    </w:p>
    <w:p>
      <w:r>
        <w:rPr>
          <w:b/>
        </w:rPr>
        <w:t xml:space="preserve">[1:09:30] </w:t>
      </w:r>
      <w:r>
        <w:t>yeh jo garmi hoti hai, is mein sakht garmi hoti hai. aadmi pareshan ho jata hai. to is ko le kar yeh hadith hai ke "إن شدة الحر من فح جہنم" ।</w:t>
      </w:r>
    </w:p>
    <w:p>
      <w:pPr>
        <w:jc w:val="right"/>
      </w:pPr>
      <w:r>
        <w:t>یہ جو گرمی ہوتی ہے، اس میں سخت گرمی ہوتی ہے۔ آدمی پریشان ہو جاتا ہے۔ تو اس کو لے کر یہ حدیث ہے کہ "إن شدة الحر من فح جہنم" ۔</w:t>
      </w:r>
    </w:p>
    <w:p>
      <w:r>
        <w:rPr>
          <w:b/>
        </w:rPr>
        <w:t xml:space="preserve">[1:09:40] </w:t>
      </w:r>
      <w:r>
        <w:t>yani mausam, garmi ke mausam mein jo shadeed garmi hoti hai, woh, woh jahannum ki phoonk se hoti hai.</w:t>
      </w:r>
    </w:p>
    <w:p>
      <w:pPr>
        <w:jc w:val="right"/>
      </w:pPr>
      <w:r>
        <w:t>یعنی موسم، گرمی کے موسم میں جو شدید گرمی ہوتی ہے، وہ، وہ جہنم کی پھونک سے ہوتی ہے۔</w:t>
      </w:r>
    </w:p>
    <w:p>
      <w:r>
        <w:rPr>
          <w:b/>
        </w:rPr>
        <w:t xml:space="preserve">[1:09:50] </w:t>
      </w:r>
      <w:r>
        <w:t>to is ka yeh matlab nahi ke jahannum phoonk, koi, yani koi, yani koi janwar hai, ajdaha hai, phoonkta hai to garmi aa jati hai.</w:t>
      </w:r>
    </w:p>
    <w:p>
      <w:pPr>
        <w:jc w:val="right"/>
      </w:pPr>
      <w:r>
        <w:t>تو اس کا یہ مطلب نہیں کہ جہنم پھونک، کوئی، یعنی کوئی، یعنی کوئی جانور ہے، اجدہا ہے، پھونکتا ہے تو گرمی آ جاتی ہے۔</w:t>
      </w:r>
    </w:p>
    <w:p>
      <w:r>
        <w:rPr>
          <w:b/>
        </w:rPr>
        <w:t xml:space="preserve">[1:10:00] </w:t>
      </w:r>
      <w:r>
        <w:t>yeh matlab nahi hai. yani is ka matlab yeh hai ke tum garmi ki shiddat ko dekh kar jahannum ki shiddat ka tasawwur kar sakte ho.</w:t>
      </w:r>
    </w:p>
    <w:p>
      <w:pPr>
        <w:jc w:val="right"/>
      </w:pPr>
      <w:r>
        <w:t>یہ مطلب نہیں ہے۔ یعنی اس کا مطلب یہ ہے کہ تم گرمی کی شدت کو دیکھ کر جہنم کی شدت کا تصور کر سکتے ہو۔</w:t>
      </w:r>
    </w:p>
    <w:p>
      <w:r>
        <w:rPr>
          <w:b/>
        </w:rPr>
        <w:t xml:space="preserve">[1:10:11] </w:t>
      </w:r>
      <w:r>
        <w:t>yani is ka matlab yeh hai ke garmi ki shiddat jahannum ko understandable banati hai. yeh matlab is hadith ka hai.</w:t>
      </w:r>
    </w:p>
    <w:p>
      <w:pPr>
        <w:jc w:val="right"/>
      </w:pPr>
      <w:r>
        <w:t>یعنی اس کا مطلب یہ ہے کہ گرمی کی شدت جہنم کو انڈرسٹینڈیبل بناتی ہے۔ یہ مطلب اس حدیث کا ہے۔</w:t>
      </w:r>
    </w:p>
    <w:p>
      <w:r>
        <w:rPr>
          <w:b/>
        </w:rPr>
        <w:t xml:space="preserve">[1:10:22] </w:t>
      </w:r>
      <w:r>
        <w:t>garmi ki shiddat ka jo tajurba hota hai insan ko, us se jahannum ka mamla aadmi ke liye understandable ho jata hai. yeh, yeh aaya hai hadith mein.</w:t>
      </w:r>
    </w:p>
    <w:p>
      <w:pPr>
        <w:jc w:val="right"/>
      </w:pPr>
      <w:r>
        <w:t>گرمی کی شدت کا جو تجربہ ہوتا ہے انسان کو، اس سے جہنم کا معاملہ آدمی کے لیے انڈرسٹینڈیبل ہو جاتا ہے۔ یہ، یہ آیا ہے حدیث میں۔</w:t>
      </w:r>
    </w:p>
    <w:p>
      <w:r>
        <w:rPr>
          <w:b/>
        </w:rPr>
        <w:t xml:space="preserve">[1:10:32] </w:t>
      </w:r>
      <w:r>
        <w:t>ab is se aap ka sawal ka jawab hota hai ya nahi hota hai, aap samajh sakte hain. maulana, agla sawal kiya hai tamil nadu se</w:t>
      </w:r>
    </w:p>
    <w:p>
      <w:pPr>
        <w:jc w:val="right"/>
      </w:pPr>
      <w:r>
        <w:t>اب اس سے آپ کا سوال کا جواب ہوتا ہے یا نہیں ہوتا ہے، آپ سمجھ سکتے ہیں۔ मौलाना, अगला सवाल کیا ہے تمل ناڈو سے</w:t>
      </w:r>
    </w:p>
    <w:p>
      <w:r>
        <w:rPr>
          <w:b/>
        </w:rPr>
        <w:t xml:space="preserve">[1:10:42] </w:t>
      </w:r>
      <w:r>
        <w:t>maulana iqbal umri ne. unhon ne likha hai: "maulana, ek sahab ne kaha ke sare problem ka solution islam ne diya hai. agar islami hukoomat aa jaye to problem free dunya banana mumkin hai. maulana, aisa kehna kahan tak sahi hai?" sahi ka be buniyad hai.</w:t>
      </w:r>
    </w:p>
    <w:p>
      <w:pPr>
        <w:jc w:val="right"/>
      </w:pPr>
      <w:r>
        <w:t>مولانا اقبال عمری نے۔ انہوں نے لکھا ہے: "مولانا، एक साहब ने कहा कि सारे प्रॉब्लम का सलूशन इस्लाम ने दिया है। अगर इस्लामी हुकूमत आ जाए तो प्रॉब्लम फ्री दुनिया बनाना मुमकिन है। मौलाना, ऐसा कहना کہاں तक सही है?" صحیح کا بے بنیاد ہے۔</w:t>
      </w:r>
    </w:p>
    <w:p>
      <w:r>
        <w:rPr>
          <w:b/>
        </w:rPr>
        <w:t xml:space="preserve">[1:11:04] </w:t>
      </w:r>
      <w:r>
        <w:t>sab se pehle is ayat ko batayein woh. quran ki is ayat ko batayein.</w:t>
      </w:r>
    </w:p>
    <w:p>
      <w:pPr>
        <w:jc w:val="right"/>
      </w:pPr>
      <w:r>
        <w:t>سب سے پہلے اس آیت کو بتائیں وہ۔ قرآن کی اس آیت کو بتائیں۔</w:t>
      </w:r>
    </w:p>
    <w:p>
      <w:r>
        <w:rPr>
          <w:b/>
        </w:rPr>
        <w:t xml:space="preserve">[1:11:10] </w:t>
      </w:r>
      <w:r>
        <w:t>yeh to bilkul ek be sarpar ki baatein hain yeh sab. ek ayat batayein jis mein likha ho ke tamam dunya ke masail ka hal quran mein hai aur quran ki hukoomat qaim karo to bas sare masail hal ho jayenge.</w:t>
      </w:r>
    </w:p>
    <w:p>
      <w:pPr>
        <w:jc w:val="right"/>
      </w:pPr>
      <w:r>
        <w:t>یہ تو بالکل ایک بے سرپر کی باتیں ہیں یہ سب۔ ایک آیت بتائیں جس میں لکھا ہو کہ تمام دنیا کے مسائل کا حل قرآن میں ہے اور قرآن کی حکومت قائم کرو تو بس سارے مسائل حل ہو جائیں گے۔</w:t>
      </w:r>
    </w:p>
    <w:p>
      <w:r>
        <w:rPr>
          <w:b/>
        </w:rPr>
        <w:t xml:space="preserve">[1:11:23] </w:t>
      </w:r>
      <w:r>
        <w:t>kahan likha hua hai quran mein? yeh to khud sakhta baatein hain. is mauzu par jitni bhi kitabein aur mazameen jo maine padhe hain, woh sirf bayania andaaz mein hote hain.</w:t>
      </w:r>
    </w:p>
    <w:p>
      <w:pPr>
        <w:jc w:val="right"/>
      </w:pPr>
      <w:r>
        <w:t>کہاں لکھا ہوا ہے قرآن میں؟ یہ تو خود ساختہ باتیں ہیں۔ اس موضوع پر جتنی بھی کتابیں اور مضامین جو میں نے پڑھے ہیں، وہ صرف بیانیہ انداز میں ہوتے ہیں۔</w:t>
      </w:r>
    </w:p>
    <w:p>
      <w:r>
        <w:rPr>
          <w:b/>
        </w:rPr>
        <w:t xml:space="preserve">[1:11:31] </w:t>
      </w:r>
      <w:r>
        <w:t>bayania. is mein na koi fact hote hain, na koi analysis hota hai, na koi is ka, yani jis ko maine kaha tha,</w:t>
      </w:r>
    </w:p>
    <w:p>
      <w:pPr>
        <w:jc w:val="right"/>
      </w:pPr>
      <w:r>
        <w:t>بیانیہ۔ اس میں نہ کوئی فیکٹ ہوتے ہیں، نہ کوئی انالیسز ہوتا ہے، نہ کوئی اس کا، یعنی جس کو میں نے کہا تھا،</w:t>
      </w:r>
    </w:p>
    <w:p>
      <w:r>
        <w:rPr>
          <w:b/>
        </w:rPr>
        <w:t xml:space="preserve">[1:11:40] </w:t>
      </w:r>
      <w:r>
        <w:t>yani well structured model koi hota. jaise pichle is mein maine bataya tha aap ko ke ek arab aaye the hamare paas to maine un se kaha ke bahut mashhoor kitab hai syed qutb ki "al-adalat al-ijtima'iyah fi al-islam" .</w:t>
      </w:r>
    </w:p>
    <w:p>
      <w:pPr>
        <w:jc w:val="right"/>
      </w:pPr>
      <w:r>
        <w:t>یعنی ویل اسٹرکچرڈ ماڈل کوئی ہوتا۔ جیسے پچھلے اس میں میں بتایا تھا آپ کو کہ ایک عرب آئے تھے ہمارے پاس تو میں نے ان سے کہا کہ بہت مشہور کتاب ہے سید قطب کی "العدالة الاجتماعية في الاسلام" ۔</w:t>
      </w:r>
    </w:p>
    <w:p>
      <w:r>
        <w:rPr>
          <w:b/>
        </w:rPr>
        <w:t xml:space="preserve">[1:11:58] </w:t>
      </w:r>
      <w:r>
        <w:t>yani "social justice in islam" . to is mein social justice ka koi well, well structured model nahi hai.</w:t>
      </w:r>
    </w:p>
    <w:p>
      <w:pPr>
        <w:jc w:val="right"/>
      </w:pPr>
      <w:r>
        <w:t>یعنی "Social Justice in Islam" ۔ تو اس میں سوشل جسٹس کا کوئی ویل، ویل اسٹرکچرڈ ماڈل نہیں ہے۔</w:t>
      </w:r>
    </w:p>
    <w:p>
      <w:r>
        <w:rPr>
          <w:b/>
        </w:rPr>
        <w:t xml:space="preserve">[1:12:08] </w:t>
      </w:r>
      <w:r>
        <w:t>well structured model ko hona chahiye na is mein? woh hai nahi</w:t>
      </w:r>
    </w:p>
    <w:p>
      <w:pPr>
        <w:jc w:val="right"/>
      </w:pPr>
      <w:r>
        <w:t>ویل اسٹرکچرڈ ماڈل کو ہونا چاہیے نا اس میں؟ وہ ہے نہیں</w:t>
      </w:r>
    </w:p>
    <w:p>
      <w:r>
        <w:rPr>
          <w:b/>
        </w:rPr>
        <w:t xml:space="preserve">[1:12:13] </w:t>
      </w:r>
      <w:r>
        <w:t>. to kahan se? kahan, kahan? yeh sab baniya daway hain. is ne mana hai woh sare hum ne? kya sahi keh rahe hain? bayania andaaz ki kitab hai woh.</w:t>
      </w:r>
    </w:p>
    <w:p>
      <w:pPr>
        <w:jc w:val="right"/>
      </w:pPr>
      <w:r>
        <w:t>۔ تو کہاں سے؟ کہاں، کہاں؟ یہ سب بانیہ دعوے ہیں۔ اس نے مانا ہے وہ سارے ہم نے؟ کیا صحیح کہہ رہے ہیں؟ بیانیہ انداز کی کتاب ہے وہ۔</w:t>
      </w:r>
    </w:p>
    <w:p>
      <w:r>
        <w:rPr>
          <w:b/>
        </w:rPr>
        <w:t xml:space="preserve">[1:12:23] </w:t>
      </w:r>
      <w:r>
        <w:t>yeh sab baatein log kehte hain. main hairaan hoon ke, yani sochte kyun nahi ke jo baat keh rahe hain, us ke, us ka, yani us ko kaha jata hai logic mein ke yeh dar, dar check hai.</w:t>
      </w:r>
    </w:p>
    <w:p>
      <w:pPr>
        <w:jc w:val="right"/>
      </w:pPr>
      <w:r>
        <w:t>یہ سب باتیں لوگ کہتے ہیں۔ میں حیران ہوں کہ، یعنی سوچتے کیوں نہیں کہ جو بات کہہ رہے ہیں، اس کے، اس کا، یعنی اس کو کہا جاتا ہے لاجک میں کہ یہ ڈر، ڈر چیک ہے۔</w:t>
      </w:r>
    </w:p>
    <w:p>
      <w:r>
        <w:rPr>
          <w:b/>
        </w:rPr>
        <w:t xml:space="preserve">[1:12:34] </w:t>
      </w:r>
      <w:r>
        <w:t>yeh logic mein ek dar bada aata hai. dar check</w:t>
      </w:r>
    </w:p>
    <w:p>
      <w:pPr>
        <w:jc w:val="right"/>
      </w:pPr>
      <w:r>
        <w:t>یہ لاجک میں ایک ڈر بڑا آتا ہے۔ ڈر چیک</w:t>
      </w:r>
    </w:p>
    <w:p>
      <w:r>
        <w:rPr>
          <w:b/>
        </w:rPr>
        <w:t xml:space="preserve">[1:12:38] </w:t>
      </w:r>
      <w:r>
        <w:t>. dar check kehte hain aise check ko ke aap ka account bank mein hai, farz kijiye ke pachas hazar.</w:t>
      </w:r>
    </w:p>
    <w:p>
      <w:pPr>
        <w:jc w:val="right"/>
      </w:pPr>
      <w:r>
        <w:t>۔ ڈر چیک کہتے ہیں ایسے چیک کو کہ آپ کا اکاؤنٹ بینک میں ہے، فرض کیجئے کہ پچاس ہزار۔</w:t>
      </w:r>
    </w:p>
    <w:p>
      <w:r>
        <w:rPr>
          <w:b/>
        </w:rPr>
        <w:t xml:space="preserve">[1:12:47] </w:t>
      </w:r>
      <w:r>
        <w:t>aap ne likh diya pachas lakh ka check. to jab woh jayega wahan to woh cash nahi hoga. kyunke woh amount hi nahi maujood hai wahan par.</w:t>
      </w:r>
    </w:p>
    <w:p>
      <w:pPr>
        <w:jc w:val="right"/>
      </w:pPr>
      <w:r>
        <w:t>آپ نے لکھ دیا پچاس لاکھ کا چیک۔ تو جب وہ جائے گا وہاں تو وہ کیش نہیں ہوگا۔ کیونکہ وہ اماؤنٹ ہی نہیں موجود ہے وہاں پر۔</w:t>
      </w:r>
    </w:p>
    <w:p>
      <w:r>
        <w:rPr>
          <w:b/>
        </w:rPr>
        <w:t xml:space="preserve">[1:12:57] </w:t>
      </w:r>
      <w:r>
        <w:t>to aise alfaaz behlana jis ke liye amount, us ke liye koi wahi na maujood ho. us ka cash karne ke liye saman maujood na ho.</w:t>
      </w:r>
    </w:p>
    <w:p>
      <w:pPr>
        <w:jc w:val="right"/>
      </w:pPr>
      <w:r>
        <w:t>تو ایسے الفاظ بہلنا جس کے لیے اماؤنٹ، اس کے لیے کوئی وہی نہ موجود ہو۔ اس کا کیش کرنے کے لیے سامان موجود نہ ہو۔</w:t>
      </w:r>
    </w:p>
    <w:p>
      <w:r>
        <w:rPr>
          <w:b/>
        </w:rPr>
        <w:t xml:space="preserve">[1:13:07] </w:t>
      </w:r>
      <w:r>
        <w:t>to sare log dar check issue kar rahe hain. yeh sari is tarah ki baatein jo log karte hain, jo log dar check issue kar rahe hain. koi bataye ke kahan jo mein yeh, maine arz kiya ke well structured model chahiye is system ka, woh kahan hai?</w:t>
      </w:r>
    </w:p>
    <w:p>
      <w:pPr>
        <w:jc w:val="right"/>
      </w:pPr>
      <w:r>
        <w:t>تو سارے لوگ ڈر چیک ایشو کر رہے ہیں۔ یہ ساری اس طرح کی باتیں جو لوگ کرتے ہیں، جو لوگ ڈر چیک ایشو کر رہے ہیں۔ کوئی بتائے کہ کہاں جو میں یہ، میں نے عرض کیا کہ ویل اسٹرکچرڈ ماڈل چاہیے اس سسٹم کا، وہ کہاں ہے؟</w:t>
      </w:r>
    </w:p>
    <w:p>
      <w:r>
        <w:rPr>
          <w:b/>
        </w:rPr>
        <w:t xml:space="preserve">[1:13:27] </w:t>
      </w:r>
      <w:r>
        <w:t>woh, woh hai hi nahi kehein.</w:t>
      </w:r>
    </w:p>
    <w:p>
      <w:pPr>
        <w:jc w:val="right"/>
      </w:pPr>
      <w:r>
        <w:t>وہ، وہ ہے ہی نہیں کہیں۔</w:t>
      </w:r>
    </w:p>
    <w:p>
      <w:r>
        <w:rPr>
          <w:b/>
        </w:rPr>
        <w:t xml:space="preserve">[1:13:32] </w:t>
      </w:r>
      <w:r>
        <w:t>to yeh sab dar check issue kar rahe hain yeh log aur jante nahi ke woh aisa, woh kya kar rahe hain woh. "innama hi kalimaton wa qailuha kamisdaqaha" .</w:t>
      </w:r>
    </w:p>
    <w:p>
      <w:pPr>
        <w:jc w:val="right"/>
      </w:pPr>
      <w:r>
        <w:t>تو یہ سب ڈر چیک ایشو کر رہے ہیں یہ لوگ اور جانتے نہیں کہ وہ ایسا، وہ کیا کر رہے ہیں وہ۔ "إنما هي كلمة وقائلها كمصداقها" ۔</w:t>
      </w:r>
    </w:p>
    <w:p>
      <w:r>
        <w:rPr>
          <w:b/>
        </w:rPr>
        <w:t xml:space="preserve">[1:13:46] </w:t>
      </w:r>
      <w:r>
        <w:t>maulana, agla sawal lene se pehle ek comment padhna chahenge jo dilli se bheja hai doctor tahir mustafa sahab ne.</w:t>
      </w:r>
    </w:p>
    <w:p>
      <w:pPr>
        <w:jc w:val="right"/>
      </w:pPr>
      <w:r>
        <w:t>مولانا، اگلا سوال لینے سے پہلے ایک کمنٹ پڑھنا چاہیں گے جو دلی سے بھیجا ہے ڈاکٹر طاہ مصطفیٰ صاحب نے۔</w:t>
      </w:r>
    </w:p>
    <w:p>
      <w:r>
        <w:rPr>
          <w:b/>
        </w:rPr>
        <w:t xml:space="preserve">[1:13:55] </w:t>
      </w:r>
      <w:r>
        <w:t>unhon ne likha hai: "maulana, in the last sunday class there was a question with reference to a recent rally addressed by gilani sahib who had said that al-risalah creates confusion.</w:t>
      </w:r>
    </w:p>
    <w:p>
      <w:pPr>
        <w:jc w:val="right"/>
      </w:pPr>
      <w:r>
        <w:t>انہوں نے لکھا ہے: "Maulana, in the last Sunday class there was a question with reference to a recent rally addressed by Gilani Sahib who had said that Al-Risalah creates confusion.</w:t>
      </w:r>
    </w:p>
    <w:p>
      <w:r>
        <w:rPr>
          <w:b/>
        </w:rPr>
        <w:t xml:space="preserve">[1:14:10] </w:t>
      </w:r>
      <w:r>
        <w:t>i would like to say that al-risalah clears confusion and does not create confusion." bahut sahi hai. bahut sahi baat hai.</w:t>
      </w:r>
    </w:p>
    <w:p>
      <w:pPr>
        <w:jc w:val="right"/>
      </w:pPr>
      <w:r>
        <w:t>I would like to say that Al-Risalah clears confusion and does not create confusion." بہت صحیح ہے۔ بہت صحیح بات ہے۔</w:t>
      </w:r>
    </w:p>
    <w:p>
      <w:r>
        <w:rPr>
          <w:b/>
        </w:rPr>
        <w:t xml:space="preserve">[1:14:20] </w:t>
      </w:r>
      <w:r>
        <w:t>jazakallah.</w:t>
      </w:r>
    </w:p>
    <w:p>
      <w:pPr>
        <w:jc w:val="right"/>
      </w:pPr>
      <w:r>
        <w:t>جزاکم اللہ۔</w:t>
      </w:r>
    </w:p>
    <w:p>
      <w:r>
        <w:rPr>
          <w:b/>
        </w:rPr>
        <w:t xml:space="preserve">[1:14:23] </w:t>
      </w:r>
      <w:r>
        <w:t>maulana, agla sawal abhi dilli se hai. khurram sahab ne kiya hai. unhon ne likha hai: "maulana, in today's lecture you have said that the world is so full of evil that a person is totally conditioned to the evil culture.</w:t>
      </w:r>
    </w:p>
    <w:p>
      <w:pPr>
        <w:jc w:val="right"/>
      </w:pPr>
      <w:r>
        <w:t>मौलाना, अगला सवाल अभी दिल्ली से है। खुर्रम साहब ने किया है। उन्होंने लिखा है: "Maulana, in today's lecture you have said that the world is so full of evil that a person is totally conditioned to the evil culture.</w:t>
      </w:r>
    </w:p>
    <w:p>
      <w:r>
        <w:rPr>
          <w:b/>
        </w:rPr>
        <w:t xml:space="preserve">[1:14:40] </w:t>
      </w:r>
      <w:r>
        <w:t>but at the same time, modern science has opened the doors of ma'rifah in revealing the signs of god.</w:t>
      </w:r>
    </w:p>
    <w:p>
      <w:pPr>
        <w:jc w:val="right"/>
      </w:pPr>
      <w:r>
        <w:t>But at the same time, modern science has opened the doors of ma'rifah in revealing the signs of God.</w:t>
      </w:r>
    </w:p>
    <w:p>
      <w:r>
        <w:rPr>
          <w:b/>
        </w:rPr>
        <w:t xml:space="preserve">[1:14:49] </w:t>
      </w:r>
      <w:r>
        <w:t>does not the two balance out each other?</w:t>
      </w:r>
    </w:p>
    <w:p>
      <w:pPr>
        <w:jc w:val="right"/>
      </w:pPr>
      <w:r>
        <w:t>Does not the two balance out each other?</w:t>
      </w:r>
    </w:p>
    <w:p>
      <w:r>
        <w:rPr>
          <w:b/>
        </w:rPr>
        <w:t xml:space="preserve">[1:14:53] </w:t>
      </w:r>
      <w:r>
        <w:t>what is your comment?" nahi, aap ki baat sahi hai. to allah taala ne dekhiye, marifat ke naye naye item, marifat ke naye naye data dunya ke samne rakh diye hain.</w:t>
      </w:r>
    </w:p>
    <w:p>
      <w:pPr>
        <w:jc w:val="right"/>
      </w:pPr>
      <w:r>
        <w:t>What is your comment?" نہیں، آپ کی بات صحیح ہے۔ تو اللہ تعالیٰ نے دیکھیے، معرفت کے نئے نئے آئٹم، معرفت کے نئے نئے ڈیٹا دنیا کے سامنے رکھ دیے ہیں۔</w:t>
      </w:r>
    </w:p>
    <w:p>
      <w:r>
        <w:rPr>
          <w:b/>
        </w:rPr>
        <w:t xml:space="preserve">[1:15:10] </w:t>
      </w:r>
      <w:r>
        <w:t>lekin khud insan ka haal kya hai? insan ka haal yeh hai ke us se sabak nahi leta.</w:t>
      </w:r>
    </w:p>
    <w:p>
      <w:pPr>
        <w:jc w:val="right"/>
      </w:pPr>
      <w:r>
        <w:t>لیکن خود انسان کا حال کیا ہے؟ انسان کا حال یہ ہے کہ اس سے سبق نہیں لیتا۔</w:t>
      </w:r>
    </w:p>
    <w:p>
      <w:r>
        <w:rPr>
          <w:b/>
        </w:rPr>
        <w:t xml:space="preserve">[1:15:18] </w:t>
      </w:r>
      <w:r>
        <w:t>yani us waqt dunya mein aik billion se ziyada musalman</w:t>
      </w:r>
    </w:p>
    <w:p>
      <w:pPr>
        <w:jc w:val="right"/>
      </w:pPr>
      <w:r>
        <w:t>یعنی اس وقت دنیا میں ایک بلین سے زیادہ مسلمان</w:t>
      </w:r>
    </w:p>
    <w:p>
      <w:r>
        <w:rPr>
          <w:b/>
        </w:rPr>
        <w:t xml:space="preserve">[1:15:22] </w:t>
      </w:r>
      <w:r>
        <w:t>hain, sirf meri aik hi kitab hai is mozu par "al-islam wa-l-tahaddi" . ke science ne jo haqiqaten kholi hain, us se kis tarah insan islam ka aik naya ilmi istadlal hasil hota hai, us par koi kitab bhi nahi likhi kisi musalman ne.</w:t>
      </w:r>
    </w:p>
    <w:p>
      <w:pPr>
        <w:jc w:val="right"/>
      </w:pPr>
      <w:r>
        <w:t>ہیں، صرف میری ایک ہی کتاب ہے اس موضوع پر "الاسلام ویتحدى" ۔ کہ سائنس نے جو حقیقتیں کھولی ہیں، اس سے کس طرح انسان اسلام کا ایک نیا علمی استدلال حاصل ہوتا ہے، اس پر کوئی کتاب بھی نہیں لکھی کسی مسلمان نے۔</w:t>
      </w:r>
    </w:p>
    <w:p>
      <w:r>
        <w:rPr>
          <w:b/>
        </w:rPr>
        <w:t xml:space="preserve">[1:15:41] </w:t>
      </w:r>
      <w:r>
        <w:t>sawal hamari aik kitab ka. to us ka mani yeh hai ke Allah taala ki taraf se to khole ja rahe hain nishaniyan, lekin log us ko istemal nahi kar rahe. khud musalman nahi istemal kar rahe.</w:t>
      </w:r>
    </w:p>
    <w:p>
      <w:pPr>
        <w:jc w:val="right"/>
      </w:pPr>
      <w:r>
        <w:t>سوال ہماری ایک کتاب کا۔ تو اس کا معنی یہ ہے کہ اللہ تعالیٰ کی طرف سے تو کھولے جا رہے ہیں نشانیاں، لیکن لوگ اس کو استعمال نہیں کر رہے۔ خود مسلمان نہیں استعمال کر رہے۔</w:t>
      </w:r>
    </w:p>
    <w:p>
      <w:r>
        <w:rPr>
          <w:b/>
        </w:rPr>
        <w:t xml:space="preserve">[1:15:51] </w:t>
      </w:r>
      <w:r>
        <w:t>kisi ajeeb baat hai. yeh to wohi hai ke jaise paighambaron ke zamane ke baray baray paighambar aaye dunya mein, baray baray paighambar, unhon ne moajze dikhaye, kya kya kiya, lekin insan phir bhi nahi mana.</w:t>
      </w:r>
    </w:p>
    <w:p>
      <w:pPr>
        <w:jc w:val="right"/>
      </w:pPr>
      <w:r>
        <w:t>کیسی عجیب بات ہے۔ یہ تو وہی ہے کہ جیسے پیغمبروں کے زمانے کے بڑے بڑے پیغمبر آئے دنیا میں، بڑے بڑے پیغمبر، انہوں نے معجزے دکھائے، کیا کیا کیا، لیکن انسان پھر بھی نہیں مانا۔</w:t>
      </w:r>
    </w:p>
    <w:p>
      <w:r>
        <w:rPr>
          <w:b/>
        </w:rPr>
        <w:t xml:space="preserve">[1:16:03] </w:t>
      </w:r>
      <w:r>
        <w:t>"ya hasrat ya hasrat al-awad ma yateem bi-rasool illa kano istahzioon" . wohi haal aaj hai.</w:t>
      </w:r>
    </w:p>
    <w:p>
      <w:pPr>
        <w:jc w:val="right"/>
      </w:pPr>
      <w:r>
        <w:t>"يا حسرت یا حسرت اللواد ما یتیم برسول الا کانو استعزون" ۔ وہی حال آج ہے۔</w:t>
      </w:r>
    </w:p>
    <w:p>
      <w:r>
        <w:rPr>
          <w:b/>
        </w:rPr>
        <w:t xml:space="preserve">[1:16:12] </w:t>
      </w:r>
      <w:r>
        <w:t>wohi haal hai. yeh hai ke, yani marifat ke item aur aur Allah ki nishaniyan khul khul ja rahi hain, khul ja rahi hain.</w:t>
      </w:r>
    </w:p>
    <w:p>
      <w:pPr>
        <w:jc w:val="right"/>
      </w:pPr>
      <w:r>
        <w:t>وہی حال ہے۔ یہ ہے کہ، یعنی معرفت کے آئٹم اور اور اللہ کی نشانیاں کھل کھل جا رہی ہیں، کھل جا رہی ہیں۔</w:t>
      </w:r>
    </w:p>
    <w:p>
      <w:r>
        <w:rPr>
          <w:b/>
        </w:rPr>
        <w:t xml:space="preserve">[1:16:23] </w:t>
      </w:r>
      <w:r>
        <w:t>aik explosion hai, explosion. lekin log itna itna itna gum hain apne madi cheezon mein, itna gum hain ke unhein fursat nahi ke in cheezon par ghaur karen, usay naseehat len.</w:t>
      </w:r>
    </w:p>
    <w:p>
      <w:pPr>
        <w:jc w:val="right"/>
      </w:pPr>
      <w:r>
        <w:t>ایک ایکسپلوژن ہے، ایکسپلوژن۔ لیکن لوگ اتنا اتنا اتنا گم ہیں اپنے مادی چیزوں میں، اتنا گم ہیں کہ انہیں فرصت نہیں کہ ان چیزوں پر غور کریں، اسے نصیحت لیں۔</w:t>
      </w:r>
    </w:p>
    <w:p>
      <w:r>
        <w:rPr>
          <w:b/>
        </w:rPr>
        <w:t xml:space="preserve">[1:16:39] </w:t>
      </w:r>
      <w:r>
        <w:t>maulana, agla sawal badgaon, jammu and kashmir se hai. syed ashiq sahab ka. unhon ne likha hai: "Maulana, I am in a lot of confusion.</w:t>
      </w:r>
    </w:p>
    <w:p>
      <w:pPr>
        <w:jc w:val="right"/>
      </w:pPr>
      <w:r>
        <w:t>मौलाना, अगला सवाल बडगांव, जम्मू एंड कश्मीर से है। سید عاشق صاحب کا۔ انہوں نے لکھا ہے: "Maulana, I am in a lot of confusion.</w:t>
      </w:r>
    </w:p>
    <w:p>
      <w:r>
        <w:rPr>
          <w:b/>
        </w:rPr>
        <w:t xml:space="preserve">[1:16:51] </w:t>
      </w:r>
      <w:r>
        <w:t>Please tell me what is meant by fate and what is the freedom given to a man by God? Is there any relationship between fate and freedom of a man?</w:t>
      </w:r>
    </w:p>
    <w:p>
      <w:pPr>
        <w:jc w:val="right"/>
      </w:pPr>
      <w:r>
        <w:t>Please tell me what is meant by fate and what is the freedom given to a man by God? Is there any relationship between fate and freedom of a man?</w:t>
      </w:r>
    </w:p>
    <w:p>
      <w:r>
        <w:rPr>
          <w:b/>
        </w:rPr>
        <w:t xml:space="preserve">[1:17:04] </w:t>
      </w:r>
      <w:r>
        <w:t>Please guide me." dekhiye, is par bohat tafseel se hum likh</w:t>
      </w:r>
    </w:p>
    <w:p>
      <w:pPr>
        <w:jc w:val="right"/>
      </w:pPr>
      <w:r>
        <w:t>Please guide me." دیکھیے، اس پر بہت تفصیل سے ہم لکھ</w:t>
      </w:r>
    </w:p>
    <w:p>
      <w:r>
        <w:rPr>
          <w:b/>
        </w:rPr>
        <w:t xml:space="preserve">[1:17:08] </w:t>
      </w:r>
      <w:r>
        <w:t>chuke hain apna muqaddar jo risala hai us mein. to parhiye aap. parh kar koi sawal kijiye. yeh koi sawal nahi hua ke aap parhen nahi aur sawal karen.</w:t>
      </w:r>
    </w:p>
    <w:p>
      <w:pPr>
        <w:jc w:val="right"/>
      </w:pPr>
      <w:r>
        <w:t>چکے ہیں اپنا مقدین جو رسالہ ہے اس میں۔ تو پڑھیے آپ۔ پڑھ کر کوئی سوال کیجیے۔ یہ کوئی سوال نہیں ہوا کہ آپ پڑھیں نہیں اور سوال کریں۔</w:t>
      </w:r>
    </w:p>
    <w:p>
      <w:r>
        <w:rPr>
          <w:b/>
        </w:rPr>
        <w:t xml:space="preserve">[1:17:20] </w:t>
      </w:r>
      <w:r>
        <w:t>is mozu par bohat hi tafseel ke sath aur scientific andaaz mein hum likh chuke hain. aap risala usay parhiye is ko. agar aap ko yeh janna ho ke kis shumaray mein aaya hai to hamare saathi hain maulana zakiran sahab, un se rabta kijiye.</w:t>
      </w:r>
    </w:p>
    <w:p>
      <w:pPr>
        <w:jc w:val="right"/>
      </w:pPr>
      <w:r>
        <w:t>اس موضوع پر بہت ہی تفصیل کے ساتھ اور سائنٹیفک انداز میں ہم لکھ چکے ہیں۔ آپ رسالہ اسے پڑھیے اس کو۔ اگر آپ کو یہ جاننا ہو کہ کس شمارے میں آیا ہے تو ہمارے ساتھی ہیں مولانا ذاکران صاحب، ان سے رابطہ کیجیے۔</w:t>
      </w:r>
    </w:p>
    <w:p>
      <w:r>
        <w:rPr>
          <w:b/>
        </w:rPr>
        <w:t xml:space="preserve">[1:17:34] </w:t>
      </w:r>
      <w:r>
        <w:t>woh aap ko batayenge.</w:t>
      </w:r>
    </w:p>
    <w:p>
      <w:pPr>
        <w:jc w:val="right"/>
      </w:pPr>
      <w:r>
        <w:t>وہ آپ کو بتائیں گے۔</w:t>
      </w:r>
    </w:p>
    <w:p>
      <w:r>
        <w:rPr>
          <w:b/>
        </w:rPr>
        <w:t xml:space="preserve">[1:17:36] </w:t>
      </w:r>
      <w:r>
        <w:t>is ko parhiye aap. parhne ke baad sawal kijiye ke jo hum ne likha hai ke is mein yeh baat wazeh hui ke nahi wazeh hui. is mozu par hum ne bohat hi ziyada tafseel ke sath, bohat hi scientific andaaz mein, bohat hi ilmi andaaz mein wazeh kiya hai is masle ko.</w:t>
      </w:r>
    </w:p>
    <w:p>
      <w:pPr>
        <w:jc w:val="right"/>
      </w:pPr>
      <w:r>
        <w:t>اس کو پڑھیے آپ۔ پڑھنے کے بعد سوال کیجیے کہ جو ہم نے لکھا ہے کہ اس میں یہ بات واضح ہوئی کہ نہیں واضح ہوئی۔ اس موضوع پر ہم نے بہت ہی زیادہ تفصیل کے ساتھ، بہت ہی سائنٹیفک انداز میں، بہت ہی علمی انداز میں واضح کیا ہے اس مسئلے کو۔</w:t>
      </w:r>
    </w:p>
    <w:p>
      <w:r>
        <w:rPr>
          <w:b/>
        </w:rPr>
        <w:t xml:space="preserve">[1:17:53] </w:t>
      </w:r>
      <w:r>
        <w:t>to is ko parhiye pehle. agar aap ko parcha ka hawala chahiye to aap maulana zakiran sahab se rabta kijiye, woh aap ko hawala bata denge.</w:t>
      </w:r>
    </w:p>
    <w:p>
      <w:pPr>
        <w:jc w:val="right"/>
      </w:pPr>
      <w:r>
        <w:t>تو اس کو پڑھیے پہلے۔ اگر آپ کو پرچہ کا حوالہ چاہیے تو آپ مولانا ذاکران صاحب سے رابطہ کیجیے، وہ آپ کو حوالہ بتا دیں گے۔</w:t>
      </w:r>
    </w:p>
    <w:p>
      <w:r>
        <w:rPr>
          <w:b/>
        </w:rPr>
        <w:t xml:space="preserve">[1:18:03] </w:t>
      </w:r>
      <w:r>
        <w:t>maulana, agla sawal delhi se hai.</w:t>
      </w:r>
    </w:p>
    <w:p>
      <w:pPr>
        <w:jc w:val="right"/>
      </w:pPr>
      <w:r>
        <w:t>मौलाना, अगला सवाल दिल्ली से है।</w:t>
      </w:r>
    </w:p>
    <w:p>
      <w:r>
        <w:rPr>
          <w:b/>
        </w:rPr>
        <w:t xml:space="preserve">[1:18:06] </w:t>
      </w:r>
      <w:r>
        <w:t>mr. alok shatti ne kiya hai. unhon ne likha hai: "Guru ji, I follow your post, I follow your speaking tree post, and find them helpful to become aware and live a peaceful life.</w:t>
      </w:r>
    </w:p>
    <w:p>
      <w:pPr>
        <w:jc w:val="right"/>
      </w:pPr>
      <w:r>
        <w:t>مسٹر الوق شٹی نے کیا ہے۔ انہوں نے لکھا ہے: "Guru ji, I follow your post, I follow your speaking tree post, and find them helpful to become aware and live a peaceful life.</w:t>
      </w:r>
    </w:p>
    <w:p>
      <w:r>
        <w:rPr>
          <w:b/>
        </w:rPr>
        <w:t xml:space="preserve">[1:18:21] </w:t>
      </w:r>
      <w:r>
        <w:t>My question is: how do I control my desires? For example, I overeat a lot and it makes me very lazy, which deviates me from achieving my go</w:t>
      </w:r>
    </w:p>
    <w:p>
      <w:pPr>
        <w:jc w:val="right"/>
      </w:pPr>
      <w:r>
        <w:t>My question is: how do I control my desires? For example, I overeat a lot and it makes me very lazy, which deviates me from achieving my go</w:t>
      </w:r>
    </w:p>
    <w:p>
      <w:r>
        <w:rPr>
          <w:b/>
        </w:rPr>
        <w:t xml:space="preserve">[1:18:35] </w:t>
      </w:r>
      <w:r>
        <w:t>als. Please guide me." dekhiye, yeh bohat hi,</w:t>
      </w:r>
    </w:p>
    <w:p>
      <w:pPr>
        <w:jc w:val="right"/>
      </w:pPr>
      <w:r>
        <w:t>als. Please guide me." دیکھیے، یہ بہت ہی،</w:t>
      </w:r>
    </w:p>
    <w:p>
      <w:r>
        <w:rPr>
          <w:b/>
        </w:rPr>
        <w:t xml:space="preserve">[1:18:43] </w:t>
      </w:r>
      <w:r>
        <w:t>yani bohat hi, bohat acha sawal yeh hai. koi ghalat sawal nahi hai yeh.</w:t>
      </w:r>
    </w:p>
    <w:p>
      <w:pPr>
        <w:jc w:val="right"/>
      </w:pPr>
      <w:r>
        <w:t>یعنی بہت ہی، بہت اچھا سوال یہ ہے۔ کوئی غلط سوال نہیں ہے یہ۔</w:t>
      </w:r>
    </w:p>
    <w:p>
      <w:r>
        <w:rPr>
          <w:b/>
        </w:rPr>
        <w:t xml:space="preserve">[1:18:51] </w:t>
      </w:r>
      <w:r>
        <w:t>is mozu par hum ne apne magazine mein aik article likha tha. to us ko mein arz karna chahta hoon ke aik research hui hai, us ko mein ne us mein likha tha ke jab aadmi khana khata hai to us mein khud hamara jo body ka system hai woh bata deta hai ke ab band karo khana.</w:t>
      </w:r>
    </w:p>
    <w:p>
      <w:pPr>
        <w:jc w:val="right"/>
      </w:pPr>
      <w:r>
        <w:t>اس موضوع پر ہم نے اپنے میگزین میں ایک آرٹیکل لکھا تھا۔ تو اس کو میں عرض کرنا چاہتا ہوں کہ ایک ریسرچ ہوئی ہے، اس کو میں نے اس میں لکھا تھا کہ جب آدمی کھانا کھاتا ہے تو اس میں خود ہمارا جو باڈی کا سسٹم ہے وہ بتا دیتا ہے کہ اب بند کرو کھانا۔</w:t>
      </w:r>
    </w:p>
    <w:p>
      <w:r>
        <w:rPr>
          <w:b/>
        </w:rPr>
        <w:t xml:space="preserve">[1:19:14] </w:t>
      </w:r>
      <w:r>
        <w:t>woh ho gaya. signal aate hain, signal. to do baar signal aate hain.</w:t>
      </w:r>
    </w:p>
    <w:p>
      <w:pPr>
        <w:jc w:val="right"/>
      </w:pPr>
      <w:r>
        <w:t>وہ ہو گیا۔ سگنل آتے ہیں، سگنل۔ تو دو بار سگنل آتے ہیں۔</w:t>
      </w:r>
    </w:p>
    <w:p>
      <w:r>
        <w:rPr>
          <w:b/>
        </w:rPr>
        <w:t xml:space="preserve">[1:19:19] </w:t>
      </w:r>
      <w:r>
        <w:t>aik fat signal hota hai, aik ziyada signal hota hai bara. to jab aap ne khate khate itna kha liya us ne ke ab is ka pait bhar gaya to signal aata hai.</w:t>
      </w:r>
    </w:p>
    <w:p>
      <w:pPr>
        <w:jc w:val="right"/>
      </w:pPr>
      <w:r>
        <w:t>ایک فیٹ سگنل ہوتا ہے، ایک زیادہ سگنل ہوتا ہے بڑا۔ تو جب آپ نے کھاتے کھاتے اتنا کھا لیا اس نے کہ اب اس کا پیٹ بھر گیا تو سگنل آتا ہے۔</w:t>
      </w:r>
    </w:p>
    <w:p>
      <w:r>
        <w:rPr>
          <w:b/>
        </w:rPr>
        <w:t xml:space="preserve">[1:19:30] </w:t>
      </w:r>
      <w:r>
        <w:t>lekin jab pehla signal aata hai woh taqreeban bees minute pehle aata hai. woh fat signal hota hai. us waqt nahi rukta aadmi.</w:t>
      </w:r>
    </w:p>
    <w:p>
      <w:pPr>
        <w:jc w:val="right"/>
      </w:pPr>
      <w:r>
        <w:t>لیکن جب پہلا سگنل آتا ہے وہ تقریباً بیس منٹ پہلے آتا ہے۔ وہ فیٹ سگنل ہوتا ہے۔ اس وقت نہیں رکتا آدمی۔</w:t>
      </w:r>
    </w:p>
    <w:p>
      <w:r>
        <w:rPr>
          <w:b/>
        </w:rPr>
        <w:t xml:space="preserve">[1:19:39] </w:t>
      </w:r>
      <w:r>
        <w:t>aur jab bara signal aata hai tab rukta hai. tab tak overeating ho chuki hui</w:t>
      </w:r>
    </w:p>
    <w:p>
      <w:pPr>
        <w:jc w:val="right"/>
      </w:pPr>
      <w:r>
        <w:t>اور جب بڑا سگنل آتا ہے تب رکتا ہے۔ تب تک اوور ایٹنگ ہو چکی ہوئی</w:t>
      </w:r>
    </w:p>
    <w:p>
      <w:r>
        <w:rPr>
          <w:b/>
        </w:rPr>
        <w:t xml:space="preserve">[1:19:43] </w:t>
      </w:r>
      <w:r>
        <w:t>thi. overeating ka matlab hai fat signal ko follow na karna aur khate rehna. yahan tak ke aadmi ka pet bhar jata hai to wo jee nahi chahta khane ka.</w:t>
      </w:r>
    </w:p>
    <w:p>
      <w:pPr>
        <w:jc w:val="right"/>
      </w:pPr>
      <w:r>
        <w:t>تھی۔ اوور ایٹنگ کا مطلب ہے فیٹ سگنل کو فالو نہ کرنا اور کھاتے رہنا۔ یہاں تک کہ آدمی کا پیٹ بھر جاتا ہے تو وہ جی نہیں چاہتا کھانے کا۔</w:t>
      </w:r>
    </w:p>
    <w:p>
      <w:r>
        <w:rPr>
          <w:b/>
        </w:rPr>
        <w:t xml:space="preserve">[1:19:53] </w:t>
      </w:r>
      <w:r>
        <w:t>tab to tab chhodta hai wo. to jab nahi jee nahi chahta tab tab wo overeating ho chuki hoti hai. ek aap ko ek practical misaal deta hoon.</w:t>
      </w:r>
    </w:p>
    <w:p>
      <w:pPr>
        <w:jc w:val="right"/>
      </w:pPr>
      <w:r>
        <w:t>تب تو تب چھوڑتا ہے وہ۔ تو جب نہیں جی نہیں چاہتا تب تب وہ اوور ایٹنگ ہو چکی ہوتی ہے۔ ایک آپ کو ایک پریکٹیکل مثال دیتا ہوں۔</w:t>
      </w:r>
    </w:p>
    <w:p>
      <w:r>
        <w:rPr>
          <w:b/>
        </w:rPr>
        <w:t xml:space="preserve">[1:20:04] </w:t>
      </w:r>
      <w:r>
        <w:t>Jammu mein ek saahib hain, wo abhi naujawan hain, Mishaal War. to wo keh rahe thay, mujh se milay thay, unhon ne kaha ke main bohat, mera wazan bohat barh gaya tha aur main pareshan tha ke kya karoon.</w:t>
      </w:r>
    </w:p>
    <w:p>
      <w:pPr>
        <w:jc w:val="right"/>
      </w:pPr>
      <w:r>
        <w:t>جम्موں میں ایک صاحب ہیں، وہ ابھی نوجوان ہیں، میشان وار۔ تو وہ کہہ رہے تھے، مجھ سے ملے تھے، انہوں نے کہا کہ میں بہت، میرا وزن بہت بڑھ گیا تھا اور میں پریشان تھا کہ کیا کروں۔</w:t>
      </w:r>
    </w:p>
    <w:p>
      <w:r>
        <w:rPr>
          <w:b/>
        </w:rPr>
        <w:t xml:space="preserve">[1:20:16] </w:t>
      </w:r>
      <w:r>
        <w:t>to is article ko parha unhon ne. to unhon ne samjha hai ke ye to bohat bara, yani nature ne bohat bara mujhe de rakha hai is baat ko samajhne ka.</w:t>
      </w:r>
    </w:p>
    <w:p>
      <w:pPr>
        <w:jc w:val="right"/>
      </w:pPr>
      <w:r>
        <w:t>تو اس آرٹیکل کو پڑھا انہوں نے۔ تو انہوں نے سمجھا ہے کہ یہ تو بہت بڑا، یعنی نیچر نے بہت بڑا مجھے دے رکھا ہے اس بات کو سمجھنے کا۔</w:t>
      </w:r>
    </w:p>
    <w:p>
      <w:r>
        <w:rPr>
          <w:b/>
        </w:rPr>
        <w:t xml:space="preserve">[1:20:27] </w:t>
      </w:r>
      <w:r>
        <w:t>to</w:t>
      </w:r>
    </w:p>
    <w:p>
      <w:pPr>
        <w:jc w:val="right"/>
      </w:pPr>
      <w:r>
        <w:t>تو</w:t>
      </w:r>
    </w:p>
    <w:p>
      <w:r>
        <w:rPr>
          <w:b/>
        </w:rPr>
        <w:t xml:space="preserve">[1:20:28] </w:t>
      </w:r>
      <w:r>
        <w:t>unhon ne follow kiya. yani fat signal par wo rukne lagay wo. fat signal par. kehte hain ke kisi kisi aur koshish ke baghair mera wazan kam ho gaya.</w:t>
      </w:r>
    </w:p>
    <w:p>
      <w:pPr>
        <w:jc w:val="right"/>
      </w:pPr>
      <w:r>
        <w:t>انہوں نے فالو کیا۔ یعنی فیٹ سگنل پر وہ رکنے لگے وہ۔ فیٹ سگنل پر۔ کہتے ہیں کہ کسی کسی اور کوشش کے بغیر میرا وزن کم ہو گیا۔</w:t>
      </w:r>
    </w:p>
    <w:p>
      <w:r>
        <w:rPr>
          <w:b/>
        </w:rPr>
        <w:t xml:space="preserve">[1:20:40] </w:t>
      </w:r>
      <w:r>
        <w:t>ab mujhe milay thay to wo normal aadmi thay. to nature mein ye nizaam maujood tha, hamara jo body doctor hai ke hum ab fat signal ko follow karein.</w:t>
      </w:r>
    </w:p>
    <w:p>
      <w:pPr>
        <w:jc w:val="right"/>
      </w:pPr>
      <w:r>
        <w:t>اب مجھے ملے تھے تو وہ نارمل آدمی تھے۔ تو نیچر میں یہ نظام موجود تھا، ہمارا جو باڈی ڈاکٹر ہے کہ ہم اب فیٹ سگنل کو فالو کریں۔</w:t>
      </w:r>
    </w:p>
    <w:p>
      <w:r>
        <w:rPr>
          <w:b/>
        </w:rPr>
        <w:t xml:space="preserve">[1:20:52] </w:t>
      </w:r>
      <w:r>
        <w:t>ye intezar na karein ke final sig</w:t>
      </w:r>
    </w:p>
    <w:p>
      <w:pPr>
        <w:jc w:val="right"/>
      </w:pPr>
      <w:r>
        <w:t>یہ انتظار نہ کریں کہ فائنل سگ</w:t>
      </w:r>
    </w:p>
    <w:p>
      <w:r>
        <w:rPr>
          <w:b/>
        </w:rPr>
        <w:t xml:space="preserve">[1:20:55] </w:t>
      </w:r>
      <w:r>
        <w:t>nal aaye. tab to overeating ho chuki hoti hai. kyunke body ka system aisa hai ke jab jab wo chalta hai, wo message jo chalta hai dimagh tak pahunchne ke liye to us mein bees minute taqreeban lag jatay hain.</w:t>
      </w:r>
    </w:p>
    <w:p>
      <w:pPr>
        <w:jc w:val="right"/>
      </w:pPr>
      <w:r>
        <w:t>نل آئے۔ تب تو اوور ایٹنگ ہو چکی ہوتی ہے۔ کیونکہ باڈی کا سسٹم ایسا ہے کہ جب جب وہ چلتا ہے، وہ میسج جو چلتا ہے دماغ تک پہنچنے کے لیے تو اس میں بیس منٹ تقریباً لگ جاتے ہیں۔</w:t>
      </w:r>
    </w:p>
    <w:p>
      <w:r>
        <w:rPr>
          <w:b/>
        </w:rPr>
        <w:t xml:space="preserve">[1:21:11] </w:t>
      </w:r>
      <w:r>
        <w:t>yani pet bhar gaya aur us ne signal diya to signal ka jo tareeqa hai wo chalte chalte dimagh tak pahunchta hai, us mein bees minute</w:t>
      </w:r>
    </w:p>
    <w:p>
      <w:pPr>
        <w:jc w:val="right"/>
      </w:pPr>
      <w:r>
        <w:t>یعنی پیٹ بھر گیا اور اس نے سگنل دیا تو سگنل کا جو طریقہ ہے وہ چلتے چلتے دماغ تک پہنچتا ہے، اس میں بیس منٹ</w:t>
      </w:r>
    </w:p>
    <w:p>
      <w:r>
        <w:rPr>
          <w:b/>
        </w:rPr>
        <w:t xml:space="preserve">[1:21:22] </w:t>
      </w:r>
      <w:r>
        <w:t>lag jatay hain. to bees minute ke baad wo mind aap ko batata hai ke aap bhar gaya hai, bhar gaya hai, bhar gaya hai. lekin isi mein ek aur system bhi hai ke wo jis waqt bhar jata hai, us waqt bhi wo signal deta hai.</w:t>
      </w:r>
    </w:p>
    <w:p>
      <w:pPr>
        <w:jc w:val="right"/>
      </w:pPr>
      <w:r>
        <w:t>لگ جاتے ہیں۔ تو بیس منٹ کے بعد وہ مائنڈ آپ کو بتاتا ہے کہ آپ بھر گیا ہے، بھر گیا ہے، بھر گیا ہے۔ لیکن اسی میں ایک اور سسٹم بھی ہے کہ وہ جس وقت بھر جاتا ہے، اس وقت بھی وہ سگنل دیتا ہے۔</w:t>
      </w:r>
    </w:p>
    <w:p>
      <w:r>
        <w:rPr>
          <w:b/>
        </w:rPr>
        <w:t xml:space="preserve">[1:21:36] </w:t>
      </w:r>
      <w:r>
        <w:t>lekin us waqt fat wo bohat hi halka signal hota hai, fat signal hota hai.</w:t>
      </w:r>
    </w:p>
    <w:p>
      <w:pPr>
        <w:jc w:val="right"/>
      </w:pPr>
      <w:r>
        <w:t>لیکن اس وقت فیٹ وہ بہت ہی ہلکا سگنل ہوتا ہے، فیٹ سگنل ہوتا ہے۔</w:t>
      </w:r>
    </w:p>
    <w:p>
      <w:r>
        <w:rPr>
          <w:b/>
        </w:rPr>
        <w:t xml:space="preserve">[1:21:41] </w:t>
      </w:r>
      <w:r>
        <w:t>to fat signal ko agar aadmi parh sake to bohat aasani se wo bach sakta hai overeating se, bohat aasani se bach sakta hai wo wo wazan jo jo wazan barh jata hai, us se jo bimariyan paida hoti hain us se.</w:t>
      </w:r>
    </w:p>
    <w:p>
      <w:pPr>
        <w:jc w:val="right"/>
      </w:pPr>
      <w:r>
        <w:t>تو فیٹ سگنل کو اگر آدمی پڑھ سکے تو بہت آسانی سے وہ بچ سکتا ہے اوور ایٹنگ سے، بہت آسانی سے بچ سکتا ہے وہ وہ وزن جو جو وزن بڑھ جاتا ہے، اس سے جو بیماریاں پیدا ہوتی ہیں اس سے۔</w:t>
      </w:r>
    </w:p>
    <w:p>
      <w:r>
        <w:rPr>
          <w:b/>
        </w:rPr>
        <w:t xml:space="preserve">[1:21:55] </w:t>
      </w:r>
      <w:r>
        <w:t>to follow your fat signal, bas yahi main kahunga. Okay, we will end this session now. Thank you.</w:t>
      </w:r>
    </w:p>
    <w:p>
      <w:pPr>
        <w:jc w:val="right"/>
      </w:pPr>
      <w:r>
        <w:t>تو فالو یور فیٹ سگنل، بس یہی میں کہوں گا۔ Okay, we will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