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Simple Living and High Thinking November 03, 2018</w:t>
      </w:r>
    </w:p>
    <w:p>
      <w:r>
        <w:t>https://www.youtube.com/watch?v=6O7ebJVVRII</w:t>
      </w:r>
    </w:p>
    <w:p>
      <w:r>
        <w:rPr>
          <w:b/>
        </w:rPr>
        <w:t xml:space="preserve">[00:14] </w:t>
      </w:r>
      <w:r>
        <w:t>bismillah hir rahman nir rahim, wa salallahu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[00:32] </w:t>
      </w:r>
      <w:r>
        <w:t>3 november 2018.</w:t>
      </w:r>
    </w:p>
    <w:p>
      <w:pPr>
        <w:jc w:val="right"/>
      </w:pPr>
      <w:r>
        <w:t>3 نومبر 2018۔</w:t>
      </w:r>
    </w:p>
    <w:p>
      <w:r>
        <w:rPr>
          <w:b/>
        </w:rPr>
        <w:t xml:space="preserve">[00:41] </w:t>
      </w:r>
      <w:r>
        <w:t>aaj ka topic hai: simple living, high thinking. simple living aur high thinking par ghaur kijiye, to is ki</w:t>
      </w:r>
    </w:p>
    <w:p>
      <w:pPr>
        <w:jc w:val="right"/>
      </w:pPr>
      <w:r>
        <w:t>آج کا ٹاپک ہے: سمپل لیونگ، ہائی تھنکنگ۔ سمپل لیونگ اور ہائی تھنکنگ پر غور کیجیے، تو اس کی</w:t>
      </w:r>
    </w:p>
    <w:p>
      <w:r>
        <w:rPr>
          <w:b/>
        </w:rPr>
        <w:t xml:space="preserve">[00:58] </w:t>
      </w:r>
      <w:r>
        <w:t>religion mein is ki ahmiyat yeh hai ke aadmi ko mind cut size banata hai.</w:t>
      </w:r>
    </w:p>
    <w:p>
      <w:pPr>
        <w:jc w:val="right"/>
      </w:pPr>
      <w:r>
        <w:t>ریلیجن میں اس کی اہمیت یہ ہے کہ آدمی کو مائنڈ کٹ سائز بناتا ہے۔</w:t>
      </w:r>
    </w:p>
    <w:p>
      <w:r>
        <w:rPr>
          <w:b/>
        </w:rPr>
        <w:t xml:space="preserve">[01:09] </w:t>
      </w:r>
      <w:r>
        <w:t>yani</w:t>
      </w:r>
    </w:p>
    <w:p>
      <w:pPr>
        <w:jc w:val="right"/>
      </w:pPr>
      <w:r>
        <w:t>یعنی</w:t>
      </w:r>
    </w:p>
    <w:p>
      <w:r>
        <w:rPr>
          <w:b/>
        </w:rPr>
        <w:t xml:space="preserve">[01:13] </w:t>
      </w:r>
      <w:r>
        <w:t>modest insan.</w:t>
      </w:r>
    </w:p>
    <w:p>
      <w:pPr>
        <w:jc w:val="right"/>
      </w:pPr>
      <w:r>
        <w:t>ماڈیسٹ انسان۔</w:t>
      </w:r>
    </w:p>
    <w:p>
      <w:r>
        <w:rPr>
          <w:b/>
        </w:rPr>
        <w:t xml:space="preserve">[01:21] </w:t>
      </w:r>
      <w:r>
        <w:t>aur dekhiye, modesty sab se bari sifat hai mazhab ke culture mein.</w:t>
      </w:r>
    </w:p>
    <w:p>
      <w:pPr>
        <w:jc w:val="right"/>
      </w:pPr>
      <w:r>
        <w:t>اور دیکھیے، ماڈیسٹی سب سے بڑی صفت ہے مذہب کے کلچر میں۔</w:t>
      </w:r>
    </w:p>
    <w:p>
      <w:r>
        <w:rPr>
          <w:b/>
        </w:rPr>
        <w:t xml:space="preserve">[01:32] </w:t>
      </w:r>
      <w:r>
        <w:t>is liye ke modesty aadmi ke andar jab aati hai to woh wujood mukhtalif ka tajurba karta hai.</w:t>
      </w:r>
    </w:p>
    <w:p>
      <w:pPr>
        <w:jc w:val="right"/>
      </w:pPr>
      <w:r>
        <w:t>اس لیے کہ ماڈیسٹی آدمی کے اندر جب آتی ہے تو وہ وجود مختلف کا تجربہ کرتا ہے۔</w:t>
      </w:r>
    </w:p>
    <w:p>
      <w:r>
        <w:rPr>
          <w:b/>
        </w:rPr>
        <w:t xml:space="preserve">[01:49] </w:t>
      </w:r>
      <w:r>
        <w:t>yeh bohat zyada aham baat hai.</w:t>
      </w:r>
    </w:p>
    <w:p>
      <w:pPr>
        <w:jc w:val="right"/>
      </w:pPr>
      <w:r>
        <w:t>یہ بہت زیادہ اہم بات ہے۔</w:t>
      </w:r>
    </w:p>
    <w:p>
      <w:r>
        <w:rPr>
          <w:b/>
        </w:rPr>
        <w:t xml:space="preserve">[01:55] </w:t>
      </w:r>
      <w:r>
        <w:t>yani</w:t>
      </w:r>
    </w:p>
    <w:p>
      <w:pPr>
        <w:jc w:val="right"/>
      </w:pPr>
      <w:r>
        <w:t>یعنی</w:t>
      </w:r>
    </w:p>
    <w:p>
      <w:r>
        <w:rPr>
          <w:b/>
        </w:rPr>
        <w:t xml:space="preserve">[01:59] </w:t>
      </w:r>
      <w:r>
        <w:t>Allah se qurbat sirf is ki Allah se sirf is insaan ko milti hai jis ke andar modesty ho.</w:t>
      </w:r>
    </w:p>
    <w:p>
      <w:pPr>
        <w:jc w:val="right"/>
      </w:pPr>
      <w:r>
        <w:t>اللہ سے قربت صرف اس کی اللہ سے صرف اس انسان کو ملتی ہے جس کے اندر ماڈیسٹی ہو۔</w:t>
      </w:r>
    </w:p>
    <w:p>
      <w:r>
        <w:rPr>
          <w:b/>
        </w:rPr>
        <w:t xml:space="preserve">[02:11] </w:t>
      </w:r>
      <w:r>
        <w:t>modesty ke baghair khalq se qurbat milna impossible hai. Kyun ke yeh sirf modesty hai jo insaan aur khalq ke darmiyan nisbat qaim karti hai.</w:t>
      </w:r>
    </w:p>
    <w:p>
      <w:pPr>
        <w:jc w:val="right"/>
      </w:pPr>
      <w:r>
        <w:t>ماڈیسٹی کے بغیر خالق سے قربت ملنا امپاسیبل ہے۔ کیونکہ یہ صرف ماڈیسٹی ہے جو انسان اور خالق کے درمیان نسبت قائم کرتی ہے۔</w:t>
      </w:r>
    </w:p>
    <w:p>
      <w:r>
        <w:rPr>
          <w:b/>
        </w:rPr>
        <w:t xml:space="preserve">[02:34] </w:t>
      </w:r>
      <w:r>
        <w:t>dekhiye, khalq jo hai woh all powerful hai. Is ke muqable mein modest insaan ka muamla yeh hota hai ke woh is baat ko discover karta hai ke woh all powerless hai.</w:t>
      </w:r>
    </w:p>
    <w:p>
      <w:pPr>
        <w:jc w:val="right"/>
      </w:pPr>
      <w:r>
        <w:t>دیکھیے، خالق جو ہے وہ آل پاور فل ہے۔ اس کے مقابلے میں ماڈیسٹ انسان کا معاملہ یہ ہوتا ہے کہ وہ اس بات کو ڈسکور کرتا ہے کہ وہ آل پاور لیس ہے۔</w:t>
      </w:r>
    </w:p>
    <w:p>
      <w:r>
        <w:rPr>
          <w:b/>
        </w:rPr>
        <w:t xml:space="preserve">[02:56] </w:t>
      </w:r>
      <w:r>
        <w:t>modesty jis aadmi ki qadar hogi real cheez mein, to woh discover karega is nisbat ko ke khalq all powerful hai aur woh is ke muqable mein all powerless hai.</w:t>
      </w:r>
    </w:p>
    <w:p>
      <w:pPr>
        <w:jc w:val="right"/>
      </w:pPr>
      <w:r>
        <w:t>ماڈیسٹی جس آدمی کی قدر ہوگی ریل چیز میں، تو وہ ڈسکور کرے گا اس نسبت کو کہ خالق آل پاور فل ہے اور وہ اس کے مقابلے میں آل پاور لیس ہے۔</w:t>
      </w:r>
    </w:p>
    <w:p>
      <w:r>
        <w:rPr>
          <w:b/>
        </w:rPr>
        <w:t xml:space="preserve">[03:17] </w:t>
      </w:r>
      <w:r>
        <w:t>yahi woh maqam hai jis ko quran mein kaha gaya hai: "wa-sjud wa-qtarib". Yani</w:t>
      </w:r>
    </w:p>
    <w:p>
      <w:pPr>
        <w:jc w:val="right"/>
      </w:pPr>
      <w:r>
        <w:t>یہی وہ مقام ہے جس کو قرآن میں کہا گیا ہے: "وَاسْجُدْ وَاقْتَرِبْ"۔ یعنی</w:t>
      </w:r>
    </w:p>
    <w:p>
      <w:r>
        <w:rPr>
          <w:b/>
        </w:rPr>
        <w:t xml:space="preserve">[03:27] </w:t>
      </w:r>
      <w:r>
        <w:t>apni modesty ko daryaft karo. Modest insaan bano real cheez mein, to tum ko khalq se qurbat hasil ho jayegi.</w:t>
      </w:r>
    </w:p>
    <w:p>
      <w:pPr>
        <w:jc w:val="right"/>
      </w:pPr>
      <w:r>
        <w:t>اپنی ماڈیسٹی کو دریافت کرو۔ ماڈیسٹ انسان بنو ریل چیز میں، تو تم کو خالق سے قربت حاصل ہو جائے گی۔</w:t>
      </w:r>
    </w:p>
    <w:p>
      <w:r>
        <w:rPr>
          <w:b/>
        </w:rPr>
        <w:t xml:space="preserve">[03:45] </w:t>
      </w:r>
      <w:r>
        <w:t>zahir hai ke is se bari to koi cheez ho nahi sakti. Insaan apne rab se qurbat hasil kar le to is se bari cheez kya ho sakti hai?</w:t>
      </w:r>
    </w:p>
    <w:p>
      <w:pPr>
        <w:jc w:val="right"/>
      </w:pPr>
      <w:r>
        <w:t>ظاہر ہے کہ اس سے بڑی تو کوئی چیز ہو نہیں سکتی۔ انسان اپنے رب سے قربت حاصل کر لے تو اس سے بڑی چیز کیا ہو سکتی ہے؟</w:t>
      </w:r>
    </w:p>
    <w:p>
      <w:r>
        <w:rPr>
          <w:b/>
        </w:rPr>
        <w:t xml:space="preserve">[04:01] </w:t>
      </w:r>
      <w:r>
        <w:t>aur yeh sirf is insaan ko milti hai jo yeh discovery ke darje mein yeh baat jaan le ke khalq all powerful hai aur main is ke muqable mein all powerless hoon.</w:t>
      </w:r>
    </w:p>
    <w:p>
      <w:pPr>
        <w:jc w:val="right"/>
      </w:pPr>
      <w:r>
        <w:t>اور یہ صرف اس انسان کو ملتی ہے جو یہ ڈسکوری کے درجے میں یہ بات جان لے کہ خالق آل پاور فل ہے اور میں اس کے مقابلے میں آل پاور لیس ہوں۔</w:t>
      </w:r>
    </w:p>
    <w:p>
      <w:r>
        <w:rPr>
          <w:b/>
        </w:rPr>
        <w:t xml:space="preserve">[04:21] </w:t>
      </w:r>
      <w:r>
        <w:t>yahi essence hai modesty ka. Yahi essence hai modesty ka.</w:t>
      </w:r>
    </w:p>
    <w:p>
      <w:pPr>
        <w:jc w:val="right"/>
      </w:pPr>
      <w:r>
        <w:t>یہی ایسنس ہے ماڈیسٹی کا۔ یہی ایسنس ہے ماڈیسٹی کا۔</w:t>
      </w:r>
    </w:p>
    <w:p>
      <w:r>
        <w:rPr>
          <w:b/>
        </w:rPr>
        <w:t xml:space="preserve">[04:34] </w:t>
      </w:r>
      <w:r>
        <w:t>phir is se bari baat jo hai woh kya hai? Quran mein surah al qabr mein yeh ayat aayi hai:</w:t>
      </w:r>
    </w:p>
    <w:p>
      <w:pPr>
        <w:jc w:val="right"/>
      </w:pPr>
      <w:r>
        <w:t>پھر اس سے بڑی بات جو ہے وہ کیا ہے؟ قرآن میں سورہ القبر میں یہ آیت آئی ہے:</w:t>
      </w:r>
    </w:p>
    <w:p>
      <w:r>
        <w:rPr>
          <w:b/>
        </w:rPr>
        <w:t xml:space="preserve">[04:54] </w:t>
      </w:r>
      <w:r>
        <w:t>"fi muqaddas innal malika muqtadir". Jannat ke bare mein. "fi muqaddas innal malika muqtadir".</w:t>
      </w:r>
    </w:p>
    <w:p>
      <w:pPr>
        <w:jc w:val="right"/>
      </w:pPr>
      <w:r>
        <w:t>"فی مقدس ان الملک مقتدر"۔ جنت کے بارے میں۔ "فی مقدس ان الملک مقتدر"۔</w:t>
      </w:r>
    </w:p>
    <w:p>
      <w:r>
        <w:rPr>
          <w:b/>
        </w:rPr>
        <w:t xml:space="preserve">[05:07] </w:t>
      </w:r>
      <w:r>
        <w:t>yani jannat wale</w:t>
      </w:r>
    </w:p>
    <w:p>
      <w:pPr>
        <w:jc w:val="right"/>
      </w:pPr>
      <w:r>
        <w:t>یعنی جنت والے</w:t>
      </w:r>
    </w:p>
    <w:p>
      <w:r>
        <w:rPr>
          <w:b/>
        </w:rPr>
        <w:t xml:space="preserve">[05:13] </w:t>
      </w:r>
      <w:r>
        <w:t>sachai ki true sachai ki seat par honge. Muqaddas sidq sachai ki seat. Is ka matlab hai ke</w:t>
      </w:r>
    </w:p>
    <w:p>
      <w:pPr>
        <w:jc w:val="right"/>
      </w:pPr>
      <w:r>
        <w:t>سچائی کی ٹرو سچائی کی سیٹ پر ہوں گے۔ مقدس صدق سچائی کی سیٹ۔ اس کا معنی ہے کہ</w:t>
      </w:r>
    </w:p>
    <w:p>
      <w:r>
        <w:rPr>
          <w:b/>
        </w:rPr>
        <w:t xml:space="preserve">[05:28] </w:t>
      </w:r>
      <w:r>
        <w:t>dekhiye, is dunya mein</w:t>
      </w:r>
    </w:p>
    <w:p>
      <w:pPr>
        <w:jc w:val="right"/>
      </w:pPr>
      <w:r>
        <w:t>دیکھیے، اس دنیا میں</w:t>
      </w:r>
    </w:p>
    <w:p>
      <w:r>
        <w:rPr>
          <w:b/>
        </w:rPr>
        <w:t xml:space="preserve">[05:33] </w:t>
      </w:r>
      <w:r>
        <w:t>aadmi ke khara hone ke liye do different seat hoti hain. Ek hai</w:t>
      </w:r>
    </w:p>
    <w:p>
      <w:pPr>
        <w:jc w:val="right"/>
      </w:pPr>
      <w:r>
        <w:t>آدمی کے کھڑا ہونے کے لیے دو ڈفرنٹ سیٹ ہوتی ہیں۔ ایک ہے</w:t>
      </w:r>
    </w:p>
    <w:p>
      <w:r>
        <w:rPr>
          <w:b/>
        </w:rPr>
        <w:t xml:space="preserve">[05:43] </w:t>
      </w:r>
      <w:r>
        <w:t>muqaddas kizb aur doosri hai muqaddas sidq. Yani jhoot ki seat, falsehood ki seat, aur doosra sachai ki seat.</w:t>
      </w:r>
    </w:p>
    <w:p>
      <w:pPr>
        <w:jc w:val="right"/>
      </w:pPr>
      <w:r>
        <w:t>مقدس کذب اور دوسری ہے مقدس صدق۔ یعنی جھوٹ کی سیٹ، فالس ہڈ کی سیٹ، اور دوسرا سچائی کی سیٹ۔</w:t>
      </w:r>
    </w:p>
    <w:p>
      <w:r>
        <w:rPr>
          <w:b/>
        </w:rPr>
        <w:t xml:space="preserve">[05:58] </w:t>
      </w:r>
      <w:r>
        <w:t>jhoot ki seat aur sachai ki seat.</w:t>
      </w:r>
    </w:p>
    <w:p>
      <w:pPr>
        <w:jc w:val="right"/>
      </w:pPr>
      <w:r>
        <w:t>جھوٹ کی سیٹ اور سچائی کی سیٹ۔</w:t>
      </w:r>
    </w:p>
    <w:p>
      <w:r>
        <w:rPr>
          <w:b/>
        </w:rPr>
        <w:t xml:space="preserve">[06:04] </w:t>
      </w:r>
      <w:r>
        <w:t>to dunya mein jo aadmi</w:t>
      </w:r>
    </w:p>
    <w:p>
      <w:pPr>
        <w:jc w:val="right"/>
      </w:pPr>
      <w:r>
        <w:t>تو دنیا میں جو آدمی</w:t>
      </w:r>
    </w:p>
    <w:p>
      <w:r>
        <w:rPr>
          <w:b/>
        </w:rPr>
        <w:t xml:space="preserve">[06:11] </w:t>
      </w:r>
      <w:r>
        <w:t>badai ki seat par baithna chahe to woh falsehood ki seat par baithne ki koshish kar raha hai.</w:t>
      </w:r>
    </w:p>
    <w:p>
      <w:pPr>
        <w:jc w:val="right"/>
      </w:pPr>
      <w:r>
        <w:t>بڑائی کی سیٹ پر بیٹھنا چاہے تو وہ فالس ہڈ کی سیٹ پر بیٹھنے کی کوشش کر رہا ہے۔</w:t>
      </w:r>
    </w:p>
    <w:p>
      <w:r>
        <w:rPr>
          <w:b/>
        </w:rPr>
        <w:t xml:space="preserve">[06:20] </w:t>
      </w:r>
      <w:r>
        <w:t>aaj kal kya hai? Agar aap ke paas bari gaadi hai to aap choti gaadi ke sath us ko khara karna pasand nahi karte.</w:t>
      </w:r>
    </w:p>
    <w:p>
      <w:pPr>
        <w:jc w:val="right"/>
      </w:pPr>
      <w:r>
        <w:t>آج کل کیا ہے؟ اگر آپ کے پاس بڑی گاڑی ہے تو آپ چھوٹی گاڑی کے ساتھ اس کو کھڑا کرنا پسند نہیں کرتے۔</w:t>
      </w:r>
    </w:p>
    <w:p>
      <w:r>
        <w:rPr>
          <w:b/>
        </w:rPr>
        <w:t xml:space="preserve">[06:34] </w:t>
      </w:r>
      <w:r>
        <w:t>agar aap ke paas bara ghar hai to aap kisi flat wale ke post par rehna pasand nahi karte.</w:t>
      </w:r>
    </w:p>
    <w:p>
      <w:pPr>
        <w:jc w:val="right"/>
      </w:pPr>
      <w:r>
        <w:t>اگر آپ کے پاس بڑا گھر ہے تو آپ کسی فلیٹ والے کے پوسٹ پر رہنا پسند نہیں کرتے۔</w:t>
      </w:r>
    </w:p>
    <w:p>
      <w:r>
        <w:rPr>
          <w:b/>
        </w:rPr>
        <w:t xml:space="preserve">[06:45] </w:t>
      </w:r>
      <w:r>
        <w:t>yeh kya hai? Is ka matlab hai ke aap jhoot ki seat par khara hone ki koshish kar rahe hain. Kyun ke insaan to by birth ek modest insaan hai.</w:t>
      </w:r>
    </w:p>
    <w:p>
      <w:pPr>
        <w:jc w:val="right"/>
      </w:pPr>
      <w:r>
        <w:t>یہ کیا ہے؟ اس کا معنی ہے کہ آپ جھوٹ کی سیٹ پر کھڑا ہونے کی کوشش کر رہے ہیں۔ کیونکہ انسان تو بائی برتھ ایک ماڈیسٹ انسان ہے۔</w:t>
      </w:r>
    </w:p>
    <w:p>
      <w:r>
        <w:rPr>
          <w:b/>
        </w:rPr>
        <w:t xml:space="preserve">[07:09] </w:t>
      </w:r>
      <w:r>
        <w:t>insan ko sirf modesty hi mili hai.</w:t>
      </w:r>
    </w:p>
    <w:p>
      <w:pPr>
        <w:jc w:val="right"/>
      </w:pPr>
      <w:r>
        <w:t>انسان کو صرف ماڈیسٹی ہی ملی ہے۔</w:t>
      </w:r>
    </w:p>
    <w:p>
      <w:r>
        <w:rPr>
          <w:b/>
        </w:rPr>
        <w:t xml:space="preserve">[07:16] </w:t>
      </w:r>
      <w:r>
        <w:t>bari badai to sirf allah ke liye hai.</w:t>
      </w:r>
    </w:p>
    <w:p>
      <w:pPr>
        <w:jc w:val="right"/>
      </w:pPr>
      <w:r>
        <w:t>بڑی بڑائی تو صرف اللہ کے لیے ہے۔</w:t>
      </w:r>
    </w:p>
    <w:p>
      <w:r>
        <w:rPr>
          <w:b/>
        </w:rPr>
        <w:t xml:space="preserve">[07:22] </w:t>
      </w:r>
      <w:r>
        <w:t>to agar aap ka mizaj ye ho ke aap</w:t>
      </w:r>
    </w:p>
    <w:p>
      <w:pPr>
        <w:jc w:val="right"/>
      </w:pPr>
      <w:r>
        <w:t>تو اگر آپ کا مزاج یہ ہو کہ آپ</w:t>
      </w:r>
    </w:p>
    <w:p>
      <w:r>
        <w:rPr>
          <w:b/>
        </w:rPr>
        <w:t xml:space="preserve">[07:29] </w:t>
      </w:r>
      <w:r>
        <w:t>ke paas bari gaadi ho aur aap chhoti gaadi ke sath uski parking pasand nahi karte, aap ke paas bada ghar hai to aap flat wale ke sath khada hona pasand nahi karte.</w:t>
      </w:r>
    </w:p>
    <w:p>
      <w:pPr>
        <w:jc w:val="right"/>
      </w:pPr>
      <w:r>
        <w:t>کے پاس بڑی گاڑی ہو اور آپ چھوٹی گاڑی کے ساتھ اس کی پارکنگ پسند نہیں کرتے، آپ کے پاس بڑا گھر ہے تو آپ فلیٹ والے کے ساتھ کھڑا ہونا پسند نہیں کرتے۔</w:t>
      </w:r>
    </w:p>
    <w:p>
      <w:r>
        <w:rPr>
          <w:b/>
        </w:rPr>
        <w:t xml:space="preserve">[07:47] </w:t>
      </w:r>
      <w:r>
        <w:t>to ye sab kya hai? ye sab ye hai ke aap</w:t>
      </w:r>
    </w:p>
    <w:p>
      <w:pPr>
        <w:jc w:val="right"/>
      </w:pPr>
      <w:r>
        <w:t>تو یہ سب کیا ہے؟ یہ سب یہ ہے کہ آپ</w:t>
      </w:r>
    </w:p>
    <w:p>
      <w:r>
        <w:rPr>
          <w:b/>
        </w:rPr>
        <w:t xml:space="preserve">[07:54] </w:t>
      </w:r>
      <w:r>
        <w:t>falsehood ki seat par baithe hue hain, khade hue hain, jhoot ki seat par khade hue hain. to dunya mein to aap jhoot ki seat par khada ho sakte hain,</w:t>
      </w:r>
    </w:p>
    <w:p>
      <w:pPr>
        <w:jc w:val="right"/>
      </w:pPr>
      <w:r>
        <w:t>فالس ہڈ کی سیٹ پر بیٹھے ہوئے ہیں، کھڑے ہوئے ہیں، جھوٹ کی سیٹ پر کھڑے ہوئے ہیں۔ تو دنیا میں تو آپ جھوٹ کی سیٹ پر کھڑا ہو سکتے ہیں،</w:t>
      </w:r>
    </w:p>
    <w:p>
      <w:r>
        <w:rPr>
          <w:b/>
        </w:rPr>
        <w:t xml:space="preserve">[08:10] </w:t>
      </w:r>
      <w:r>
        <w:t>koshish kar sakte hain, lekin akhirat mein to sab kuch expose ho jayega. akhirat mein sab kuch expose ho jayega.</w:t>
      </w:r>
    </w:p>
    <w:p>
      <w:pPr>
        <w:jc w:val="right"/>
      </w:pPr>
      <w:r>
        <w:t>کوشش کر سکتے ہیں، لیکن آخرت میں تو سب کچھ ایکسپوز ہو جائے گا۔ آخرت میں سب کچھ ایکسپوز ہو جائے گا۔</w:t>
      </w:r>
    </w:p>
    <w:p>
      <w:r>
        <w:rPr>
          <w:b/>
        </w:rPr>
        <w:t xml:space="preserve">[08:21] </w:t>
      </w:r>
      <w:r>
        <w:t>jo real sense mein aap ka maqam tha wahi khul jayega.</w:t>
      </w:r>
    </w:p>
    <w:p>
      <w:pPr>
        <w:jc w:val="right"/>
      </w:pPr>
      <w:r>
        <w:t>جو ریل سینس میں آپ کا مقام تھا وہی کھل جائے گا۔</w:t>
      </w:r>
    </w:p>
    <w:p>
      <w:r>
        <w:rPr>
          <w:b/>
        </w:rPr>
        <w:t xml:space="preserve">[08:30] </w:t>
      </w:r>
      <w:r>
        <w:t>to kya hoga? jo aadmi haqeeqat ke aitbar se jhoot ki seat par khada hua tha wo rab-ul-alameen se door ho jayega.</w:t>
      </w:r>
    </w:p>
    <w:p>
      <w:pPr>
        <w:jc w:val="right"/>
      </w:pPr>
      <w:r>
        <w:t>تو کیا ہوگا؟ جو آدمی حقیقت کے اعتبار سے جھوٹ کی سیٹ پر کھڑا ہوا تھا وہ رب العالمین سے دور ہو جائے گا۔</w:t>
      </w:r>
    </w:p>
    <w:p>
      <w:r>
        <w:rPr>
          <w:b/>
        </w:rPr>
        <w:t xml:space="preserve">[08:48] </w:t>
      </w:r>
      <w:r>
        <w:t>us ko qurbat hasil nahi hogi.</w:t>
      </w:r>
    </w:p>
    <w:p>
      <w:pPr>
        <w:jc w:val="right"/>
      </w:pPr>
      <w:r>
        <w:t>اس کو قربت حاصل نہیں ہوگی۔</w:t>
      </w:r>
    </w:p>
    <w:p>
      <w:r>
        <w:rPr>
          <w:b/>
        </w:rPr>
        <w:t xml:space="preserve">[08:52] </w:t>
      </w:r>
      <w:r>
        <w:t>qurbat sirf us ko milegi, nazdiki sirf us ko milegi jo real sense mein sachai ki seat par, modesty ki seat par khada hua tha.</w:t>
      </w:r>
    </w:p>
    <w:p>
      <w:pPr>
        <w:jc w:val="right"/>
      </w:pPr>
      <w:r>
        <w:t>قربت صرف اس کو ملے گی، نزدیکی صرف اس کو ملے گی جو ریل سینس میں سچائی کی سیٹ پر، ماڈیسٹی کی سیٹ پر کھڑا ہوا تھا۔</w:t>
      </w:r>
    </w:p>
    <w:p>
      <w:r>
        <w:rPr>
          <w:b/>
        </w:rPr>
        <w:t xml:space="preserve">[09:09] </w:t>
      </w:r>
      <w:r>
        <w:t>ye bohat zyada bari baat hai.</w:t>
      </w:r>
    </w:p>
    <w:p>
      <w:pPr>
        <w:jc w:val="right"/>
      </w:pPr>
      <w:r>
        <w:t>یہ بہت زیادہ بڑی بات ہے۔</w:t>
      </w:r>
    </w:p>
    <w:p>
      <w:r>
        <w:rPr>
          <w:b/>
        </w:rPr>
        <w:t xml:space="preserve">[09:14] </w:t>
      </w:r>
      <w:r>
        <w:t>bohat bohat zyada bari baat hai.</w:t>
      </w:r>
    </w:p>
    <w:p>
      <w:pPr>
        <w:jc w:val="right"/>
      </w:pPr>
      <w:r>
        <w:t>بہت بہت زیادہ بڑی بات ہے۔</w:t>
      </w:r>
    </w:p>
    <w:p>
      <w:r>
        <w:rPr>
          <w:b/>
        </w:rPr>
        <w:t xml:space="preserve">[09:20] </w:t>
      </w:r>
      <w:r>
        <w:t>aap ghaur kijiye kaisa ajeeb haal hoga is insan ka jo dunya mein ye samajhta tha ke main badai ki seat par khada hua hoon, azmat ki seat par khada hua hoon,</w:t>
      </w:r>
    </w:p>
    <w:p>
      <w:pPr>
        <w:jc w:val="right"/>
      </w:pPr>
      <w:r>
        <w:t>آپ غور کیجیے کیسا عجیب حال ہوگا اس انسان کا جو دنیا میں یہ سمجھتا تھا کہ میں بڑائی کی سیٹ پر کھڑا ہوا ہوں، عظمت کی سیٹ پر کھڑا ہوا ہوں،</w:t>
      </w:r>
    </w:p>
    <w:p>
      <w:r>
        <w:rPr>
          <w:b/>
        </w:rPr>
        <w:t xml:space="preserve">[09:37] </w:t>
      </w:r>
      <w:r>
        <w:t>glory ki seat par khada hua hoon, aur akhirat mein achanak us ko maloom ho ke wo to jhoot ki seat par khada hua tha.</w:t>
      </w:r>
    </w:p>
    <w:p>
      <w:pPr>
        <w:jc w:val="right"/>
      </w:pPr>
      <w:r>
        <w:t>گلوری کی سیٹ پر کھڑا ہوا ہوں، اور آخرت میں اچانک اس کو معلوم ہو کہ وہ تو جھوٹ کی سیٹ پر کھڑا ہوا تھا۔</w:t>
      </w:r>
    </w:p>
    <w:p>
      <w:r>
        <w:rPr>
          <w:b/>
        </w:rPr>
        <w:t xml:space="preserve">[09:53] </w:t>
      </w:r>
      <w:r>
        <w:t>to kya haal hoga is ka? to ye jo formula hai:</w:t>
      </w:r>
    </w:p>
    <w:p>
      <w:pPr>
        <w:jc w:val="right"/>
      </w:pPr>
      <w:r>
        <w:t>تو کیا حال ہوگا اس کا؟ تو یہ جو فارمولا ہے:</w:t>
      </w:r>
    </w:p>
    <w:p>
      <w:r>
        <w:rPr>
          <w:b/>
        </w:rPr>
        <w:t xml:space="preserve">[10:04] </w:t>
      </w:r>
      <w:r>
        <w:t>"simple living, high thinking", ye dunya se le kar akhirat tak insan ke kaam aata hai.</w:t>
      </w:r>
    </w:p>
    <w:p>
      <w:pPr>
        <w:jc w:val="right"/>
      </w:pPr>
      <w:r>
        <w:t>"سمپل لیونگ، ہائی تھنکنگ"، یہ دنیا سے لے کر آخرت تک انسان کے کام آتا ہے۔</w:t>
      </w:r>
    </w:p>
    <w:p>
      <w:r>
        <w:rPr>
          <w:b/>
        </w:rPr>
        <w:t xml:space="preserve">[10:16] </w:t>
      </w:r>
      <w:r>
        <w:t>simple living se aadmi ke andar high thinking aati hai. aur high thinking agar aap ke andar hai to aap ke andar</w:t>
      </w:r>
    </w:p>
    <w:p>
      <w:pPr>
        <w:jc w:val="right"/>
      </w:pPr>
      <w:r>
        <w:t>سمپل لیونگ سے آدمی کے اندر ہائی تھنکنگ آتی ہے۔ اور ہائی تھنکنگ اگر آپ کے اندر ہے تو آپ کے اندر</w:t>
      </w:r>
    </w:p>
    <w:p>
      <w:r>
        <w:rPr>
          <w:b/>
        </w:rPr>
        <w:t xml:space="preserve">[10:28] </w:t>
      </w:r>
      <w:r>
        <w:t>relative ka process aayega,</w:t>
      </w:r>
    </w:p>
    <w:p>
      <w:pPr>
        <w:jc w:val="right"/>
      </w:pPr>
      <w:r>
        <w:t>ریلیٹو کا پروسیس آئے گا،</w:t>
      </w:r>
    </w:p>
    <w:p>
      <w:r>
        <w:rPr>
          <w:b/>
        </w:rPr>
        <w:t xml:space="preserve">[10:33] </w:t>
      </w:r>
      <w:r>
        <w:t>aap ke andar boundary aayegi.</w:t>
      </w:r>
    </w:p>
    <w:p>
      <w:pPr>
        <w:jc w:val="right"/>
      </w:pPr>
      <w:r>
        <w:t>آپ کے اندر باڈری آئے گی۔</w:t>
      </w:r>
    </w:p>
    <w:p>
      <w:r>
        <w:rPr>
          <w:b/>
        </w:rPr>
        <w:t xml:space="preserve">[10:39] </w:t>
      </w:r>
      <w:r>
        <w:t>ye sab mil kar ke wo sifat paida hogi aap ke andar jo aap ko apne khaliq se qareeb jagah de akhirat mein.</w:t>
      </w:r>
    </w:p>
    <w:p>
      <w:pPr>
        <w:jc w:val="right"/>
      </w:pPr>
      <w:r>
        <w:t>یہ سب مل کر کے وہ صفت پیدا ہوگی آپ کے اندر جو آپ کو اپنے خالق سے قریب جگہ دے آخرت میں۔</w:t>
      </w:r>
    </w:p>
    <w:p>
      <w:r>
        <w:rPr>
          <w:b/>
        </w:rPr>
        <w:t xml:space="preserve">[10:49] </w:t>
      </w:r>
      <w:r>
        <w:t>"fee muqaddasin al-mulk muqtadir".</w:t>
      </w:r>
    </w:p>
    <w:p>
      <w:pPr>
        <w:jc w:val="right"/>
      </w:pPr>
      <w:r>
        <w:t>"فی مقدس ان الملک مقتدر"۔</w:t>
      </w:r>
    </w:p>
    <w:p>
      <w:r>
        <w:rPr>
          <w:b/>
        </w:rPr>
        <w:t xml:space="preserve">[10:56] </w:t>
      </w:r>
      <w:r>
        <w:t>yani ye log sachai ki seat par honge apne khaliq ke paas.</w:t>
      </w:r>
    </w:p>
    <w:p>
      <w:pPr>
        <w:jc w:val="right"/>
      </w:pPr>
      <w:r>
        <w:t>یعنی یہ لوگ سچائی کی سیٹ پر ہوں گے اپنے خالق کے پاس۔</w:t>
      </w:r>
    </w:p>
    <w:p>
      <w:r>
        <w:rPr>
          <w:b/>
        </w:rPr>
        <w:t xml:space="preserve">[11:07] </w:t>
      </w:r>
      <w:r>
        <w:t>to jin logon ke andar</w:t>
      </w:r>
    </w:p>
    <w:p>
      <w:pPr>
        <w:jc w:val="right"/>
      </w:pPr>
      <w:r>
        <w:t>تو جن لوگوں کے اندر</w:t>
      </w:r>
    </w:p>
    <w:p>
      <w:r>
        <w:rPr>
          <w:b/>
        </w:rPr>
        <w:t xml:space="preserve">[11:15] </w:t>
      </w:r>
      <w:r>
        <w:t>simple living, high thinking ki sifat ho wo dunya mein bhi izzat paate hain aur akhirat mein bhi un ko izzat ka maqam milega.</w:t>
      </w:r>
    </w:p>
    <w:p>
      <w:pPr>
        <w:jc w:val="right"/>
      </w:pPr>
      <w:r>
        <w:t>سمپل لیونگ، ہائی تھنکنگ کی صفت ہو وہ دنیا میں بھی عزت پاتے ہیں اور آخرت میں بھی ان کو عزت کا مقام ملے گا۔</w:t>
      </w:r>
    </w:p>
    <w:p>
      <w:r>
        <w:rPr>
          <w:b/>
        </w:rPr>
        <w:t xml:space="preserve">[11:27] </w:t>
      </w:r>
      <w:r>
        <w:t>yeh aisi sifat hai jo jahan bhi kaam aati hai wahan bhi kaam aayegi.</w:t>
      </w:r>
    </w:p>
    <w:p>
      <w:pPr>
        <w:jc w:val="right"/>
      </w:pPr>
      <w:r>
        <w:t>یہ ایسی صفت ہے جو جہاں بھی کام آتی ہے وہاں بھی کام آئے گی۔</w:t>
      </w:r>
    </w:p>
    <w:p>
      <w:r>
        <w:rPr>
          <w:b/>
        </w:rPr>
        <w:t xml:space="preserve">[11:37] </w:t>
      </w:r>
      <w:r>
        <w:t>simple living se high thinking aati hai, high thinking se simple living aati hai. aur jin logon ke andar yeh sifat ho woh dunya mein bhi</w:t>
      </w:r>
    </w:p>
    <w:p>
      <w:pPr>
        <w:jc w:val="right"/>
      </w:pPr>
      <w:r>
        <w:t>سمپل لیونگ سے ہائی تھنکنگ آتی ہے، ہائی تھنکنگ سے سمپل لیونگ آتی ہے۔ اور جن لوگوں کے اندر یہ صفت ہو وہ دنیا میں بھی</w:t>
      </w:r>
    </w:p>
    <w:p>
      <w:r>
        <w:rPr>
          <w:b/>
        </w:rPr>
        <w:t xml:space="preserve">[11:54] </w:t>
      </w:r>
      <w:r>
        <w:t>badai ka darja paate hain aur aakhirat mein bhi unko badai ka darja milega.</w:t>
      </w:r>
    </w:p>
    <w:p>
      <w:pPr>
        <w:jc w:val="right"/>
      </w:pPr>
      <w:r>
        <w:t>بڑائی کا درجہ پاتے ہیں اور آخرت میں بھی ان کو بڑائی کا درجہ ملے گا۔</w:t>
      </w:r>
    </w:p>
    <w:p>
      <w:r>
        <w:rPr>
          <w:b/>
        </w:rPr>
        <w:t xml:space="preserve">[12:07] </w:t>
      </w:r>
      <w:r>
        <w:t>meri apni finding toh yahi hai ke sab se bari quality yahi hai mazhab ke aitbar se bhi aur</w:t>
      </w:r>
    </w:p>
    <w:p>
      <w:pPr>
        <w:jc w:val="right"/>
      </w:pPr>
      <w:r>
        <w:t>میری اپنی فائنڈنگ تو یہی ہے کہ سب سے بڑی کوالٹی یہی ہے مذہب کے اعتبار سے بھی اور</w:t>
      </w:r>
    </w:p>
    <w:p>
      <w:r>
        <w:rPr>
          <w:b/>
        </w:rPr>
        <w:t xml:space="preserve">[12:24] </w:t>
      </w:r>
      <w:r>
        <w:t>secularism ke aitbar se bhi.</w:t>
      </w:r>
    </w:p>
    <w:p>
      <w:pPr>
        <w:jc w:val="right"/>
      </w:pPr>
      <w:r>
        <w:t>سیکولرزم کے اعتبار سے بھی۔</w:t>
      </w:r>
    </w:p>
    <w:p>
      <w:r>
        <w:rPr>
          <w:b/>
        </w:rPr>
        <w:t xml:space="preserve">[12:29] </w:t>
      </w:r>
      <w:r>
        <w:t>simple living, high thinking. dekhiye, simple living ki pehchan kya hai? aap ke andar simple living hai ke nahi hai?</w:t>
      </w:r>
    </w:p>
    <w:p>
      <w:pPr>
        <w:jc w:val="right"/>
      </w:pPr>
      <w:r>
        <w:t>سمپل لیونگ، ہائی تھنکنگ۔ دیکھیے، سمپل لیونگ کی پہچان کیا ہے؟ آپ کے اندر سمپل لیونگ ہے کہ نہیں ہے؟</w:t>
      </w:r>
    </w:p>
    <w:p>
      <w:r>
        <w:rPr>
          <w:b/>
        </w:rPr>
        <w:t xml:space="preserve">[12:41] </w:t>
      </w:r>
      <w:r>
        <w:t>iski pehchan kya hai?</w:t>
      </w:r>
    </w:p>
    <w:p>
      <w:pPr>
        <w:jc w:val="right"/>
      </w:pPr>
      <w:r>
        <w:t>اس کی پہچان کیا ہے؟</w:t>
      </w:r>
    </w:p>
    <w:p>
      <w:r>
        <w:rPr>
          <w:b/>
        </w:rPr>
        <w:t xml:space="preserve">[12:47] </w:t>
      </w:r>
      <w:r>
        <w:t>iski pehchan yeh hai</w:t>
      </w:r>
    </w:p>
    <w:p>
      <w:pPr>
        <w:jc w:val="right"/>
      </w:pPr>
      <w:r>
        <w:t>اس کی پہچان یہ ہے</w:t>
      </w:r>
    </w:p>
    <w:p>
      <w:r>
        <w:rPr>
          <w:b/>
        </w:rPr>
        <w:t xml:space="preserve">[12:55] </w:t>
      </w:r>
      <w:r>
        <w:t>ke aap ko</w:t>
      </w:r>
    </w:p>
    <w:p>
      <w:pPr>
        <w:jc w:val="right"/>
      </w:pPr>
      <w:r>
        <w:t>کہ آپ کو</w:t>
      </w:r>
    </w:p>
    <w:p>
      <w:r>
        <w:rPr>
          <w:b/>
        </w:rPr>
        <w:t xml:space="preserve">[13:01] </w:t>
      </w:r>
      <w:r>
        <w:t>badai ki baat achhi hi na lage. koi aap ko bara bataye toh aap ko sharam aaye.</w:t>
      </w:r>
    </w:p>
    <w:p>
      <w:pPr>
        <w:jc w:val="right"/>
      </w:pPr>
      <w:r>
        <w:t>بڑائی کی بات اچھی ہی نہ لگے۔ کوئی آپ کو بڑا بتائے تو آپ کو شرم آئے۔</w:t>
      </w:r>
    </w:p>
    <w:p>
      <w:r>
        <w:rPr>
          <w:b/>
        </w:rPr>
        <w:t xml:space="preserve">[13:13] </w:t>
      </w:r>
      <w:r>
        <w:t>high thinking hi aap ko suit karti ho. bari bari baatein, bare bare daawe, yeh sab aap ko jhoot lagte hon.</w:t>
      </w:r>
    </w:p>
    <w:p>
      <w:pPr>
        <w:jc w:val="right"/>
      </w:pPr>
      <w:r>
        <w:t>ہائی تھنکنگ ہی آپ کو سوٹ کرتی ہو۔ بڑی بڑی باتیں، بڑے بڑے دعوے، یہ سب آپ کو جھوٹ لگتے ہوں۔</w:t>
      </w:r>
    </w:p>
    <w:p>
      <w:r>
        <w:rPr>
          <w:b/>
        </w:rPr>
        <w:t xml:space="preserve">[13:28] </w:t>
      </w:r>
      <w:r>
        <w:t>jhoot.</w:t>
      </w:r>
    </w:p>
    <w:p>
      <w:pPr>
        <w:jc w:val="right"/>
      </w:pPr>
      <w:r>
        <w:t>جھوٹ۔</w:t>
      </w:r>
    </w:p>
    <w:p>
      <w:r>
        <w:rPr>
          <w:b/>
        </w:rPr>
        <w:t xml:space="preserve">[13:33] </w:t>
      </w:r>
      <w:r>
        <w:t>yeh pehchan hai.</w:t>
      </w:r>
    </w:p>
    <w:p>
      <w:pPr>
        <w:jc w:val="right"/>
      </w:pPr>
      <w:r>
        <w:t>یہ پہچان ہے۔</w:t>
      </w:r>
    </w:p>
    <w:p>
      <w:r>
        <w:rPr>
          <w:b/>
        </w:rPr>
        <w:t xml:space="preserve">[13:38] </w:t>
      </w:r>
      <w:r>
        <w:t>yani</w:t>
      </w:r>
    </w:p>
    <w:p>
      <w:pPr>
        <w:jc w:val="right"/>
      </w:pPr>
      <w:r>
        <w:t>یعنی</w:t>
      </w:r>
    </w:p>
    <w:p>
      <w:r>
        <w:rPr>
          <w:b/>
        </w:rPr>
        <w:t xml:space="preserve">[13:41] </w:t>
      </w:r>
      <w:r>
        <w:t>neeche ki seat par baithne mein aap ko</w:t>
      </w:r>
    </w:p>
    <w:p>
      <w:pPr>
        <w:jc w:val="right"/>
      </w:pPr>
      <w:r>
        <w:t>نیچے کی سیٹ پر بیٹھنے میں آپ کو</w:t>
      </w:r>
    </w:p>
    <w:p>
      <w:r>
        <w:rPr>
          <w:b/>
        </w:rPr>
        <w:t xml:space="preserve">[13:46] </w:t>
      </w:r>
      <w:r>
        <w:t>khushi hasil ho aur badai ki seat par baithne mein aap ko khushi na mile. aap sochen ke badai ki seat toh Allah rab ul alameen ke liye hai,</w:t>
      </w:r>
    </w:p>
    <w:p>
      <w:pPr>
        <w:jc w:val="right"/>
      </w:pPr>
      <w:r>
        <w:t>خوشی حاصل ہو اور بڑائی کی سیٹ پر بیٹھنے میں آپ کو خوشی نہ ملے۔ آپ سوچیں کہ بڑائی کی سیٹ تو اللہ رب العالمین کے لیے ہے،</w:t>
      </w:r>
    </w:p>
    <w:p>
      <w:r>
        <w:rPr>
          <w:b/>
        </w:rPr>
        <w:t xml:space="preserve">[14:02] </w:t>
      </w:r>
      <w:r>
        <w:t>insan ke liye toh</w:t>
      </w:r>
    </w:p>
    <w:p>
      <w:pPr>
        <w:jc w:val="right"/>
      </w:pPr>
      <w:r>
        <w:t>انسان کے لیے تو</w:t>
      </w:r>
    </w:p>
    <w:p>
      <w:r>
        <w:rPr>
          <w:b/>
        </w:rPr>
        <w:t xml:space="preserve">[14:08] </w:t>
      </w:r>
      <w:r>
        <w:t>badai ki seat hai nahi.</w:t>
      </w:r>
    </w:p>
    <w:p>
      <w:pPr>
        <w:jc w:val="right"/>
      </w:pPr>
      <w:r>
        <w:t>بڑائی کی سیٹ ہے نہیں۔</w:t>
      </w:r>
    </w:p>
    <w:p>
      <w:r>
        <w:rPr>
          <w:b/>
        </w:rPr>
        <w:t xml:space="preserve">[14:18] </w:t>
      </w:r>
      <w:r>
        <w:t>toh main samajhta hoon ke jitna zyada aap sochen, jitna zyada sochen, utna hi aap discover karenge ke yeh jo formula hai:</w:t>
      </w:r>
    </w:p>
    <w:p>
      <w:pPr>
        <w:jc w:val="right"/>
      </w:pPr>
      <w:r>
        <w:t>تو میں سمجھتا ہوں کہ جتنا زیادہ آپ سوچیں، جتنا زیادہ سوچیں، اتنا ہی آپ ڈسکور کریں گے کہ یہ جو فارمولا ہے:</w:t>
      </w:r>
    </w:p>
    <w:p>
      <w:r>
        <w:rPr>
          <w:b/>
        </w:rPr>
        <w:t xml:space="preserve">[14:33] </w:t>
      </w:r>
      <w:r>
        <w:t>"simple living, high thinking", yeh super formula hai.</w:t>
      </w:r>
    </w:p>
    <w:p>
      <w:pPr>
        <w:jc w:val="right"/>
      </w:pPr>
      <w:r>
        <w:t>"سمپل لیونگ، ہائی تھنکنگ"، یہ سپر فارمولا ہے۔</w:t>
      </w:r>
    </w:p>
    <w:p>
      <w:r>
        <w:rPr>
          <w:b/>
        </w:rPr>
        <w:t xml:space="preserve">[14:40] </w:t>
      </w:r>
      <w:r>
        <w:t>yeh super formula hai aur yeh har jagah kaam aata hai.</w:t>
      </w:r>
    </w:p>
    <w:p>
      <w:pPr>
        <w:jc w:val="right"/>
      </w:pPr>
      <w:r>
        <w:t>یہ سپر فارمولا ہے اور یہ ہر جگہ کام آتا ہے۔</w:t>
      </w:r>
    </w:p>
    <w:p>
      <w:r>
        <w:rPr>
          <w:b/>
        </w:rPr>
        <w:t xml:space="preserve">[14:48] </w:t>
      </w:r>
      <w:r>
        <w:t>dekhiye, is dunya mein koi bhi cheez jo bظahir badai ki baat dikhai parti ho toh apni haqeeqat ke aitbar se choti baat hoti hai.</w:t>
      </w:r>
    </w:p>
    <w:p>
      <w:pPr>
        <w:jc w:val="right"/>
      </w:pPr>
      <w:r>
        <w:t>دیکھیے، اس دنیا میں کوئی بھی چیز جو بظاہر بڑائی کی بات دکھائی پڑتی ہو تو اپنی حقیقت کے اعتبار سے چھوٹی بات ہوتی ہے۔</w:t>
      </w:r>
    </w:p>
    <w:p>
      <w:r>
        <w:rPr>
          <w:b/>
        </w:rPr>
        <w:t xml:space="preserve">[15:05] </w:t>
      </w:r>
      <w:r>
        <w:t>woh</w:t>
      </w:r>
    </w:p>
    <w:p>
      <w:pPr>
        <w:jc w:val="right"/>
      </w:pPr>
      <w:r>
        <w:t>وہ</w:t>
      </w:r>
    </w:p>
    <w:p>
      <w:r>
        <w:rPr>
          <w:b/>
        </w:rPr>
        <w:t xml:space="preserve">[15:11] </w:t>
      </w:r>
      <w:r>
        <w:t>yahi wajah hai ke jo discovery ki satah par jeene wala insan hota hai, usko bari seat par baitha bhi diya jaye toh usko khushi nahi hoti.</w:t>
      </w:r>
    </w:p>
    <w:p>
      <w:pPr>
        <w:jc w:val="right"/>
      </w:pPr>
      <w:r>
        <w:t>یہی وجہ ہے کہ جو ڈسکوری کی سطح پر جینے والا انسان ہوتا ہے، اس کو بڑی سیٹ پر بٹھا بھی دیا جائے تو اس کو خوشی نہیں ہوتی۔</w:t>
      </w:r>
    </w:p>
    <w:p>
      <w:r>
        <w:rPr>
          <w:b/>
        </w:rPr>
        <w:t xml:space="preserve">[15:22] </w:t>
      </w:r>
      <w:r>
        <w:t>kyun ke bari seat toh insan ke liye hai hi nahi, woh toh khalq ke liye hai.</w:t>
      </w:r>
    </w:p>
    <w:p>
      <w:pPr>
        <w:jc w:val="right"/>
      </w:pPr>
      <w:r>
        <w:t>کیونکہ بڑی سیٹ تو انسان کے لیے ہے ہی نہیں، وہ تو خالق کے لیے ہے۔</w:t>
      </w:r>
    </w:p>
    <w:p>
      <w:r>
        <w:rPr>
          <w:b/>
        </w:rPr>
        <w:t xml:space="preserve">[15:36] </w:t>
      </w:r>
      <w:r>
        <w:t>to sacha insan woh hai jis ko barhai ki seat par baithne mein khushi na milay.</w:t>
      </w:r>
    </w:p>
    <w:p>
      <w:pPr>
        <w:jc w:val="right"/>
      </w:pPr>
      <w:r>
        <w:t>تو سچا انسان وہ ہے جس کو بڑائی کی سیٹ پر بیٹھنے میں خوشی نہ ملے۔</w:t>
      </w:r>
    </w:p>
    <w:p>
      <w:r>
        <w:rPr>
          <w:b/>
        </w:rPr>
        <w:t xml:space="preserve">[15:56] </w:t>
      </w:r>
      <w:r>
        <w:t>to mein ne aisay insan dekhe hain ke un ko agar aap choti seat par bitha dein to bechain rehte hain.</w:t>
      </w:r>
    </w:p>
    <w:p>
      <w:pPr>
        <w:jc w:val="right"/>
      </w:pPr>
      <w:r>
        <w:t>تو میں نے ایسے انسان دیکھے ہیں کہ ان کو اگر آپ چھوٹی سیٹ پر بٹھا دیں تو بے چین رہتے ہیں۔</w:t>
      </w:r>
    </w:p>
    <w:p>
      <w:r>
        <w:rPr>
          <w:b/>
        </w:rPr>
        <w:t xml:space="preserve">[16:06] </w:t>
      </w:r>
      <w:r>
        <w:t>woh aur jahan moqa paate hain, daur kar, woh chhalang laga kar oonchi seat par pohnchne ki koshish karte hain.</w:t>
      </w:r>
    </w:p>
    <w:p>
      <w:pPr>
        <w:jc w:val="right"/>
      </w:pPr>
      <w:r>
        <w:t>وہ اور جہاں موقع پاتے ہیں، دوڑ کر، وہ چھلانگ لگا کر اونچی سیٹ پر پہنچنے کی کوشش کرتے ہیں۔</w:t>
      </w:r>
    </w:p>
    <w:p>
      <w:r>
        <w:rPr>
          <w:b/>
        </w:rPr>
        <w:t xml:space="preserve">[16:19] </w:t>
      </w:r>
      <w:r>
        <w:t>lekin agar aap ko discovery hui ho, sachai ki discovery hui ho to usi waqt aap ko khushi mile gi ke insan ke liye barhai ki seat ki seat to hai hi nahi.</w:t>
      </w:r>
    </w:p>
    <w:p>
      <w:pPr>
        <w:jc w:val="right"/>
      </w:pPr>
      <w:r>
        <w:t>لیکن اگر آپ کو ڈسکور ہوئی ہو، سچائی کی ڈسکوری ہوئی ہو تو اسی وقت آپ کو خوشی ملے گی کہ انسان کے لیے بڑائی کی سیٹ کی سیٹ تو ہے ہی نہیں۔</w:t>
      </w:r>
    </w:p>
    <w:p>
      <w:r>
        <w:rPr>
          <w:b/>
        </w:rPr>
        <w:t xml:space="preserve">[16:40] </w:t>
      </w:r>
      <w:r>
        <w:t>mein agar choti seat par, mujhe mujhe jagah mili hai, wohi to meri seat hai. meri asal seat to wohi hai.</w:t>
      </w:r>
    </w:p>
    <w:p>
      <w:pPr>
        <w:jc w:val="right"/>
      </w:pPr>
      <w:r>
        <w:t>میں اگر چھوٹی سیٹ پر، مجھے مجھے جگہ ملی ہے، وہی تو میری سیٹ ہے۔ میری اصل سیٹ تو وہی ہے۔</w:t>
      </w:r>
    </w:p>
    <w:p>
      <w:r>
        <w:rPr>
          <w:b/>
        </w:rPr>
        <w:t xml:space="preserve">[16:54] </w:t>
      </w:r>
      <w:r>
        <w:t>to simple living, high thinking kehne ke liye sirf do shabd hain.</w:t>
      </w:r>
    </w:p>
    <w:p>
      <w:pPr>
        <w:jc w:val="right"/>
      </w:pPr>
      <w:r>
        <w:t>تو سمپل لیونگ، ہائی تھنکنگ کہنے کے لیے صرف دو शब्द ہیں۔</w:t>
      </w:r>
    </w:p>
    <w:p>
      <w:r>
        <w:rPr>
          <w:b/>
        </w:rPr>
        <w:t xml:space="preserve">[17:02] </w:t>
      </w:r>
      <w:r>
        <w:t>simple living, high thinking kehne ke liye sirf do shabd hain. lekin apni haqeeqat ke aitbar se yeh kal ka kal baat hai, sari kainat hai, sari wisdom isi mein chhupi hui hai.</w:t>
      </w:r>
    </w:p>
    <w:p>
      <w:pPr>
        <w:jc w:val="right"/>
      </w:pPr>
      <w:r>
        <w:t>سمپل لیونگ، ہائی تھنکنگ کہنے کے لیے صرف دو शब्द ہیں۔ لیکن اپنی حقیقت کے اعتبار سے یہ کل کا کل بات ہے، ساری کائنات ہے، ساری وزڈم اسی میں چھپی ہوئی ہے۔</w:t>
      </w:r>
    </w:p>
    <w:p>
      <w:r>
        <w:rPr>
          <w:b/>
        </w:rPr>
        <w:t xml:space="preserve">[17:24] </w:t>
      </w:r>
      <w:r>
        <w:t>sari wisdom isi mein chhupi hui hai. dekhiye, jo aadmi is par razi ho jaye, yani simple living, high thinking par razi ho jaye to woh zindagi mein starting point pa leta hai.</w:t>
      </w:r>
    </w:p>
    <w:p>
      <w:pPr>
        <w:jc w:val="right"/>
      </w:pPr>
      <w:r>
        <w:t>ساری وزڈم اسی میں چھپی ہوئی ہے۔ دیکھیے، جو آدمی اس پر راضی ہو جائے، یعنی سمپل لیونگ، ہائی تھنکنگ پر راضی ہو جائے تو وہ زندگی میں اسٹارٹنگ پوائنٹ پا لیتا ہے۔</w:t>
      </w:r>
    </w:p>
    <w:p>
      <w:r>
        <w:rPr>
          <w:b/>
        </w:rPr>
        <w:t xml:space="preserve">[17:41] </w:t>
      </w:r>
      <w:r>
        <w:t>starting point wisdom ka saragh.</w:t>
      </w:r>
    </w:p>
    <w:p>
      <w:pPr>
        <w:jc w:val="right"/>
      </w:pPr>
      <w:r>
        <w:t>اسٹارٹنگ پوائنٹ وزڈم کا سراغ۔</w:t>
      </w:r>
    </w:p>
    <w:p>
      <w:r>
        <w:rPr>
          <w:b/>
        </w:rPr>
        <w:t xml:space="preserve">[17:48] </w:t>
      </w:r>
      <w:r>
        <w:t>aur jo aadmi is daryaft se mehroom ho, us ko wisdom ka saragh hi nahi milta.</w:t>
      </w:r>
    </w:p>
    <w:p>
      <w:pPr>
        <w:jc w:val="right"/>
      </w:pPr>
      <w:r>
        <w:t>اور جو آدمی اس دریافت سے محروم ہو، اس کو وزڈم کا سراغ ہی نہیں ملتا۔</w:t>
      </w:r>
    </w:p>
    <w:p>
      <w:r>
        <w:rPr>
          <w:b/>
        </w:rPr>
        <w:t xml:space="preserve">[18:01] </w:t>
      </w:r>
      <w:r>
        <w:t>woh to bhatakta rahe ga.</w:t>
      </w:r>
    </w:p>
    <w:p>
      <w:pPr>
        <w:jc w:val="right"/>
      </w:pPr>
      <w:r>
        <w:t>وہ تو بھٹکتا رہے گا۔</w:t>
      </w:r>
    </w:p>
    <w:p>
      <w:r>
        <w:rPr>
          <w:b/>
        </w:rPr>
        <w:t xml:space="preserve">[18:09] </w:t>
      </w:r>
      <w:r>
        <w:t>jo asal baat hai, jo starting point hai, wohi is ke hath nahi aya. zahir hai ke woh bhatakta rahe ga.</w:t>
      </w:r>
    </w:p>
    <w:p>
      <w:pPr>
        <w:jc w:val="right"/>
      </w:pPr>
      <w:r>
        <w:t>جو اصل بات ہے، جو اسٹارٹنگ پوائنٹ ہے، وہی اس کے ہاتھ نہیں آیا۔ ظاہر ہے کہ وہ بھٹکتا رہے گا۔</w:t>
      </w:r>
    </w:p>
    <w:p>
      <w:r>
        <w:rPr>
          <w:b/>
        </w:rPr>
        <w:t xml:space="preserve">[18:21] </w:t>
      </w:r>
      <w:r>
        <w:t>woh</w:t>
      </w:r>
    </w:p>
    <w:p>
      <w:pPr>
        <w:jc w:val="right"/>
      </w:pPr>
      <w:r>
        <w:t>وہ</w:t>
      </w:r>
    </w:p>
    <w:p>
      <w:r>
        <w:rPr>
          <w:b/>
        </w:rPr>
        <w:t xml:space="preserve">[18:26] </w:t>
      </w:r>
      <w:r>
        <w:t>to mein yeh kahoon ga ke aap simple living, high thinking ko discover kijiye.</w:t>
      </w:r>
    </w:p>
    <w:p>
      <w:pPr>
        <w:jc w:val="right"/>
      </w:pPr>
      <w:r>
        <w:t>تو میں یہ کہوں گا کہ آپ سمپل لیونگ، ہائی تھنکنگ کو ڈسکور کیجیے۔</w:t>
      </w:r>
    </w:p>
    <w:p>
      <w:r>
        <w:rPr>
          <w:b/>
        </w:rPr>
        <w:t xml:space="preserve">[18:41] </w:t>
      </w:r>
      <w:r>
        <w:t>aap is baat ko discover kijiye ke what is simple living, high thinking. aur apne aap ko is par qaim kijiye.</w:t>
      </w:r>
    </w:p>
    <w:p>
      <w:pPr>
        <w:jc w:val="right"/>
      </w:pPr>
      <w:r>
        <w:t>آپ اس بات کو ڈسکور کیجیے کہ واٹ از سمپل لیونگ، ہائی تھنکنگ۔ اور اپنے آپ کو اس پر قائم کیجیے۔</w:t>
      </w:r>
    </w:p>
    <w:p>
      <w:r>
        <w:rPr>
          <w:b/>
        </w:rPr>
        <w:t xml:space="preserve">[18:58] </w:t>
      </w:r>
      <w:r>
        <w:t>mein aap logon ko yeh kahoon ga ke aap simple living, high thinking ko discover kijiye aur is par apne aap ko qaim kijiye.</w:t>
      </w:r>
    </w:p>
    <w:p>
      <w:pPr>
        <w:jc w:val="right"/>
      </w:pPr>
      <w:r>
        <w:t>میں آپ لوگوں کو یہ کہوں گا کہ آپ سمپل لیونگ، ہائی تھنکنگ کو ڈسکور کیجیے اور اس پر اپنے آپ کو قائم کیجیے۔</w:t>
      </w:r>
    </w:p>
    <w:p>
      <w:r>
        <w:rPr>
          <w:b/>
        </w:rPr>
        <w:t xml:space="preserve">[19:13] </w:t>
      </w:r>
      <w:r>
        <w:t>here is the beginning of all great things. meri dua hai ke Allah taala hum ko aur aap ko is ki tofeeq de.</w:t>
      </w:r>
    </w:p>
    <w:p>
      <w:pPr>
        <w:jc w:val="right"/>
      </w:pPr>
      <w:r>
        <w:t>ہیر از دی بگننگ آف آل گریٹ تھنگز۔ میری دعا ہے کہ اللہ تعالیٰ ہم کو اور آپ کو اس کی توفیق دے۔</w:t>
      </w:r>
    </w:p>
    <w:p>
      <w:r>
        <w:rPr>
          <w:b/>
        </w:rPr>
        <w:t xml:space="preserve">[19:25] </w:t>
      </w:r>
      <w:r>
        <w:t>assalam o alaikum wa rehmatullah.</w:t>
      </w:r>
    </w:p>
    <w:p>
      <w:pPr>
        <w:jc w:val="right"/>
      </w:pPr>
      <w:r>
        <w:t>السلام علیکم ورحمۃ اللہ۔</w:t>
      </w:r>
    </w:p>
    <w:p>
      <w:r>
        <w:rPr>
          <w:b/>
        </w:rPr>
        <w:t xml:space="preserve">[19:37] </w:t>
      </w:r>
      <w:r>
        <w:t>maulana, today i have understood the definition of simple living. we always heard about simple living, but what is simple living?</w:t>
      </w:r>
    </w:p>
    <w:p>
      <w:pPr>
        <w:jc w:val="right"/>
      </w:pPr>
      <w:r>
        <w:t>مولانا، ٹوڈے آئی ہیو انڈرسٹوڈ دا ڈیفینیشن آف سمپل لیونگ۔ ویو آلویز ہرڈ اباؤٹ سمپل لیونگ، بٹ واٹ از سمپل لیونگ؟</w:t>
      </w:r>
    </w:p>
    <w:p>
      <w:r>
        <w:rPr>
          <w:b/>
        </w:rPr>
        <w:t xml:space="preserve">[19:46] </w:t>
      </w:r>
      <w:r>
        <w:t>today you explained that simple living is when you don't like if someone praises you, and the big claims seem false to you.</w:t>
      </w:r>
    </w:p>
    <w:p>
      <w:pPr>
        <w:jc w:val="right"/>
      </w:pPr>
      <w:r>
        <w:t>ٹوڈے یو ایکسپلین دیٹ سمپل لیونگ از وین یو ڈونٹ لائک اف سم ون پریزز یو، اینڈ دا بگ کلیمز سیم فالس ٹو یو۔</w:t>
      </w:r>
    </w:p>
    <w:p>
      <w:r>
        <w:rPr>
          <w:b/>
        </w:rPr>
        <w:t xml:space="preserve">[19:55] </w:t>
      </w:r>
      <w:r>
        <w:t>that is become very clear to me, and also that one who agrees to simple living and high thinking, he gets the starting point of life, and then he realizes god and will enter inshallah into paradise.</w:t>
      </w:r>
    </w:p>
    <w:p>
      <w:pPr>
        <w:jc w:val="right"/>
      </w:pPr>
      <w:r>
        <w:t>دیٹ از بیکم ویری کلیئر ٹو می، اینڈ آلسو دیٹ ون ہو ایگریز ٹو سمپل لیونگ اینڈ ہائی تھنکنگ، ہی گیٹس دا سٹارٹنگ پوائنٹ آف لائف، اینڈ دین ہی ریلائزز گاڈ اینڈ ویل انٹر انشاءاللہ انٹو پیراڈائز۔</w:t>
      </w:r>
    </w:p>
    <w:p>
      <w:r>
        <w:rPr>
          <w:b/>
        </w:rPr>
        <w:t xml:space="preserve">[20:13] </w:t>
      </w:r>
      <w:r>
        <w:t>that i have understood clearly today. mashallah, mashallah.</w:t>
      </w:r>
    </w:p>
    <w:p>
      <w:pPr>
        <w:jc w:val="right"/>
      </w:pPr>
      <w:r>
        <w:t>دیٹ آئی ہیو انڈرسٹوڈ کلیئرلی ٹوڈے۔ ماشاءاللہ، ماشاءاللہ۔</w:t>
      </w:r>
    </w:p>
    <w:p>
      <w:r>
        <w:rPr>
          <w:b/>
        </w:rPr>
        <w:t xml:space="preserve">[20:28] </w:t>
      </w:r>
      <w:r>
        <w:t>dekhiye, is ki pehchan kya hai? yani aap ne is formula ko jaan liya hai aur is par aap khare hue hain.</w:t>
      </w:r>
    </w:p>
    <w:p>
      <w:pPr>
        <w:jc w:val="right"/>
      </w:pPr>
      <w:r>
        <w:t>دیکھیے، اس کی پہچان کیا ہے؟ یعنی آپ نے اس فارمولے کو جان لیا ہے اور اس پر آپ کھڑے ہوئے ہیں۔</w:t>
      </w:r>
    </w:p>
    <w:p>
      <w:r>
        <w:rPr>
          <w:b/>
        </w:rPr>
        <w:t xml:space="preserve">[20:40] </w:t>
      </w:r>
      <w:r>
        <w:t>is ki pehchan kya hai?</w:t>
      </w:r>
    </w:p>
    <w:p>
      <w:pPr>
        <w:jc w:val="right"/>
      </w:pPr>
      <w:r>
        <w:t>اس کی پہچان کیا ہے؟</w:t>
      </w:r>
    </w:p>
    <w:p>
      <w:r>
        <w:rPr>
          <w:b/>
        </w:rPr>
        <w:t xml:space="preserve">[20:45] </w:t>
      </w:r>
      <w:r>
        <w:t>is ki pehchan yeh hai ke simple living mein aap ko khushi milay. oonchi living jo hoti hai, us mein aap ko khushi na milay.</w:t>
      </w:r>
    </w:p>
    <w:p>
      <w:pPr>
        <w:jc w:val="right"/>
      </w:pPr>
      <w:r>
        <w:t>اس کی پہچان یہ ہے کہ سمپل لیونگ میں آپ کو خوشی ملے۔ اونچی لیونگ جو ہوتی ہے، اس میں آپ کو خوشی نہ ملے۔</w:t>
      </w:r>
    </w:p>
    <w:p>
      <w:r>
        <w:rPr>
          <w:b/>
        </w:rPr>
        <w:t xml:space="preserve">[21:02] </w:t>
      </w:r>
      <w:r>
        <w:t>simple living mein aap ko khushi milay. yeh pehchan hai.</w:t>
      </w:r>
    </w:p>
    <w:p>
      <w:pPr>
        <w:jc w:val="right"/>
      </w:pPr>
      <w:r>
        <w:t>سمپل لیونگ میں آپ کو خوشی ملے۔ یہ پہچان ہے۔</w:t>
      </w:r>
    </w:p>
    <w:p>
      <w:r>
        <w:rPr>
          <w:b/>
        </w:rPr>
        <w:t xml:space="preserve">[21:14] </w:t>
      </w:r>
      <w:r>
        <w:t>luxury mein jeena aap ko lagay ke aap kisi jail mein phans gaye hain.</w:t>
      </w:r>
    </w:p>
    <w:p>
      <w:pPr>
        <w:jc w:val="right"/>
      </w:pPr>
      <w:r>
        <w:t>لگژری میں جینا آپ کو لگے کہ آپ کسی جیل میں پھنس گئے ہیں۔</w:t>
      </w:r>
    </w:p>
    <w:p>
      <w:r>
        <w:rPr>
          <w:b/>
        </w:rPr>
        <w:t xml:space="preserve">[21:23] </w:t>
      </w:r>
      <w:r>
        <w:t>maulana, jis tarah se aaj aap ne explain kiya simple living, high thinking, is se woh baatein bohat internalize ho'een.</w:t>
      </w:r>
    </w:p>
    <w:p>
      <w:pPr>
        <w:jc w:val="right"/>
      </w:pPr>
      <w:r>
        <w:t>مولانا، جس طرح سے آج آپ نے ایکسپلین کیا سمپل لیونگ، ہائی تھنکنگ، اس سے وہ باتیں بہت انٹرنلائز ہوئیں۔</w:t>
      </w:r>
    </w:p>
    <w:p>
      <w:r>
        <w:rPr>
          <w:b/>
        </w:rPr>
        <w:t xml:space="preserve">[21:33] </w:t>
      </w:r>
      <w:r>
        <w:t>hamesha yeh keh rahe hain ke simple living, high thinking. lekin jab hum creator ki powerfulness ko realize karein to apne aap mein hi hamein modesty aa jati hai.</w:t>
      </w:r>
    </w:p>
    <w:p>
      <w:pPr>
        <w:jc w:val="right"/>
      </w:pPr>
      <w:r>
        <w:t>ہمیشہ یہ کہہ رہے ہیں کہ سمپل لیونگ، ہائی تھنکنگ۔ لیکن جب ہم کریٹر کی پاور فلنس کو ریلائز کریں تو اپنے آپ میں ہی ہمیں ماڈیسٹی آ جاتی ہے۔</w:t>
      </w:r>
    </w:p>
    <w:p>
      <w:r>
        <w:rPr>
          <w:b/>
        </w:rPr>
        <w:t xml:space="preserve">[21:47] </w:t>
      </w:r>
      <w:r>
        <w:t>aur hum apne ko bilkul hi helpless aur modest samajhte hain. aur hain, aur is tarah se greatness of God ke sath jo hamein apni modesty samajh mein aati hai, is se simple living ko relate kar ke achi tarah se baat samajh mein aayi.</w:t>
      </w:r>
    </w:p>
    <w:p>
      <w:pPr>
        <w:jc w:val="right"/>
      </w:pPr>
      <w:r>
        <w:t>اور ہم اپنے کو بالکل ہی ہیلپ لیس اور ماڈیسٹ سمجھتے ہیں۔ اور ہیں، اور اس طرح سے گریٹنس آف گاڈ کے ساتھ جو ہمیں اپنی ماڈیسٹی سمجھ میں آتی ہے، اس سے سمپل لیونگ کو ریلیٹ کر کے اچھی طرح سے بات سمجھ میں آئی۔</w:t>
      </w:r>
    </w:p>
    <w:p>
      <w:r>
        <w:rPr>
          <w:b/>
        </w:rPr>
        <w:t xml:space="preserve">[22:08] </w:t>
      </w:r>
      <w:r>
        <w:t>aur is ki is tarah se hamein rehne ki Allah tofeeq de. jazak Allah Maulana. mashallah.</w:t>
      </w:r>
    </w:p>
    <w:p>
      <w:pPr>
        <w:jc w:val="right"/>
      </w:pPr>
      <w:r>
        <w:t>اور اس کی اس طرح سے ہمیں رہنے کی اللہ توفیق دے۔ جزاک اللہ مولانا۔ ماشاءاللہ۔</w:t>
      </w:r>
    </w:p>
    <w:p>
      <w:r>
        <w:rPr>
          <w:b/>
        </w:rPr>
        <w:t xml:space="preserve">[22:23] </w:t>
      </w:r>
      <w:r>
        <w:t>mujhe ek hadith yaad aayi ke</w:t>
      </w:r>
    </w:p>
    <w:p>
      <w:pPr>
        <w:jc w:val="right"/>
      </w:pPr>
      <w:r>
        <w:t>مجھے ایک حدیث یاد آئی کہ</w:t>
      </w:r>
    </w:p>
    <w:p>
      <w:r>
        <w:rPr>
          <w:b/>
        </w:rPr>
        <w:t xml:space="preserve">[22:31] </w:t>
      </w:r>
      <w:r>
        <w:t>rasool Allah khana kha rahe thay, bohat hi modest andaaz mein,</w:t>
      </w:r>
    </w:p>
    <w:p>
      <w:pPr>
        <w:jc w:val="right"/>
      </w:pPr>
      <w:r>
        <w:t>رسول اللہ کھانا کھا رہے تھے، بہت ہی ماڈیسٹ انداز میں،</w:t>
      </w:r>
    </w:p>
    <w:p>
      <w:r>
        <w:rPr>
          <w:b/>
        </w:rPr>
        <w:t xml:space="preserve">[22:43] </w:t>
      </w:r>
      <w:r>
        <w:t>shaan ke sath nahin. to kisi ne kuch kaha to aap farmaya: "ana akilu kama yakul al-abd".</w:t>
      </w:r>
    </w:p>
    <w:p>
      <w:pPr>
        <w:jc w:val="right"/>
      </w:pPr>
      <w:r>
        <w:t>شان کے ساتھ نہیں۔ تو کسی نے کچھ کہا تو آپ فرمایا: "أنا آكلو كما يأكل العبد"۔</w:t>
      </w:r>
    </w:p>
    <w:p>
      <w:r>
        <w:rPr>
          <w:b/>
        </w:rPr>
        <w:t xml:space="preserve">[22:57] </w:t>
      </w:r>
      <w:r>
        <w:t>yeh aap ko yaad hai kahan hai? yeh</w:t>
      </w:r>
    </w:p>
    <w:p>
      <w:pPr>
        <w:jc w:val="right"/>
      </w:pPr>
      <w:r>
        <w:t>یہ آپ کو یاد ہے کہاں ہے؟ یہ</w:t>
      </w:r>
    </w:p>
    <w:p>
      <w:r>
        <w:rPr>
          <w:b/>
        </w:rPr>
        <w:t xml:space="preserve">[23:03] </w:t>
      </w:r>
      <w:r>
        <w:t>"ana akilu kama yakul al-abd".</w:t>
      </w:r>
    </w:p>
    <w:p>
      <w:pPr>
        <w:jc w:val="right"/>
      </w:pPr>
      <w:r>
        <w:t>"أنا آكلو كما يأكل العبد"۔</w:t>
      </w:r>
    </w:p>
    <w:p>
      <w:r>
        <w:rPr>
          <w:b/>
        </w:rPr>
        <w:t xml:space="preserve">[23:09] </w:t>
      </w:r>
      <w:r>
        <w:t>innama ana abd akilu kama yakul al-abd. al-zuhd wa al-raqa'iq li-ibn al-mubarak. aur doosri jagah tabaqat al-kubra li-ibn Sa'd.</w:t>
      </w:r>
    </w:p>
    <w:p>
      <w:pPr>
        <w:jc w:val="right"/>
      </w:pPr>
      <w:r>
        <w:t>انما أنا عبد آكلو كما يأكل العبد۔ الزہد والرقائق لابن المبارک۔ اور دوسری جگہ طبقات الکبری لابن سعد۔</w:t>
      </w:r>
    </w:p>
    <w:p>
      <w:r>
        <w:rPr>
          <w:b/>
        </w:rPr>
        <w:t xml:space="preserve">[23:25] </w:t>
      </w:r>
      <w:r>
        <w:t>ibn Sa'd mein yeh bhi izafa hai:</w:t>
      </w:r>
    </w:p>
    <w:p>
      <w:pPr>
        <w:jc w:val="right"/>
      </w:pPr>
      <w:r>
        <w:t>ابن سعد میں یہ بھی اضافہ ہے:</w:t>
      </w:r>
    </w:p>
    <w:p>
      <w:r>
        <w:rPr>
          <w:b/>
        </w:rPr>
        <w:t xml:space="preserve">[23:30] </w:t>
      </w:r>
      <w:r>
        <w:t>"akilu kama yakul al-abd wa jalsu kama yajlis al-abd fa innama ana abd".</w:t>
      </w:r>
    </w:p>
    <w:p>
      <w:pPr>
        <w:jc w:val="right"/>
      </w:pPr>
      <w:r>
        <w:t>"آكلو كما يأكل العبد واجلسوا كما يجلس العبد فإنما أنا عبد"۔</w:t>
      </w:r>
    </w:p>
    <w:p>
      <w:r>
        <w:rPr>
          <w:b/>
        </w:rPr>
        <w:t xml:space="preserve">[23:42] </w:t>
      </w:r>
      <w:r>
        <w:t>ke mein waise hi khata hoon jaise ke ek ghulam khata hai, aur waise hi baithta hoon jaisa ke ek ghulam baithta hai. to mein ek banda hoon.</w:t>
      </w:r>
    </w:p>
    <w:p>
      <w:pPr>
        <w:jc w:val="right"/>
      </w:pPr>
      <w:r>
        <w:t>کہ میں ویسے ہی کھاتا ہوں جیسے کہ ایک غلام کھاتا ہے، اور ویسے ہی بیٹھتا ہوں جیسا کہ ایک غلام بیٹھتا ہے۔ تو میں ایک بندہ ہوں۔</w:t>
      </w:r>
    </w:p>
    <w:p>
      <w:r>
        <w:rPr>
          <w:b/>
        </w:rPr>
        <w:t xml:space="preserve">[23:53] </w:t>
      </w:r>
      <w:r>
        <w:t>haan, mashallah, mashallah.</w:t>
      </w:r>
    </w:p>
    <w:p>
      <w:pPr>
        <w:jc w:val="right"/>
      </w:pPr>
      <w:r>
        <w:t>ہاں، ماشاءاللہ، ماشاءاللہ۔</w:t>
      </w:r>
    </w:p>
    <w:p>
      <w:r>
        <w:rPr>
          <w:b/>
        </w:rPr>
        <w:t xml:space="preserve">[24:09] </w:t>
      </w:r>
      <w:r>
        <w:t>maulana, jo sab se important baat yeh bhi lagi ke aap ne yeh bhi bataya ke nearness to God hum kaise qaim kar sakte hain.</w:t>
      </w:r>
    </w:p>
    <w:p>
      <w:pPr>
        <w:jc w:val="right"/>
      </w:pPr>
      <w:r>
        <w:t>مولانا، جو سب سے امپورٹنٹ بات یہ بھی لگی کہ آپ نے یہ بھی بتایا کہ نیئرنس ٹو گاڈ ہم کیسے قائم کر سکتے ہیں۔</w:t>
      </w:r>
    </w:p>
    <w:p>
      <w:r>
        <w:rPr>
          <w:b/>
        </w:rPr>
        <w:t xml:space="preserve">[24:19] </w:t>
      </w:r>
      <w:r>
        <w:t>to nearness to God tabhi ho sakti hai jab hamare andar modesty ho. aur Maulana, yeh bohat hi important baat hai jo aaj hum ne pehli baar discover ki.</w:t>
      </w:r>
    </w:p>
    <w:p>
      <w:pPr>
        <w:jc w:val="right"/>
      </w:pPr>
      <w:r>
        <w:t>تو نیئرنس ٹو گاڈ تبھی ہو سکتی ہے جب ہمارے اندر ماڈیسٹی ہو۔ اور مولانا، یہ بہت ہی امپورٹنٹ بات ہے جو آج ہم نے پہلی بار ڈسکور کی۔</w:t>
      </w:r>
    </w:p>
    <w:p>
      <w:r>
        <w:rPr>
          <w:b/>
        </w:rPr>
        <w:t xml:space="preserve">[24:31] </w:t>
      </w:r>
      <w:r>
        <w:t>in how we can attain nearness to God. Maulana, Toronto se yeh collective message bheja hai Kaleemuddin sahib ne.</w:t>
      </w:r>
    </w:p>
    <w:p>
      <w:pPr>
        <w:jc w:val="right"/>
      </w:pPr>
      <w:r>
        <w:t>ان ہاؤ وی کین اٹین نیئرنس ٹو گاڈ۔ مولانا، ٹورنٹو سے یہ کلیکٹیو میسج بھیجا ہے کلیم الدین صاحب نے۔</w:t>
      </w:r>
    </w:p>
    <w:p>
      <w:r>
        <w:rPr>
          <w:b/>
        </w:rPr>
        <w:t xml:space="preserve">[24:47] </w:t>
      </w:r>
      <w:r>
        <w:t>unhone likha hai: "Maulana sahib, Assalam o Alaikum. Alhamdulillah, we six CPS members here in Canada are listening to your program.</w:t>
      </w:r>
    </w:p>
    <w:p>
      <w:pPr>
        <w:jc w:val="right"/>
      </w:pPr>
      <w:r>
        <w:t>انہوں نے لکھا ہے: "مولانا صاحب، السلام علیکم۔ الحمدللہ، وی سکس سی پی ایس ممبرز ہیر ان کینیڈا آر لسننگ ٹو یور پروگرام۔</w:t>
      </w:r>
    </w:p>
    <w:p>
      <w:r>
        <w:rPr>
          <w:b/>
        </w:rPr>
        <w:t xml:space="preserve">[25:00] </w:t>
      </w:r>
      <w:r>
        <w:t>it is 7:30 AM here. we are fortunate that Allah didn't make us miss your program. after your program, we will go to the da'wah field that Allah has provided us here in Toronto.</w:t>
      </w:r>
    </w:p>
    <w:p>
      <w:pPr>
        <w:jc w:val="right"/>
      </w:pPr>
      <w:r>
        <w:t>اٹ از سیون تھرٹی اے ایم ہیر۔ وی آر فورچونیٹ دیٹ اللہ ڈنٹ میک اس مس یور پروگرام۔ افٹر یور پروگرام، وی ویل گو ٹو داوا فیلڈ دیٹ اللہ ہیز پرووائیڈ اس ہیر ان ٹورنٹو۔</w:t>
      </w:r>
    </w:p>
    <w:p>
      <w:r>
        <w:rPr>
          <w:b/>
        </w:rPr>
        <w:t xml:space="preserve">[25:17] </w:t>
      </w:r>
      <w:r>
        <w:t>aur hearts and minds humbled towards Allah, making dua to send to us all the participants of this Parliament of World Religions." kya matlab hua?</w:t>
      </w:r>
    </w:p>
    <w:p>
      <w:pPr>
        <w:jc w:val="right"/>
      </w:pPr>
      <w:r>
        <w:t>اور ہارٹس اینڈ مائنڈز ہمبلڈ ٹورڈز اللہ، میکنگ دعا ٹو سینڈ ٹو اس ال دی پارٹیسپینٹس آف دس پارلیمنٹ آف ورلڈ ریلیجن۔" کیا مطلب ہوا؟</w:t>
      </w:r>
    </w:p>
    <w:p>
      <w:r>
        <w:rPr>
          <w:b/>
        </w:rPr>
        <w:t xml:space="preserve">[25:32] </w:t>
      </w:r>
      <w:r>
        <w:t>Maulana, woh Kaleem sahib ke sath Faiq sahib hain, Dr. Anees hain, sister Kausar hain, Maria hain, aur sister Mara hain jo program dekh rahe hain.</w:t>
      </w:r>
    </w:p>
    <w:p>
      <w:pPr>
        <w:jc w:val="right"/>
      </w:pPr>
      <w:r>
        <w:t>مولانا، وہ کلیم صاحب کے ساتھ فائق صاحب ہیں، ڈاکٹر انیس ہیں، سسٹر کوثر ہیں، ماریہ ہیں، اور سسٹر مارا ہیں جو پروگرام دیکھ رہے ہیں۔</w:t>
      </w:r>
    </w:p>
    <w:p>
      <w:r>
        <w:rPr>
          <w:b/>
        </w:rPr>
        <w:t xml:space="preserve">[25:42] </w:t>
      </w:r>
      <w:r>
        <w:t>to unhone wahi likha hai ke aaj sab sab ki taraf se hai, sab ki taraf se yeh collective hai ke yeh program ke baad woh log da'wah karne jayenge, da'wah work karne jayenge.</w:t>
      </w:r>
    </w:p>
    <w:p>
      <w:pPr>
        <w:jc w:val="right"/>
      </w:pPr>
      <w:r>
        <w:t>تو انہوں نے وہی لکھا ہے کہ آج سب سب کی طرف سے ہے، سب کی طرف سے یہ کلیکٹیو ہے کہ یہ پروگرام کے بعد وہ لوگ دعویٰ کرنے جائیں گے، دعویٰ ورک کرنے جائیں گے۔</w:t>
      </w:r>
    </w:p>
    <w:p>
      <w:r>
        <w:rPr>
          <w:b/>
        </w:rPr>
        <w:t xml:space="preserve">[25:55] </w:t>
      </w:r>
      <w:r>
        <w:t>aur sath mein yeh dua bhi kar rahe hain ke jitne bhi participants hain, woh unke paas aayein taake woh da'wah ka message un sab ko de sakein.</w:t>
      </w:r>
    </w:p>
    <w:p>
      <w:pPr>
        <w:jc w:val="right"/>
      </w:pPr>
      <w:r>
        <w:t>اور ساتھ میں یہ دعا بھی کر رہے ہیں کہ جتنے بھی پارٹیسپینٹس ہیں، وہ ان کے پاس آئیں تاکہ وہ دعویٰ کا میسج ان سب کو دے سکیں۔</w:t>
      </w:r>
    </w:p>
    <w:p>
      <w:r>
        <w:rPr>
          <w:b/>
        </w:rPr>
        <w:t xml:space="preserve">[26:06] </w:t>
      </w:r>
      <w:r>
        <w:t>mashallah, hum dua karte hain allah taala se unki kamyabi ke liye, unki success ke liye.</w:t>
      </w:r>
    </w:p>
    <w:p>
      <w:pPr>
        <w:jc w:val="right"/>
      </w:pPr>
      <w:r>
        <w:t>ماشاءاللہ، ہم دعا کرتے ہیں اللہ تعالیٰ سے ان کی کامیابی کے لیے، ان کی سکسیس کے لیے۔</w:t>
      </w:r>
    </w:p>
    <w:p>
      <w:r>
        <w:rPr>
          <w:b/>
        </w:rPr>
        <w:t xml:space="preserve">[26:19] </w:t>
      </w:r>
      <w:r>
        <w:t>maulana, miss shabana ansari ne pakistan se comment bheja hai. unhone apni learnings likhi hain aaj ke lecture ke liye. unhone yeh likha hai ki: "maulana sahab, very unique lecture." phir unki learnings hain: "firstly, simple living, high thinking.</w:t>
      </w:r>
    </w:p>
    <w:p>
      <w:pPr>
        <w:jc w:val="right"/>
      </w:pPr>
      <w:r>
        <w:t>مولانا، مس شبانہ انصاری نے پاکستان سے کمنٹ بھیجا ہے۔ انہوں نے اپنی لرننگز لکھی ہیں آج کے لیکچر کے لیے۔ انہوں نے یہ لکھا ہے کہ: "مولانا صاحب، ویری یونیک لیکچر۔" پھر ان کی لرننگز ہیں: "فرسٹلی، سمپل لیونگ، ہائی تھنکنگ۔</w:t>
      </w:r>
    </w:p>
    <w:p>
      <w:r>
        <w:rPr>
          <w:b/>
        </w:rPr>
        <w:t xml:space="preserve">[26:37] </w:t>
      </w:r>
      <w:r>
        <w:t>only a realize person can be a modest person. simple person gets starting point of the wisdom." jazak allah.</w:t>
      </w:r>
    </w:p>
    <w:p>
      <w:pPr>
        <w:jc w:val="right"/>
      </w:pPr>
      <w:r>
        <w:t>اونلی ا ریلائز پرسن کین بی ا ماڈیسٹ پرسن۔ سمپل پرسن گیٹس سٹارٹنگ پوائنٹ آف دا وزڈم۔" جزاک اللہ۔</w:t>
      </w:r>
    </w:p>
    <w:p>
      <w:r>
        <w:rPr>
          <w:b/>
        </w:rPr>
        <w:t xml:space="preserve">[26:48] </w:t>
      </w:r>
      <w:r>
        <w:t>sajid anwar sahab ne mumbai se likha hai: "maulana sahab, very important message. i reaffirm my resolve to adopt this principle." jazak allah maulana for this great guidance.</w:t>
      </w:r>
    </w:p>
    <w:p>
      <w:pPr>
        <w:jc w:val="right"/>
      </w:pPr>
      <w:r>
        <w:t>ساجد انور صاحب نے ممبئی سے لکھا ہے: "مولانا صاحب، ویری امپورٹنٹ میسج۔ آئی ری افرم مائی ریزولو ٹو اڈاپٹ دس پرنسپل۔" جزاک اللہ مولانا فار دس گریٹ گائیڈنس۔</w:t>
      </w:r>
    </w:p>
    <w:p>
      <w:r>
        <w:rPr>
          <w:b/>
        </w:rPr>
        <w:t xml:space="preserve">[27:05] </w:t>
      </w:r>
      <w:r>
        <w:t>miss kousar izhar ne likha hai, jo toronto mein hain is waqt: "maulana, you mentioned that simple living and high thinking can help develop modesty in many ways.</w:t>
      </w:r>
    </w:p>
    <w:p>
      <w:pPr>
        <w:jc w:val="right"/>
      </w:pPr>
      <w:r>
        <w:t>مس کوثر اظہار نے لکھا ہے، جو ٹورنٹو میں ہیں اس وقت: "مولانا، یو مینشن دیٹ سمپل لیونگ اینڈ ہائی تھنکنگ کین ہیلپ ڈیویلپ ماڈیسٹی ان مینی ویز۔</w:t>
      </w:r>
    </w:p>
    <w:p>
      <w:r>
        <w:rPr>
          <w:b/>
        </w:rPr>
        <w:t xml:space="preserve">[27:18] </w:t>
      </w:r>
      <w:r>
        <w:t>one can discover their own status, how they have seated them self. falsehood versus truth. the question is how we can develop high thinking.</w:t>
      </w:r>
    </w:p>
    <w:p>
      <w:pPr>
        <w:jc w:val="right"/>
      </w:pPr>
      <w:r>
        <w:t>ون کین ڈسکور دیر اون سٹیٹس، ہاؤ دے ہیو سیٹڈ دیم سیلف۔ فالس ہڈ ورسز ٹروتھ۔ دا کوئسچن از ہاؤ وی کین ڈیویلپ ہائی تھنکنگ۔</w:t>
      </w:r>
    </w:p>
    <w:p>
      <w:r>
        <w:rPr>
          <w:b/>
        </w:rPr>
        <w:t xml:space="preserve">[27:31] </w:t>
      </w:r>
      <w:r>
        <w:t>we can have simple living, but how it can lead to high thinking."</w:t>
      </w:r>
    </w:p>
    <w:p>
      <w:pPr>
        <w:jc w:val="right"/>
      </w:pPr>
      <w:r>
        <w:t>وی کین ہیو سمپل لیونگ، بٹ ہاؤ اٹ کین لیڈ ٹو ہائی تھنکنگ۔"</w:t>
      </w:r>
    </w:p>
    <w:p>
      <w:r>
        <w:rPr>
          <w:b/>
        </w:rPr>
        <w:t xml:space="preserve">[27:42] </w:t>
      </w:r>
      <w:r>
        <w:t>maulana, yeh unka sawal hai ki: "how we can develop high thinking?" ke hum simple living toh ikhtiyar kar sakte hain, but isse high thinking kaise milegi humein?</w:t>
      </w:r>
    </w:p>
    <w:p>
      <w:pPr>
        <w:jc w:val="right"/>
      </w:pPr>
      <w:r>
        <w:t>مولانا، یہ ان کا سوال ہے کہ: "ہاؤ وی کین ڈیویلپ ہائی تھنکنگ؟" کہ ہم سمپل لیونگ تو اختیار کر سکتے ہیں، بٹ اس سے ہائی تھنکنگ کیسے ملے گی ہمیں؟</w:t>
      </w:r>
    </w:p>
    <w:p>
      <w:r>
        <w:rPr>
          <w:b/>
        </w:rPr>
        <w:t xml:space="preserve">[28:03] </w:t>
      </w:r>
      <w:r>
        <w:t>dekhiye, agar aap</w:t>
      </w:r>
    </w:p>
    <w:p>
      <w:pPr>
        <w:jc w:val="right"/>
      </w:pPr>
      <w:r>
        <w:t>دیکھیے، اگر آپ</w:t>
      </w:r>
    </w:p>
    <w:p>
      <w:r>
        <w:rPr>
          <w:b/>
        </w:rPr>
        <w:t xml:space="preserve">[28:09] </w:t>
      </w:r>
      <w:r>
        <w:t>open mind ke saath jeete hon,</w:t>
      </w:r>
    </w:p>
    <w:p>
      <w:pPr>
        <w:jc w:val="right"/>
      </w:pPr>
      <w:r>
        <w:t>اوپن مائنڈ کے ساتھ جیتے ہوں،</w:t>
      </w:r>
    </w:p>
    <w:p>
      <w:r>
        <w:rPr>
          <w:b/>
        </w:rPr>
        <w:t xml:space="preserve">[28:15] </w:t>
      </w:r>
      <w:r>
        <w:t>open mind ke saath, toh kya hota hai? jaise aaj maine pani peene ke liye yeh uthaya hai, maine toh slip karke gir gaya.</w:t>
      </w:r>
    </w:p>
    <w:p>
      <w:pPr>
        <w:jc w:val="right"/>
      </w:pPr>
      <w:r>
        <w:t>اوپن مائنڈ کے ساتھ، تو کیا ہوتا ہے؟ جیسے آج میں وہاں نے پانی پینے کے لیے یہ اٹھایا ہے، میں نے تو سلپ کر کے گر گیا۔</w:t>
      </w:r>
    </w:p>
    <w:p>
      <w:r>
        <w:rPr>
          <w:b/>
        </w:rPr>
        <w:t xml:space="preserve">[28:32] </w:t>
      </w:r>
      <w:r>
        <w:t>yani main apni paanchon ungli se pakde hue tha, lekin phir bhi slip kar gaya aur gir gaya. toh from this event, i discovered my modesty,</w:t>
      </w:r>
    </w:p>
    <w:p>
      <w:pPr>
        <w:jc w:val="right"/>
      </w:pPr>
      <w:r>
        <w:t>یعنی میں اپنی پانچوں انگلی سے پکڑے ہوئے تھا، لیکن پھر بھی سلپ کر گیا اور گر گیا۔ تو فرام دس ایونٹ، آئی ڈسکورڈ مائی ماڈیسٹی،</w:t>
      </w:r>
    </w:p>
    <w:p>
      <w:r>
        <w:rPr>
          <w:b/>
        </w:rPr>
        <w:t xml:space="preserve">[28:48] </w:t>
      </w:r>
      <w:r>
        <w:t>and also i discovered the greatness of allah. toh har har lamha aap ko koi na koi aisa experience hota hai jo aap ko remind karta hai ke aap kya hain.</w:t>
      </w:r>
    </w:p>
    <w:p>
      <w:pPr>
        <w:jc w:val="right"/>
      </w:pPr>
      <w:r>
        <w:t>اینڈ آلسو آئی ڈسکورڈ دا گریٹس آف گاڈ۔ تو ہر ہر لمحہ آپ کو کوئی نہ کوئی ایسا ایکسپیرینس ہوتا ہے جو آپ کو ریمائنڈ کرتا ہے کہ آپ کیا ہیں۔</w:t>
      </w:r>
    </w:p>
    <w:p>
      <w:r>
        <w:rPr>
          <w:b/>
        </w:rPr>
        <w:t xml:space="preserve">[29:08] </w:t>
      </w:r>
      <w:r>
        <w:t>dekhiye, jo quran mein hai ke: "wasjad waghterib". toh sirf is lamhe ki baat nahi hai jab aap sajda karte hain.</w:t>
      </w:r>
    </w:p>
    <w:p>
      <w:pPr>
        <w:jc w:val="right"/>
      </w:pPr>
      <w:r>
        <w:t>دیکھیے، جو قرآن میں ہے کہ: "وَاسْجِدْ وَاَغْتَرِبْ"۔ تو صرف اس لمحے کی بات نہیں ہے جب آپ سجدہ کرتے ہیں۔</w:t>
      </w:r>
    </w:p>
    <w:p>
      <w:r>
        <w:rPr>
          <w:b/>
        </w:rPr>
        <w:t xml:space="preserve">[29:19] </w:t>
      </w:r>
      <w:r>
        <w:t>sajde ki spirit agar hai toh har waqt aap discover karenge is baat ko, discover karenge.</w:t>
      </w:r>
    </w:p>
    <w:p>
      <w:pPr>
        <w:jc w:val="right"/>
      </w:pPr>
      <w:r>
        <w:t>سجدے کی اسپرٹ اگر ہے تو ہر وقت آپ ڈسکور کریں گے اس بات کو، ڈسکور کریں گے۔</w:t>
      </w:r>
    </w:p>
    <w:p>
      <w:r>
        <w:rPr>
          <w:b/>
        </w:rPr>
        <w:t xml:space="preserve">[29:29] </w:t>
      </w:r>
      <w:r>
        <w:t>toh main samajhta hoon ke sabse aasan cheez hai isko discover karna, kyunke insaan apne, yani jo real baat hai, woh toh yahi hai ke woh modest hai.</w:t>
      </w:r>
    </w:p>
    <w:p>
      <w:pPr>
        <w:jc w:val="right"/>
      </w:pPr>
      <w:r>
        <w:t>تو میں سمجھتا ہوں کہ سب سے آسان چیز ہے اس کو ڈسکور کرنا، کیونکہ انسان اپنے، یعنی جو ریئل بات ہے، وہ تو یہی ہے کہ وہ ماڈیسٹ ہے۔</w:t>
      </w:r>
    </w:p>
    <w:p>
      <w:r>
        <w:rPr>
          <w:b/>
        </w:rPr>
        <w:t xml:space="preserve">[29:47] </w:t>
      </w:r>
      <w:r>
        <w:t>toh har jagah kahin na kahin isko iski discovery hoti rehti hai. toh yeh toh bohat aasan hai, sirf yeh hai ke aap khule zehen ke saath jiyen, aur</w:t>
      </w:r>
    </w:p>
    <w:p>
      <w:pPr>
        <w:jc w:val="right"/>
      </w:pPr>
      <w:r>
        <w:t>تو ہر جگہ کہیں نہ کہیں اس کو اس کی ڈسکوری ہوتی رہتی ہے۔ تو یہ تو بہت آسان ہے، صرف یہ ہے کہ آپ کھلے ذہن کے ساتھ جیئیں، اور</w:t>
      </w:r>
    </w:p>
    <w:p>
      <w:r>
        <w:rPr>
          <w:b/>
        </w:rPr>
        <w:t xml:space="preserve">[30:04] </w:t>
      </w:r>
      <w:r>
        <w:t>bas yahi yahi kafi hai.</w:t>
      </w:r>
    </w:p>
    <w:p>
      <w:pPr>
        <w:jc w:val="right"/>
      </w:pPr>
      <w:r>
        <w:t>بس یہی یہی کافی ہے۔</w:t>
      </w:r>
    </w:p>
    <w:p>
      <w:r>
        <w:rPr>
          <w:b/>
        </w:rPr>
        <w:t xml:space="preserve">[30:08] </w:t>
      </w:r>
      <w:r>
        <w:t>maulana, unka ek aur sawal hai ki: "a religious person may be living in simplicity, but still does not develop modesty in true sense.</w:t>
      </w:r>
    </w:p>
    <w:p>
      <w:pPr>
        <w:jc w:val="right"/>
      </w:pPr>
      <w:r>
        <w:t>مولانا، ان کا ایک اور سوال ہے کہ: "ا ریلیجیس پرسن می بی لیونگ ان سمپلیسٹی، بٹ سٹل ڈز ناٹ ڈیویلپ ماڈیسٹی ان ٹرو سینس۔</w:t>
      </w:r>
    </w:p>
    <w:p>
      <w:r>
        <w:rPr>
          <w:b/>
        </w:rPr>
        <w:t xml:space="preserve">[30:20] </w:t>
      </w:r>
      <w:r>
        <w:t>for example, egoistic thinking that i am better than the other person. so what is the reason for this?" maulana, toh modest woh woh religious aadmi hai hi nahi.</w:t>
      </w:r>
    </w:p>
    <w:p>
      <w:pPr>
        <w:jc w:val="right"/>
      </w:pPr>
      <w:r>
        <w:t>فار ایگزامپل، ایگوئس تھنکنگ دیٹ آئی ایم بیٹر دین دی ادر پرسن۔ سو واٹ از دا ریزن فار دس؟" مولانا، تو ماڈیسٹ وہ وہ ریلیجیس آدمی ہے ہی نہیں۔</w:t>
      </w:r>
    </w:p>
    <w:p>
      <w:r>
        <w:rPr>
          <w:b/>
        </w:rPr>
        <w:t xml:space="preserve">[30:36] </w:t>
      </w:r>
      <w:r>
        <w:t>jis aadmi ke andar, yani modesty na aayi ho, toh woh jhootha claim kar raha tha ke ek bohat badzubhi aadmi hoon.</w:t>
      </w:r>
    </w:p>
    <w:p>
      <w:pPr>
        <w:jc w:val="right"/>
      </w:pPr>
      <w:r>
        <w:t>جس آدمی کے اندر، یعنی ماڈیسٹی نہ آئی ہو، تو وہ جھوٹا کلپ کر رہا تھا کہ ایک بہت بدذبھی آدمی ہوں۔</w:t>
      </w:r>
    </w:p>
    <w:p>
      <w:r>
        <w:rPr>
          <w:b/>
        </w:rPr>
        <w:t xml:space="preserve">[30:52] </w:t>
      </w:r>
      <w:r>
        <w:t>badzubhi aadmi agar hai true sense mein, toh zaroor uske andar modesty hogi. ab modesty hogi toh phir saari siftien aayengi.</w:t>
      </w:r>
    </w:p>
    <w:p>
      <w:pPr>
        <w:jc w:val="right"/>
      </w:pPr>
      <w:r>
        <w:t>بدذبھی آدمی اگر ہے ٹرو سینس میں، تو ضرور اس کے اندر ماڈیسٹی ہوگی۔ اب ماڈیسٹی ہوگی تو پھر ساری صفتیں آئیں گی۔</w:t>
      </w:r>
    </w:p>
    <w:p>
      <w:r>
        <w:rPr>
          <w:b/>
        </w:rPr>
        <w:t xml:space="preserve">[31:06] </w:t>
      </w:r>
      <w:r>
        <w:t>maulana, kya yeh kehna theek hoga ke simple living ke saath jo aap ke paas time bachta hai, woh complex living ke saath nahi bachta? toh jo simple living ke saath aap ka time bachta hai, agar hum allah ke kaam mein lagayenge toh modesty bhi aayegi aur high thinking bhi hogi.</w:t>
      </w:r>
    </w:p>
    <w:p>
      <w:pPr>
        <w:jc w:val="right"/>
      </w:pPr>
      <w:r>
        <w:t>مولانا، کیا یہ کہنا ٹھیک ہوگا کہ سمپل لیونگ کے ساتھ جو آپ کے پاس ٹائم بچتا ہے، وہ کمپلیکس لیونگ کے ساتھ نہیں بچتا؟ تو جو سمپل لیونگ کے ساتھ آپ کا ٹائم بچتا ہے، اگر ہم خدا کے کام میں لگائیں گے تو ماڈیسٹی بھی آئے گی اور ہائی تھنکنگ بھی ہوگی۔</w:t>
      </w:r>
    </w:p>
    <w:p>
      <w:r>
        <w:rPr>
          <w:b/>
        </w:rPr>
        <w:t xml:space="preserve">[31:21] </w:t>
      </w:r>
      <w:r>
        <w:t>yeh bohat khaas baat hai, bohat wisdom ki baat hai. yeh mashallah, wisdom ki baat hai.</w:t>
      </w:r>
    </w:p>
    <w:p>
      <w:pPr>
        <w:jc w:val="right"/>
      </w:pPr>
      <w:r>
        <w:t>یہ بہت خاص بات ہے، بہت وزڈم کی بات ہے۔ یہ ماشاءاللہ، وزڈم کی بات ہے۔</w:t>
      </w:r>
    </w:p>
    <w:p>
      <w:r>
        <w:rPr>
          <w:b/>
        </w:rPr>
        <w:t xml:space="preserve">[31:31] </w:t>
      </w:r>
      <w:r>
        <w:t>dekhiye, har zindagi ke har experience mein</w:t>
      </w:r>
    </w:p>
    <w:p>
      <w:pPr>
        <w:jc w:val="right"/>
      </w:pPr>
      <w:r>
        <w:t>دیکھیے، ہر زندگی کے ہر ایکسپیرینس میں</w:t>
      </w:r>
    </w:p>
    <w:p>
      <w:r>
        <w:rPr>
          <w:b/>
        </w:rPr>
        <w:t xml:space="preserve">[31:39] </w:t>
      </w:r>
      <w:r>
        <w:t>do baat</w:t>
      </w:r>
    </w:p>
    <w:p>
      <w:pPr>
        <w:jc w:val="right"/>
      </w:pPr>
      <w:r>
        <w:t>دو بات</w:t>
      </w:r>
    </w:p>
    <w:p>
      <w:r>
        <w:rPr>
          <w:b/>
        </w:rPr>
        <w:t xml:space="preserve">[31:43] </w:t>
      </w:r>
      <w:r>
        <w:t>ki learning kijiye:</w:t>
      </w:r>
    </w:p>
    <w:p>
      <w:pPr>
        <w:jc w:val="right"/>
      </w:pPr>
      <w:r>
        <w:t>کی لرننگ کیجئے:</w:t>
      </w:r>
    </w:p>
    <w:p>
      <w:r>
        <w:rPr>
          <w:b/>
        </w:rPr>
        <w:t xml:space="preserve">[31:49] </w:t>
      </w:r>
      <w:r>
        <w:t>greatness of god aur modesty of mind. har event mein yeh dono cheezein maujood rehti hain: greatness of god, modesty of mind.</w:t>
      </w:r>
    </w:p>
    <w:p>
      <w:pPr>
        <w:jc w:val="right"/>
      </w:pPr>
      <w:r>
        <w:t>گریٹنس آف گاڈ اور ماڈیسٹی آف مائنڈ۔ ہر ایونٹ میں یہ دونوں چیزیں موجود رہتی ہیں: گریٹنس آف گاڈ، ماڈیسٹی آف مائنڈ۔</w:t>
      </w:r>
    </w:p>
    <w:p>
      <w:r>
        <w:rPr>
          <w:b/>
        </w:rPr>
        <w:t xml:space="preserve">[32:04] </w:t>
      </w:r>
      <w:r>
        <w:t>bas yahi yahi yeh isi ka naam training hai, isi ka naam tarbiyat hai, isi ka naam learning hai, jo har waqt aap ko ek opportunity deti hai apni personality ko develop karne ki.</w:t>
      </w:r>
    </w:p>
    <w:p>
      <w:pPr>
        <w:jc w:val="right"/>
      </w:pPr>
      <w:r>
        <w:t>بس یہی یہی یہ اسی کا نام ٹریننگ ہے، اسی کا نام تربیت ہے، اسی کا نام لرننگ ہے، جو ہر وقت آپ کو ایک اپرچونیٹی دیتی ہے اپنی پرسنیلٹی کو ڈیویلپ کرنے کی۔</w:t>
      </w:r>
    </w:p>
    <w:p>
      <w:r>
        <w:rPr>
          <w:b/>
        </w:rPr>
        <w:t xml:space="preserve">[32:28] </w:t>
      </w:r>
      <w:r>
        <w:t>mere khayal se yeh jo simple living aur high thinking wali baat hai, yeh behad aham hai. chounke insaan jab simplicity mein jeeta hai to woh distract nahi hota aur deviate nahi hota,</w:t>
      </w:r>
    </w:p>
    <w:p>
      <w:pPr>
        <w:jc w:val="right"/>
      </w:pPr>
      <w:r>
        <w:t>میرے خیال سے یہ جو سمپل لیونگ اور ہائی تھنکنگ والی بات ہے، یہ بے حد اہم ہے۔ چونکہ انسان جب سمپلیسٹی میں جیتا ہے تو وہ ڈسٹریکٹ نہیں ہوتا اور ڈیویٹ نہیں ہوتا،</w:t>
      </w:r>
    </w:p>
    <w:p>
      <w:r>
        <w:rPr>
          <w:b/>
        </w:rPr>
        <w:t xml:space="preserve">[32:43] </w:t>
      </w:r>
      <w:r>
        <w:t>aur is ki wajah se jo deeper realities hain, jo higher realities hain, is ko sochne ka mauqa milta hai, aur isi ke zariye woh khuda se qareeb hota hai.</w:t>
      </w:r>
    </w:p>
    <w:p>
      <w:pPr>
        <w:jc w:val="right"/>
      </w:pPr>
      <w:r>
        <w:t>اور اس کی وجہ سے جو ڈیپر ریلیٹیز ہیں، جو ہائر ریلیٹیز ہیں، اس کو سوچنے کا موقع ملتا ہے، اور اسی کے ذریعے وہ خدا سے قریب ہوتا ہے۔</w:t>
      </w:r>
    </w:p>
    <w:p>
      <w:r>
        <w:rPr>
          <w:b/>
        </w:rPr>
        <w:t xml:space="preserve">[32:57] </w:t>
      </w:r>
      <w:r>
        <w:t>jaise Maulana ne Quran ki ayat padhi: "wasajad waqtarab", yaani sajda kar aur qareeb ho ja. biggest simple living high thinking jo hai, jaise ke abhi maine kaha,</w:t>
      </w:r>
    </w:p>
    <w:p>
      <w:pPr>
        <w:jc w:val="right"/>
      </w:pPr>
      <w:r>
        <w:t>جیسے مولانا نے قرآن کی آیت پڑھی: "وسجد وغطرب"، یعنی سجدہ کر اور قریب ہو جا۔ بگسٹ سمپل لیونگ ہائی تھنکنگ جو ہے، جیسے کہ ابھی میں نے کہا،</w:t>
      </w:r>
    </w:p>
    <w:p>
      <w:r>
        <w:rPr>
          <w:b/>
        </w:rPr>
        <w:t xml:space="preserve">[33:12] </w:t>
      </w:r>
      <w:r>
        <w:t>seclusion mein nahi, is ki training hoti hai.</w:t>
      </w:r>
    </w:p>
    <w:p>
      <w:pPr>
        <w:jc w:val="right"/>
      </w:pPr>
      <w:r>
        <w:t>سکلوجن میں نہیں، اس کی ٹریننگ ہوتی ہے۔</w:t>
      </w:r>
    </w:p>
    <w:p>
      <w:r>
        <w:rPr>
          <w:b/>
        </w:rPr>
        <w:t xml:space="preserve">[33:19] </w:t>
      </w:r>
      <w:r>
        <w:t>seclusion mein nahi hoti, real life mein hoti hai</w:t>
      </w:r>
    </w:p>
    <w:p>
      <w:pPr>
        <w:jc w:val="right"/>
      </w:pPr>
      <w:r>
        <w:t>سکلوجن میں نہیں ہوتی، ریئل لائف میں ہوتی ہے</w:t>
      </w:r>
    </w:p>
    <w:p>
      <w:r>
        <w:rPr>
          <w:b/>
        </w:rPr>
        <w:t xml:space="preserve">[33:25] </w:t>
      </w:r>
      <w:r>
        <w:t>ke aap kisi band jagah pe chale jaen, kisi hijra ho, wahan chale jaen, aur wahan kuch aap karen.</w:t>
      </w:r>
    </w:p>
    <w:p>
      <w:pPr>
        <w:jc w:val="right"/>
      </w:pPr>
      <w:r>
        <w:t>کہ آپ کسی بند جگہ پہ چلے جائیں، کسی ہجرہ ہو، وہاں چلے جائیں، اور وہاں کچھ آپ کریں۔</w:t>
      </w:r>
    </w:p>
    <w:p>
      <w:r>
        <w:rPr>
          <w:b/>
        </w:rPr>
        <w:t xml:space="preserve">[33:40] </w:t>
      </w:r>
      <w:r>
        <w:t>to woh behad training nahi hai, woh kuch aur cheez hai. training to is baat ki training jo hai, woh real life mein hoti hai, subah shaam har waqt.</w:t>
      </w:r>
    </w:p>
    <w:p>
      <w:pPr>
        <w:jc w:val="right"/>
      </w:pPr>
      <w:r>
        <w:t>تو وہ بے حد ٹریننگ نہیں ہے، وہ کچھ اور چیز ہے۔ ٹریننگ تو اس بات کی ٹریننگ جو ہے، وہ ریئل لائف میں ہوتی ہے، صبح شام ہر وقت۔</w:t>
      </w:r>
    </w:p>
    <w:p>
      <w:r>
        <w:rPr>
          <w:b/>
        </w:rPr>
        <w:t xml:space="preserve">[33:56] </w:t>
      </w:r>
      <w:r>
        <w:t>Maria ne message bheja hai, comment likha hai Toronto se. unhon ne likha hai ke: "doing dawa work is so a very humbling experience.</w:t>
      </w:r>
    </w:p>
    <w:p>
      <w:pPr>
        <w:jc w:val="right"/>
      </w:pPr>
      <w:r>
        <w:t>ماریہ نے میسج بھیجا ہے، کمنٹ لکھا ہے ٹورنٹو سے۔ انہوں نے لکھا ہے کہ: "ڈوئنگ داوا ورک از سو ا ویری ہمبلنگ ایکسپیرینس۔</w:t>
      </w:r>
    </w:p>
    <w:p>
      <w:r>
        <w:rPr>
          <w:b/>
        </w:rPr>
        <w:t xml:space="preserve">[34:09] </w:t>
      </w:r>
      <w:r>
        <w:t>we are interacting with many Americans and Canadians at the cps book booth at parliament of world religion in Toronto. people receive the Quran with overwhelming gratefulness.</w:t>
      </w:r>
    </w:p>
    <w:p>
      <w:pPr>
        <w:jc w:val="right"/>
      </w:pPr>
      <w:r>
        <w:t>وی آر انٹریکٹنگ ود مینی امریکنز اینڈ کینیڈینز ایٹ دا سی پی ایس بک بوتھ ایٹ پارلیمنٹ آف ورلڈ ریلیجن ان ٹورنٹو۔ پیپل ریسیو دا قرآن ود اوورویلمنگ گریٹ فلنس۔</w:t>
      </w:r>
    </w:p>
    <w:p>
      <w:r>
        <w:rPr>
          <w:b/>
        </w:rPr>
        <w:t xml:space="preserve">[34:24] </w:t>
      </w:r>
      <w:r>
        <w:t>many people come to our booth and are amazed at being given the Quran for free. many stay and engage in conversations, conversations about Islam and Muslims.</w:t>
      </w:r>
    </w:p>
    <w:p>
      <w:pPr>
        <w:jc w:val="right"/>
      </w:pPr>
      <w:r>
        <w:t>مینی پیپل کم ٹو اور بوتھ اینڈ آر امیزڈ ایٹ بینگ گیون دی قرآن فار فری۔ مینی سٹے اینڈ انگیج ان کنورسیشنز، کنورسیشن اباؤٹ اسلام اینڈ مسلمز۔</w:t>
      </w:r>
    </w:p>
    <w:p>
      <w:r>
        <w:rPr>
          <w:b/>
        </w:rPr>
        <w:t xml:space="preserve">[34:36] </w:t>
      </w:r>
      <w:r>
        <w:t>this experience humbles one before God, as it is He who has develop receptivity in people for the Quran.</w:t>
      </w:r>
    </w:p>
    <w:p>
      <w:pPr>
        <w:jc w:val="right"/>
      </w:pPr>
      <w:r>
        <w:t>دس ایکسپیرینس ہمبلز ون بیفور گاڈ، ایز اٹ از ہی ہو ہیز ڈیویلپ ریسیپٹیوٹی ان پیپل فار دا قرآن۔</w:t>
      </w:r>
    </w:p>
    <w:p>
      <w:r>
        <w:rPr>
          <w:b/>
        </w:rPr>
        <w:t xml:space="preserve">[34:45] </w:t>
      </w:r>
      <w:r>
        <w:t>we all have to just stand up and reach out to these people who are already in search of the truth."</w:t>
      </w:r>
    </w:p>
    <w:p>
      <w:pPr>
        <w:jc w:val="right"/>
      </w:pPr>
      <w:r>
        <w:t>وی ال ہیو ٹو جسٹ سٹینڈ اپ اینڈ ریچ آؤٹ ٹو دیز پیپل ہو آر الریڈی ان سرچ آف دا ٹروتھ۔"</w:t>
      </w:r>
    </w:p>
    <w:p>
      <w:r>
        <w:rPr>
          <w:b/>
        </w:rPr>
        <w:t xml:space="preserve">[34:55] </w:t>
      </w:r>
      <w:r>
        <w:t>sahi, Kaleem sahib ne bhi Toronto se likha hai: "when i was in tenth grade, i read this quotation in my english textbook: 'simple living and high thinking are the royal human virtues.</w:t>
      </w:r>
    </w:p>
    <w:p>
      <w:pPr>
        <w:jc w:val="right"/>
      </w:pPr>
      <w:r>
        <w:t>صحیح، کلیم صاحب نے بھی ٹورنٹو سے لکھا ہے: "وین آئی واز ان ٹینتھ گریڈ، آئی ریڈ دس کوٹیشن ان مائی انگلش ٹیکسٹ بک: 'سمپل لیونگ اینڈ ہائی تھنکنگ آر دا رائل ہیومن ورچیوز۔</w:t>
      </w:r>
    </w:p>
    <w:p>
      <w:r>
        <w:rPr>
          <w:b/>
        </w:rPr>
        <w:t xml:space="preserve">[35:09] </w:t>
      </w:r>
      <w:r>
        <w:t>many people try to achieve it, but have failed.' Maulana, since the time i heard this statement fifty years ago, i hardly found anyone to be simple and humble.</w:t>
      </w:r>
    </w:p>
    <w:p>
      <w:pPr>
        <w:jc w:val="right"/>
      </w:pPr>
      <w:r>
        <w:t>مینی پیپل ٹرائی ٹو اچیو اٹ، بٹ ہیو فیلڈ۔' مولانا، سنس دی ٹائم آئی ہرڈ دس سٹیٹمنٹ ففٹی ایئرز ایگو، آئی ہارڈلی فاؤنڈ اینی ون ٹو بی سمپل اینڈ ہمبل۔</w:t>
      </w:r>
    </w:p>
    <w:p>
      <w:r>
        <w:rPr>
          <w:b/>
        </w:rPr>
        <w:t xml:space="preserve">[35:24] </w:t>
      </w:r>
      <w:r>
        <w:t>today, you gave us the clarification that only God realized people will achieve this. your analogy that a person who has small car and is not ready to park next to an expensive car.</w:t>
      </w:r>
    </w:p>
    <w:p>
      <w:pPr>
        <w:jc w:val="right"/>
      </w:pPr>
      <w:r>
        <w:t>ٹوڈے، یو گیو اس دی کلیریفیکیشن دیٹ اونلی گاڈ ریلائز پیپل ویل اچیو دس۔ یور اینالوجی دیٹ ا پرسن ہو ہیز سمال کار اینڈ از ناٹ ریڈی ٹو پارک نیکسٹ ٹو این ایکسپینسو کار۔</w:t>
      </w:r>
    </w:p>
    <w:p>
      <w:r>
        <w:rPr>
          <w:b/>
        </w:rPr>
        <w:t xml:space="preserve">[35:40] </w:t>
      </w:r>
      <w:r>
        <w:t>today, you gave me the key to the simple and humble. if it is related to God realization, then one would be simple and humble."</w:t>
      </w:r>
    </w:p>
    <w:p>
      <w:pPr>
        <w:jc w:val="right"/>
      </w:pPr>
      <w:r>
        <w:t>ٹوڈے، یو گیو می دا کی ٹو دی سمپل اینڈ ہمبل۔ اف اٹ از ریلیٹڈ ٹو گاڈ ریلائزیشن، دین ون وڈ بی سمپل اینڈ ہمبل۔"</w:t>
      </w:r>
    </w:p>
    <w:p>
      <w:r>
        <w:rPr>
          <w:b/>
        </w:rPr>
        <w:t xml:space="preserve">[35:53] </w:t>
      </w:r>
      <w:r>
        <w:t>dekhiye, main to samajhta hoon ke ke simple living and high thinking are two faces of a single kind.</w:t>
      </w:r>
    </w:p>
    <w:p>
      <w:pPr>
        <w:jc w:val="right"/>
      </w:pPr>
      <w:r>
        <w:t>دیکھیے، میں تو سمجھتا ہوں کہ کہ سمپل لیونگ اینڈ ہائی تھنکنگ آر ٹو فیسز آف ا سنگل کائنڈ۔</w:t>
      </w:r>
    </w:p>
    <w:p>
      <w:r>
        <w:rPr>
          <w:b/>
        </w:rPr>
        <w:t xml:space="preserve">[36:09] </w:t>
      </w:r>
      <w:r>
        <w:t>at one side, it is simple living, and the other side, it is high thinking. ek hi haqeeqat hai, is ke do</w:t>
      </w:r>
    </w:p>
    <w:p>
      <w:pPr>
        <w:jc w:val="right"/>
      </w:pPr>
      <w:r>
        <w:t>ایٹ ون سائیڈ، اٹ از سمپل لیونگ، اینڈ دی ادر سائیڈ، اٹ از ہائی تھنکنگ۔ ایک ہی حقیقت ہے، اس کے دو</w:t>
      </w:r>
    </w:p>
    <w:p>
      <w:r>
        <w:rPr>
          <w:b/>
        </w:rPr>
        <w:t xml:space="preserve">[36:21] </w:t>
      </w:r>
      <w:r>
        <w:t>rukh hain.</w:t>
      </w:r>
    </w:p>
    <w:p>
      <w:pPr>
        <w:jc w:val="right"/>
      </w:pPr>
      <w:r>
        <w:t>رخ ہیں۔</w:t>
      </w:r>
    </w:p>
    <w:p>
      <w:r>
        <w:rPr>
          <w:b/>
        </w:rPr>
        <w:t xml:space="preserve">[36:30] </w:t>
      </w:r>
      <w:r>
        <w:t>today lecture has made it very clear that simple living makes us focus on the discovery of God, because it save us from all kinds of destruction, which is an obstacle to the path of discovery.</w:t>
      </w:r>
    </w:p>
    <w:p>
      <w:pPr>
        <w:jc w:val="right"/>
      </w:pPr>
      <w:r>
        <w:t>ٹوڈے لیکچر ہیز میڈ اٹ ویری کلیئر دیٹ سمپل لیونگ میکس اس فوکس ان دا ڈسکوری آف گاڈ، بیکاز اٹ سیو اس فرام ال کائنڈز آف ڈسٹرکشن، وچ از این ابسٹیکل ٹو دا پاتھ آف ڈسکوری۔</w:t>
      </w:r>
    </w:p>
    <w:p>
      <w:r>
        <w:rPr>
          <w:b/>
        </w:rPr>
        <w:t xml:space="preserve">[36:46] </w:t>
      </w:r>
      <w:r>
        <w:t>we have all the time and attention at our disposal to pursue our path, and these days people are all the time busy in the busy shopping.</w:t>
      </w:r>
    </w:p>
    <w:p>
      <w:pPr>
        <w:jc w:val="right"/>
      </w:pPr>
      <w:r>
        <w:t>وی ہیو ال دا ٹائم اینڈ اٹینشن ایٹ اور ڈسپوزل ٹو پرسو اور پاتھ، اینڈ دیز ڈیز پیپل آر ال دا ٹائم بزی ان دا بزی شاپنگ۔</w:t>
      </w:r>
    </w:p>
    <w:p>
      <w:r>
        <w:rPr>
          <w:b/>
        </w:rPr>
        <w:t xml:space="preserve">[37:01] </w:t>
      </w:r>
      <w:r>
        <w:t>so win de are all the time, they are busy shopping, how can they spend time in spiritual pursuits? so their attention is diverted, their focus is shifted.</w:t>
      </w:r>
    </w:p>
    <w:p>
      <w:pPr>
        <w:jc w:val="right"/>
      </w:pPr>
      <w:r>
        <w:t>سو وین دے آر ال دا ٹائم، دے آر بزی شاپنگ، ہاؤ کین دے سپینڈ ٹائم ان سپریچول پرسوٹس؟ سو دیر اٹینشن از ڈائیورٹڈ، دیر فوکس از شفٹڈ۔</w:t>
      </w:r>
    </w:p>
    <w:p>
      <w:r>
        <w:rPr>
          <w:b/>
        </w:rPr>
        <w:t xml:space="preserve">[37:24] </w:t>
      </w:r>
      <w:r>
        <w:t>masha Allah,</w:t>
      </w:r>
    </w:p>
    <w:p>
      <w:pPr>
        <w:jc w:val="right"/>
      </w:pPr>
      <w:r>
        <w:t>ماشاءاللہ،</w:t>
      </w:r>
    </w:p>
    <w:p>
      <w:r>
        <w:rPr>
          <w:b/>
        </w:rPr>
        <w:t xml:space="preserve">[37:34] </w:t>
      </w:r>
      <w:r>
        <w:t>Maulana Hazrat Umar ka ek qaul hai: "lo nad munad min as-sama: ayha an-nas, annakum dakhiloon al-jannah, kullukum ajma'oon illa rajulan wahidan.</w:t>
      </w:r>
    </w:p>
    <w:p>
      <w:pPr>
        <w:jc w:val="right"/>
      </w:pPr>
      <w:r>
        <w:t>مولانا حضرت عمر کا ایک قول ہے: "لو ناد مناد من السماء: ایہا الناس، انکم داخلون الجنہ، کلکم اجمعون الا رجلا واحدا۔</w:t>
      </w:r>
    </w:p>
    <w:p>
      <w:r>
        <w:rPr>
          <w:b/>
        </w:rPr>
        <w:t xml:space="preserve">[37:48] </w:t>
      </w:r>
      <w:r>
        <w:t>lakin an akoon huwa, wa lau nad munad: ayha an-nas, annakum dakhiloon an-nar illa rajulan wahidan. larajtu an akoon huwa" ke aasman se koi awaz lagane wala awaz lagaye aur kahe: "ae logon!</w:t>
      </w:r>
    </w:p>
    <w:p>
      <w:pPr>
        <w:jc w:val="right"/>
      </w:pPr>
      <w:r>
        <w:t>لخت ان اکون ہوا، ولو ناد مناد: ایہا الناس، انکم داخلون النار الا رجلا واحدا۔ لرجوت ان اکون ہوا" کہ آسمان سے کوئی آواز لگانے والا آواز لگائے اور کہے: "اے لوگوں!</w:t>
      </w:r>
    </w:p>
    <w:p>
      <w:r>
        <w:rPr>
          <w:b/>
        </w:rPr>
        <w:t xml:space="preserve">[38:05] </w:t>
      </w:r>
      <w:r>
        <w:t>tum sab ke sab jannat mein dakhil hone wale ho siwaye ek aadmi ke, to mujhe dar hai ke main wahi aadmi hoon ga." aur agar koi awaz lagane wala yeh awaz lagaye ke: "ae log</w:t>
      </w:r>
    </w:p>
    <w:p>
      <w:pPr>
        <w:jc w:val="right"/>
      </w:pPr>
      <w:r>
        <w:t>تم سب کے سب جنت میں داخل ہونے والے ہو سوائے ایک آدمی کے، تو مجھے ڈر ہے کہ میں وہی آدمی ہوں گا۔" اور اگر کوئی آواز لگانے والا یہ آواز لگائے کہ: "اے لوگ</w:t>
      </w:r>
    </w:p>
    <w:p>
      <w:r>
        <w:rPr>
          <w:b/>
        </w:rPr>
        <w:t xml:space="preserve">[38:18] </w:t>
      </w:r>
      <w:r>
        <w:t>on! tum sab ke sab aag mein dakhil hone wale ho siwaye ek aadmi ke, to main umeed karta hoon ke main wahi aadmi hoon ga." to mera is qaul par sawal yeh hai ke yeh ah modesty aur high thinking ka jumla hai ya koi doosri cheez hai?</w:t>
      </w:r>
    </w:p>
    <w:p>
      <w:pPr>
        <w:jc w:val="right"/>
      </w:pPr>
      <w:r>
        <w:t>وں! تم سب کے سب آگ میں داخل ہونے والے ہو سوائے ایک آدمی کے، تو میں امید کرتا ہوں کہ میں وہی آدمی ہوں گا۔" تو میرا اس قول پر سوال یہ ہے کہ یہ آہ ماڈیسٹی اور ہائی تھنکنگ کا جملہ ہے یا کوئی دوسری چیز ہے؟</w:t>
      </w:r>
    </w:p>
    <w:p>
      <w:r>
        <w:rPr>
          <w:b/>
        </w:rPr>
        <w:t xml:space="preserve">[38:37] </w:t>
      </w:r>
      <w:r>
        <w:t>kya kya sawal? yeh modesty ka jumla hai, is modesty ki baat hai ya koi doosri cheez hai? is mein super modesty, super modesty.</w:t>
      </w:r>
    </w:p>
    <w:p>
      <w:pPr>
        <w:jc w:val="right"/>
      </w:pPr>
      <w:r>
        <w:t>کیا کیا سوال؟ یہ ماڈیسٹی کا جملہ ہے، اس ماڈیسٹی کی بات ہے یا کوئی دوسری چیز ہے؟ اس میں سپر ماڈیسٹی، سپر ماڈیسٹی۔</w:t>
      </w:r>
    </w:p>
    <w:p>
      <w:r>
        <w:rPr>
          <w:b/>
        </w:rPr>
        <w:t xml:space="preserve">[38:52] </w:t>
      </w:r>
      <w:r>
        <w:t>aadmi ko jab high marifat hasil hoti hai to high marifat us ki modesty ko badhati hai, modesty ko badhati hai, apne chote hone ko badhati hai.</w:t>
      </w:r>
    </w:p>
    <w:p>
      <w:pPr>
        <w:jc w:val="right"/>
      </w:pPr>
      <w:r>
        <w:t>آدمی کو جب ہائی معرفت حاصل ہوتی ہے تو ہائی معرفت اس کی ماڈیسٹی کو بڑھاتی ہے، ماڈیسٹی کو بڑھاتی ہے، اپنے چھوٹے ہونے کو بڑھاتی ہے۔</w:t>
      </w:r>
    </w:p>
    <w:p>
      <w:r>
        <w:rPr>
          <w:b/>
        </w:rPr>
        <w:t xml:space="preserve">[39:07] </w:t>
      </w:r>
      <w:r>
        <w:t>aisa nahi ke woh glory ka shikar ho jaye, greatness ka shikar ho jaye, kyunke woh to reserve hai sirf Allah Rabb al-Alameen ke liye.</w:t>
      </w:r>
    </w:p>
    <w:p>
      <w:pPr>
        <w:jc w:val="right"/>
      </w:pPr>
      <w:r>
        <w:t>ایسا نہیں کہ وہ گلوری کا شکار ہو جائے، گریٹنس کا شکار ہو جائے، کیونکہ وہ تو ریزرو ہے صرف اللہ رب العالمین کے لیے۔</w:t>
      </w:r>
    </w:p>
    <w:p>
      <w:r>
        <w:rPr>
          <w:b/>
        </w:rPr>
        <w:t xml:space="preserve">[39:20] </w:t>
      </w:r>
      <w:r>
        <w:t>to jitna zyada aap apne aap ko discover karte hain, utni zyada aap ki modesty mein izafa hota hai. Maulana, ek sawal kiya hai Javed Baig sahib ne, yeh socio political activist hain Kashmir mein,</w:t>
      </w:r>
    </w:p>
    <w:p>
      <w:pPr>
        <w:jc w:val="right"/>
      </w:pPr>
      <w:r>
        <w:t>تو جتنا زیادہ آپ اپنے آپ کو ڈسکور کرتے ہیں، اتنی زیادہ آپ کی ماڈیسٹی میں اضافہ ہوتا ہے۔ مولانا، ایک سوال کیا ہے جاوید بیگ صاحب نے، یہ سوشیو پولیٹیکل ایکٹیوسٹ ہیں کشمیر میں،</w:t>
      </w:r>
    </w:p>
    <w:p>
      <w:r>
        <w:rPr>
          <w:b/>
        </w:rPr>
        <w:t xml:space="preserve">[39:37] </w:t>
      </w:r>
      <w:r>
        <w:t>aur unhon ne likha hai: "I am following Maulana sahib for last ten years, and have religiously read his literature.</w:t>
      </w:r>
    </w:p>
    <w:p>
      <w:pPr>
        <w:jc w:val="right"/>
      </w:pPr>
      <w:r>
        <w:t>اور انہوں نے لکھا ہے: "آئی ایم فالونگ مولانا صاحب فار لاسٹ ٹین ایئرز، اینڈ ہیو ریلیجیسلی ریڈ ہز لٹریچر۔</w:t>
      </w:r>
    </w:p>
    <w:p>
      <w:r>
        <w:rPr>
          <w:b/>
        </w:rPr>
        <w:t xml:space="preserve">[39:48] </w:t>
      </w:r>
      <w:r>
        <w:t>I have a, excuse me, I have a very simple and relevant question: how to attain highest degree of spirituality while living a simple living and high thinking life in today modern world?" phir main samjha nahi us ko.</w:t>
      </w:r>
    </w:p>
    <w:p>
      <w:pPr>
        <w:jc w:val="right"/>
      </w:pPr>
      <w:r>
        <w:t>آئی ہیو ا، ایکسکیوز می، آئی ہیو ا ویری سمپل اینڈ ریلیونٹ کوسچن: ہاؤ ٹو اٹین ہائیسٹ ڈگری آف سپریچویلٹی وائل لیونگ ا سمپل لیونگ اینڈ ہائی تھنکنگ لائف ان ٹوڈے ماڈرن ورلڈ؟" پھر میں سمجھا نہیں اس کو۔</w:t>
      </w:r>
    </w:p>
    <w:p>
      <w:r>
        <w:rPr>
          <w:b/>
        </w:rPr>
        <w:t xml:space="preserve">[40:12] </w:t>
      </w:r>
      <w:r>
        <w:t>Maulana, woh yeh janana chah rahe hain ke ah high degree of spirituality ko hum aaj ke modern world mein kaise attain kar sakte hain? sab se asan hai, sab se asan is liye ke dekhiye,</w:t>
      </w:r>
    </w:p>
    <w:p>
      <w:pPr>
        <w:jc w:val="right"/>
      </w:pPr>
      <w:r>
        <w:t>مولانا، وہ یہ جاننا چاہ رہے ہیں کہ اہ ہائی ڈگری آف سپریچویلٹی کو ہم آج کے ماڈرن ورلڈ میں کیسے اٹین کر سکتے ہیں؟ سب سے آسان ہے، سب سے آسان اس لیے کہ دیکھیے،</w:t>
      </w:r>
    </w:p>
    <w:p>
      <w:r>
        <w:rPr>
          <w:b/>
        </w:rPr>
        <w:t xml:space="preserve">[40:29] </w:t>
      </w:r>
      <w:r>
        <w:t>aaj ki duniya mein pehli baar yeh hua ke insan jo kuch chahta tha, woh us ne pa liya.</w:t>
      </w:r>
    </w:p>
    <w:p>
      <w:pPr>
        <w:jc w:val="right"/>
      </w:pPr>
      <w:r>
        <w:t>آج کی دنیا میں پہلی بار یہ ہوا کہ انسان جو کچھ چاہتا تھا، وہ اس نے پا لیا۔</w:t>
      </w:r>
    </w:p>
    <w:p>
      <w:r>
        <w:rPr>
          <w:b/>
        </w:rPr>
        <w:t xml:space="preserve">[40:40] </w:t>
      </w:r>
      <w:r>
        <w:t>is se pehle kya hota tha ke chahte to the, lekin paane ke sadhar nahi the.</w:t>
      </w:r>
    </w:p>
    <w:p>
      <w:pPr>
        <w:jc w:val="right"/>
      </w:pPr>
      <w:r>
        <w:t>اس سے پہلے کیا ہوتا تھا کہ چاہتے تو تھے، لیکن پانے کے سادھر نہیں تھے۔</w:t>
      </w:r>
    </w:p>
    <w:p>
      <w:r>
        <w:rPr>
          <w:b/>
        </w:rPr>
        <w:t xml:space="preserve">[40:49] </w:t>
      </w:r>
      <w:r>
        <w:t>is se pehle ke zamane mein pani ki cheez jis ko hum samajhte the, woh hum pani mein fail ho jate the. ab kya hua ke paisa chaha, woh mil gaya, power chaha, woh mil gaya,</w:t>
      </w:r>
    </w:p>
    <w:p>
      <w:pPr>
        <w:jc w:val="right"/>
      </w:pPr>
      <w:r>
        <w:t>اس سے پہلے کے زمانے میں پانی کی چیز جس کو ہم سمجھتے تھے، وہ ہم پانی میں فیل ہو جاتے تھے۔ اب کیا ہوا کہ پیسہ چاہا، وہ مل گیا، پاور چاہا، وہ مل گیا،</w:t>
      </w:r>
    </w:p>
    <w:p>
      <w:r>
        <w:rPr>
          <w:b/>
        </w:rPr>
        <w:t xml:space="preserve">[41:05] </w:t>
      </w:r>
      <w:r>
        <w:t>izat chahi, woh mil gayi, jo jo aap ne chaha. kyunke yahan par yeh age of explosion hai, yeh age of explosion hai.</w:t>
      </w:r>
    </w:p>
    <w:p>
      <w:pPr>
        <w:jc w:val="right"/>
      </w:pPr>
      <w:r>
        <w:t>عزت چاہی، وہ مل گئی، جو جو آپ نے چاہا۔ کیونکہ یہاں پر یہ ایج آف ایکسپلوژن ہے، یہ ایج آف ایکسپلوژن ہے۔</w:t>
      </w:r>
    </w:p>
    <w:p>
      <w:r>
        <w:rPr>
          <w:b/>
        </w:rPr>
        <w:t xml:space="preserve">[41:20] </w:t>
      </w:r>
      <w:r>
        <w:t>lekin aakhri jo insan ki discovery hai, woh yeh hai ke pa kar bhi kuch nahi mila. anokhi baat hai, yeh is se pehle kabhi thi nahi ke pa kar bhi kuch nahi mila.</w:t>
      </w:r>
    </w:p>
    <w:p>
      <w:pPr>
        <w:jc w:val="right"/>
      </w:pPr>
      <w:r>
        <w:t>لیکن آخری جو انسان کی ڈسکوری ہے، وہ یہ ہے کہ پا کر بھی کچھ نہیں ملا۔ انوکھی بات ہے، یہ اس سے پہلے کبھی تھی نہیں کہ پا کر بھی کچھ نہیں ملا۔</w:t>
      </w:r>
    </w:p>
    <w:p>
      <w:r>
        <w:rPr>
          <w:b/>
        </w:rPr>
        <w:t xml:space="preserve">[41:36] </w:t>
      </w:r>
      <w:r>
        <w:t>misal ke taur par dekhiye, yeh to sabhi log jante hain ke</w:t>
      </w:r>
    </w:p>
    <w:p>
      <w:pPr>
        <w:jc w:val="right"/>
      </w:pPr>
      <w:r>
        <w:t>مثلاً دیکھیے، یہ تو سبھی لوگ جانتے ہیں کہ</w:t>
      </w:r>
    </w:p>
    <w:p>
      <w:r>
        <w:rPr>
          <w:b/>
        </w:rPr>
        <w:t xml:space="preserve">[41:44] </w:t>
      </w:r>
      <w:r>
        <w:t>yani medical science apne top par pahunch gayi, lekin phir bhi aadmi marta hai.</w:t>
      </w:r>
    </w:p>
    <w:p>
      <w:pPr>
        <w:jc w:val="right"/>
      </w:pPr>
      <w:r>
        <w:t>یعنی میڈیکل سائنس اپنے ٹاپ پر پہنچ گئی، لیکن پھر بھی آدمی مرتا ہے۔</w:t>
      </w:r>
    </w:p>
    <w:p>
      <w:r>
        <w:rPr>
          <w:b/>
        </w:rPr>
        <w:t xml:space="preserve">[41:56] </w:t>
      </w:r>
      <w:r>
        <w:t>koi bhi kitni hi zyada is ke paas doctoron ki bheed lagi hui ho, kuch bhi ho, lekin woh apne ko boss se bacha nahi sakta.</w:t>
      </w:r>
    </w:p>
    <w:p>
      <w:pPr>
        <w:jc w:val="right"/>
      </w:pPr>
      <w:r>
        <w:t>کوئی بھی کتنی ہی زیادہ اس کے پاس ڈاکٹروں کی بھیڑ لگی ہوئی ہو، کچھ بھی ہو، لیکن وہ اپنے کو باس سے بچا نہیں سکتا۔</w:t>
      </w:r>
    </w:p>
    <w:p>
      <w:r>
        <w:rPr>
          <w:b/>
        </w:rPr>
        <w:t xml:space="preserve">[42:07] </w:t>
      </w:r>
      <w:r>
        <w:t>yeh average jo umar hai aadmi ki, taqreeban 70, 75 saal, wahi wahi usi umar par jata hai. aadmi to modern age ne is liye bataya hai ke jo kuch jo kuch tum chahte ho, woh tum pa nahi sakte ho, chahe kitna hi paisa ka ho jaye tumhare paas, kitni kuch kuch bhi ho jaye.</w:t>
      </w:r>
    </w:p>
    <w:p>
      <w:pPr>
        <w:jc w:val="right"/>
      </w:pPr>
      <w:r>
        <w:t>یہ ایوریج جو عمر ہے آدمی کی، تقریباً 70، 75 سال، وہی وہی اسی عمر پر جاتا ہے۔ آدمی تو ماڈرن ایج نے اس لیے بتایا ہے کہ جو کچھ جو کچھ تم چاہتے ہو، وہ تم پا نہیں سکتے ہو، چاہے کتنا ہی پیسہ کا ہو جائے تمہارے پاس، کتنی کچھ کچھ بھی ہو جائے۔</w:t>
      </w:r>
    </w:p>
    <w:p>
      <w:r>
        <w:rPr>
          <w:b/>
        </w:rPr>
        <w:t xml:space="preserve">[42:28] </w:t>
      </w:r>
      <w:r>
        <w:t>to main to samajhta hoon ke modern age jo hai, yeh to age of discovery hai. pehle discovery kahan hoti thi?</w:t>
      </w:r>
    </w:p>
    <w:p>
      <w:pPr>
        <w:jc w:val="right"/>
      </w:pPr>
      <w:r>
        <w:t>تو میں تو سمجھتا ہوں کہ ماڈرن ایج جو ہے، یہ تو ایج آف ڈسکوری ہے۔ پہلے ڈسکوری کہاں ہوتی تھی؟</w:t>
      </w:r>
    </w:p>
    <w:p>
      <w:r>
        <w:rPr>
          <w:b/>
        </w:rPr>
        <w:t xml:space="preserve">[42:38] </w:t>
      </w:r>
      <w:r>
        <w:t>modern age jo hai, age of discovery hai.</w:t>
      </w:r>
    </w:p>
    <w:p>
      <w:pPr>
        <w:jc w:val="right"/>
      </w:pPr>
      <w:r>
        <w:t>ماڈرن ایج جو ہے، ایج آف ڈسکوری ہے۔</w:t>
      </w:r>
    </w:p>
    <w:p>
      <w:r>
        <w:rPr>
          <w:b/>
        </w:rPr>
        <w:t xml:space="preserve">[42:46] </w:t>
      </w:r>
      <w:r>
        <w:t>ek qissa maine padha tha ek ek Kashmiri ka. ek Kashmiri jo tha, us ke do dost the, dono dost the ghareeb the, lekin ek ek Kashmiri jo tha, us ne kuch business kiya, kya kiya,</w:t>
      </w:r>
    </w:p>
    <w:p>
      <w:pPr>
        <w:jc w:val="right"/>
      </w:pPr>
      <w:r>
        <w:t>ایک قصہ میں نے پڑھا تھا ایک ایک کشمیری کا۔ ایک کشمیری جو ہے، اس کے دو دوست تھے، دونوں دوست تھے غریب تھے، لیکن ایک ایک کشمیری جو تھا، اس نے کچھ بزنس کیا، کیا کیا،</w:t>
      </w:r>
    </w:p>
    <w:p>
      <w:r>
        <w:rPr>
          <w:b/>
        </w:rPr>
        <w:t xml:space="preserve">[43:05] </w:t>
      </w:r>
      <w:r>
        <w:t>paisa kama liya is ne, aur doosra aadmi paisa nahi kama saka. to jo ghareeb ka ghareeb reh gaya tha, us ne dekha ke ab mera ameer dost hai, mujh se kam milta hai,</w:t>
      </w:r>
    </w:p>
    <w:p>
      <w:pPr>
        <w:jc w:val="right"/>
      </w:pPr>
      <w:r>
        <w:t>پیسہ کما لیا اس نے، اور دوسرا آدمی پیسہ نہیں کما سکا۔ تو جو غریب کا غریب رہ گیا تھا، اس نے دیکھا کہ اب میرا امیر دوست ہے، مجھ سے کم ملتا ہے،</w:t>
      </w:r>
    </w:p>
    <w:p>
      <w:r>
        <w:rPr>
          <w:b/>
        </w:rPr>
        <w:t xml:space="preserve">[43:21] </w:t>
      </w:r>
      <w:r>
        <w:t>mujh se milne ke liye is par time nahi hota. to us ne apne ameer dost se shikayat ki ke pehle aap log khoob milte the, ab tum ko mere paas milne ka time hi nahi hota.</w:t>
      </w:r>
    </w:p>
    <w:p>
      <w:pPr>
        <w:jc w:val="right"/>
      </w:pPr>
      <w:r>
        <w:t>مجھ سے ملنے کے لیے اس پر ٹائم نہیں ہوتا۔ تو اس نے اپنے امیر دوست سے شکایت کی کہ پہلے آپ لوگ خوب ملتے تھے، اب تم کو میرے پاس ملنے کا ٹائم ہی نہیں ہوتا۔</w:t>
      </w:r>
    </w:p>
    <w:p>
      <w:r>
        <w:rPr>
          <w:b/>
        </w:rPr>
        <w:t xml:space="preserve">[43:37] </w:t>
      </w:r>
      <w:r>
        <w:t>to ameer dost ne kaha ke mere bhai, mere upar daulat ki bijli giri hai,</w:t>
      </w:r>
    </w:p>
    <w:p>
      <w:pPr>
        <w:jc w:val="right"/>
      </w:pPr>
      <w:r>
        <w:t>تو امیر دوست نے کہا کہ میرے بھائی، میرے اوپر دولت کی بجلی گری ہے،</w:t>
      </w:r>
    </w:p>
    <w:p>
      <w:r>
        <w:rPr>
          <w:b/>
        </w:rPr>
        <w:t xml:space="preserve">[43:50] </w:t>
      </w:r>
      <w:r>
        <w:t>mere upar daulat ki bijli giri hai. to pehle daulat ki bijli kitni thi kisi ke paas? kyunke aisi opportunity nahi thi.</w:t>
      </w:r>
    </w:p>
    <w:p>
      <w:pPr>
        <w:jc w:val="right"/>
      </w:pPr>
      <w:r>
        <w:t>میرے اوپر دولت کی بجلی گری ہے۔ تو پہلے دولت کی بجلی کتنی تھی کسی کے پاس؟ کیونکہ ایسی اپرچونیٹی نہیں تھی۔</w:t>
      </w:r>
    </w:p>
    <w:p>
      <w:r>
        <w:rPr>
          <w:b/>
        </w:rPr>
        <w:t xml:space="preserve">[44:00] </w:t>
      </w:r>
      <w:r>
        <w:t>ab opportunities ne yeh kiya ke maloom hua ke daulat to bijli hai, daulat mil jaye tab bhi bijli hai. to main samajhta hoon ke jo log yeh kehte hain, woh modern age ko bagha samjhe hue kehte hain.</w:t>
      </w:r>
    </w:p>
    <w:p>
      <w:pPr>
        <w:jc w:val="right"/>
      </w:pPr>
      <w:r>
        <w:t>اب اپرچونیٹیز نے یہ کیا کہ معلوم ہوا کہ دولت تو بجلی ہے، دولت مل جائے تب بھی بجلی ہے۔ تو میں سمجھتا ہوں کہ جو لوگ یہ کہتے ہیں، وہ ماڈرن ایج کو باغا سمجھے ہوئے کہتے ہیں۔</w:t>
      </w:r>
    </w:p>
    <w:p>
      <w:r>
        <w:rPr>
          <w:b/>
        </w:rPr>
        <w:t xml:space="preserve">[44:19] </w:t>
      </w:r>
      <w:r>
        <w:t>maulana, doctor iqbal pradhan ke bete, jo student hain, bilal, unhon ne aap se ek sawal kiya hai.</w:t>
      </w:r>
    </w:p>
    <w:p>
      <w:pPr>
        <w:jc w:val="right"/>
      </w:pPr>
      <w:r>
        <w:t>مولانا، ڈاکٹر اقبال پردھان کے بیٹے، جو سٹوڈنٹ ہیں، بلال، انہوں نے آپ سے ایک سوال کیا ہے۔</w:t>
      </w:r>
    </w:p>
    <w:p>
      <w:r>
        <w:rPr>
          <w:b/>
        </w:rPr>
        <w:t xml:space="preserve">[44:28] </w:t>
      </w:r>
      <w:r>
        <w:t>unhon ne aap se poocha hai ke "If a person is already rich, how can he develop a simple living and high thinking att</w:t>
      </w:r>
    </w:p>
    <w:p>
      <w:pPr>
        <w:jc w:val="right"/>
      </w:pPr>
      <w:r>
        <w:t>انہوں نے آپ سے پوچھا ہے کہ "If a person is already rich, how can he develop a simple living and high thinking att</w:t>
      </w:r>
    </w:p>
    <w:p>
      <w:r>
        <w:rPr>
          <w:b/>
        </w:rPr>
        <w:t xml:space="preserve">[44:38] </w:t>
      </w:r>
      <w:r>
        <w:t>itude?" aise bohat dilchasp sawal hai. hain ji, bohat dilchasp sawal hai</w:t>
      </w:r>
    </w:p>
    <w:p>
      <w:pPr>
        <w:jc w:val="right"/>
      </w:pPr>
      <w:r>
        <w:t>itude?" ایسے بہت دلچسپ سوال ہے۔ ہیں جی، بہت دلچسپ سوال ہے</w:t>
      </w:r>
    </w:p>
    <w:p>
      <w:r>
        <w:rPr>
          <w:b/>
        </w:rPr>
        <w:t xml:space="preserve">[44:54] </w:t>
      </w:r>
      <w:r>
        <w:t>ke is ka jawab jo hai, shayad main itna acha nahi de paoonga. jis ne paisa kamaya ho, use bhi le aao.</w:t>
      </w:r>
    </w:p>
    <w:p>
      <w:pPr>
        <w:jc w:val="right"/>
      </w:pPr>
      <w:r>
        <w:t>کہ اس کا جواب جو ہے، شاید میں اتنا اچھا نہیں دے پاؤں گا۔ جس نے پیسہ کمایا ہو، اسے بھی لے آؤ۔</w:t>
      </w:r>
    </w:p>
    <w:p>
      <w:r>
        <w:rPr>
          <w:b/>
        </w:rPr>
        <w:t xml:space="preserve">[45:04] </w:t>
      </w:r>
      <w:r>
        <w:t>jis ne paisa kamaya ho, jaise bill gates hai,</w:t>
      </w:r>
    </w:p>
    <w:p>
      <w:pPr>
        <w:jc w:val="right"/>
      </w:pPr>
      <w:r>
        <w:t>جس نے پیسہ کمایا ہو، جیسے بل گیٹ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