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Reality of Angels December 01, 2018</w:t>
      </w:r>
    </w:p>
    <w:p>
      <w:r>
        <w:t>https://www.youtube.com/watch?v=Tz_yrfnJktA</w:t>
      </w:r>
    </w:p>
    <w:p>
      <w:r>
        <w:rPr>
          <w:b/>
        </w:rPr>
        <w:t xml:space="preserve">[00:13] </w:t>
      </w:r>
      <w:r>
        <w:t>bismillah rahman rahim.</w:t>
      </w:r>
    </w:p>
    <w:p>
      <w:pPr>
        <w:jc w:val="right"/>
      </w:pPr>
      <w:r>
        <w:t>بسم اللہ الرحمن الرحیم۔</w:t>
      </w:r>
    </w:p>
    <w:p>
      <w:r>
        <w:rPr>
          <w:b/>
        </w:rPr>
        <w:t xml:space="preserve">[00:20] </w:t>
      </w:r>
      <w:r>
        <w:t>wasalli allah ala nabiyil karim. yakum december</w:t>
      </w:r>
    </w:p>
    <w:p>
      <w:pPr>
        <w:jc w:val="right"/>
      </w:pPr>
      <w:r>
        <w:t>وصلی اللہ علی النبی الکریم۔ یکم دسمبر</w:t>
      </w:r>
    </w:p>
    <w:p>
      <w:r>
        <w:rPr>
          <w:b/>
        </w:rPr>
        <w:t xml:space="preserve">[00:27] </w:t>
      </w:r>
      <w:r>
        <w:t>2018.</w:t>
      </w:r>
    </w:p>
    <w:p>
      <w:pPr>
        <w:jc w:val="right"/>
      </w:pPr>
      <w:r>
        <w:t>2018۔</w:t>
      </w:r>
    </w:p>
    <w:p>
      <w:r>
        <w:rPr>
          <w:b/>
        </w:rPr>
        <w:t xml:space="preserve">[00:34] </w:t>
      </w:r>
      <w:r>
        <w:t>aaj ka topic hai:</w:t>
      </w:r>
    </w:p>
    <w:p>
      <w:pPr>
        <w:jc w:val="right"/>
      </w:pPr>
      <w:r>
        <w:t>آج کا ٹاپک ہے:</w:t>
      </w:r>
    </w:p>
    <w:p>
      <w:r>
        <w:rPr>
          <w:b/>
        </w:rPr>
        <w:t xml:space="preserve">[00:43] </w:t>
      </w:r>
      <w:r>
        <w:t>angels, yaani farishte.</w:t>
      </w:r>
    </w:p>
    <w:p>
      <w:pPr>
        <w:jc w:val="right"/>
      </w:pPr>
      <w:r>
        <w:t>اینجلز، یعنی فرشتے۔</w:t>
      </w:r>
    </w:p>
    <w:p>
      <w:r>
        <w:rPr>
          <w:b/>
        </w:rPr>
        <w:t xml:space="preserve">[00:55] </w:t>
      </w:r>
      <w:r>
        <w:t>farishton ke bare mein ek hadith aayi hai, woh pehle aap ke samne parhi jaye gi, us ke baad inshallah is ki tashreeh mein kuch arz kiya jaye ga.</w:t>
      </w:r>
    </w:p>
    <w:p>
      <w:pPr>
        <w:jc w:val="right"/>
      </w:pPr>
      <w:r>
        <w:t>فرشتوں کے بارے میں ایک حدیث آئی ہے، وہ پہلے آپ کے سامنے پڑھی جائے گی، اس کے بعد انشاءاللہ اس کی تشریح میں کچھ عرض کیا جائے گا۔</w:t>
      </w:r>
    </w:p>
    <w:p>
      <w:r>
        <w:rPr>
          <w:b/>
        </w:rPr>
        <w:t xml:space="preserve">[01:10] </w:t>
      </w:r>
      <w:r>
        <w:t>ana bi zar qala: qala rasool allah: "ani aram ma la tarawn, wa asma ma la tasmawun. al samaa wa haq wa haq laha an ata, ma fiha mawdu' arba asabi' illa alayhi malakun sajid.</w:t>
      </w:r>
    </w:p>
    <w:p>
      <w:pPr>
        <w:jc w:val="right"/>
      </w:pPr>
      <w:r>
        <w:t>انا بی ذر قال: قال رسول اللہ: "انی ارام ما لا ترون، واسمع ما لا تسمعون۔ السماء وحق وحق لہا انت اتا، ما فیہا موضوع اربع اصابع الا علیہ ملک ساجد۔</w:t>
      </w:r>
    </w:p>
    <w:p>
      <w:r>
        <w:rPr>
          <w:b/>
        </w:rPr>
        <w:t xml:space="preserve">[01:27] </w:t>
      </w:r>
      <w:r>
        <w:t>lo alimtu ma a'lam la dahiktum qalilan wa la bakaytum kathiran, wa la taladhdhtum bil nisa' ala al furush, wa la kharajtum ala aw ila al sa'adat tijarun ila allah." qala: fa qala abu zar: "wallah lawadtu anni shajaratun tu'add." abu zar se riwayat hai ke rasool allah sallallahu alayhi wasallam ne kaha: "main woh cheez dekhta hoon jo tum nahi dekhte ho,</w:t>
      </w:r>
    </w:p>
    <w:p>
      <w:pPr>
        <w:jc w:val="right"/>
      </w:pPr>
      <w:r>
        <w:t>لو علمت ما اعلم لضحکتم قلیلا ولبکیتم کثیرا، ولا تلذجتم بالنساء علی الفروشات، ولا خرجتم علی او الی السعدات تجارون الی اللہ۔" قال: فقال ابوذر: "واللہ لودت انی شجرۃ تعدد۔" ابوذر سے روایت ہے کہ رسول اللہ صلی اللہ علیہ وسلم نے کہا: "میں وہ چیز دیکھتا ہوں جو تم نہیں دیکھتے ہو،</w:t>
      </w:r>
    </w:p>
    <w:p>
      <w:r>
        <w:rPr>
          <w:b/>
        </w:rPr>
        <w:t xml:space="preserve">[01:56] </w:t>
      </w:r>
      <w:r>
        <w:t>aur sunta hoon jo tum nahi sunte ho. aasman charcharata hai, aur haq hai ke woh charcharaye. aasman mein char ungli ke barabar bhi koi jagah nahi hai, magar wahan par ek farishta sajda karne wala hai.</w:t>
      </w:r>
    </w:p>
    <w:p>
      <w:pPr>
        <w:jc w:val="right"/>
      </w:pPr>
      <w:r>
        <w:t>اور سنتا ہوں جو تم نہیں سنتے ہو۔ آسمان چرچراتا ہے، اور حق ہے کہ وہ چرچرائے۔ آسمان میں چار انگلی کے برابر بھی کوئی جگہ نہیں ہے، مگر وہاں پر ایک فرشتہ سجدہ کرنے والا ہے۔</w:t>
      </w:r>
    </w:p>
    <w:p>
      <w:r>
        <w:rPr>
          <w:b/>
        </w:rPr>
        <w:t xml:space="preserve">[02:12] </w:t>
      </w:r>
      <w:r>
        <w:t>agar tum jaan lo jo kuch mein janta hoon to tum hansoge kam aur rooge zyada,</w:t>
      </w:r>
    </w:p>
    <w:p>
      <w:pPr>
        <w:jc w:val="right"/>
      </w:pPr>
      <w:r>
        <w:t>اگر تم جان لو جو کچھ میں جانتا ہوں تو تم ہنسو گے کم اور روؤ گے زیادہ،</w:t>
      </w:r>
    </w:p>
    <w:p>
      <w:r>
        <w:rPr>
          <w:b/>
        </w:rPr>
        <w:t xml:space="preserve">[02:17] </w:t>
      </w:r>
      <w:r>
        <w:t>aur apni auraton aur auraton ke sath</w:t>
      </w:r>
    </w:p>
    <w:p>
      <w:pPr>
        <w:jc w:val="right"/>
      </w:pPr>
      <w:r>
        <w:t>اور اپنی عورتوں اور عورتوں کے ساتھ</w:t>
      </w:r>
    </w:p>
    <w:p>
      <w:r>
        <w:rPr>
          <w:b/>
        </w:rPr>
        <w:t xml:space="preserve">[02:23] </w:t>
      </w:r>
      <w:r>
        <w:t>lazat nahi uthaoge, aur tum nikal jaoge</w:t>
      </w:r>
    </w:p>
    <w:p>
      <w:pPr>
        <w:jc w:val="right"/>
      </w:pPr>
      <w:r>
        <w:t>لذت نہیں اٹھاؤ گے، اور تم نکل جاؤ گے</w:t>
      </w:r>
    </w:p>
    <w:p>
      <w:r>
        <w:rPr>
          <w:b/>
        </w:rPr>
        <w:t xml:space="preserve">[02:27] </w:t>
      </w:r>
      <w:r>
        <w:t>sehraon mein Allah ki taraf rote hue."</w:t>
      </w:r>
    </w:p>
    <w:p>
      <w:pPr>
        <w:jc w:val="right"/>
      </w:pPr>
      <w:r>
        <w:t>صحراؤں میں اللہ کی طرف روتے ہوئے۔"</w:t>
      </w:r>
    </w:p>
    <w:p>
      <w:r>
        <w:rPr>
          <w:b/>
        </w:rPr>
        <w:t xml:space="preserve">[02:31] </w:t>
      </w:r>
      <w:r>
        <w:t>Abu Zar kehte hain ke: "Allah ki qasam, main pasand karta hoon ke main darakht ho jaon jis ko</w:t>
      </w:r>
    </w:p>
    <w:p>
      <w:pPr>
        <w:jc w:val="right"/>
      </w:pPr>
      <w:r>
        <w:t>ابوذر کہتے ہیں کہ: "اللہ کی قسم، میں پسند کرتا ہوں کہ میں درخت ہو جاؤں جس کو</w:t>
      </w:r>
    </w:p>
    <w:p>
      <w:r>
        <w:rPr>
          <w:b/>
        </w:rPr>
        <w:t xml:space="preserve">[02:35] </w:t>
      </w:r>
      <w:r>
        <w:t>ukhad kar phenk diya jae."</w:t>
      </w:r>
    </w:p>
    <w:p>
      <w:pPr>
        <w:jc w:val="right"/>
      </w:pPr>
      <w:r>
        <w:t>اکھاڑ کر پھینک دیا جائے۔"</w:t>
      </w:r>
    </w:p>
    <w:p>
      <w:r>
        <w:rPr>
          <w:b/>
        </w:rPr>
        <w:t xml:space="preserve">[02:38] </w:t>
      </w:r>
      <w:r>
        <w:t>Musnad Ahmad hadith number 21516.</w:t>
      </w:r>
    </w:p>
    <w:p>
      <w:pPr>
        <w:jc w:val="right"/>
      </w:pPr>
      <w:r>
        <w:t>مسند احمد حدیث نمبر 21516۔</w:t>
      </w:r>
    </w:p>
    <w:p>
      <w:r>
        <w:rPr>
          <w:b/>
        </w:rPr>
        <w:t xml:space="preserve">[02:46] </w:t>
      </w:r>
      <w:r>
        <w:t>yeh hadith</w:t>
      </w:r>
    </w:p>
    <w:p>
      <w:pPr>
        <w:jc w:val="right"/>
      </w:pPr>
      <w:r>
        <w:t>یہ حدیث</w:t>
      </w:r>
    </w:p>
    <w:p>
      <w:r>
        <w:rPr>
          <w:b/>
        </w:rPr>
        <w:t xml:space="preserve">[02:52] </w:t>
      </w:r>
      <w:r>
        <w:t>bataur ek aqeedah ko batati hai. yeh aqeedah ke</w:t>
      </w:r>
    </w:p>
    <w:p>
      <w:pPr>
        <w:jc w:val="right"/>
      </w:pPr>
      <w:r>
        <w:t>بظاہر ایک عقیدہ کو بتاتی ہے۔ یہ عقیدہ کہ</w:t>
      </w:r>
    </w:p>
    <w:p>
      <w:r>
        <w:rPr>
          <w:b/>
        </w:rPr>
        <w:t xml:space="preserve">[03:06] </w:t>
      </w:r>
      <w:r>
        <w:t>allah ke farishte beshumar tadad mein</w:t>
      </w:r>
    </w:p>
    <w:p>
      <w:pPr>
        <w:jc w:val="right"/>
      </w:pPr>
      <w:r>
        <w:t>اللہ کے فرشتے بے شمار تعداد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