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Creation Plan December 09, 2018</w:t>
      </w:r>
    </w:p>
    <w:p>
      <w:r>
        <w:t>https://www.youtube.com/watch?v=y8tS4vW9lFI</w:t>
      </w:r>
    </w:p>
    <w:p>
      <w:r>
        <w:rPr>
          <w:b/>
        </w:rPr>
        <w:t xml:space="preserve">[00:14] </w:t>
      </w:r>
      <w:r>
        <w:t>bismillah rahman rahim, wasalli allah ala nabiyil karim.</w:t>
      </w:r>
    </w:p>
    <w:p>
      <w:pPr>
        <w:jc w:val="right"/>
      </w:pPr>
      <w:r>
        <w:t>بسم اللہ الرحمن الرحیم، وصلی اللہ علی نبی الکریم۔</w:t>
      </w:r>
    </w:p>
    <w:p>
      <w:r>
        <w:rPr>
          <w:b/>
        </w:rPr>
        <w:t xml:space="preserve">[00:24]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[00:42] </w:t>
      </w:r>
      <w:r>
        <w:t>9 december 2018.</w:t>
      </w:r>
    </w:p>
    <w:p>
      <w:pPr>
        <w:jc w:val="right"/>
      </w:pPr>
      <w:r>
        <w:t>9 دسمبر 2018۔</w:t>
      </w:r>
    </w:p>
    <w:p>
      <w:r>
        <w:rPr>
          <w:b/>
        </w:rPr>
        <w:t xml:space="preserve">[00:52] </w:t>
      </w:r>
      <w:r>
        <w:t>aaj mein subah se yeh soch raha tha ke aaj ke liye</w:t>
      </w:r>
    </w:p>
    <w:p>
      <w:pPr>
        <w:jc w:val="right"/>
      </w:pPr>
      <w:r>
        <w:t>آج میں صبح سے یہ سوچ رہا تھا کہ آج کے لیے</w:t>
      </w:r>
    </w:p>
    <w:p>
      <w:r>
        <w:rPr>
          <w:b/>
        </w:rPr>
        <w:t xml:space="preserve">[01:04] </w:t>
      </w:r>
      <w:r>
        <w:t>is program ka topic kya ho.</w:t>
      </w:r>
    </w:p>
    <w:p>
      <w:pPr>
        <w:jc w:val="right"/>
      </w:pPr>
      <w:r>
        <w:t>اس پروگرام کا ٹاپک کیا ہو۔</w:t>
      </w:r>
    </w:p>
    <w:p>
      <w:r>
        <w:rPr>
          <w:b/>
        </w:rPr>
        <w:t xml:space="preserve">[01:11] </w:t>
      </w:r>
      <w:r>
        <w:t>isi soch ke sath mein yahan aaya.</w:t>
      </w:r>
    </w:p>
    <w:p>
      <w:pPr>
        <w:jc w:val="right"/>
      </w:pPr>
      <w:r>
        <w:t>اسی سوچ کے ساتھ میں یہاں آیا۔</w:t>
      </w:r>
    </w:p>
    <w:p>
      <w:r>
        <w:rPr>
          <w:b/>
        </w:rPr>
        <w:t xml:space="preserve">[01:17] </w:t>
      </w:r>
      <w:r>
        <w:t>jab mein yahan dakhil hua to yahan bohat se insaan baithe hue the, jo har program mein aate hain.</w:t>
      </w:r>
    </w:p>
    <w:p>
      <w:pPr>
        <w:jc w:val="right"/>
      </w:pPr>
      <w:r>
        <w:t>جب میں یہاں داخل ہوا تو یہاں بہت سے انسان بیٹھے ہوئے تھے، جو ہر پروگرام میں آتے ہیں۔</w:t>
      </w:r>
    </w:p>
    <w:p>
      <w:r>
        <w:rPr>
          <w:b/>
        </w:rPr>
        <w:t xml:space="preserve">[01:32] </w:t>
      </w:r>
      <w:r>
        <w:t>to jab mein dakhil hua to spontaneously mezban se nikla, "assalam o alaikum, aye fir</w:t>
      </w:r>
    </w:p>
    <w:p>
      <w:pPr>
        <w:jc w:val="right"/>
      </w:pPr>
      <w:r>
        <w:t>تو جب میں داخل ہوا تو اسپانٹینیسلی میزبان سے نکلا، "السلام علیکم، اے فر</w:t>
      </w:r>
    </w:p>
    <w:p>
      <w:r>
        <w:rPr>
          <w:b/>
        </w:rPr>
        <w:t xml:space="preserve">[01:50] </w:t>
      </w:r>
      <w:r>
        <w:t>shtoon! tum ko salam ho."</w:t>
      </w:r>
    </w:p>
    <w:p>
      <w:pPr>
        <w:jc w:val="right"/>
      </w:pPr>
      <w:r>
        <w:t>شتوں! تم کو سلام ہو۔"</w:t>
      </w:r>
    </w:p>
    <w:p>
      <w:r>
        <w:rPr>
          <w:b/>
        </w:rPr>
        <w:t xml:space="preserve">[01:56] </w:t>
      </w:r>
      <w:r>
        <w:t>maine socha ke aisa maine kyun kaha?</w:t>
      </w:r>
    </w:p>
    <w:p>
      <w:pPr>
        <w:jc w:val="right"/>
      </w:pPr>
      <w:r>
        <w:t>میں نے سوچا کہ ایسا میں نے کیوں کہا؟</w:t>
      </w:r>
    </w:p>
    <w:p>
      <w:r>
        <w:rPr>
          <w:b/>
        </w:rPr>
        <w:t xml:space="preserve">[02:02] </w:t>
      </w:r>
      <w:r>
        <w:t>yahan to insaan the, to maine farishton ko salam kyun kiya?</w:t>
      </w:r>
    </w:p>
    <w:p>
      <w:pPr>
        <w:jc w:val="right"/>
      </w:pPr>
      <w:r>
        <w:t>یہاں تو انسان تھے، تو میں نے فرشتوں کو سلام کیوں کیا؟</w:t>
      </w:r>
    </w:p>
    <w:p>
      <w:r>
        <w:rPr>
          <w:b/>
        </w:rPr>
        <w:t xml:space="preserve">[02:12] </w:t>
      </w:r>
      <w:r>
        <w:t>to sochte hue mere zehn mein aaya ke yeh insani fitrat ka</w:t>
      </w:r>
    </w:p>
    <w:p>
      <w:pPr>
        <w:jc w:val="right"/>
      </w:pPr>
      <w:r>
        <w:t>تو سوچتے ہوئے میرے ذہن میں آیا کہ یہ انسانی فطرت کا</w:t>
      </w:r>
    </w:p>
    <w:p>
      <w:r>
        <w:rPr>
          <w:b/>
        </w:rPr>
        <w:t xml:space="preserve">[02:21] </w:t>
      </w:r>
      <w:r>
        <w:t>salam tha. mere andar jo insani fitrat hai, jo har insaan ke andar hai,</w:t>
      </w:r>
    </w:p>
    <w:p>
      <w:pPr>
        <w:jc w:val="right"/>
      </w:pPr>
      <w:r>
        <w:t>سلام تھا۔ میرے اندر جو انسانی فطرت ہے، جو ہر انسان کے اندر ہے،</w:t>
      </w:r>
    </w:p>
    <w:p>
      <w:r>
        <w:rPr>
          <w:b/>
        </w:rPr>
        <w:t xml:space="preserve">[02:32] </w:t>
      </w:r>
      <w:r>
        <w:t>to insani fitrat ya human nature, jo hamare aap ke andar hai,</w:t>
      </w:r>
    </w:p>
    <w:p>
      <w:pPr>
        <w:jc w:val="right"/>
      </w:pPr>
      <w:r>
        <w:t>تو انسانی فطرت یا ہیومن نیچر، جو ہمارے آپ کے اندر ہے،</w:t>
      </w:r>
    </w:p>
    <w:p>
      <w:r>
        <w:rPr>
          <w:b/>
        </w:rPr>
        <w:t xml:space="preserve">[02:43] </w:t>
      </w:r>
      <w:r>
        <w:t>is ke andar ek</w:t>
      </w:r>
    </w:p>
    <w:p>
      <w:pPr>
        <w:jc w:val="right"/>
      </w:pPr>
      <w:r>
        <w:t>اس کے اندر ایک</w:t>
      </w:r>
    </w:p>
    <w:p>
      <w:r>
        <w:rPr>
          <w:b/>
        </w:rPr>
        <w:t xml:space="preserve">[02:47] </w:t>
      </w:r>
      <w:r>
        <w:t>ek model chupa hua hai. woh ek model chahta hai, ideal model.</w:t>
      </w:r>
    </w:p>
    <w:p>
      <w:pPr>
        <w:jc w:val="right"/>
      </w:pPr>
      <w:r>
        <w:t>ایک ماڈل چھپا ہوا ہے۔ وہ ایک ماڈل چاہتا ہے، آئیڈیل ماڈل۔</w:t>
      </w:r>
    </w:p>
    <w:p>
      <w:r>
        <w:rPr>
          <w:b/>
        </w:rPr>
        <w:t xml:space="preserve">[02:57] </w:t>
      </w:r>
      <w:r>
        <w:t>to maine, meri nature ne, meri fitrat ne, is chhupe hue model ko kaha, "assalam o alaikum." woh model kya hai?</w:t>
      </w:r>
    </w:p>
    <w:p>
      <w:pPr>
        <w:jc w:val="right"/>
      </w:pPr>
      <w:r>
        <w:t>تو میں نے، میری نیچر نے، میری فطرت نے، اس چھپے ہوئے ماڈل کو کہا، "السلام علیکم۔" وہ ماڈل کیا ہے؟</w:t>
      </w:r>
    </w:p>
    <w:p>
      <w:r>
        <w:rPr>
          <w:b/>
        </w:rPr>
        <w:t xml:space="preserve">[03:11] </w:t>
      </w:r>
      <w:r>
        <w:t>woh model hai</w:t>
      </w:r>
    </w:p>
    <w:p>
      <w:pPr>
        <w:jc w:val="right"/>
      </w:pPr>
      <w:r>
        <w:t>وہ ماڈل ہے</w:t>
      </w:r>
    </w:p>
    <w:p>
      <w:r>
        <w:rPr>
          <w:b/>
        </w:rPr>
        <w:t xml:space="preserve">[03:15] </w:t>
      </w:r>
      <w:r>
        <w:t>angel, angel like human being, farishton jese insaan.</w:t>
      </w:r>
    </w:p>
    <w:p>
      <w:pPr>
        <w:jc w:val="right"/>
      </w:pPr>
      <w:r>
        <w:t>اینجل، اینجل لائک ہیومن بینگ، فرشتوں جیسے انسان۔</w:t>
      </w:r>
    </w:p>
    <w:p>
      <w:r>
        <w:rPr>
          <w:b/>
        </w:rPr>
        <w:t xml:space="preserve">[03:28] </w:t>
      </w:r>
      <w:r>
        <w:t>yani aise insaan</w:t>
      </w:r>
    </w:p>
    <w:p>
      <w:pPr>
        <w:jc w:val="right"/>
      </w:pPr>
      <w:r>
        <w:t>یعنی ایسے انسان</w:t>
      </w:r>
    </w:p>
    <w:p>
      <w:r>
        <w:rPr>
          <w:b/>
        </w:rPr>
        <w:t xml:space="preserve">[03:32] </w:t>
      </w:r>
      <w:r>
        <w:t>jin ke andar predictable character ho, jo aap ko hamesha positive response dein.</w:t>
      </w:r>
    </w:p>
    <w:p>
      <w:pPr>
        <w:jc w:val="right"/>
      </w:pPr>
      <w:r>
        <w:t>جن کے اندر پریڈکٹیبل کریکٹر ہو، جو آپ کو ہمیشہ پازیٹیو رسپانس دیں۔</w:t>
      </w:r>
    </w:p>
    <w:p>
      <w:r>
        <w:rPr>
          <w:b/>
        </w:rPr>
        <w:t xml:space="preserve">[03:46] </w:t>
      </w:r>
      <w:r>
        <w:t>jin se jab aap ki koi dealing ho</w:t>
      </w:r>
    </w:p>
    <w:p>
      <w:pPr>
        <w:jc w:val="right"/>
      </w:pPr>
      <w:r>
        <w:t>جن سے جب آپ کی کوئی ڈیلنگ ہو</w:t>
      </w:r>
    </w:p>
    <w:p>
      <w:r>
        <w:rPr>
          <w:b/>
        </w:rPr>
        <w:t xml:space="preserve">[03:52] </w:t>
      </w:r>
      <w:r>
        <w:t>to woh hamesha justice pe qaim rahein, honesty pe qaim rahein. yani ek lafz mein kahenge ke angel like insaan, farishton jese insaan.</w:t>
      </w:r>
    </w:p>
    <w:p>
      <w:pPr>
        <w:jc w:val="right"/>
      </w:pPr>
      <w:r>
        <w:t>تو وہ ہمیشہ جسٹس پہ قائم رہیں، ہونسٹری پہ قائم رہیں۔ یعنی ایک لفظ میں کہیں گے کہ اینجل لائک انسان، فرشتوں جیسے انسان۔</w:t>
      </w:r>
    </w:p>
    <w:p>
      <w:r>
        <w:rPr>
          <w:b/>
        </w:rPr>
        <w:t xml:space="preserve">[04:08] </w:t>
      </w:r>
      <w:r>
        <w:t>phir yeh sochte hue mujhe yaad aaya ke quran mein bataya gaya hai</w:t>
      </w:r>
    </w:p>
    <w:p>
      <w:pPr>
        <w:jc w:val="right"/>
      </w:pPr>
      <w:r>
        <w:t>پھر یہ سوچتے ہوئے مجھے یاد آیا کہ قرآن میں بتایا گیا ہے</w:t>
      </w:r>
    </w:p>
    <w:p>
      <w:r>
        <w:rPr>
          <w:b/>
        </w:rPr>
        <w:t xml:space="preserve">[04:16] </w:t>
      </w:r>
      <w:r>
        <w:t>ke Allah ne jab insaan ko paida karna chaha to farishton se insaan ka ek</w:t>
      </w:r>
    </w:p>
    <w:p>
      <w:pPr>
        <w:jc w:val="right"/>
      </w:pPr>
      <w:r>
        <w:t>کہ اللہ نے جب انسان کو پیدا کرنا چاہا تو فرشتوں سے انسان کا ایک</w:t>
      </w:r>
    </w:p>
    <w:p>
      <w:r>
        <w:rPr>
          <w:b/>
        </w:rPr>
        <w:t xml:space="preserve">[04:26] </w:t>
      </w:r>
      <w:r>
        <w:t>dialogue hua. yeh dialogue kab hua? obviously, baqiye makhlooqat to paida karne ke baad.</w:t>
      </w:r>
    </w:p>
    <w:p>
      <w:pPr>
        <w:jc w:val="right"/>
      </w:pPr>
      <w:r>
        <w:t>ڈائیلاگ ہوا۔ یہ ڈائیلاگ کب ہوا؟ اویسلی، بقیہ مخلوقات تو پیدا کرنے کے بعد۔</w:t>
      </w:r>
    </w:p>
    <w:p>
      <w:r>
        <w:rPr>
          <w:b/>
        </w:rPr>
        <w:t xml:space="preserve">[04:39] </w:t>
      </w:r>
      <w:r>
        <w:t>to insaan ne paida kiya, to Allah ne paida kiya material world ko, aur us ko paband kiya ke woh law of nature ki par chale.</w:t>
      </w:r>
    </w:p>
    <w:p>
      <w:pPr>
        <w:jc w:val="right"/>
      </w:pPr>
      <w:r>
        <w:t>تو انسان نے پیدا کیا، تو اللہ نے پیدا کیا مٹیریل ورلڈ کو، اور اس کو پابند کیا کہ وہ لاء آف نیچر کی پر چلے۔</w:t>
      </w:r>
    </w:p>
    <w:p>
      <w:r>
        <w:rPr>
          <w:b/>
        </w:rPr>
        <w:t xml:space="preserve">[04:55] </w:t>
      </w:r>
      <w:r>
        <w:t>to poora material world law of nature ko follow karne laga.</w:t>
      </w:r>
    </w:p>
    <w:p>
      <w:pPr>
        <w:jc w:val="right"/>
      </w:pPr>
      <w:r>
        <w:t>تو پورا مٹیریل ورلڈ لاء آف نیچر کو فالو کرنے لگا۔</w:t>
      </w:r>
    </w:p>
    <w:p>
      <w:r>
        <w:rPr>
          <w:b/>
        </w:rPr>
        <w:t xml:space="preserve">[05:04] </w:t>
      </w:r>
      <w:r>
        <w:t>to khuda ne dekha aur kaha ke yeh to bara acha hai,</w:t>
      </w:r>
    </w:p>
    <w:p>
      <w:pPr>
        <w:jc w:val="right"/>
      </w:pPr>
      <w:r>
        <w:t>تو خدا نے دیکھا اور کہا کہ یہ تو بڑا اچھا ہے،</w:t>
      </w:r>
    </w:p>
    <w:p>
      <w:r>
        <w:rPr>
          <w:b/>
        </w:rPr>
        <w:t xml:space="preserve">[05:11] </w:t>
      </w:r>
      <w:r>
        <w:t>bohat ziyada</w:t>
      </w:r>
    </w:p>
    <w:p>
      <w:pPr>
        <w:jc w:val="right"/>
      </w:pPr>
      <w:r>
        <w:t>بہت زیادہ</w:t>
      </w:r>
    </w:p>
    <w:p>
      <w:r>
        <w:rPr>
          <w:b/>
        </w:rPr>
        <w:t xml:space="preserve">[05:18] </w:t>
      </w:r>
      <w:r>
        <w:t>follow karne hain Allah ke</w:t>
      </w:r>
    </w:p>
    <w:p>
      <w:pPr>
        <w:jc w:val="right"/>
      </w:pPr>
      <w:r>
        <w:t>فالو کرنے ہیں اللہ کے</w:t>
      </w:r>
    </w:p>
    <w:p>
      <w:r>
        <w:rPr>
          <w:b/>
        </w:rPr>
        <w:t xml:space="preserve">[05:26] </w:t>
      </w:r>
      <w:r>
        <w:t>creation plan ko.</w:t>
      </w:r>
    </w:p>
    <w:p>
      <w:pPr>
        <w:jc w:val="right"/>
      </w:pPr>
      <w:r>
        <w:t>کریشن پلان کو۔</w:t>
      </w:r>
    </w:p>
    <w:p>
      <w:r>
        <w:rPr>
          <w:b/>
        </w:rPr>
        <w:t xml:space="preserve">[05:31] </w:t>
      </w:r>
      <w:r>
        <w:t>phir paida kiya Allah ne</w:t>
      </w:r>
    </w:p>
    <w:p>
      <w:pPr>
        <w:jc w:val="right"/>
      </w:pPr>
      <w:r>
        <w:t>پھر پیدا کیا اللہ نے</w:t>
      </w:r>
    </w:p>
    <w:p>
      <w:r>
        <w:rPr>
          <w:b/>
        </w:rPr>
        <w:t xml:space="preserve">[05:40] </w:t>
      </w:r>
      <w:r>
        <w:t>plant world ko, phir paida kiya Allah ne ocean world ko, phir paida kiya human world ko. yeh sab ke sab Allah ke</w:t>
      </w:r>
    </w:p>
    <w:p>
      <w:pPr>
        <w:jc w:val="right"/>
      </w:pPr>
      <w:r>
        <w:t>پلانٹ ورلڈ کو، پھر پیدا کیا اللہ نے اوشن ورلڈ کو، پھر پیدا کیا ہیومن ورلڈ کو۔ یہ سب کے سب اللہ کے</w:t>
      </w:r>
    </w:p>
    <w:p>
      <w:r>
        <w:rPr>
          <w:b/>
        </w:rPr>
        <w:t xml:space="preserve">[05:54] </w:t>
      </w:r>
      <w:r>
        <w:t>laws ko hundred percent follow kar rahe thay.</w:t>
      </w:r>
    </w:p>
    <w:p>
      <w:pPr>
        <w:jc w:val="right"/>
      </w:pPr>
      <w:r>
        <w:t>لاز کو ہنڈرڈ پرسنٹ فالو کر رہے تھے۔</w:t>
      </w:r>
    </w:p>
    <w:p>
      <w:r>
        <w:rPr>
          <w:b/>
        </w:rPr>
        <w:t xml:space="preserve">[06:02] </w:t>
      </w:r>
      <w:r>
        <w:t>to khuda ne chaha tha, chaha, aise mein guess kar raha hoon apna, aisa shayad hua</w:t>
      </w:r>
    </w:p>
    <w:p>
      <w:pPr>
        <w:jc w:val="right"/>
      </w:pPr>
      <w:r>
        <w:t>تو خدا نے چاہا تھا، چاہا، ایسے میں گیس کر رہا ہوں اپنا، ایسا شاید ہوا</w:t>
      </w:r>
    </w:p>
    <w:p>
      <w:r>
        <w:rPr>
          <w:b/>
        </w:rPr>
        <w:t xml:space="preserve">[06:12] </w:t>
      </w:r>
      <w:r>
        <w:t>ke yeh log, in logon ke andar</w:t>
      </w:r>
    </w:p>
    <w:p>
      <w:pPr>
        <w:jc w:val="right"/>
      </w:pPr>
      <w:r>
        <w:t>کہ یہ لوگ، ان لوگوں کے اندر</w:t>
      </w:r>
    </w:p>
    <w:p>
      <w:r>
        <w:rPr>
          <w:b/>
        </w:rPr>
        <w:t xml:space="preserve">[06:18] </w:t>
      </w:r>
      <w:r>
        <w:t>dialogue to hota nahi, yeh bolte nahi. material world, ocean world, plant world, animal world, jitne world hain, un mein nutq nahi tha, speaking power nahi tha.</w:t>
      </w:r>
    </w:p>
    <w:p>
      <w:pPr>
        <w:jc w:val="right"/>
      </w:pPr>
      <w:r>
        <w:t>ڈائیلاگ تو ہوتا نہیں، یہ بولتے نہیں۔ مٹیریل ورلڈ، اوشن ورلڈ، پلانٹ ورلڈ، اینیمل ورلڈ، جتنے ورلڈ ہیں، ان میں نطق نہیں تھا، اسپیکنگ پاور نہیں تھا۔</w:t>
      </w:r>
    </w:p>
    <w:p>
      <w:r>
        <w:rPr>
          <w:b/>
        </w:rPr>
        <w:t xml:space="preserve">[06:39] </w:t>
      </w:r>
      <w:r>
        <w:t>to Allah ne chaha ke ek aisa, aisi makhlooq paida kare jis ke andar speaking power ho.</w:t>
      </w:r>
    </w:p>
    <w:p>
      <w:pPr>
        <w:jc w:val="right"/>
      </w:pPr>
      <w:r>
        <w:t>تو اللہ نے چاہا کہ ایک ایسا، ایسی مخلوق پیدا کرے جس کے اندر اسپیکنگ پاور ہو۔</w:t>
      </w:r>
    </w:p>
    <w:p>
      <w:r>
        <w:rPr>
          <w:b/>
        </w:rPr>
        <w:t xml:space="preserve">[06:51] </w:t>
      </w:r>
      <w:r>
        <w:t>speaking power ke maani hain is ko amarat di jaye, is ko azadi di jaye, yeh sab is mein shamil tha.</w:t>
      </w:r>
    </w:p>
    <w:p>
      <w:pPr>
        <w:jc w:val="right"/>
      </w:pPr>
      <w:r>
        <w:t>اسپیکنگ پاور کے معنی ہیں اس کو امرت دی جائے، اس کو آزادی دی جائے، یہ سب اس میں شامل تھا۔</w:t>
      </w:r>
    </w:p>
    <w:p>
      <w:r>
        <w:rPr>
          <w:b/>
        </w:rPr>
        <w:t xml:space="preserve">[07:02] </w:t>
      </w:r>
      <w:r>
        <w:t>is ko khuda ne naam diya khalaf khaleefa.</w:t>
      </w:r>
    </w:p>
    <w:p>
      <w:pPr>
        <w:jc w:val="right"/>
      </w:pPr>
      <w:r>
        <w:t>اس کو خدا نے نام دیا خلف خلیفہ۔</w:t>
      </w:r>
    </w:p>
    <w:p>
      <w:r>
        <w:rPr>
          <w:b/>
        </w:rPr>
        <w:t xml:space="preserve">[07:08] </w:t>
      </w:r>
      <w:r>
        <w:t>khaleefa ka matlab hai ke in insaan ko khudai sifat de kar paida karna, amanat ke tor par.</w:t>
      </w:r>
    </w:p>
    <w:p>
      <w:pPr>
        <w:jc w:val="right"/>
      </w:pPr>
      <w:r>
        <w:t>خلیفہ کا مطلب ہے کہ ان انسان کو خدائی صفت دے کر پیدا کرنا، امانت کے طور پر۔</w:t>
      </w:r>
    </w:p>
    <w:p>
      <w:r>
        <w:rPr>
          <w:b/>
        </w:rPr>
        <w:t xml:space="preserve">[07:20] </w:t>
      </w:r>
      <w:r>
        <w:t>to Allah ne farishton se kaha ke main</w:t>
      </w:r>
    </w:p>
    <w:p>
      <w:pPr>
        <w:jc w:val="right"/>
      </w:pPr>
      <w:r>
        <w:t>تو اللہ نے فرشتوں سے کہا کہ میں</w:t>
      </w:r>
    </w:p>
    <w:p>
      <w:r>
        <w:rPr>
          <w:b/>
        </w:rPr>
        <w:t xml:space="preserve">[07:26] </w:t>
      </w:r>
      <w:r>
        <w:t>dekh chuka material world ko, animal world ko, ocean world ko, plant world ko, sab ko, magar ek cheez, ek cheez leak kar rahi hai meri duniya mein.</w:t>
      </w:r>
    </w:p>
    <w:p>
      <w:pPr>
        <w:jc w:val="right"/>
      </w:pPr>
      <w:r>
        <w:t>دیکھ چکا مٹیریل ورلڈ کو، اینیمل ورلڈ کو، اوشن ورلڈ کو، پلانٹ ورلڈ کو، سب کو، مگر ایک چیز، ایک چیز لیک کر رہی ہے میری دنیا میں۔</w:t>
      </w:r>
    </w:p>
    <w:p>
      <w:r>
        <w:rPr>
          <w:b/>
        </w:rPr>
        <w:t xml:space="preserve">[07:42] </w:t>
      </w:r>
      <w:r>
        <w:t>yani speaking people abhi jo hain woh speaking people nahi hain, agarche woh follow kar rahe hain mere law ko,</w:t>
      </w:r>
    </w:p>
    <w:p>
      <w:pPr>
        <w:jc w:val="right"/>
      </w:pPr>
      <w:r>
        <w:t>یعنی اسپیکنگ پیپل ابھی جو ہیں وہ اسپیکنگ پیپل نہیں ہیں، اگرچہ وہ فالو کر رہے ہیں میرے لاء کو،</w:t>
      </w:r>
    </w:p>
    <w:p>
      <w:r>
        <w:rPr>
          <w:b/>
        </w:rPr>
        <w:t xml:space="preserve">[07:54] </w:t>
      </w:r>
      <w:r>
        <w:t>straightforward, lekin woh speaking people nahi hain. woh yahi waqt tha jab Allah ne farishton se jab batai yeh baat to farishton ne kaha tha ke kya tu aisi paida kar raha hai aise logon ko jo khoon bahayen aur fasad karen?</w:t>
      </w:r>
    </w:p>
    <w:p>
      <w:pPr>
        <w:jc w:val="right"/>
      </w:pPr>
      <w:r>
        <w:t>اسٹریٹری، لیکن وہ اسپیکنگ پیپل نہیں ہیں۔ وہ یہی وقت تھا جب اللہ نے فرشتوں سے جب بتائی یہ بات تو فرشتوں نے کہا تھا کہ کیا تو ایسی پیدا کر رہا ہے ایسے لوگوں کو جو خون بہائیں اور فساد کریں؟</w:t>
      </w:r>
    </w:p>
    <w:p>
      <w:r>
        <w:rPr>
          <w:b/>
        </w:rPr>
        <w:t xml:space="preserve">[08:18] </w:t>
      </w:r>
      <w:r>
        <w:t>dekhen, farishte bohat hi zeheen log hain, isi liye woh khuda ki taraf se</w:t>
      </w:r>
    </w:p>
    <w:p>
      <w:pPr>
        <w:jc w:val="right"/>
      </w:pPr>
      <w:r>
        <w:t>دیکھیں، فرشتے بہت ہی ذہین لوگ ہیں، اسی لیے وہ خدا کی طرف سے</w:t>
      </w:r>
    </w:p>
    <w:p>
      <w:r>
        <w:rPr>
          <w:b/>
        </w:rPr>
        <w:t xml:space="preserve">[08:27] </w:t>
      </w:r>
      <w:r>
        <w:t>poori duniya ko manage kar rahe hain. to unhon ne jaan liya ke jab woh khaleefa hoga, jab koi amanat di jaye gi,</w:t>
      </w:r>
    </w:p>
    <w:p>
      <w:pPr>
        <w:jc w:val="right"/>
      </w:pPr>
      <w:r>
        <w:t>پوری دنیا کو مینج کر رہے ہیں۔ تو انہوں نے جان لیا کہ جب وہ خلیفہ ہوگا، جب کوئی امانت دی جائے گی،</w:t>
      </w:r>
    </w:p>
    <w:p>
      <w:r>
        <w:rPr>
          <w:b/>
        </w:rPr>
        <w:t xml:space="preserve">[08:40] </w:t>
      </w:r>
      <w:r>
        <w:t>un ko azadi di jaye gi, to phir to woh azadi ko mehsoos bhi karenge. jahan azadi hai, wahan mehsoos karna bhi shamil hai.</w:t>
      </w:r>
    </w:p>
    <w:p>
      <w:pPr>
        <w:jc w:val="right"/>
      </w:pPr>
      <w:r>
        <w:t>ان کو آزادی دی جائے گی، تو پھر تو وہ آزادی کو محسوس بھی کریں گے۔ جہاں آزادی ہے، وہاں محسوس کرنا بھی شامل ہے۔</w:t>
      </w:r>
    </w:p>
    <w:p>
      <w:r>
        <w:rPr>
          <w:b/>
        </w:rPr>
        <w:t xml:space="preserve">[08:54] </w:t>
      </w:r>
      <w:r>
        <w:t>to unhon ne shakk zahir kiya ke khudaya jin ko paida karna chahta hai to woh to azadi ko mehsoos karenge aur phir fasad paida hoga.</w:t>
      </w:r>
    </w:p>
    <w:p>
      <w:pPr>
        <w:jc w:val="right"/>
      </w:pPr>
      <w:r>
        <w:t>تو انہوں نے شک ظاہر کیا کہ خدایا جن کو پیدا کرنا چاہتا ہے تو وہ تو آزادی کو محسوس کریں گے اور پھر فساد پیدا ہوگا۔</w:t>
      </w:r>
    </w:p>
    <w:p>
      <w:r>
        <w:rPr>
          <w:b/>
        </w:rPr>
        <w:t xml:space="preserve">[09:05] </w:t>
      </w:r>
      <w:r>
        <w:t>abhi tak jo duniya hai, abhi tak duniya woh to bohat hi peace ki duniya hai, peaceful duniya hai. phir ek fasad duniya wajood mein aye gi.</w:t>
      </w:r>
    </w:p>
    <w:p>
      <w:pPr>
        <w:jc w:val="right"/>
      </w:pPr>
      <w:r>
        <w:t>ابھی تک جو دنیا ہے، ابھی تک دنیا وہ تو بہت ہی پیس کی دنیا ہے، پیس فل دنیا ہے۔ پھر ایک فساد دنیا وجود میں آئے گی۔</w:t>
      </w:r>
    </w:p>
    <w:p>
      <w:r>
        <w:rPr>
          <w:b/>
        </w:rPr>
        <w:t xml:space="preserve">[09:18] </w:t>
      </w:r>
      <w:r>
        <w:t>to Allah taala ne demonstration diya, demonstration</w:t>
      </w:r>
    </w:p>
    <w:p>
      <w:pPr>
        <w:jc w:val="right"/>
      </w:pPr>
      <w:r>
        <w:t>تو اللہ تعالی نے ڈیمونسٹریشن دیا، ڈیمونسٹریشن</w:t>
      </w:r>
    </w:p>
    <w:p>
      <w:r>
        <w:rPr>
          <w:b/>
        </w:rPr>
        <w:t xml:space="preserve">[09:28] </w:t>
      </w:r>
      <w:r>
        <w:t>jis ko quran mein kaha hai ke sarey asma insan ko bata diye. asma ke maani hain, main jahan tak main samajh paya hoon,</w:t>
      </w:r>
    </w:p>
    <w:p>
      <w:pPr>
        <w:jc w:val="right"/>
      </w:pPr>
      <w:r>
        <w:t>جس کو قرآن میں کہا ہے کہ سارے اسماء انسان کو بتا دیے۔ اسماء کے معنی ہیں، میں جہاں تک میں سمجھ پایا ہوں،</w:t>
      </w:r>
    </w:p>
    <w:p>
      <w:r>
        <w:rPr>
          <w:b/>
        </w:rPr>
        <w:t xml:space="preserve">[09:42] </w:t>
      </w:r>
      <w:r>
        <w:t>asma ke maani hain dictionary of vocabulary. vocabulary yani sarey word de diye jis pe aadmi sochey, discussion karey,</w:t>
      </w:r>
    </w:p>
    <w:p>
      <w:pPr>
        <w:jc w:val="right"/>
      </w:pPr>
      <w:r>
        <w:t>اسماء کے معنی ہیں ڈکشنری آف ویکولری۔ ویکولری یعنی سارے ورڈ دے دیے جس پہ آدمی سوچے، ڈسکشن کرے،</w:t>
      </w:r>
    </w:p>
    <w:p>
      <w:r>
        <w:rPr>
          <w:b/>
        </w:rPr>
        <w:t xml:space="preserve">[10:00] </w:t>
      </w:r>
      <w:r>
        <w:t>har cheez ka naam, chahey woh choti ho, bari ho, material ho, spiritual ho,</w:t>
      </w:r>
    </w:p>
    <w:p>
      <w:pPr>
        <w:jc w:val="right"/>
      </w:pPr>
      <w:r>
        <w:t>ہر چیز کا نام، چاہے وہ چھوٹی ہو، بڑی ہو، مٹیریل ہو، سپریچول ہو،</w:t>
      </w:r>
    </w:p>
    <w:p>
      <w:r>
        <w:rPr>
          <w:b/>
        </w:rPr>
        <w:t xml:space="preserve">[10:14] </w:t>
      </w:r>
      <w:r>
        <w:t>jo bhi ho. to sari aap jantey hain ke insan sochta hai, discuss karta hai to word through, alf word, har cheez ka hamare paas aik word hota hai.</w:t>
      </w:r>
    </w:p>
    <w:p>
      <w:pPr>
        <w:jc w:val="right"/>
      </w:pPr>
      <w:r>
        <w:t>جو بھی ہو۔ تو ساری آپ جانتے ہیں کہ انسان سوچتا ہے، ڈسکس کرتا ہے تو ورڈ تھرو، الف ورڈ، ہر چیز کا ہمارے پاس ایک ورڈ ہوتا ہے۔</w:t>
      </w:r>
    </w:p>
    <w:p>
      <w:r>
        <w:rPr>
          <w:b/>
        </w:rPr>
        <w:t xml:space="preserve">[10:32] </w:t>
      </w:r>
      <w:r>
        <w:t>tab bhi, tab bhi hum discuss kartey hain aur exchange kar paatey hain. to yeh saada baat nahi hai, saada baat nahi hai.</w:t>
      </w:r>
    </w:p>
    <w:p>
      <w:pPr>
        <w:jc w:val="right"/>
      </w:pPr>
      <w:r>
        <w:t>تب بھی، تب بھی ہم ڈسکس کرتے ہیں اور ایکسچینج کر پاتے ہیں۔ تو یہ سادہ بات نہیں ہے، سادہ بات نہیں ہے۔</w:t>
      </w:r>
    </w:p>
    <w:p>
      <w:r>
        <w:rPr>
          <w:b/>
        </w:rPr>
        <w:t xml:space="preserve">[10:46] </w:t>
      </w:r>
      <w:r>
        <w:t>is ke maani hain ke aadmi ka andar power of analysis hoga. kyunke jab aap analysis kartey hain to lafz, lafzon ke through sochtey hain.</w:t>
      </w:r>
    </w:p>
    <w:p>
      <w:pPr>
        <w:jc w:val="right"/>
      </w:pPr>
      <w:r>
        <w:t>اس کے معنی ہیں کہ آدمی کا اندر پاور آف انالیسز ہوگا۔ کیونکہ جب آپ انالیسز کرتے ہیں تو لفظ، لفظوں کے تھرو سوچتے ہیں۔</w:t>
      </w:r>
    </w:p>
    <w:p>
      <w:r>
        <w:rPr>
          <w:b/>
        </w:rPr>
        <w:t xml:space="preserve">[10:58] </w:t>
      </w:r>
      <w:r>
        <w:t>jaise maine ab bataya ke main yahan aa raha tha to maine chaha ke aaj ka topic kya ho. to kuch baatein zehan mein aayin, woh koi through word hui.</w:t>
      </w:r>
    </w:p>
    <w:p>
      <w:pPr>
        <w:jc w:val="right"/>
      </w:pPr>
      <w:r>
        <w:t>جیسے میں نے اب بتایا کہ میں یہاں آ رہا تھا تو میں نے چاہا کہ آج کا ٹاپک کیا ہو۔ تو کچھ باتیں ذہن میں آئیں، وہ کوئی تھرو ورڈ ہوئی۔</w:t>
      </w:r>
    </w:p>
    <w:p>
      <w:r>
        <w:rPr>
          <w:b/>
        </w:rPr>
        <w:t xml:space="preserve">[11:08] </w:t>
      </w:r>
      <w:r>
        <w:t>through agar mere paas vocabulary na hoti, ab word na hote to main sochta kaise?</w:t>
      </w:r>
    </w:p>
    <w:p>
      <w:pPr>
        <w:jc w:val="right"/>
      </w:pPr>
      <w:r>
        <w:t>تھرو اگر میرے پاس ویکولری نہ ہوتی، اب ورڈ نہ ہوتے تو میں سوچتا کیسے؟</w:t>
      </w:r>
    </w:p>
    <w:p>
      <w:r>
        <w:rPr>
          <w:b/>
        </w:rPr>
        <w:t xml:space="preserve">[11:17] </w:t>
      </w:r>
      <w:r>
        <w:t>to Allah taala ne ilm-e-asma jo diya insan ko, woh kya sochne ki power de di.</w:t>
      </w:r>
    </w:p>
    <w:p>
      <w:pPr>
        <w:jc w:val="right"/>
      </w:pPr>
      <w:r>
        <w:t>تو اللہ تعالی نے علم اسماء جو دیا انسان کو، وہ کیا سوچنے کی پاور دے دی۔</w:t>
      </w:r>
    </w:p>
    <w:p>
      <w:r>
        <w:rPr>
          <w:b/>
        </w:rPr>
        <w:t xml:space="preserve">[11:27] </w:t>
      </w:r>
      <w:r>
        <w:t>ilm-e-asma ke maani hain sochne ki power. kyunke jab tak aap paas vocabulary na ho, jo word na ho, aap soch nahi saktey.</w:t>
      </w:r>
    </w:p>
    <w:p>
      <w:pPr>
        <w:jc w:val="right"/>
      </w:pPr>
      <w:r>
        <w:t>علم اسماء کے معنی ہیں سوچنے کی پاور۔ کیونکہ جب تک آپ پاس ویکولری نہ ہو، جو ورڈ نہ ہو، آپ سوچ نہیں سکتے۔</w:t>
      </w:r>
    </w:p>
    <w:p>
      <w:r>
        <w:rPr>
          <w:b/>
        </w:rPr>
        <w:t xml:space="preserve">[11:38] </w:t>
      </w:r>
      <w:r>
        <w:t>aap ko analysis karna aa gaya, aa gaya.</w:t>
      </w:r>
    </w:p>
    <w:p>
      <w:pPr>
        <w:jc w:val="right"/>
      </w:pPr>
      <w:r>
        <w:t>آپ کو انالیسز کرنا آ گیا، آ گیا۔</w:t>
      </w:r>
    </w:p>
    <w:p>
      <w:r>
        <w:rPr>
          <w:b/>
        </w:rPr>
        <w:t xml:space="preserve">[11:43] </w:t>
      </w:r>
      <w:r>
        <w:t>to Khuda ne jo baat kahi, us ka matlab yeh tha ke yeh jo makhlooq mein paida karunga, insan, is ke paas alfaaz honge, vocabulary hogi, woh sochega apne koi step lene se pehle, har cheez ke barey mein sochega.</w:t>
      </w:r>
    </w:p>
    <w:p>
      <w:pPr>
        <w:jc w:val="right"/>
      </w:pPr>
      <w:r>
        <w:t>تو خدا نے جو بات کہی، اس کا مطلب یہ تھا کہ یہ جو مخلوق میں پیدا کروں گا، انسان، اس کے پاس الفاظ ہوں گے، ویکولری ہوگی، وہ سوچے گا اپنے کوئی سٹیپ لینے سے پہلے، ہر چیز کے بارے میں سوچے گا۔</w:t>
      </w:r>
    </w:p>
    <w:p>
      <w:r>
        <w:rPr>
          <w:b/>
        </w:rPr>
        <w:t xml:space="preserve">[12:02] </w:t>
      </w:r>
      <w:r>
        <w:t>to soch kar woh faisla lega.</w:t>
      </w:r>
    </w:p>
    <w:p>
      <w:pPr>
        <w:jc w:val="right"/>
      </w:pPr>
      <w:r>
        <w:t>تو سوچ کر وہ فیصلہ لے گا۔</w:t>
      </w:r>
    </w:p>
    <w:p>
      <w:r>
        <w:rPr>
          <w:b/>
        </w:rPr>
        <w:t xml:space="preserve">[12:10] </w:t>
      </w:r>
      <w:r>
        <w:t>is ki aik misaal aaj mere zehan mein aayi Rasool Allah ki zindagi mein ke sochne wali makhlooq kya cheez hoti hai? sochna, analysis karna, aur phir well considered response dena,</w:t>
      </w:r>
    </w:p>
    <w:p>
      <w:pPr>
        <w:jc w:val="right"/>
      </w:pPr>
      <w:r>
        <w:t>اس کی ایک مثال آج میرے ذہن میں آئی رسول اللہ کی زندگی میں کہ سوچنے والی مخلوق کیا چیز ہوتی ہے؟ سوچنا، انالیسز کرنا، اور پھر ویل کنسیڈرڈ رسپانس دینا،</w:t>
      </w:r>
    </w:p>
    <w:p>
      <w:r>
        <w:rPr>
          <w:b/>
        </w:rPr>
        <w:t xml:space="preserve">[12:27] </w:t>
      </w:r>
      <w:r>
        <w:t>yeh kya cheez hai? yeh tha insan ke andar extra, extra salahiyat.</w:t>
      </w:r>
    </w:p>
    <w:p>
      <w:pPr>
        <w:jc w:val="right"/>
      </w:pPr>
      <w:r>
        <w:t>یہ کیا چیز ہے؟ یہ تھا انسان کے اندر ایکسٹرا، ایکسٹرا صلاحیت۔</w:t>
      </w:r>
    </w:p>
    <w:p>
      <w:r>
        <w:rPr>
          <w:b/>
        </w:rPr>
        <w:t xml:space="preserve">[12:36] </w:t>
      </w:r>
      <w:r>
        <w:t>to dekhiye, maine socha ke Rasool Allah ki zindagi mein kya namoona hai is ka? to hamare ashaab-e-seerat jo hain, yani Rasool Allah ki seerat jinhon ne likhi hai,</w:t>
      </w:r>
    </w:p>
    <w:p>
      <w:pPr>
        <w:jc w:val="right"/>
      </w:pPr>
      <w:r>
        <w:t>تو دیکھیے، میں نے سوچا کہ رسول اللہ کی زندگی میں کیا نمونہ ہے اس کا؟ تو ہمارے اصحاب سیر جو ہیں، یعنی رسول اللہ کی سیرت جنہوں نے لکھی ہے،</w:t>
      </w:r>
    </w:p>
    <w:p>
      <w:r>
        <w:rPr>
          <w:b/>
        </w:rPr>
        <w:t xml:space="preserve">[12:50] </w:t>
      </w:r>
      <w:r>
        <w:t>woh likhte hain ke Rasool Allah ki zindagi mein 85 ghazwaat paish aaye.</w:t>
      </w:r>
    </w:p>
    <w:p>
      <w:pPr>
        <w:jc w:val="right"/>
      </w:pPr>
      <w:r>
        <w:t>وہ لکھتے ہیں کہ رسول اللہ کی زندگی میں 85 غضبات پیش آئے۔</w:t>
      </w:r>
    </w:p>
    <w:p>
      <w:r>
        <w:rPr>
          <w:b/>
        </w:rPr>
        <w:t xml:space="preserve">[12:58] </w:t>
      </w:r>
      <w:r>
        <w:t>85 ghazwaat paish aaye.</w:t>
      </w:r>
    </w:p>
    <w:p>
      <w:pPr>
        <w:jc w:val="right"/>
      </w:pPr>
      <w:r>
        <w:t>85 غضبات پیش آئے۔</w:t>
      </w:r>
    </w:p>
    <w:p>
      <w:r>
        <w:rPr>
          <w:b/>
        </w:rPr>
        <w:t xml:space="preserve">[13:03] </w:t>
      </w:r>
      <w:r>
        <w:t>to yeh parhne ke baad maine socha ke bhai seerat ki kitabon mein 85 ladaiyan honi chahiye.</w:t>
      </w:r>
    </w:p>
    <w:p>
      <w:pPr>
        <w:jc w:val="right"/>
      </w:pPr>
      <w:r>
        <w:t>تو یہ پڑھنے کے بعد میں نے سوچا کہ بھئی سیرت کی کتابوں میں 85 لاڑیاں ہونی چاہیے۔</w:t>
      </w:r>
    </w:p>
    <w:p>
      <w:r>
        <w:rPr>
          <w:b/>
        </w:rPr>
        <w:t xml:space="preserve">[13:14] </w:t>
      </w:r>
      <w:r>
        <w:t>to 85 ladaiyan to hain nahi, ladaiyan to mushkil se teen ya chaar hain. is mein se aik bhi full-fledged war nahi.</w:t>
      </w:r>
    </w:p>
    <w:p>
      <w:pPr>
        <w:jc w:val="right"/>
      </w:pPr>
      <w:r>
        <w:t>تو 85 لاڑیاں تو ہیں نہیں، لائے تو مشکل سے تین یا چار ہیں۔ اس میں سے ایک بھی فل فلیٹ وار نہیں۔</w:t>
      </w:r>
    </w:p>
    <w:p>
      <w:r>
        <w:rPr>
          <w:b/>
        </w:rPr>
        <w:t xml:space="preserve">[13:27] </w:t>
      </w:r>
      <w:r>
        <w:t>kyunke full-fledged war ki definition yeh hai ke saat din ladai jaari rahe do partiyon ke beech mein. to Rasool Allah ke zamane mein paish aane wale ghazwaat mein kisi mein bhi saat din ladai nahi hui,</w:t>
      </w:r>
    </w:p>
    <w:p>
      <w:pPr>
        <w:jc w:val="right"/>
      </w:pPr>
      <w:r>
        <w:t>کیونکہ فل فلیٹ وار کی ڈیفینیشن یہ ہے کہ سات دن لڑائی جاری رہے دو پارٹیوں کے بیچ میں۔ تو رسول اللہ کے زمانے میں پیش آنے والے غضبات میں کسی میں بھی سات دن لڑائی نہیں ہوئی،</w:t>
      </w:r>
    </w:p>
    <w:p>
      <w:r>
        <w:rPr>
          <w:b/>
        </w:rPr>
        <w:t xml:space="preserve">[13:45] </w:t>
      </w:r>
      <w:r>
        <w:t>bas aik din, do din. to jab 85 ghazwaat hain to ladai to aik bhi nahi hui. ghazwaat ke maani hain ke attempt,</w:t>
      </w:r>
    </w:p>
    <w:p>
      <w:pPr>
        <w:jc w:val="right"/>
      </w:pPr>
      <w:r>
        <w:t>بس ایک دن، دو دن۔ تو جب 85 غضبات ہیں تو لڑائی تو ایک بھی نہیں ہوئی۔ غضبات کے معنی ہیں کہ اٹیمپٹ،</w:t>
      </w:r>
    </w:p>
    <w:p>
      <w:r>
        <w:rPr>
          <w:b/>
        </w:rPr>
        <w:t xml:space="preserve">[13:59] </w:t>
      </w:r>
      <w:r>
        <w:t>yani other party jo thi, us ne attempt kiya ke Rasool Allah ke saath ladai ho, Sahaba ke saath ladai ho. unhon ne fauj bheji, dasty bheje, teer teer maare, pathar maare,</w:t>
      </w:r>
    </w:p>
    <w:p>
      <w:pPr>
        <w:jc w:val="right"/>
      </w:pPr>
      <w:r>
        <w:t>یعنی ادر پارٹی جو تھی، اسے اٹیمپٹ کیا کہ رسول اللہ کے ساتھ لڑائی ہو، صحابہ کے ساتھ لڑائی ہو۔ انہوں نے فوج بھیجی، دستے بھیجے، تیر تیر مارے، پتھر مارے،</w:t>
      </w:r>
    </w:p>
    <w:p>
      <w:r>
        <w:rPr>
          <w:b/>
        </w:rPr>
        <w:t xml:space="preserve">[14:15] </w:t>
      </w:r>
      <w:r>
        <w:t>kisi se ladai chhid jaaye.</w:t>
      </w:r>
    </w:p>
    <w:p>
      <w:pPr>
        <w:jc w:val="right"/>
      </w:pPr>
      <w:r>
        <w:t>کسی سے لڑائی چھڑ جائے۔</w:t>
      </w:r>
    </w:p>
    <w:p>
      <w:r>
        <w:rPr>
          <w:b/>
        </w:rPr>
        <w:t xml:space="preserve">[14:20] </w:t>
      </w:r>
      <w:r>
        <w:t>to 85 baar unhon ne attempt kiya ke ladai chhidey, ladai chhidey, ladai chhidey.</w:t>
      </w:r>
    </w:p>
    <w:p>
      <w:pPr>
        <w:jc w:val="right"/>
      </w:pPr>
      <w:r>
        <w:t>تو 85 بار انہوں نے اٹیمپٹ کیا کہ لڑائی چھڑے، لڑائی چھڑے، لڑائی چھڑے۔</w:t>
      </w:r>
    </w:p>
    <w:p>
      <w:r>
        <w:rPr>
          <w:b/>
        </w:rPr>
        <w:t xml:space="preserve">[14:29] </w:t>
      </w:r>
      <w:r>
        <w:t>to rasool Allah ne socha ke quraish aakhir ladaai kyon chhedna chahte hain?</w:t>
      </w:r>
    </w:p>
    <w:p>
      <w:pPr>
        <w:jc w:val="right"/>
      </w:pPr>
      <w:r>
        <w:t>تو رسول اللہ نے سوچا کہ قریش آخر لڑائی کیوں چھڑنا چاہتے ہیں؟</w:t>
      </w:r>
    </w:p>
    <w:p>
      <w:r>
        <w:rPr>
          <w:b/>
        </w:rPr>
        <w:t xml:space="preserve">[14:38] </w:t>
      </w:r>
      <w:r>
        <w:t>quraish jo hain, aap ki jo opposite party thi, woh ladaai kyon chhedna chahte hain? to aap ne analysis kiya,</w:t>
      </w:r>
    </w:p>
    <w:p>
      <w:pPr>
        <w:jc w:val="right"/>
      </w:pPr>
      <w:r>
        <w:t>قریش جو ہیں، آپ کی جو اپوزٹ پارٹی تھی، وہ لڑائی کیوں چھڑنا چاہتے ہیں؟ تو آپ نے انالیسز کیا،</w:t>
      </w:r>
    </w:p>
    <w:p>
      <w:r>
        <w:rPr>
          <w:b/>
        </w:rPr>
        <w:t xml:space="preserve">[14:52] </w:t>
      </w:r>
      <w:r>
        <w:t>analysis kar ke aap ne nikala ke chunaanche quraish better position mein hain ladaai ke maamle mein, un ke paas man power zyada hai,</w:t>
      </w:r>
    </w:p>
    <w:p>
      <w:pPr>
        <w:jc w:val="right"/>
      </w:pPr>
      <w:r>
        <w:t>انالیسز کر کے آپ نے نکالا کہ چونکہ قریش بیٹر پوزیشن میں ہیں لڑائی کے معاملے میں، ان کے پاس مین پاور زیادہ ہے،</w:t>
      </w:r>
    </w:p>
    <w:p>
      <w:r>
        <w:rPr>
          <w:b/>
        </w:rPr>
        <w:t xml:space="preserve">[15:06] </w:t>
      </w:r>
      <w:r>
        <w:t>talwar zyada hai, ghore zyada hain, to ladaai jin cheezon pe hoti hai, un mein se har cheez un ke zyada hai, un ke paas zyada hai.</w:t>
      </w:r>
    </w:p>
    <w:p>
      <w:pPr>
        <w:jc w:val="right"/>
      </w:pPr>
      <w:r>
        <w:t>تلوار زیادہ ہے، گھوڑے زیادہ ہیں، تو لڑائی جن چیزوں پہ ہوتی ہے، ان میں سے ہر چیز ان کے زیادہ ہے، ان کے پاس زیادہ ہے۔</w:t>
      </w:r>
    </w:p>
    <w:p>
      <w:r>
        <w:rPr>
          <w:b/>
        </w:rPr>
        <w:t xml:space="preserve">[15:17] </w:t>
      </w:r>
      <w:r>
        <w:t>to woh birth position mein hain.</w:t>
      </w:r>
    </w:p>
    <w:p>
      <w:pPr>
        <w:jc w:val="right"/>
      </w:pPr>
      <w:r>
        <w:t>تو وہ برتھ پوزیشن میں ہیں۔</w:t>
      </w:r>
    </w:p>
    <w:p>
      <w:r>
        <w:rPr>
          <w:b/>
        </w:rPr>
        <w:t xml:space="preserve">[15:22] </w:t>
      </w:r>
      <w:r>
        <w:t>to ladaai is liye chhedna chahte hain ke is waqt woh muqable ka maidan poora quraish hoga.</w:t>
      </w:r>
    </w:p>
    <w:p>
      <w:pPr>
        <w:jc w:val="right"/>
      </w:pPr>
      <w:r>
        <w:t>تو لڑائی اس لیے چھڑنا چاہتے ہیں کہ اس وقت وہ مقابلے کا میدان پورا قریش ہوگا۔</w:t>
      </w:r>
    </w:p>
    <w:p>
      <w:r>
        <w:rPr>
          <w:b/>
        </w:rPr>
        <w:t xml:space="preserve">[15:34] </w:t>
      </w:r>
      <w:r>
        <w:t>agar ladaai chhed gayi to muqable ka jo maidan banega,</w:t>
      </w:r>
    </w:p>
    <w:p>
      <w:pPr>
        <w:jc w:val="right"/>
      </w:pPr>
      <w:r>
        <w:t>اگر لڑائی چھڑ گئی تو مقابلے کا جو میدان بنے گا،</w:t>
      </w:r>
    </w:p>
    <w:p>
      <w:r>
        <w:rPr>
          <w:b/>
        </w:rPr>
        <w:t xml:space="preserve">[15:43] </w:t>
      </w:r>
      <w:r>
        <w:t>to woh maidan pro quraish hoga.</w:t>
      </w:r>
    </w:p>
    <w:p>
      <w:pPr>
        <w:jc w:val="right"/>
      </w:pPr>
      <w:r>
        <w:t>تو وہ میدان پرو قریش ہوگا۔</w:t>
      </w:r>
    </w:p>
    <w:p>
      <w:r>
        <w:rPr>
          <w:b/>
        </w:rPr>
        <w:t xml:space="preserve">[15:51] </w:t>
      </w:r>
      <w:r>
        <w:t>to aap ne socha, aap ne socha, to aap ne yeh socha ke quraish ke ek strategy ko nakaam karne ke liye yeh nahi ke hum shor karein ke yeh zalim hai, zalim hai, zalim hai, is se kuch nahi hoga.</w:t>
      </w:r>
    </w:p>
    <w:p>
      <w:pPr>
        <w:jc w:val="right"/>
      </w:pPr>
      <w:r>
        <w:t>تو آپ نے سوچا، آپ نے سوچا، تو آپ نے یہ سوچا کہ قریش کے ایک اسٹریٹجی کو ناکام کرنے کے لیے یہ نہیں کہ ہم شور کریں کہ یہ ظالم ہے، ظالم ہے، ظالم ہے، اس سے کچھ نہیں ہوگا۔</w:t>
      </w:r>
    </w:p>
    <w:p>
      <w:r>
        <w:rPr>
          <w:b/>
        </w:rPr>
        <w:t xml:space="preserve">[16:08] </w:t>
      </w:r>
      <w:r>
        <w:t>aap ne kaha ke muqable ka maidan badal do. kaisi ajeeb strategy thi yeh.</w:t>
      </w:r>
    </w:p>
    <w:p>
      <w:pPr>
        <w:jc w:val="right"/>
      </w:pPr>
      <w:r>
        <w:t>آپ نے کہا کہ مقابلے کا میدان بدل دو۔ کیسی عجیب اسٹریٹجی تھی یہ۔</w:t>
      </w:r>
    </w:p>
    <w:p>
      <w:r>
        <w:rPr>
          <w:b/>
        </w:rPr>
        <w:t xml:space="preserve">[16:15] </w:t>
      </w:r>
      <w:r>
        <w:t>aap yeh keh sakte hain ke quraish size kar rahe hain, quraish jangju hain, quraish maar kaat rahe hain, quraish zulm kar rahe hain, yeh sab karte hain, aap to kuch hota nahi.</w:t>
      </w:r>
    </w:p>
    <w:p>
      <w:pPr>
        <w:jc w:val="right"/>
      </w:pPr>
      <w:r>
        <w:t>آپ یہ کہہ سکتے ہیں کہ قریش سائز کر رہے ہیں، قریش جنگجو ہیں، قریش مار کاٹ رہے ہیں، قریش ظلم کر رہے ہیں، یہ سب کرتے ہیں، آپ تو کچھ ہوتا نہیں۔</w:t>
      </w:r>
    </w:p>
    <w:p>
      <w:r>
        <w:rPr>
          <w:b/>
        </w:rPr>
        <w:t xml:space="preserve">[16:28] </w:t>
      </w:r>
      <w:r>
        <w:t>aap ne bohat zyada soch samajh kar ke yeh kiya, yeh ke muqable ka maidan badal do.</w:t>
      </w:r>
    </w:p>
    <w:p>
      <w:pPr>
        <w:jc w:val="right"/>
      </w:pPr>
      <w:r>
        <w:t>آپ نے بہت زیادہ سوچ سمجھ کر کے یہ کیا، یہ کہ مقابلے کا میدان بدل دو۔</w:t>
      </w:r>
    </w:p>
    <w:p>
      <w:r>
        <w:rPr>
          <w:b/>
        </w:rPr>
        <w:t xml:space="preserve">[16:40] </w:t>
      </w:r>
      <w:r>
        <w:t>yaani war ke bajaye ideology. rasool Allah ke paas, quraish ke paas war ke material zyada the,</w:t>
      </w:r>
    </w:p>
    <w:p>
      <w:pPr>
        <w:jc w:val="right"/>
      </w:pPr>
      <w:r>
        <w:t>یعنی وار کے بجائے آئیڈیالوجی۔ رسول اللہ کے پاس، قریش کے پاس وار کے مٹیریل زیادہ تھے،</w:t>
      </w:r>
    </w:p>
    <w:p>
      <w:r>
        <w:rPr>
          <w:b/>
        </w:rPr>
        <w:t xml:space="preserve">[16:54] </w:t>
      </w:r>
      <w:r>
        <w:t>yaani talwar zyada, ghoda zyada, man power zyada. to war ke lehaz se quraish superior position mein the, lekin ideology ke maidan mein</w:t>
      </w:r>
    </w:p>
    <w:p>
      <w:pPr>
        <w:jc w:val="right"/>
      </w:pPr>
      <w:r>
        <w:t>یعنی تلوار زیادہ، گھوڑا زیادہ، مین پاور زیادہ۔ تو وار کے لحاظ سے قریش سپیریئر پوزیشن میں تھے، لیکن آئیڈیالوجی کے میدان میں</w:t>
      </w:r>
    </w:p>
    <w:p>
      <w:r>
        <w:rPr>
          <w:b/>
        </w:rPr>
        <w:t xml:space="preserve">[17:12] </w:t>
      </w:r>
      <w:r>
        <w:t>un ke paas but parasti thi aur kuch nahi tha.</w:t>
      </w:r>
    </w:p>
    <w:p>
      <w:pPr>
        <w:jc w:val="right"/>
      </w:pPr>
      <w:r>
        <w:t>ان کے پاس بت پرستی تھی اور کچھ نہیں تھا۔</w:t>
      </w:r>
    </w:p>
    <w:p>
      <w:r>
        <w:rPr>
          <w:b/>
        </w:rPr>
        <w:t xml:space="preserve">[17:18] </w:t>
      </w:r>
      <w:r>
        <w:t>jaisa ke aap jante hain ke Uhud ke mauqe par Uhud mein jo quraish ka sardar tha, us ne kaha tha ke lana uzza wala uzza lakum.</w:t>
      </w:r>
    </w:p>
    <w:p>
      <w:pPr>
        <w:jc w:val="right"/>
      </w:pPr>
      <w:r>
        <w:t>جیسا کہ آپ جانتے ہیں کہ احد کے موقع پر احد میں جو قریش کا سردار تھا، اس نے کہا تھا کہ لنا عزہ ولا عزہ لکم۔</w:t>
      </w:r>
    </w:p>
    <w:p>
      <w:r>
        <w:rPr>
          <w:b/>
        </w:rPr>
        <w:t xml:space="preserve">[17:27] </w:t>
      </w:r>
      <w:r>
        <w:t>uzza un ke but ka naam tha, bohat bara but tha</w:t>
      </w:r>
    </w:p>
    <w:p>
      <w:pPr>
        <w:jc w:val="right"/>
      </w:pPr>
      <w:r>
        <w:t>عزہ ان کے بت کا نام تھا، بہت بڑا بت تھا</w:t>
      </w:r>
    </w:p>
    <w:p>
      <w:r>
        <w:rPr>
          <w:b/>
        </w:rPr>
        <w:t xml:space="preserve">[17:34] </w:t>
      </w:r>
      <w:r>
        <w:t>ke hamare paas uzza hai, tumhare paas uzza nahi. yaani uzza but hai, tumhare paas uzza but nahi. to rasool Allah ne sahaba ne kaha ke tum bolo, khud kaho Allah Maulana wala Maula lakum.</w:t>
      </w:r>
    </w:p>
    <w:p>
      <w:pPr>
        <w:jc w:val="right"/>
      </w:pPr>
      <w:r>
        <w:t>کہ ہمارے پاس عزہ ہے، تمہارے پاس عزہ نہیں۔ یعنی عزہ بت ہے، تمہارے پاس عزہ بت نہیں۔ تو رسول اللہ نے صحابہ نے کہا کہ تم بولو، خود کہو اللہ مولانا ولا مولا لکم۔</w:t>
      </w:r>
    </w:p>
    <w:p>
      <w:r>
        <w:rPr>
          <w:b/>
        </w:rPr>
        <w:t xml:space="preserve">[17:52] </w:t>
      </w:r>
      <w:r>
        <w:t>hum wahan, hamare paas Allah hai, tumhare paas Allah nahi. yaani hamare paas ideology hai, tumhare paas ideology nahi.</w:t>
      </w:r>
    </w:p>
    <w:p>
      <w:pPr>
        <w:jc w:val="right"/>
      </w:pPr>
      <w:r>
        <w:t>ہم وہاں، ہمارے پاس اللہ ہے، تمہارے پاس اللہ نہیں۔ یعنی ہمارے پاس آئیڈیالوجی ہے، تمہارے پاس آئیڈیالوجی نہیں۔</w:t>
      </w:r>
    </w:p>
    <w:p>
      <w:r>
        <w:rPr>
          <w:b/>
        </w:rPr>
        <w:t xml:space="preserve">[18:03] </w:t>
      </w:r>
      <w:r>
        <w:t>to woh but to hain, pathar ke but, un ke paas kuch nahi hai, un ke paas koi ideology nahi hai. to tumhare paas pathar ke but hain, hamare paas ideology hai.</w:t>
      </w:r>
    </w:p>
    <w:p>
      <w:pPr>
        <w:jc w:val="right"/>
      </w:pPr>
      <w:r>
        <w:t>تو وہ بت تو ہیں، پتھر کے بت، ان کے پاس کچھ نہیں ہے، ان کے پاس کوئی آئیڈیالوجی نہیں ہے۔ تو تمہارے پاس پتھر کے بت ہیں، ہمارے پاس آئیڈیالوجی ہے۔</w:t>
      </w:r>
    </w:p>
    <w:p>
      <w:r>
        <w:rPr>
          <w:b/>
        </w:rPr>
        <w:t xml:space="preserve">[18:20] </w:t>
      </w:r>
      <w:r>
        <w:t>yeh thi aap ki strategy. to aap ne yeh socha bohat hi zyada</w:t>
      </w:r>
    </w:p>
    <w:p>
      <w:pPr>
        <w:jc w:val="right"/>
      </w:pPr>
      <w:r>
        <w:t>یہ تھی آپ کی اسٹریٹجی۔ تو آپ نے یہ سوچا بہت ہی زیادہ</w:t>
      </w:r>
    </w:p>
    <w:p>
      <w:r>
        <w:rPr>
          <w:b/>
        </w:rPr>
        <w:t xml:space="preserve">[18:30] </w:t>
      </w:r>
      <w:r>
        <w:t>wisdom ke sath ke muqable ke maidan badlo. to Hudaybiyah mein jo daulat khuri ikhatta hui hai,</w:t>
      </w:r>
    </w:p>
    <w:p>
      <w:pPr>
        <w:jc w:val="right"/>
      </w:pPr>
      <w:r>
        <w:t>وزڈم کے ساتھ کہ مقابلے کے میدان بدلو۔ تو حدیبیہ میں جو دولت خوری اکٹھا ہوئی ہے،</w:t>
      </w:r>
    </w:p>
    <w:p>
      <w:r>
        <w:rPr>
          <w:b/>
        </w:rPr>
        <w:t xml:space="preserve">[18:44] </w:t>
      </w:r>
      <w:r>
        <w:t>to wahan par quraish har cheez mein zid karte the. rasool Allah kehte the ke muahida kar lo sulah ka.</w:t>
      </w:r>
    </w:p>
    <w:p>
      <w:pPr>
        <w:jc w:val="right"/>
      </w:pPr>
      <w:r>
        <w:t>تو وہاں پر قریش ہر چیز میں ضد کرتے تھے۔ رسول اللہ کہتے تھے کہ معاہدہ کر لو صلح کا۔</w:t>
      </w:r>
    </w:p>
    <w:p>
      <w:r>
        <w:rPr>
          <w:b/>
        </w:rPr>
        <w:t xml:space="preserve">[18:53] </w:t>
      </w:r>
      <w:r>
        <w:t>woh zid karte the, zid karte the. woh chahte the ke bhadak uthein log, bhadak kar ke ladaai chhed jaye. aap ne un ki har baat ko maan liya, jo kaho manzoor, jo kaho manzoor.</w:t>
      </w:r>
    </w:p>
    <w:p>
      <w:pPr>
        <w:jc w:val="right"/>
      </w:pPr>
      <w:r>
        <w:t>وہ ضد کرتے تھے، ضد کرتے تھے۔ وہ چاہتے تھے کہ بھڑک اٹھیں لوگ، بھڑک کر کے لڑائی چھڑ جائے۔ آپ نے ان کی ہر بات کو مان لیا، جو کہو منظور، جو کہو منظور۔</w:t>
      </w:r>
    </w:p>
    <w:p>
      <w:r>
        <w:rPr>
          <w:b/>
        </w:rPr>
        <w:t xml:space="preserve">[19:10] </w:t>
      </w:r>
      <w:r>
        <w:t>yahan tak ke jab paper par agreement likha jaane laga to us mein likha gaya tha ke hadha ma hadha alayhi Muhammad Rasool Allah.</w:t>
      </w:r>
    </w:p>
    <w:p>
      <w:pPr>
        <w:jc w:val="right"/>
      </w:pPr>
      <w:r>
        <w:t>یہاں تک کہ جب پیپر پر ایگریمنٹ لکھا جانے لگا تو اس میں لکھا گیا تھا کہھذا ماھذا علیہ محمد رسول اللہ۔</w:t>
      </w:r>
    </w:p>
    <w:p>
      <w:r>
        <w:rPr>
          <w:b/>
        </w:rPr>
        <w:t xml:space="preserve">[19:23] </w:t>
      </w:r>
      <w:r>
        <w:t>to unhon ne ek nikal liya, yeh rasool Allah ka hai, hum to mante nahi aap ko rasool Allah. hum rasool Allah ko mante hi nahi.</w:t>
      </w:r>
    </w:p>
    <w:p>
      <w:pPr>
        <w:jc w:val="right"/>
      </w:pPr>
      <w:r>
        <w:t>تو انہوں نے ایک نکال لیا، یہ رسول اللہ کا ہے، ہم تو مانتے نہیں آپ کو رسول اللہ۔ ہم رسول اللہ کو مانتے ہی نہیں۔</w:t>
      </w:r>
    </w:p>
    <w:p>
      <w:r>
        <w:rPr>
          <w:b/>
        </w:rPr>
        <w:t xml:space="preserve">[19:35] </w:t>
      </w:r>
      <w:r>
        <w:t>to history mein aisa milega nahi, koi misaal itne bare dil ki, itne bare mind ki, itni bari planning ki.</w:t>
      </w:r>
    </w:p>
    <w:p>
      <w:pPr>
        <w:jc w:val="right"/>
      </w:pPr>
      <w:r>
        <w:t>تو ہسٹری میں ایسا ملے گا نہیں، کوئی مثال اتنے بڑے دل کی، اتنے بڑے مائنڈ کی، اتنی بڑی پلاننگ کی۔</w:t>
      </w:r>
    </w:p>
    <w:p>
      <w:r>
        <w:rPr>
          <w:b/>
        </w:rPr>
        <w:t xml:space="preserve">[19:48] </w:t>
      </w:r>
      <w:r>
        <w:t>aap ne kaha ke chalo hum is ko mita dete hain.</w:t>
      </w:r>
    </w:p>
    <w:p>
      <w:pPr>
        <w:jc w:val="right"/>
      </w:pPr>
      <w:r>
        <w:t>آپ نے کہا کہ چلو ہم اس کو مٹا دیتے ہیں۔</w:t>
      </w:r>
    </w:p>
    <w:p>
      <w:r>
        <w:rPr>
          <w:b/>
        </w:rPr>
        <w:t xml:space="preserve">[19:54] </w:t>
      </w:r>
      <w:r>
        <w:t>hazrat Ali likh rahe the muahida hadha ma hadha alayh Muhammad rasool Allah. to hum ne kaha Ali mitao.</w:t>
      </w:r>
    </w:p>
    <w:p>
      <w:pPr>
        <w:jc w:val="right"/>
      </w:pPr>
      <w:r>
        <w:t>حضرت علی لکھ رہے تھے معاہدہھذا ماھذا علیہ محمد رسول اللہ۔ تو ہم نے کہا علی مٹاؤ۔</w:t>
      </w:r>
    </w:p>
    <w:p>
      <w:r>
        <w:rPr>
          <w:b/>
        </w:rPr>
        <w:t xml:space="preserve">[20:05] </w:t>
      </w:r>
      <w:r>
        <w:t>to Ali jo the, main to apne hath se nahi mitaunga ke rasool Allah ke liye mita doon. main to nahi mitaunga.</w:t>
      </w:r>
    </w:p>
    <w:p>
      <w:pPr>
        <w:jc w:val="right"/>
      </w:pPr>
      <w:r>
        <w:t>تو علی جو تھے، میں تو اپنے ہاتھ سے نہیں مٹاؤں گا کہ رسول اللہ کے لئے مٹا دوں۔ میں تو نہیں مٹاؤں گا۔</w:t>
      </w:r>
    </w:p>
    <w:p>
      <w:r>
        <w:rPr>
          <w:b/>
        </w:rPr>
        <w:t xml:space="preserve">[20:19] </w:t>
      </w:r>
      <w:r>
        <w:t>to aap ne kaha acha batao mujhe kahan hai woh? to pooch kar woh jagah aap ne jani. phir apne hath se aap ne rasool Allah mita diya.</w:t>
      </w:r>
    </w:p>
    <w:p>
      <w:pPr>
        <w:jc w:val="right"/>
      </w:pPr>
      <w:r>
        <w:t>تو آپ نے کہا اچھا بتاؤ مجھے کہاں ہے وہ؟ تو پوچھ کر وہ جگہ آپ نے جانی۔ پھر اپنے ہاتھ سے آپ نے رسول اللہ مٹا دیا۔</w:t>
      </w:r>
    </w:p>
    <w:p>
      <w:r>
        <w:rPr>
          <w:b/>
        </w:rPr>
        <w:t xml:space="preserve">[20:30] </w:t>
      </w:r>
      <w:r>
        <w:t>kaha ke likho hadha ma hadha alayh Muhammad ibn Abdullah. yeh kya thi?</w:t>
      </w:r>
    </w:p>
    <w:p>
      <w:pPr>
        <w:jc w:val="right"/>
      </w:pPr>
      <w:r>
        <w:t>کہا کہ لکھوھذا ماھذا علیہ محمد ابن عبداللہ۔ یہ کیا تھی؟</w:t>
      </w:r>
    </w:p>
    <w:p>
      <w:r>
        <w:rPr>
          <w:b/>
        </w:rPr>
        <w:t xml:space="preserve">[20:39] </w:t>
      </w:r>
      <w:r>
        <w:t>yeh saada baat nahi thi. yeh thi un ki tamam hut dharmiyon ko avoid karte hue, un ke tamam attempt ko avoid karte hue, muqable ke maidan ko ladaai se hata kar ke ideology ke maidan mein lana.</w:t>
      </w:r>
    </w:p>
    <w:p>
      <w:pPr>
        <w:jc w:val="right"/>
      </w:pPr>
      <w:r>
        <w:t>یہ سادہ بات نہیں تھی۔ یہ تھی ان کی تمام ہٹ دھرموں کو اوائڈ کرتے ہوئے، ان کے تمام اٹیمپٹ کو اوائڈ کرتے ہوئے، مقابلے کے میدان کو لڑائی سے ہٹا کر کے آئیڈیالوجی کے میدان میں لانا۔</w:t>
      </w:r>
    </w:p>
    <w:p>
      <w:r>
        <w:rPr>
          <w:b/>
        </w:rPr>
        <w:t xml:space="preserve">[21:00] </w:t>
      </w:r>
      <w:r>
        <w:t>muqable ko ladaai ke maidan se hata kar ideology ke maidan mein lana. ab kya tha?</w:t>
      </w:r>
    </w:p>
    <w:p>
      <w:pPr>
        <w:jc w:val="right"/>
      </w:pPr>
      <w:r>
        <w:t>مقابلے کو لڑائی کے میدان سے ہٹا کر آئیڈیالوجی کے میدان میں لانا۔ اب کیا تھا؟</w:t>
      </w:r>
    </w:p>
    <w:p>
      <w:r>
        <w:rPr>
          <w:b/>
        </w:rPr>
        <w:t xml:space="preserve">[21:09] </w:t>
      </w:r>
      <w:r>
        <w:t>ab un ke paas but tha, un ke paas rasool Allah ke paas Quran tha, Allah tha, taghoot thi.</w:t>
      </w:r>
    </w:p>
    <w:p>
      <w:pPr>
        <w:jc w:val="right"/>
      </w:pPr>
      <w:r>
        <w:t>اب ان کے پاس بت تھا، ان کے پاس رسول اللہ کے پاس قرآن تھا، اللہ تھا، طاغوت تھی۔</w:t>
      </w:r>
    </w:p>
    <w:p>
      <w:r>
        <w:rPr>
          <w:b/>
        </w:rPr>
        <w:t xml:space="preserve">[21:21] </w:t>
      </w:r>
      <w:r>
        <w:t>to aisa ho gaya</w:t>
      </w:r>
    </w:p>
    <w:p>
      <w:pPr>
        <w:jc w:val="right"/>
      </w:pPr>
      <w:r>
        <w:t>تو ایسا ہو گیا</w:t>
      </w:r>
    </w:p>
    <w:p>
      <w:r>
        <w:rPr>
          <w:b/>
        </w:rPr>
        <w:t xml:space="preserve">[21:25] </w:t>
      </w:r>
      <w:r>
        <w:t>jaise agar aap ne kabhi dekha ho jo bara tarazu hota hai, us mein cheezein toli jati hain. to ek taraf ek quintal anaaj rakha ho</w:t>
      </w:r>
    </w:p>
    <w:p>
      <w:pPr>
        <w:jc w:val="right"/>
      </w:pPr>
      <w:r>
        <w:t>جیسے اگر آپ نے کبھی دیکھا ہو جو بڑا ترازو ہوتا ہے، اس میں چیزیں تولی جاتی ہیں۔ تو ایک طرف ایک کوئنٹل اناج رکھا ہو</w:t>
      </w:r>
    </w:p>
    <w:p>
      <w:r>
        <w:rPr>
          <w:b/>
        </w:rPr>
        <w:t xml:space="preserve">[21:40] </w:t>
      </w:r>
      <w:r>
        <w:t>aur ek taraf pathar woh rakha ho. quintal ka baut jis ko kehte hain baut. ab achaanak baut hata liya jaye to bilkul pala neeche aa jayega.</w:t>
      </w:r>
    </w:p>
    <w:p>
      <w:pPr>
        <w:jc w:val="right"/>
      </w:pPr>
      <w:r>
        <w:t>اور ایک طرف پتھر وہ رکھا ہو۔ کوئنٹل کا باٹ جس کو کہتے ہیں باٹ۔ اب اچانک باٹ ہٹا لیا جائے تو بالکل پلہ نیچے آ جائے گا۔</w:t>
      </w:r>
    </w:p>
    <w:p>
      <w:r>
        <w:rPr>
          <w:b/>
        </w:rPr>
        <w:t xml:space="preserve">[21:56] </w:t>
      </w:r>
      <w:r>
        <w:t>ek dum neeche aa jayega. to aise hi hua jab maidan muqabla, muqable ka maidan badal gaya aur but parasti versus ideology.</w:t>
      </w:r>
    </w:p>
    <w:p>
      <w:pPr>
        <w:jc w:val="right"/>
      </w:pPr>
      <w:r>
        <w:t>ایک دم نیچے آ جائے گا۔ تو ایسے ہی ہوا جب میدان مقابلہ، مقابلے کا میدان بدل گیا اور بت پرستی ورسز آئیڈیالوجی۔</w:t>
      </w:r>
    </w:p>
    <w:p>
      <w:r>
        <w:rPr>
          <w:b/>
        </w:rPr>
        <w:t xml:space="preserve">[22:15] </w:t>
      </w:r>
      <w:r>
        <w:t>pathar parasti versus ideology. to achaanak aisa laga ke jaise baut hata diya gaya.</w:t>
      </w:r>
    </w:p>
    <w:p>
      <w:pPr>
        <w:jc w:val="right"/>
      </w:pPr>
      <w:r>
        <w:t>پتھر پرستی ورسز آئیڈیالوجی۔ تو اچانک ایسا لگا کہ جیسے باٹ ہٹا دیا گیا۔</w:t>
      </w:r>
    </w:p>
    <w:p>
      <w:r>
        <w:rPr>
          <w:b/>
        </w:rPr>
        <w:t xml:space="preserve">[22:23] </w:t>
      </w:r>
      <w:r>
        <w:t>chunanche aap jante hain ke bohat thore din mein Islam</w:t>
      </w:r>
    </w:p>
    <w:p>
      <w:pPr>
        <w:jc w:val="right"/>
      </w:pPr>
      <w:r>
        <w:t>چنانچہ آپ جانتے ہیں کہ بہت تھوڑے دن میں اسلام</w:t>
      </w:r>
    </w:p>
    <w:p>
      <w:r>
        <w:rPr>
          <w:b/>
        </w:rPr>
        <w:t xml:space="preserve">[22:31] </w:t>
      </w:r>
      <w:r>
        <w:t>ghaalib aa gaya. kyunke aana jana hua yeh ke Makkah aur Madinah ke beech mein is se pehle aana jana band ho gaya tha Hazrat ke baad.</w:t>
      </w:r>
    </w:p>
    <w:p>
      <w:pPr>
        <w:jc w:val="right"/>
      </w:pPr>
      <w:r>
        <w:t>غالب آ گیا۔ کیونکہ آنا جانا ہوا یہ کہ مکہ اور مدینہ کے بیچ میں اس سے پہلے آنا جانا بند ہو گیا تھا حضرت کے بعد۔</w:t>
      </w:r>
    </w:p>
    <w:p>
      <w:r>
        <w:rPr>
          <w:b/>
        </w:rPr>
        <w:t xml:space="preserve">[22:43] </w:t>
      </w:r>
      <w:r>
        <w:t>ab khul gaya rasta, khul gaya, khoob mil rahe hain log, aa rahe hain, ja rahe hain aur baatein ho rahi hain.</w:t>
      </w:r>
    </w:p>
    <w:p>
      <w:pPr>
        <w:jc w:val="right"/>
      </w:pPr>
      <w:r>
        <w:t>اب کھل گیا راستہ، کھل گیا، خوب مل رہے ہیں لوگ، آ رہے ہیں، جا رہے ہیں اور باتیں ہو رہی ہیں۔</w:t>
      </w:r>
    </w:p>
    <w:p>
      <w:r>
        <w:rPr>
          <w:b/>
        </w:rPr>
        <w:t xml:space="preserve">[22:52] </w:t>
      </w:r>
      <w:r>
        <w:t>to bajaye ladaai ke baat aa gayi discussion ke maidan mein.</w:t>
      </w:r>
    </w:p>
    <w:p>
      <w:pPr>
        <w:jc w:val="right"/>
      </w:pPr>
      <w:r>
        <w:t>تو بجائے لڑائی کے بات آ گئی ڈسکشن کے میدان میں۔</w:t>
      </w:r>
    </w:p>
    <w:p>
      <w:r>
        <w:rPr>
          <w:b/>
        </w:rPr>
        <w:t xml:space="preserve">[23:03] </w:t>
      </w:r>
      <w:r>
        <w:t>to do saal se bhi kam muddat mein Islam ghaalib ho gaya.</w:t>
      </w:r>
    </w:p>
    <w:p>
      <w:pPr>
        <w:jc w:val="right"/>
      </w:pPr>
      <w:r>
        <w:t>تو دو سال سے بھی کم مدت میں اسلام غالب ہو گیا۔</w:t>
      </w:r>
    </w:p>
    <w:p>
      <w:r>
        <w:rPr>
          <w:b/>
        </w:rPr>
        <w:t xml:space="preserve">[23:13] </w:t>
      </w:r>
      <w:r>
        <w:t>to Allah taala ne jo kaha tha farishton se,</w:t>
      </w:r>
    </w:p>
    <w:p>
      <w:pPr>
        <w:jc w:val="right"/>
      </w:pPr>
      <w:r>
        <w:t>تو اللہ تعالیٰ نے جو کہا تھا فرشتوں سے،</w:t>
      </w:r>
    </w:p>
    <w:p>
      <w:r>
        <w:rPr>
          <w:b/>
        </w:rPr>
        <w:t xml:space="preserve">[23:21] </w:t>
      </w:r>
      <w:r>
        <w:t>farishton ne jo aitraaz kiya tha, phir Allah taala ne jawab diya tha, us ka matlab yahi tha ke ab tak jo maine makhlooqat paida kin, material world, jungle world,</w:t>
      </w:r>
    </w:p>
    <w:p>
      <w:pPr>
        <w:jc w:val="right"/>
      </w:pPr>
      <w:r>
        <w:t>فرشتوں نے جو اعتراض کیا تھا، پھر اللہ تعالیٰ نے جواب دیا تھا، اس کا مطلب یہی تھا کہ اب تک جو میں نے مخلوقات پیدا کیں، مٹیریل ورلڈ، جنگل ورلڈ،</w:t>
      </w:r>
    </w:p>
    <w:p>
      <w:r>
        <w:rPr>
          <w:b/>
        </w:rPr>
        <w:t xml:space="preserve">[23:35] </w:t>
      </w:r>
      <w:r>
        <w:t>animal world, social world, to woh wisdom un ke paas nahi hua karti thi.</w:t>
      </w:r>
    </w:p>
    <w:p>
      <w:pPr>
        <w:jc w:val="right"/>
      </w:pPr>
      <w:r>
        <w:t>اینیمل ورلڈ، سوشل ورلڈ، تو وہ وزڈم ان کے پاس نہیں ہوا کرتی تھی۔</w:t>
      </w:r>
    </w:p>
    <w:p>
      <w:r>
        <w:rPr>
          <w:b/>
        </w:rPr>
        <w:t xml:space="preserve">[23:45] </w:t>
      </w:r>
      <w:r>
        <w:t>un ke paas world ki power nahi hua karti thi.</w:t>
      </w:r>
    </w:p>
    <w:p>
      <w:pPr>
        <w:jc w:val="right"/>
      </w:pPr>
      <w:r>
        <w:t>ان کے پاس ورلڈ کی پاور نہیں ہوا کرتی تھی۔</w:t>
      </w:r>
    </w:p>
    <w:p>
      <w:r>
        <w:rPr>
          <w:b/>
        </w:rPr>
        <w:t xml:space="preserve">[23:52] </w:t>
      </w:r>
      <w:r>
        <w:t>un ke paas yeh mind nahi hua karta tha. ab jo ab jo aayega insan, insan woh khaleefa hoga.</w:t>
      </w:r>
    </w:p>
    <w:p>
      <w:pPr>
        <w:jc w:val="right"/>
      </w:pPr>
      <w:r>
        <w:t>ان کے پاس یہ مائنڈ نہیں ہوا کرتا تھا۔ اب جو اب جو آئے گا انسان، انسان وہ خلیفہ ہوگا۔</w:t>
      </w:r>
    </w:p>
    <w:p>
      <w:r>
        <w:rPr>
          <w:b/>
        </w:rPr>
        <w:t xml:space="preserve">[24:02] </w:t>
      </w:r>
      <w:r>
        <w:t>khaleefa ke mani hain ke Allah wali siftें bohat hi kam satah par hona.</w:t>
      </w:r>
    </w:p>
    <w:p>
      <w:pPr>
        <w:jc w:val="right"/>
      </w:pPr>
      <w:r>
        <w:t>خلیفہ کے معنی ہیں کہ اللہ والی صفتیں بہت ہی کم سطح پر ہونا۔</w:t>
      </w:r>
    </w:p>
    <w:p>
      <w:r>
        <w:rPr>
          <w:b/>
        </w:rPr>
        <w:t xml:space="preserve">[24:17] </w:t>
      </w:r>
      <w:r>
        <w:t>to insan sochega, analysis karega, nuqsan faida dekhega ke is mein faida hai ke nuqsan. aur phir faisla karega.</w:t>
      </w:r>
    </w:p>
    <w:p>
      <w:pPr>
        <w:jc w:val="right"/>
      </w:pPr>
      <w:r>
        <w:t>تو انسان سوچے گا، انالیسز کرے گا، نقصان فائدہ دیکھے گا کہ اس میں فائدہ ہے کہ نقصان۔ اور پھر فیصلہ کرے گا۔</w:t>
      </w:r>
    </w:p>
    <w:p>
      <w:r>
        <w:rPr>
          <w:b/>
        </w:rPr>
        <w:t xml:space="preserve">[24:28] </w:t>
      </w:r>
      <w:r>
        <w:t>aisa insan. ab is ko aik aur mani mein lijie.</w:t>
      </w:r>
    </w:p>
    <w:p>
      <w:pPr>
        <w:jc w:val="right"/>
      </w:pPr>
      <w:r>
        <w:t>ایسا انسان۔ اب اس کو ایک اور معنی میں لیجیے۔</w:t>
      </w:r>
    </w:p>
    <w:p>
      <w:r>
        <w:rPr>
          <w:b/>
        </w:rPr>
        <w:t xml:space="preserve">[24:38] </w:t>
      </w:r>
      <w:r>
        <w:t>is mani mein lijie. wasee tar mani mein. dekhen Quran mein aik ayat hai jannat ke bare mein.</w:t>
      </w:r>
    </w:p>
    <w:p>
      <w:pPr>
        <w:jc w:val="right"/>
      </w:pPr>
      <w:r>
        <w:t>اس معنی میں لیجیے۔ وسیع تر معنی میں۔ دیکھیں قرآن میں ایک آیت ہے جنت کے بارے میں۔</w:t>
      </w:r>
    </w:p>
    <w:p>
      <w:r>
        <w:rPr>
          <w:b/>
        </w:rPr>
        <w:t xml:space="preserve">[24:49] </w:t>
      </w:r>
      <w:r>
        <w:t>awlay kamal nabiyyin wa siddiqin wa shuhada wa salihin wa hasun awlay ka rafeeqah.</w:t>
      </w:r>
    </w:p>
    <w:p>
      <w:pPr>
        <w:jc w:val="right"/>
      </w:pPr>
      <w:r>
        <w:t>اولائے کمال نبیین وصدیقین وشہدائے وصالحین وھسون اولائے کا رفیقہ۔</w:t>
      </w:r>
    </w:p>
    <w:p>
      <w:r>
        <w:rPr>
          <w:b/>
        </w:rPr>
        <w:t xml:space="preserve">[25:01] </w:t>
      </w:r>
      <w:r>
        <w:t>wa hasun awlay ka rafeeqah yani jannat mein woh log honge jo husn rifaqat jin ke andar hogi.</w:t>
      </w:r>
    </w:p>
    <w:p>
      <w:pPr>
        <w:jc w:val="right"/>
      </w:pPr>
      <w:r>
        <w:t>وھسون اولائے کا رفیقہ یعنی جنت میں وہ لوگ ہوں گے جو حسن رفاقت جن کے اندر ہوگی۔</w:t>
      </w:r>
    </w:p>
    <w:p>
      <w:r>
        <w:rPr>
          <w:b/>
        </w:rPr>
        <w:t xml:space="preserve">[25:12] </w:t>
      </w:r>
      <w:r>
        <w:t>yani behtareen parosi.</w:t>
      </w:r>
    </w:p>
    <w:p>
      <w:pPr>
        <w:jc w:val="right"/>
      </w:pPr>
      <w:r>
        <w:t>یعنی بہترین پڑوسی۔</w:t>
      </w:r>
    </w:p>
    <w:p>
      <w:r>
        <w:rPr>
          <w:b/>
        </w:rPr>
        <w:t xml:space="preserve">[25:17] </w:t>
      </w:r>
      <w:r>
        <w:t>jannat mein woh log honge jo aik doosre ke liye behtareen parosi honge.</w:t>
      </w:r>
    </w:p>
    <w:p>
      <w:pPr>
        <w:jc w:val="right"/>
      </w:pPr>
      <w:r>
        <w:t>جنت میں وہ لوگ ہوں گے جو ایک دوسرے کے لیے بہترین پڑوسی ہوں گے۔</w:t>
      </w:r>
    </w:p>
    <w:p>
      <w:r>
        <w:rPr>
          <w:b/>
        </w:rPr>
        <w:t xml:space="preserve">[25:30] </w:t>
      </w:r>
      <w:r>
        <w:t>to yeh behtareen parosi chidiya ke mani mein nahi, chidiya bhi behtareen parosi hai hamari. yeh chidiya aap par goli nahi chalati, talwar nahi chalati.</w:t>
      </w:r>
    </w:p>
    <w:p>
      <w:pPr>
        <w:jc w:val="right"/>
      </w:pPr>
      <w:r>
        <w:t>تو یہ بہترین پڑوسی چڑیا کے معنی میں نہیں، چڑیا بھی بہترین پڑوسی ہے ہماری۔ یہ چڑیا آپ پر گن نہیں چلاتی، تلوار نہیں چلاتی۔</w:t>
      </w:r>
    </w:p>
    <w:p>
      <w:r>
        <w:rPr>
          <w:b/>
        </w:rPr>
        <w:t xml:space="preserve">[25:43] </w:t>
      </w:r>
      <w:r>
        <w:t>woh bohat hi peaceful tareeqe se rehti hai aap ke aas pas. nahi, yeh behtareen parosi woh hain jo self managed honge, self disciplined honge.</w:t>
      </w:r>
    </w:p>
    <w:p>
      <w:pPr>
        <w:jc w:val="right"/>
      </w:pPr>
      <w:r>
        <w:t>وہ بہت ہی پیس فل طریقے سے رہتی ہے آپ کے آس پاس۔ نہیں، یہ بہترین پڑوسی وہ ہیں جو سیلف مینج ہوں گے، سیلف ڈسپلن ہوں گے۔</w:t>
      </w:r>
    </w:p>
    <w:p>
      <w:r>
        <w:rPr>
          <w:b/>
        </w:rPr>
        <w:t xml:space="preserve">[25:57] </w:t>
      </w:r>
      <w:r>
        <w:t>yani apni soch se apne aap ko banayenge aisa</w:t>
      </w:r>
    </w:p>
    <w:p>
      <w:pPr>
        <w:jc w:val="right"/>
      </w:pPr>
      <w:r>
        <w:t>یعنی اپنی سوچ سے اپنے آپ کو بنائیں گے ایسا</w:t>
      </w:r>
    </w:p>
    <w:p>
      <w:r>
        <w:rPr>
          <w:b/>
        </w:rPr>
        <w:t xml:space="preserve">[26:03] </w:t>
      </w:r>
      <w:r>
        <w:t>ke bohat peaceful, bohat ziyada mohabbat se bhare hue, bohat ziyada humdardi se bhare hue, bohat ziyada wisdom se bhare hue, apni apni soch se.</w:t>
      </w:r>
    </w:p>
    <w:p>
      <w:pPr>
        <w:jc w:val="right"/>
      </w:pPr>
      <w:r>
        <w:t>کہ بہت پیس فل، بہت زیادہ محبت سے بھرے ہوئے، بہت زیادہ ہمدردی سے بھرے ہوئے، بہت زیادہ وزڈم سے بھرے ہوئے، اپنی اپنی سوچ سے۔</w:t>
      </w:r>
    </w:p>
    <w:p>
      <w:r>
        <w:rPr>
          <w:b/>
        </w:rPr>
        <w:t xml:space="preserve">[26:20] </w:t>
      </w:r>
      <w:r>
        <w:t>to is jo baatein mein ne arz ki hain, is ko lafz badal kar sochie. to jo insan banana chaha Allah taala ne, woh is ko kya tha?</w:t>
      </w:r>
    </w:p>
    <w:p>
      <w:pPr>
        <w:jc w:val="right"/>
      </w:pPr>
      <w:r>
        <w:t>تو اس جو باتیں میں نے عرض کی ہیں، اس کو لفظ بدل کر سوچیے۔ تو جو انسان بنانا چاہا اللہ تعالیٰ نے، وہ اس کو کیا تھا؟</w:t>
      </w:r>
    </w:p>
    <w:p>
      <w:r>
        <w:rPr>
          <w:b/>
        </w:rPr>
        <w:t xml:space="preserve">[26:31] </w:t>
      </w:r>
      <w:r>
        <w:t>woh woh aik aisi makhlooq tha jis ke andar</w:t>
      </w:r>
    </w:p>
    <w:p>
      <w:pPr>
        <w:jc w:val="right"/>
      </w:pPr>
      <w:r>
        <w:t>وہ وہ ایک ایسی مخلوق تھا جس کے اندر</w:t>
      </w:r>
    </w:p>
    <w:p>
      <w:r>
        <w:rPr>
          <w:b/>
        </w:rPr>
        <w:t xml:space="preserve">[26:41] </w:t>
      </w:r>
      <w:r>
        <w:t>self discipline ki salahiyat ho. jis ke andar bohat ziyada self thinking ki salahiyat ho. self planning ki salahiyat ho.</w:t>
      </w:r>
    </w:p>
    <w:p>
      <w:pPr>
        <w:jc w:val="right"/>
      </w:pPr>
      <w:r>
        <w:t>سیلف ڈسپلن کی صلاحیت ہو۔ جس کے اندر بہت زیادہ سیلف تھنکنگ کی صلاحیت ہو۔ سیلف پلاننگ کی صلاحیت ہو۔</w:t>
      </w:r>
    </w:p>
    <w:p>
      <w:r>
        <w:rPr>
          <w:b/>
        </w:rPr>
        <w:t xml:space="preserve">[26:54] </w:t>
      </w:r>
      <w:r>
        <w:t>yani apne aap ko woh khud aik creation to woh hoga jo Allah ka hoga. is ke baad aik aur apna.</w:t>
      </w:r>
    </w:p>
    <w:p>
      <w:pPr>
        <w:jc w:val="right"/>
      </w:pPr>
      <w:r>
        <w:t>یعنی اپنے آپ کو وہ خود ایک کریشن تو وہ ہوگا جو اللہ کا ہوگا۔ اس کے بعد ایک اور اپنا۔</w:t>
      </w:r>
    </w:p>
    <w:p>
      <w:r>
        <w:rPr>
          <w:b/>
        </w:rPr>
        <w:t xml:space="preserve">[27:07] </w:t>
      </w:r>
      <w:r>
        <w:t>apne aap ko banayenge woh. doosra creation.</w:t>
      </w:r>
    </w:p>
    <w:p>
      <w:pPr>
        <w:jc w:val="right"/>
      </w:pPr>
      <w:r>
        <w:t>اپنے آپ کو بنائیں گے وہ۔ دوسرا کریشن۔</w:t>
      </w:r>
    </w:p>
    <w:p>
      <w:r>
        <w:rPr>
          <w:b/>
        </w:rPr>
        <w:t xml:space="preserve">[27:14] </w:t>
      </w:r>
      <w:r>
        <w:t>aap ghor kijie, material world, ocean world, jungle world, animal world, koi apne aap ko khud nahi create kar sakta.</w:t>
      </w:r>
    </w:p>
    <w:p>
      <w:pPr>
        <w:jc w:val="right"/>
      </w:pPr>
      <w:r>
        <w:t>آپ غور کیجیے، مٹیریل ورلڈ، اوشن ورلڈ، جنگل ورلڈ، اینیمل ورلڈ، کوئی اپنے آپ کو خود نہیں کریٹ کر سکتا۔</w:t>
      </w:r>
    </w:p>
    <w:p>
      <w:r>
        <w:rPr>
          <w:b/>
        </w:rPr>
        <w:t xml:space="preserve">[27:27] </w:t>
      </w:r>
      <w:r>
        <w:t>khud ke mani ke nahi ke aik aik darakht hai, woh kaante ka darakht hai, woh apne aap ko banaye phool ka darakht ban jaye.</w:t>
      </w:r>
    </w:p>
    <w:p>
      <w:pPr>
        <w:jc w:val="right"/>
      </w:pPr>
      <w:r>
        <w:t>خود کے معنی کے نہیں کہ ایک ایک درخت ہے، وہ کانٹے کا درخت ہے، وہ اپنے آپ کو بنائے پھول کا درخت بن جائے۔</w:t>
      </w:r>
    </w:p>
    <w:p>
      <w:r>
        <w:rPr>
          <w:b/>
        </w:rPr>
        <w:t xml:space="preserve">[27:38] </w:t>
      </w:r>
      <w:r>
        <w:t>aisa nahi kar sakta koi darakht. aik bhediya hai, woh apne aap ko phir se banaye aur chidiya ban jaye, aisa nahi kar sakta.</w:t>
      </w:r>
    </w:p>
    <w:p>
      <w:pPr>
        <w:jc w:val="right"/>
      </w:pPr>
      <w:r>
        <w:t>ایسا نہیں کر سکتا کوئی درخت۔ ایک بھیڑیا ہے، وہ اپنے آپ کو پھر سے بنائے اور چڑیا بن جائے، ایسا نہیں کر سکتا۔</w:t>
      </w:r>
    </w:p>
    <w:p>
      <w:r>
        <w:rPr>
          <w:b/>
        </w:rPr>
        <w:t xml:space="preserve">[27:48] </w:t>
      </w:r>
      <w:r>
        <w:t>insan ko yeh salahiyat di gayi</w:t>
      </w:r>
    </w:p>
    <w:p>
      <w:pPr>
        <w:jc w:val="right"/>
      </w:pPr>
      <w:r>
        <w:t>انسان کو یہ صلاحیت دی گئی</w:t>
      </w:r>
    </w:p>
    <w:p>
      <w:r>
        <w:rPr>
          <w:b/>
        </w:rPr>
        <w:t xml:space="preserve">[27:53] </w:t>
      </w:r>
      <w:r>
        <w:t>ke woh apne ko khud se banaye. yani self discipline, self planning,</w:t>
      </w:r>
    </w:p>
    <w:p>
      <w:pPr>
        <w:jc w:val="right"/>
      </w:pPr>
      <w:r>
        <w:t>کہ وہ اپنے کو خود سے بنائے۔ یعنی سیلف ڈسپلن، سیلف پلاننگ،</w:t>
      </w:r>
    </w:p>
    <w:p>
      <w:r>
        <w:rPr>
          <w:b/>
        </w:rPr>
        <w:t xml:space="preserve">[28:03] </w:t>
      </w:r>
      <w:r>
        <w:t>self thinking, yeh insan ki sifat hai. apne irade se, apne apne zaati</w:t>
      </w:r>
    </w:p>
    <w:p>
      <w:pPr>
        <w:jc w:val="right"/>
      </w:pPr>
      <w:r>
        <w:t>سیلف تھنکنگ، یہ انسان کی صفت ہے۔ اپنے ارادے سے، اپنے اپنے ذاتی</w:t>
      </w:r>
    </w:p>
    <w:p>
      <w:r>
        <w:rPr>
          <w:b/>
        </w:rPr>
        <w:t xml:space="preserve">[28:15] </w:t>
      </w:r>
      <w:r>
        <w:t>discipline se apne aap ko peaceful banana,</w:t>
      </w:r>
    </w:p>
    <w:p>
      <w:pPr>
        <w:jc w:val="right"/>
      </w:pPr>
      <w:r>
        <w:t>ڈسپلن سے اپنے آپ کو پیس فل بنانا،</w:t>
      </w:r>
    </w:p>
    <w:p>
      <w:r>
        <w:rPr>
          <w:b/>
        </w:rPr>
        <w:t xml:space="preserve">[28:22] </w:t>
      </w:r>
      <w:r>
        <w:t>apne aap ko mohabbat karne wala banana. to yeh Allah taala ko bohat pasand tha ke aisa insan jo jis ke andar self discipline ka madah ho, woh aisa insan.</w:t>
      </w:r>
    </w:p>
    <w:p>
      <w:pPr>
        <w:jc w:val="right"/>
      </w:pPr>
      <w:r>
        <w:t>اپنے آپ کو محبت کرنے والا بنانا۔ تو یہ اللہ تعالیٰ کو بہت پسند تھا کہ ایسا انسان جو جس کے اندر سیلف ڈسپلن کا مادہ ہو، وہ ایسا انسان۔</w:t>
      </w:r>
    </w:p>
    <w:p>
      <w:r>
        <w:rPr>
          <w:b/>
        </w:rPr>
        <w:t xml:space="preserve">[28:40] </w:t>
      </w:r>
      <w:r>
        <w:t>to aik dunya Allah taala ne bana rakhi thi pehle se. material world, ocean world, jungle world, animal world waghera.</w:t>
      </w:r>
    </w:p>
    <w:p>
      <w:pPr>
        <w:jc w:val="right"/>
      </w:pPr>
      <w:r>
        <w:t>تو ایک دنیا اللہ تعالیٰ نے بنا رکھی تھی پہلے سے۔ مٹیریل ورلڈ، اوشن ورلڈ، جنگل ورلڈ، اینیمل ورلڈ وغیرہ۔</w:t>
      </w:r>
    </w:p>
    <w:p>
      <w:r>
        <w:rPr>
          <w:b/>
        </w:rPr>
        <w:t xml:space="preserve">[28:50] </w:t>
      </w:r>
      <w:r>
        <w:t>ab insan ne aik khalifa world banaya, insan world banaya.</w:t>
      </w:r>
    </w:p>
    <w:p>
      <w:pPr>
        <w:jc w:val="right"/>
      </w:pPr>
      <w:r>
        <w:t>اب انسان نے ایک خلیفہ ورلڈ بنایا، انسان ورلڈ بنایا۔</w:t>
      </w:r>
    </w:p>
    <w:p>
      <w:r>
        <w:rPr>
          <w:b/>
        </w:rPr>
        <w:t xml:space="preserve">[28:57] </w:t>
      </w:r>
      <w:r>
        <w:t>self discipline world banaya. isi ko kaha gaya hai khason ulaye ka rafeeqa. khason ulaye ka rafeeqa yani apne faisle ke tehat paros, parosi ke liye achhe parosi bankar aana.</w:t>
      </w:r>
    </w:p>
    <w:p>
      <w:pPr>
        <w:jc w:val="right"/>
      </w:pPr>
      <w:r>
        <w:t>سیلف ڈسپلن ورلڈ بنایا۔ اسی کو کہا گیا ہے کہھسون اولائے کا رفیقہ۔ھسون اولائے کا رفیقہ یعنی اپنے فیصلے کے تحت پڑوس، پڑوسی کے لیے اچھے پڑوسی بن کر آنا۔</w:t>
      </w:r>
    </w:p>
    <w:p>
      <w:r>
        <w:rPr>
          <w:b/>
        </w:rPr>
        <w:t xml:space="preserve">[29:22] </w:t>
      </w:r>
      <w:r>
        <w:t>apne apne faisle ke tehat achhe insan bankar aana.</w:t>
      </w:r>
    </w:p>
    <w:p>
      <w:pPr>
        <w:jc w:val="right"/>
      </w:pPr>
      <w:r>
        <w:t>اپنے اپنے فیصلے کے تحت اچھے انسان بن کر آنا۔</w:t>
      </w:r>
    </w:p>
    <w:p>
      <w:r>
        <w:rPr>
          <w:b/>
        </w:rPr>
        <w:t xml:space="preserve">[29:33] </w:t>
      </w:r>
      <w:r>
        <w:t>yeh hai selection, yeh jo ho raha hai, yeh jo tareekh chal rahi hai insan ki. to Quran mein aaya hai ke</w:t>
      </w:r>
    </w:p>
    <w:p>
      <w:pPr>
        <w:jc w:val="right"/>
      </w:pPr>
      <w:r>
        <w:t>یہ ہے سلیکشن، یہ جو ہو رہا ہے، یہ جو تاریخ چل رہی ہے انسان کی۔ تو قرآن میں آیا ہے کہ</w:t>
      </w:r>
    </w:p>
    <w:p>
      <w:r>
        <w:rPr>
          <w:b/>
        </w:rPr>
        <w:t xml:space="preserve">[29:45] </w:t>
      </w:r>
      <w:r>
        <w:t>insan ko paida kiya taake aakhir amal ka intekhab karne ke liye.</w:t>
      </w:r>
    </w:p>
    <w:p>
      <w:pPr>
        <w:jc w:val="right"/>
      </w:pPr>
      <w:r>
        <w:t>انسان کو پیدا کیا تاکہ آخر العمل کا انتخاب کرنے کے لیے۔</w:t>
      </w:r>
    </w:p>
    <w:p>
      <w:r>
        <w:rPr>
          <w:b/>
        </w:rPr>
        <w:t xml:space="preserve">[29:54] </w:t>
      </w:r>
      <w:r>
        <w:t>insan ko paida kiya is liye ke behtareen insan ka intekhab kiya sake. to wahi hai khason ulaye ka rafeeqa.</w:t>
      </w:r>
    </w:p>
    <w:p>
      <w:pPr>
        <w:jc w:val="right"/>
      </w:pPr>
      <w:r>
        <w:t>انسان کو پیدا کیا اس لیے کہ بہترین انسان کا انتخاب کیا سکے۔ تو وہی ہےھسون اولائے کا رفیقہ۔</w:t>
      </w:r>
    </w:p>
    <w:p>
      <w:r>
        <w:rPr>
          <w:b/>
        </w:rPr>
        <w:t xml:space="preserve">[30:06] </w:t>
      </w:r>
      <w:r>
        <w:t>to Allah taala ko aik society bohat hi zyada aala society banana tha jis ko hum jannat kehte hain.</w:t>
      </w:r>
    </w:p>
    <w:p>
      <w:pPr>
        <w:jc w:val="right"/>
      </w:pPr>
      <w:r>
        <w:t>تو اللہ تعالیٰ کو ایک سوسائٹی بہت ہی زیادہ اعلیٰ سوسائٹی بنانا تھا جس کو ہم جنت کہتے ہیں۔</w:t>
      </w:r>
    </w:p>
    <w:p>
      <w:r>
        <w:rPr>
          <w:b/>
        </w:rPr>
        <w:t xml:space="preserve">[30:16] </w:t>
      </w:r>
      <w:r>
        <w:t>jannat kya hai? bohat hi zyada aala society. jis mein har taraf positivity, positivity yani har taraf positivity, har taraf peace, har taraf mohabbat, har taraf good wishes.</w:t>
      </w:r>
    </w:p>
    <w:p>
      <w:pPr>
        <w:jc w:val="right"/>
      </w:pPr>
      <w:r>
        <w:t>جنت کیا ہے؟ بہت ہی زیادہ اعلیٰ سوسائٹی۔ جس میں ہر طرف پیسٹی، پیسٹی یعنی ہر طرف پازیٹیوٹی، ہر طرف پیس، ہر طرف محبت، ہر طرف گڈ وشز۔</w:t>
      </w:r>
    </w:p>
    <w:p>
      <w:r>
        <w:rPr>
          <w:b/>
        </w:rPr>
        <w:t xml:space="preserve">[30:38] </w:t>
      </w:r>
      <w:r>
        <w:t>jannat kya hai? aik aala satah ki</w:t>
      </w:r>
    </w:p>
    <w:p>
      <w:pPr>
        <w:jc w:val="right"/>
      </w:pPr>
      <w:r>
        <w:t>جنت کیا ہے؟ ایک اعلیٰ سطح کی</w:t>
      </w:r>
    </w:p>
    <w:p>
      <w:r>
        <w:rPr>
          <w:b/>
        </w:rPr>
        <w:t xml:space="preserve">[30:45] </w:t>
      </w:r>
      <w:r>
        <w:t>ki dunya. jahan har insan apne sath bohat hi achha parosi bankar rahay hain.</w:t>
      </w:r>
    </w:p>
    <w:p>
      <w:pPr>
        <w:jc w:val="right"/>
      </w:pPr>
      <w:r>
        <w:t>کی دنیا۔ جہاں ہر انسان اپنے ساتھ بہت ہی اچھا پڑوسی بن کر رہے ہیں۔</w:t>
      </w:r>
    </w:p>
    <w:p>
      <w:r>
        <w:rPr>
          <w:b/>
        </w:rPr>
        <w:t xml:space="preserve">[31:00] </w:t>
      </w:r>
      <w:r>
        <w:t>to yeh hai Allah ki planning, Allah ka mansooba.</w:t>
      </w:r>
    </w:p>
    <w:p>
      <w:pPr>
        <w:jc w:val="right"/>
      </w:pPr>
      <w:r>
        <w:t>تو یہ ہے اللہ کی پلاننگ، اللہ کا منصوبہ۔</w:t>
      </w:r>
    </w:p>
    <w:p>
      <w:r>
        <w:rPr>
          <w:b/>
        </w:rPr>
        <w:t xml:space="preserve">[31:11] </w:t>
      </w:r>
      <w:r>
        <w:t>to yeh jo</w:t>
      </w:r>
    </w:p>
    <w:p>
      <w:pPr>
        <w:jc w:val="right"/>
      </w:pPr>
      <w:r>
        <w:t>تو یہ جو</w:t>
      </w:r>
    </w:p>
    <w:p>
      <w:r>
        <w:rPr>
          <w:b/>
        </w:rPr>
        <w:t xml:space="preserve">[31:17] </w:t>
      </w:r>
      <w:r>
        <w:t>jo log yeh sochte hain ke kuch wird karo, kuch kuch practice karo, kuch rituals karo aur jannat mil jayegi, yeh bilkul falsehood mein jeena hai.</w:t>
      </w:r>
    </w:p>
    <w:p>
      <w:pPr>
        <w:jc w:val="right"/>
      </w:pPr>
      <w:r>
        <w:t>جو لوگ یہ سوچتے ہیں کہ کچھ ورد کرو، کچھ کچھ پریکٹس کرو، کچھ ریچولز کرو اور جنت مل جائے گی، یہ بالکل فالس ہُڈ میں جینا ہے۔</w:t>
      </w:r>
    </w:p>
    <w:p>
      <w:r>
        <w:rPr>
          <w:b/>
        </w:rPr>
        <w:t xml:space="preserve">[31:33] </w:t>
      </w:r>
      <w:r>
        <w:t>yeh falsehood mein jeena hai. jannat apne aap ko garhne ka woh logon ko milegi jo apne aap ko garhein.</w:t>
      </w:r>
    </w:p>
    <w:p>
      <w:pPr>
        <w:jc w:val="right"/>
      </w:pPr>
      <w:r>
        <w:t>یہ فالس ہُڈ میں جینا ہے۔ جنت اپنے آپ کو گڑھنے کا وہ لوگوں کو ملے گی جو اپنے آپ کو گڑھیں۔</w:t>
      </w:r>
    </w:p>
    <w:p>
      <w:r>
        <w:rPr>
          <w:b/>
        </w:rPr>
        <w:t xml:space="preserve">[31:46] </w:t>
      </w:r>
      <w:r>
        <w:t>jo apne aap ko remold karein. jo apne aap ko prepare karein is best society mein jane ke qabil banane ke liye.</w:t>
      </w:r>
    </w:p>
    <w:p>
      <w:pPr>
        <w:jc w:val="right"/>
      </w:pPr>
      <w:r>
        <w:t>جو اپنے آپ کو ری مولڈ کریں۔ جو اپنے آپ کو پریپیر کریں اس بیسٹ سوسائٹی میں جانے کے قابل بنانے کے لیے۔</w:t>
      </w:r>
    </w:p>
    <w:p>
      <w:r>
        <w:rPr>
          <w:b/>
        </w:rPr>
        <w:t xml:space="preserve">[32:00] </w:t>
      </w:r>
      <w:r>
        <w:t>to sach poochhiye to jannat, jannat to hai yani</w:t>
      </w:r>
    </w:p>
    <w:p>
      <w:pPr>
        <w:jc w:val="right"/>
      </w:pPr>
      <w:r>
        <w:t>تو سچ پوچھیے تو جنت، جنت تو ہے یعنی</w:t>
      </w:r>
    </w:p>
    <w:p>
      <w:r>
        <w:rPr>
          <w:b/>
        </w:rPr>
        <w:t xml:space="preserve">[32:11] </w:t>
      </w:r>
      <w:r>
        <w:t>recreation ka mamla hai. aik creation Allah ne kiya aap ka. aap ko phir se create karna hai. Allah ne aap ko jo jism diya, mind diya.</w:t>
      </w:r>
    </w:p>
    <w:p>
      <w:pPr>
        <w:jc w:val="right"/>
      </w:pPr>
      <w:r>
        <w:t>ری کریشن کا معاملہ ہے۔ ایک کریشن اللہ نے کیا آپ کا۔ آپ کو پھر سے کریٹ کرنا ہے۔ اللہ نے آپ کو جو جسم دیا، مائنڈ دیا۔</w:t>
      </w:r>
    </w:p>
    <w:p>
      <w:r>
        <w:rPr>
          <w:b/>
        </w:rPr>
        <w:t xml:space="preserve">[32:29] </w:t>
      </w:r>
      <w:r>
        <w:t>ab aap ko aik apne aap ko aik aik aala akhlaq, aala spirituality,</w:t>
      </w:r>
    </w:p>
    <w:p>
      <w:pPr>
        <w:jc w:val="right"/>
      </w:pPr>
      <w:r>
        <w:t>اب آپ کو ایک اپنے آپ کو ایک ایک اعلیٰ اخلاق، اعلیٰ اسپرچوئلٹی،</w:t>
      </w:r>
    </w:p>
    <w:p>
      <w:r>
        <w:rPr>
          <w:b/>
        </w:rPr>
        <w:t xml:space="preserve">[32:39] </w:t>
      </w:r>
      <w:r>
        <w:t>aala discipline wala insan banana hai. ab apne faisle se, jaise Rasool Allah ne apne faisle se, apne hath se lafz Rasool ko mitaya.</w:t>
      </w:r>
    </w:p>
    <w:p>
      <w:pPr>
        <w:jc w:val="right"/>
      </w:pPr>
      <w:r>
        <w:t>اعلیٰ ڈسپلن والا انسان بنانا ہے۔ اب اپنے فیصلے سے، جیسے رسول اللہ نے اپنے فیصلے سے، اپنے ہاتھ سے لفظ رسول کو مٹایا۔</w:t>
      </w:r>
    </w:p>
    <w:p>
      <w:r>
        <w:rPr>
          <w:b/>
        </w:rPr>
        <w:t xml:space="preserve">[32:55] </w:t>
      </w:r>
      <w:r>
        <w:t>to aap ko apne faisle se mitana hai. apne faisle se apne aap ko banana hai.</w:t>
      </w:r>
    </w:p>
    <w:p>
      <w:pPr>
        <w:jc w:val="right"/>
      </w:pPr>
      <w:r>
        <w:t>تو آپ کو اپنے فیصلے سے مٹانا ہے۔ اپنے فیصلے سے اپنے آپ کو بنانا ہے۔</w:t>
      </w:r>
    </w:p>
    <w:p>
      <w:r>
        <w:rPr>
          <w:b/>
        </w:rPr>
        <w:t xml:space="preserve">[33:08] </w:t>
      </w:r>
      <w:r>
        <w:t>to yaad rakhiye jannat</w:t>
      </w:r>
    </w:p>
    <w:p>
      <w:pPr>
        <w:jc w:val="right"/>
      </w:pPr>
      <w:r>
        <w:t>تو یاد رکھیے جنت</w:t>
      </w:r>
    </w:p>
    <w:p>
      <w:r>
        <w:rPr>
          <w:b/>
        </w:rPr>
        <w:t xml:space="preserve">[33:13] </w:t>
      </w:r>
      <w:r>
        <w:t>self making ka naam hai.</w:t>
      </w:r>
    </w:p>
    <w:p>
      <w:pPr>
        <w:jc w:val="right"/>
      </w:pPr>
      <w:r>
        <w:t>سیلف میکنگ کا نام ہے۔</w:t>
      </w:r>
    </w:p>
    <w:p>
      <w:r>
        <w:rPr>
          <w:b/>
        </w:rPr>
        <w:t xml:space="preserve">[33:20] </w:t>
      </w:r>
      <w:r>
        <w:t>yani aik self made banana hai apne aap ko.</w:t>
      </w:r>
    </w:p>
    <w:p>
      <w:pPr>
        <w:jc w:val="right"/>
      </w:pPr>
      <w:r>
        <w:t>یعنی ایک سیلف میڈ بنانا ہے اپنے آپ کو۔</w:t>
      </w:r>
    </w:p>
    <w:p>
      <w:r>
        <w:rPr>
          <w:b/>
        </w:rPr>
        <w:t xml:space="preserve">[33:31] </w:t>
      </w:r>
      <w:r>
        <w:t>hamare</w:t>
      </w:r>
    </w:p>
    <w:p>
      <w:pPr>
        <w:jc w:val="right"/>
      </w:pPr>
      <w:r>
        <w:t>ہمارے</w:t>
      </w:r>
    </w:p>
    <w:p>
      <w:r>
        <w:rPr>
          <w:b/>
        </w:rPr>
        <w:t xml:space="preserve">[33:36] </w:t>
      </w:r>
      <w:r>
        <w:t>hamare bare bhai the to</w:t>
      </w:r>
    </w:p>
    <w:p>
      <w:pPr>
        <w:jc w:val="right"/>
      </w:pPr>
      <w:r>
        <w:t>ہمارے بڑے بھائی تھے تو</w:t>
      </w:r>
    </w:p>
    <w:p>
      <w:r>
        <w:rPr>
          <w:b/>
        </w:rPr>
        <w:t xml:space="preserve">[33:44] </w:t>
      </w:r>
      <w:r>
        <w:t>un ko yani hum paida hue the yani is mein zameendar family mein.</w:t>
      </w:r>
    </w:p>
    <w:p>
      <w:pPr>
        <w:jc w:val="right"/>
      </w:pPr>
      <w:r>
        <w:t>ان کو یعنی ہم پیدا ہوئے تھے یعنی اس میں زمیندار فیملی میں۔</w:t>
      </w:r>
    </w:p>
    <w:p>
      <w:r>
        <w:rPr>
          <w:b/>
        </w:rPr>
        <w:t xml:space="preserve">[33:53] </w:t>
      </w:r>
      <w:r>
        <w:t>to hamare bare bhai ko aik aik shauq hua ke wo industry ki dunya mein jayen. industry ki dunya mein jayen.</w:t>
      </w:r>
    </w:p>
    <w:p>
      <w:pPr>
        <w:jc w:val="right"/>
      </w:pPr>
      <w:r>
        <w:t>تو ہمارے بڑے بھائی کو ایک ایک شوق ہوا کہ وہ انڈسٹری کی دنیا میں جائیں۔ انڈسٹری کی دنیا میں جائیں۔</w:t>
      </w:r>
    </w:p>
    <w:p>
      <w:r>
        <w:rPr>
          <w:b/>
        </w:rPr>
        <w:t xml:space="preserve">[34:04] </w:t>
      </w:r>
      <w:r>
        <w:t>chunanche unhon ne aik aik wo banai thi factory jis ka naam tha lighter company private limited.</w:t>
      </w:r>
    </w:p>
    <w:p>
      <w:pPr>
        <w:jc w:val="right"/>
      </w:pPr>
      <w:r>
        <w:t>چنانچہ انہوں نے ایک ایک وہ بنائی تھی فیکٹری جس کا نام تھا لائٹر کمپنی پرائیویٹ لمیٹڈ۔</w:t>
      </w:r>
    </w:p>
    <w:p>
      <w:r>
        <w:rPr>
          <w:b/>
        </w:rPr>
        <w:t xml:space="preserve">[34:15] </w:t>
      </w:r>
      <w:r>
        <w:t>wo electric tower banate the wo. lekin aaghaz bohat mamooli tareeqe se hua tha. to jab hamare maan se unhon ne kaha ke main shehar jaunga aur wahan koi kaam doosra shuru karunga, har bail wala kaam nahin.</w:t>
      </w:r>
    </w:p>
    <w:p>
      <w:pPr>
        <w:jc w:val="right"/>
      </w:pPr>
      <w:r>
        <w:t>وہ الیکٹرک ٹاور بناتے تھے وہ۔ لیکن آغاز بہت معمولی طریقے سے ہوا تھا۔ تو جب ہمارے ماں سے انہوں نے کہا کہ میں شہر جاؤں گا اور وہاں کوئی کام دوسرا شروع کروں گا، ہر بیل والا کام نہیں۔</w:t>
      </w:r>
    </w:p>
    <w:p>
      <w:r>
        <w:rPr>
          <w:b/>
        </w:rPr>
        <w:t xml:space="preserve">[34:33] </w:t>
      </w:r>
      <w:r>
        <w:t>to us waqt tha yeh baat hai, yeh baat hai nineteen, nineteen</w:t>
      </w:r>
    </w:p>
    <w:p>
      <w:pPr>
        <w:jc w:val="right"/>
      </w:pPr>
      <w:r>
        <w:t>تو اس وقت تھا یہ بات ہے، یہ بات ہے نائنٹین، نائنٹین</w:t>
      </w:r>
    </w:p>
    <w:p>
      <w:r>
        <w:rPr>
          <w:b/>
        </w:rPr>
        <w:t xml:space="preserve">[34:46] </w:t>
      </w:r>
      <w:r>
        <w:t>yani bohat pehle ki baat hai.</w:t>
      </w:r>
    </w:p>
    <w:p>
      <w:pPr>
        <w:jc w:val="right"/>
      </w:pPr>
      <w:r>
        <w:t>یعنی بہت پہلے کی بات ہے۔</w:t>
      </w:r>
    </w:p>
    <w:p>
      <w:r>
        <w:rPr>
          <w:b/>
        </w:rPr>
        <w:t xml:space="preserve">[34:55] </w:t>
      </w:r>
      <w:r>
        <w:t>yani jab second world war chhar chuki thi tab ki baat hai yeh. yeh samajh lijiye aap. itne pehle ki baat hai. to meri maan ne kaha ke mere paas to paanch rupiya hai, yeh lo.</w:t>
      </w:r>
    </w:p>
    <w:p>
      <w:pPr>
        <w:jc w:val="right"/>
      </w:pPr>
      <w:r>
        <w:t>یعنی جب سیکنڈ ورلڈ وار چھڑ چکی تھی تب کی بات ہے یہ۔ یہ سمجھ لیجیے آپ۔ اتنے پہلے کی بات ہے۔ تو میری ماں نے کہا کہ میرے پاس تو پانچ روپیہ ہے، یہ لو۔</w:t>
      </w:r>
    </w:p>
    <w:p>
      <w:r>
        <w:rPr>
          <w:b/>
        </w:rPr>
        <w:t xml:space="preserve">[35:12] </w:t>
      </w:r>
      <w:r>
        <w:t>to meri maan ne bare bhai ko paanch rupiya diya tha, paanch sirf paanch rupiya. aur wo le kar gaye shehar mein is paanch rupay se.</w:t>
      </w:r>
    </w:p>
    <w:p>
      <w:pPr>
        <w:jc w:val="right"/>
      </w:pPr>
      <w:r>
        <w:t>تو میری ماں نے بڑے بھائی کو پانچ روپیہ دیا تھا، پانچ صرف پانچ روپیہ۔ اور وہ لے کر گئے شہر میں اس پانچ روپے سے۔</w:t>
      </w:r>
    </w:p>
    <w:p>
      <w:r>
        <w:rPr>
          <w:b/>
        </w:rPr>
        <w:t xml:space="preserve">[35:26] </w:t>
      </w:r>
      <w:r>
        <w:t>is paanch rupay se kaam kar ke unhon ne paanch crore rupiya kamaya. aur shehar mein bohat bara ghar banaya.</w:t>
      </w:r>
    </w:p>
    <w:p>
      <w:pPr>
        <w:jc w:val="right"/>
      </w:pPr>
      <w:r>
        <w:t>اس پانچ روپے سے کام کر کے انہوں نے پانچ کروڑ روپیہ کمایا۔ اور شہر میں بہت بڑا گھر بنایا۔</w:t>
      </w:r>
    </w:p>
    <w:p>
      <w:r>
        <w:rPr>
          <w:b/>
        </w:rPr>
        <w:t xml:space="preserve">[35:37] </w:t>
      </w:r>
      <w:r>
        <w:t>aur bohat si cheezen banain unhon ne. to hamare aik rishtedar the bombay mein, unhon ne</w:t>
      </w:r>
    </w:p>
    <w:p>
      <w:pPr>
        <w:jc w:val="right"/>
      </w:pPr>
      <w:r>
        <w:t>اور بہت سی چیزیں بنائیں انہوں نے۔ تو ہمارے ایک رشتہ دار تھے بمبئی میں، انہوں نے</w:t>
      </w:r>
    </w:p>
    <w:p>
      <w:r>
        <w:rPr>
          <w:b/>
        </w:rPr>
        <w:t xml:space="preserve">[35:49] </w:t>
      </w:r>
      <w:r>
        <w:t>eid card bheja eid ke mauqe par. eid card. to us par likha hua tha eid card par hamare bhai ke liye self made man ke naam.</w:t>
      </w:r>
    </w:p>
    <w:p>
      <w:pPr>
        <w:jc w:val="right"/>
      </w:pPr>
      <w:r>
        <w:t>عید کارڈ بھیجا عید کے موقع پر۔ عید کارڈ۔ تو اس پر لکھا ہوا تھا عید کارڈ پر ہمارے بھائی کے لیے سیلف میڈ مین کے نام۔</w:t>
      </w:r>
    </w:p>
    <w:p>
      <w:r>
        <w:rPr>
          <w:b/>
        </w:rPr>
        <w:t xml:space="preserve">[36:06] </w:t>
      </w:r>
      <w:r>
        <w:t>jo qutub minar ki bulandiyon ko bhi paar kar sakta hai.</w:t>
      </w:r>
    </w:p>
    <w:p>
      <w:pPr>
        <w:jc w:val="right"/>
      </w:pPr>
      <w:r>
        <w:t>جو قطب مینار کی بلندیوں کو بھی پار کر سکتا ہے۔</w:t>
      </w:r>
    </w:p>
    <w:p>
      <w:r>
        <w:rPr>
          <w:b/>
        </w:rPr>
        <w:t xml:space="preserve">[36:13] </w:t>
      </w:r>
      <w:r>
        <w:t>self made man ke naam jo qutub minar ki bulandiyon ko bhi paar kar sakta hai. to us ko le kar main aksar sochta hoon ke shayad</w:t>
      </w:r>
    </w:p>
    <w:p>
      <w:pPr>
        <w:jc w:val="right"/>
      </w:pPr>
      <w:r>
        <w:t>سیلف میڈ مین کے نام جو قطب مینار کی بلندیوں کو بھی پار کر سکتا ہے۔ تو اس کو لے کر میں اکثر سوچتا ہوں کہ شاید</w:t>
      </w:r>
    </w:p>
    <w:p>
      <w:r>
        <w:rPr>
          <w:b/>
        </w:rPr>
        <w:t xml:space="preserve">[36:35] </w:t>
      </w:r>
      <w:r>
        <w:t>wo insaan jo jannat mein dakhil ho wo hoga</w:t>
      </w:r>
    </w:p>
    <w:p>
      <w:pPr>
        <w:jc w:val="right"/>
      </w:pPr>
      <w:r>
        <w:t>وہ انسان جو جنت میں داخل ہو وہ ہوگا</w:t>
      </w:r>
    </w:p>
    <w:p>
      <w:r>
        <w:rPr>
          <w:b/>
        </w:rPr>
        <w:t xml:space="preserve">[36:43] </w:t>
      </w:r>
      <w:r>
        <w:t>jab wo apne ko tayyar kar lega to shayad koi farishta us ko khushi ka card bhejega aur kahega ke self made man ke naam jo</w:t>
      </w:r>
    </w:p>
    <w:p>
      <w:pPr>
        <w:jc w:val="right"/>
      </w:pPr>
      <w:r>
        <w:t>جب وہ اپنے کو تیار کر لے گا تو شاید کوئی فرشتہ اس کو خوشی کا کارڈ بھیجے گا اور کہے گا کہ سیلف میڈ مین کے نام جو</w:t>
      </w:r>
    </w:p>
    <w:p>
      <w:r>
        <w:rPr>
          <w:b/>
        </w:rPr>
        <w:t xml:space="preserve">[37:02] </w:t>
      </w:r>
      <w:r>
        <w:t>jannat ki dunya ko bhi paar kar sakta hai.</w:t>
      </w:r>
    </w:p>
    <w:p>
      <w:pPr>
        <w:jc w:val="right"/>
      </w:pPr>
      <w:r>
        <w:t>جنت کی دنیا کو بھی پار کر سکتا ہے۔</w:t>
      </w:r>
    </w:p>
    <w:p>
      <w:r>
        <w:rPr>
          <w:b/>
        </w:rPr>
        <w:t xml:space="preserve">[37:11] </w:t>
      </w:r>
      <w:r>
        <w:t>jis ke paas farishton ke khushi ko card aayenge.</w:t>
      </w:r>
    </w:p>
    <w:p>
      <w:pPr>
        <w:jc w:val="right"/>
      </w:pPr>
      <w:r>
        <w:t>جس کے پاس فرشتوں کے خوشی کو کارڈ آئیں گے۔</w:t>
      </w:r>
    </w:p>
    <w:p>
      <w:r>
        <w:rPr>
          <w:b/>
        </w:rPr>
        <w:t xml:space="preserve">[37:21] </w:t>
      </w:r>
      <w:r>
        <w:t>to jannati insaan banna kisi wird ka, kisi practice ka, kisi yani jo rawaji qism ki cheezen raij hain logon mein us ka naam nahin hai.</w:t>
      </w:r>
    </w:p>
    <w:p>
      <w:pPr>
        <w:jc w:val="right"/>
      </w:pPr>
      <w:r>
        <w:t>تو جنتی انسان بننا کسی ورد کا، کسی پریکٹس کا، کسی یعنی جو رواجی قسم کی چیزیں رائج ہیں لوگوں میں اس کا نام نہیں ہے۔</w:t>
      </w:r>
    </w:p>
    <w:p>
      <w:r>
        <w:rPr>
          <w:b/>
        </w:rPr>
        <w:t xml:space="preserve">[37:39] </w:t>
      </w:r>
      <w:r>
        <w:t>yeh apne aap ko re mold karna hai. yeh aap ko re create karna hai.</w:t>
      </w:r>
    </w:p>
    <w:p>
      <w:pPr>
        <w:jc w:val="right"/>
      </w:pPr>
      <w:r>
        <w:t>یہ اپنے آپ کو ری مولڈ کرنا ہے۔ یہ آپ کو ری کریٹ کرنا ہے۔</w:t>
      </w:r>
    </w:p>
    <w:p>
      <w:r>
        <w:rPr>
          <w:b/>
        </w:rPr>
        <w:t xml:space="preserve">[37:49] </w:t>
      </w:r>
      <w:r>
        <w:t>yeh aap apne aap ko bohat hi aala, aala, bohat hi aala maani mein self discipline insaan banana hai.</w:t>
      </w:r>
    </w:p>
    <w:p>
      <w:pPr>
        <w:jc w:val="right"/>
      </w:pPr>
      <w:r>
        <w:t>یہ آپ اپنے آپ کو بہت ہی اعلیٰ، اعلیٰ، بہت ہی اعلیٰ معنی میں سیلف ڈسپلن انسان بنانا ہے۔</w:t>
      </w:r>
    </w:p>
    <w:p>
      <w:r>
        <w:rPr>
          <w:b/>
        </w:rPr>
        <w:t xml:space="preserve">[38:04] </w:t>
      </w:r>
      <w:r>
        <w:t>to main apne sathiyon ko aur jo meri baat sun rahe hain un sab ko yeh kahunga ke aap</w:t>
      </w:r>
    </w:p>
    <w:p>
      <w:pPr>
        <w:jc w:val="right"/>
      </w:pPr>
      <w:r>
        <w:t>تو میں اپنے ساتھیوں کو اور جو میری بات سن رہے ہیں ان سب کو یہ کہوں گا کہ آپ</w:t>
      </w:r>
    </w:p>
    <w:p>
      <w:r>
        <w:rPr>
          <w:b/>
        </w:rPr>
        <w:t xml:space="preserve">[38:15] </w:t>
      </w:r>
      <w:r>
        <w:t>apna goal jo banayen wo is soch ke banayen ke nishana kya hai.</w:t>
      </w:r>
    </w:p>
    <w:p>
      <w:pPr>
        <w:jc w:val="right"/>
      </w:pPr>
      <w:r>
        <w:t>اپنا گول جو بنائیں وہ اس سوچ کے بنائیں کہ نشانہ کیا ہے۔</w:t>
      </w:r>
    </w:p>
    <w:p>
      <w:r>
        <w:rPr>
          <w:b/>
        </w:rPr>
        <w:t xml:space="preserve">[38:24] </w:t>
      </w:r>
      <w:r>
        <w:t>allah ne jo paida kiya hai aap ko kis nishani ke liye, kis goal ke liye. aur phir us ke mutabiq apni planning karen.</w:t>
      </w:r>
    </w:p>
    <w:p>
      <w:pPr>
        <w:jc w:val="right"/>
      </w:pPr>
      <w:r>
        <w:t>اللہ نے جو پیدا کیا ہے آپ کو کس نشانی کے لیے، کس گول کے لیے۔ اور پھر اس کے مطابق اپنی پلاننگ کریں۔</w:t>
      </w:r>
    </w:p>
    <w:p>
      <w:r>
        <w:rPr>
          <w:b/>
        </w:rPr>
        <w:t xml:space="preserve">[38:39] </w:t>
      </w:r>
      <w:r>
        <w:t>sab se pehle aap ka kaam yeh hai ke aap khud apne aap ko discover karen. sab se pehle apne aap ko discover karen.</w:t>
      </w:r>
    </w:p>
    <w:p>
      <w:pPr>
        <w:jc w:val="right"/>
      </w:pPr>
      <w:r>
        <w:t>سب سے پہلے آپ کا کام یہ ہے کہ آپ خود اپنے آپ کو ڈسکور کریں۔ سب سے پہلے اپنے آپ کو ڈسکور کریں۔</w:t>
      </w:r>
    </w:p>
    <w:p>
      <w:r>
        <w:rPr>
          <w:b/>
        </w:rPr>
        <w:t xml:space="preserve">[38:52] </w:t>
      </w:r>
      <w:r>
        <w:t>aur phir ab is discovery ke mutabiq jo aap ko maloom ho ke yeh hai mera goal, khaliq ne, creator ne mujhe is goal ke liye paida kiya hai,</w:t>
      </w:r>
    </w:p>
    <w:p>
      <w:pPr>
        <w:jc w:val="right"/>
      </w:pPr>
      <w:r>
        <w:t>اور پھر اب اس ڈسکوری کے مطابق جو آپ کو معلوم ہو کہ یہ ہے میرا گول، خالق نے، کریٹر نے مجھے اس گول کے لیے پیدا کیا ہے،</w:t>
      </w:r>
    </w:p>
    <w:p>
      <w:r>
        <w:rPr>
          <w:b/>
        </w:rPr>
        <w:t xml:space="preserve">[39:07] </w:t>
      </w:r>
      <w:r>
        <w:t>isko pakrein.</w:t>
      </w:r>
    </w:p>
    <w:p>
      <w:pPr>
        <w:jc w:val="right"/>
      </w:pPr>
      <w:r>
        <w:t>اس کو پکڑیں۔</w:t>
      </w:r>
    </w:p>
    <w:p>
      <w:r>
        <w:rPr>
          <w:b/>
        </w:rPr>
        <w:t xml:space="preserve">[39:12] </w:t>
      </w:r>
      <w:r>
        <w:t>dekhiye jo mera jo mutalea hai, jo maine samjha hai, maine samjha hai ke khaliq ne aap ko jis ko kehte hain</w:t>
      </w:r>
    </w:p>
    <w:p>
      <w:pPr>
        <w:jc w:val="right"/>
      </w:pPr>
      <w:r>
        <w:t>دیکھیے جو میرا جو مطالعہ ہے، جو میں نے سمجھا ہے، میں نے سمجھا ہے کہ خالق نے آپ کو جس کو کہتے ہیں</w:t>
      </w:r>
    </w:p>
    <w:p>
      <w:r>
        <w:rPr>
          <w:b/>
        </w:rPr>
        <w:t xml:space="preserve">[39:24] </w:t>
      </w:r>
      <w:r>
        <w:t>yani kham maal, jise paida kiya jata hai, loha, to kham loha hota hai aur, ore, aur ki shakal mein.</w:t>
      </w:r>
    </w:p>
    <w:p>
      <w:pPr>
        <w:jc w:val="right"/>
      </w:pPr>
      <w:r>
        <w:t>یعنی خام مال، جسے پیدا کیا جاتا ہے، لوہا، تو خام لوہا ہوتا ہے اور، او آر ای، اور کی شکل میں۔</w:t>
      </w:r>
    </w:p>
    <w:p>
      <w:r>
        <w:rPr>
          <w:b/>
        </w:rPr>
        <w:t xml:space="preserve">[39:39] </w:t>
      </w:r>
      <w:r>
        <w:t>khaliq ki taraf se loha nahi paida hota, aur paida hota hai.</w:t>
      </w:r>
    </w:p>
    <w:p>
      <w:pPr>
        <w:jc w:val="right"/>
      </w:pPr>
      <w:r>
        <w:t>خالق کی طرف سے لوہا نہیں پیدا ہوتا، اور پیدا ہوتا ہے۔</w:t>
      </w:r>
    </w:p>
    <w:p>
      <w:r>
        <w:rPr>
          <w:b/>
        </w:rPr>
        <w:t xml:space="preserve">[39:47] </w:t>
      </w:r>
      <w:r>
        <w:t>khaliq ki shakal ki taraf se loha nahi paida hota, aur, ore paida kiya jata hai. to insan is ore ko garh kar ke loha steel banata hai,</w:t>
      </w:r>
    </w:p>
    <w:p>
      <w:pPr>
        <w:jc w:val="right"/>
      </w:pPr>
      <w:r>
        <w:t>خالق کی شکل کی طرف سے لوہا نہیں پیدا ہوتا، اور، او آر ای پیدا کیا جاتا ہے۔ تو انسان اس اور کو گڑھ کر کے لوہا اسٹیل بناتا ہے،</w:t>
      </w:r>
    </w:p>
    <w:p>
      <w:r>
        <w:rPr>
          <w:b/>
        </w:rPr>
        <w:t xml:space="preserve">[40:02] </w:t>
      </w:r>
      <w:r>
        <w:t>engine banata hai. to aap apne aap ko phir se garhna hai, phir se banana hai. yani ore se chal kar ke lohe tak, steel tak pahunchna hai.</w:t>
      </w:r>
    </w:p>
    <w:p>
      <w:pPr>
        <w:jc w:val="right"/>
      </w:pPr>
      <w:r>
        <w:t>انجن بناتا ہے۔ تو آپ اپنے آپ کو پھر سے گڑھنا ہے، پھر سے بنانا ہے۔ یعنی اور سے چل کر کے لوہے تک، اسٹیل تک پہنچنا ہے۔</w:t>
      </w:r>
    </w:p>
    <w:p>
      <w:r>
        <w:rPr>
          <w:b/>
        </w:rPr>
        <w:t xml:space="preserve">[40:17] </w:t>
      </w:r>
      <w:r>
        <w:t>ek martaba mein kahin gaya tha kisi jangla mein, jangli ilaqe mein to wahan maine do peR dekhe ek jagah.</w:t>
      </w:r>
    </w:p>
    <w:p>
      <w:pPr>
        <w:jc w:val="right"/>
      </w:pPr>
      <w:r>
        <w:t>ایک مرتبہ میں کہیں گیا تھا کسی جنگل میں، جنگلی علاقے میں تو وہاں میں نے دو پیڑ دیکھے ایک جگہ۔</w:t>
      </w:r>
    </w:p>
    <w:p>
      <w:r>
        <w:rPr>
          <w:b/>
        </w:rPr>
        <w:t xml:space="preserve">[40:29] </w:t>
      </w:r>
      <w:r>
        <w:t>ek ek peR tha jhaRiwala, is mein kaante the, kaante the, kaante the. doosra ek peR tha itna beautiful, us ke andar phool the, bohat hi beautiful phool,</w:t>
      </w:r>
    </w:p>
    <w:p>
      <w:pPr>
        <w:jc w:val="right"/>
      </w:pPr>
      <w:r>
        <w:t>ایک ایک پیڑ تھا جھاڑی والا، اس میں کانٹے تھے، کانٹے تھے، کانٹے تھے۔ دوسرا ایک پیڑ تھا اتنا بیوٹی فل، اس کے اندر پھول تھے، بہت ہی بیوٹی فل پھول،</w:t>
      </w:r>
    </w:p>
    <w:p>
      <w:r>
        <w:rPr>
          <w:b/>
        </w:rPr>
        <w:t xml:space="preserve">[40:44] </w:t>
      </w:r>
      <w:r>
        <w:t>rang barang ke. to is ko dekh kar meri ajib halat hui.</w:t>
      </w:r>
    </w:p>
    <w:p>
      <w:pPr>
        <w:jc w:val="right"/>
      </w:pPr>
      <w:r>
        <w:t>رنگ برنگ کے۔ تو اس کو دیکھ کر میری عجیب حالت ہوئی۔</w:t>
      </w:r>
    </w:p>
    <w:p>
      <w:r>
        <w:rPr>
          <w:b/>
        </w:rPr>
        <w:t xml:space="preserve">[40:54] </w:t>
      </w:r>
      <w:r>
        <w:t>maine socha ke paida karne wale ne mujh ko paida kiya hai kaante daar darakht ki shakal mein, mujhe is ko garh kar banana hai phool daar darakht.</w:t>
      </w:r>
    </w:p>
    <w:p>
      <w:pPr>
        <w:jc w:val="right"/>
      </w:pPr>
      <w:r>
        <w:t>میں نے سوچا کہ پیدا کرنے والے نے مجھ کو پیدا کیا ہے کانٹے دار درخت کی شکل میں، مجھے اس کو گڑھ کر بنانا ہے پھول دار درخت۔</w:t>
      </w:r>
    </w:p>
    <w:p>
      <w:r>
        <w:rPr>
          <w:b/>
        </w:rPr>
        <w:t xml:space="preserve">[41:13] </w:t>
      </w:r>
      <w:r>
        <w:t>yani Khuda ne mujh ko phool daar darakht nahi banaya, kaante daar darakht banaya hai. aur banaya, steel mujhe khud banna hai.</w:t>
      </w:r>
    </w:p>
    <w:p>
      <w:pPr>
        <w:jc w:val="right"/>
      </w:pPr>
      <w:r>
        <w:t>یعنی خدا نے مجھ کو پھول دار درخت نہیں بنایا، کانٹے دار درخت بنایا ہے۔ اور بنایا، اسٹیل مجھے خود بننا ہے۔</w:t>
      </w:r>
    </w:p>
    <w:p>
      <w:r>
        <w:rPr>
          <w:b/>
        </w:rPr>
        <w:t xml:space="preserve">[41:26] </w:t>
      </w:r>
      <w:r>
        <w:t>creator ne mujhe ore banaya, lekin apne ko steel banane ka kaam mujhe khud karna hai. creator ne mujhe thorny bush ki shakal mein banaya.</w:t>
      </w:r>
    </w:p>
    <w:p>
      <w:pPr>
        <w:jc w:val="right"/>
      </w:pPr>
      <w:r>
        <w:t>کریٹر نے مجھے اور بنایا، لیکن اپنے کو اسٹیل بنانے کا کام مجھے خود کرنا ہے۔ کریٹر نے مجھے تھارنی بش کی شکل میں بنایا۔</w:t>
      </w:r>
    </w:p>
    <w:p>
      <w:r>
        <w:rPr>
          <w:b/>
        </w:rPr>
        <w:t xml:space="preserve">[41:42] </w:t>
      </w:r>
      <w:r>
        <w:t>ab mera yeh kaam hai ke mein apne aap ko phool daar darakht mein</w:t>
      </w:r>
    </w:p>
    <w:p>
      <w:pPr>
        <w:jc w:val="right"/>
      </w:pPr>
      <w:r>
        <w:t>اب میرا یہ کام ہے کہ میں اپنے آپ کو پھول دار درخت میں</w:t>
      </w:r>
    </w:p>
    <w:p>
      <w:r>
        <w:rPr>
          <w:b/>
        </w:rPr>
        <w:t xml:space="preserve">[41:49] </w:t>
      </w:r>
      <w:r>
        <w:t>banaoon is ko. to meri dua hai ke Allah taala mujh ko aur aap ko tofeeq de ke hum Allah ke kaise plan ko samjhein</w:t>
      </w:r>
    </w:p>
    <w:p>
      <w:pPr>
        <w:jc w:val="right"/>
      </w:pPr>
      <w:r>
        <w:t>بناؤں اس کو۔ تو میری دعا ہے کہ اللہ تعالیٰ مجھ کو اور آپ کو توفیق دے کہ ہم اللہ کے کیسے پلان کو سمجھیں</w:t>
      </w:r>
    </w:p>
    <w:p>
      <w:r>
        <w:rPr>
          <w:b/>
        </w:rPr>
        <w:t xml:space="preserve">[42:08] </w:t>
      </w:r>
      <w:r>
        <w:t>aur waisa apne ko dhalen jaisa Allah chahta hai hamein dhalna. tab hum chune jayenge paradise ki society ke liye.</w:t>
      </w:r>
    </w:p>
    <w:p>
      <w:pPr>
        <w:jc w:val="right"/>
      </w:pPr>
      <w:r>
        <w:t>اور ویسا اپنے کو ڈھالیں جیسا اللہ چاہتا ہے ہمیں ڈھالنا۔ تب ہم چنے جائیں گے پیراڈائز کی سوسائٹی کے لیے۔</w:t>
      </w:r>
    </w:p>
    <w:p>
      <w:r>
        <w:rPr>
          <w:b/>
        </w:rPr>
        <w:t xml:space="preserve">[42:22] </w:t>
      </w:r>
      <w:r>
        <w:t>jab apne ko garh kar wahan le jayenge, self made man banakar le jayenge,</w:t>
      </w:r>
    </w:p>
    <w:p>
      <w:pPr>
        <w:jc w:val="right"/>
      </w:pPr>
      <w:r>
        <w:t>جب اپنے کو گڑھ کر وہاں لے جائیں گے، سیلف میڈ مین بنا کر لے جائیں گے،</w:t>
      </w:r>
    </w:p>
    <w:p>
      <w:r>
        <w:rPr>
          <w:b/>
        </w:rPr>
        <w:t xml:space="preserve">[42:31] </w:t>
      </w:r>
      <w:r>
        <w:t>apne ko garhna hai, apne ko remodel karna hai. to jab hum is tareeqe se apne aap ko</w:t>
      </w:r>
    </w:p>
    <w:p>
      <w:pPr>
        <w:jc w:val="right"/>
      </w:pPr>
      <w:r>
        <w:t>اپنے کو گڑھنا ہے، اپنے کو ری ماڈل کرنا ہے۔ تو جب ہم اس طریقے سے اپنے آپ کو</w:t>
      </w:r>
    </w:p>
    <w:p>
      <w:r>
        <w:rPr>
          <w:b/>
        </w:rPr>
        <w:t xml:space="preserve">[42:41] </w:t>
      </w:r>
      <w:r>
        <w:t>self made man bankar wahan pahunchenge, tab Allah ke farishte hamein receive karenge aur marhaba marhaba kahenge hum ko.</w:t>
      </w:r>
    </w:p>
    <w:p>
      <w:pPr>
        <w:jc w:val="right"/>
      </w:pPr>
      <w:r>
        <w:t>سیلف میڈ مین بن کر وہاں پہنچیں گے، تب اللہ کے فرشتے ہمیں ریسیو کریں گے اور مرحبا مرحبا کہیں گے ہم کو۔</w:t>
      </w:r>
    </w:p>
    <w:p>
      <w:r>
        <w:rPr>
          <w:b/>
        </w:rPr>
        <w:t xml:space="preserve">[42:53] </w:t>
      </w:r>
      <w:r>
        <w:t>to kahenge dakhil ho jao jannat mein. Assalam o Alaikum wa Rahmatullahi.</w:t>
      </w:r>
    </w:p>
    <w:p>
      <w:pPr>
        <w:jc w:val="right"/>
      </w:pPr>
      <w:r>
        <w:t>تو کہیں گے داخل ہو جاؤ جنت میں۔ السلام علیکم ورحمۃ اللہ۔</w:t>
      </w:r>
    </w:p>
    <w:p>
      <w:r>
        <w:rPr>
          <w:b/>
        </w:rPr>
        <w:t xml:space="preserve">[43:11] </w:t>
      </w:r>
      <w:r>
        <w:t>Okay, we will start with the question answer session. All the viewers who are watching this program, if you want to send your questions or comments, you can post it either on the fours Facebook or write to us on info at cpsglobal.org.</w:t>
      </w:r>
    </w:p>
    <w:p>
      <w:pPr>
        <w:jc w:val="right"/>
      </w:pPr>
      <w:r>
        <w:t>اوکے، وی ویل سٹارٹ ود دی کوئسچن انسر سیشن۔ آل دی ویورز ہو آر واچنگ دس پروگرام، اف یو وانٹ ٹو سینڈ یور کوئسچنز اور کمنٹس، یو کین پوسٹ اٹ ایتھر ان دا فورس فیس بک اور رائٹ ٹو اس ان انفو ایٹ سی پی ایس گلوبل ڈاٹ او آر جی۔</w:t>
      </w:r>
    </w:p>
    <w:p>
      <w:r>
        <w:rPr>
          <w:b/>
        </w:rPr>
        <w:t xml:space="preserve">[43:27] </w:t>
      </w:r>
      <w:r>
        <w:t>Please do mention your location when you send your comments and questions. Maulana, sab se pehle comment lena chahenge. Yeh comment bheja hai Habibuddin sahib ne Haiderpur South West Bengal se.</w:t>
      </w:r>
    </w:p>
    <w:p>
      <w:pPr>
        <w:jc w:val="right"/>
      </w:pPr>
      <w:r>
        <w:t>پلیز ڈو مینشن یور لوکیشن وین یو سینڈ یور کمنٹس اینڈ کوئسچنز۔ مولانا، سب سے پہلے کمنٹ لینا چاہیں گے۔ یہ کمنٹ بھیجا ہے حبیب الدین صاحب نے حیدرپور ساؤتھ ویسٹ بنگال سے۔</w:t>
      </w:r>
    </w:p>
    <w:p>
      <w:r>
        <w:rPr>
          <w:b/>
        </w:rPr>
        <w:t xml:space="preserve">[43:42] </w:t>
      </w:r>
      <w:r>
        <w:t>Unhone yeh comment Miss Sarah Fatima ko bheja hai, Spirit of Islam magazine ke reader hain yeh. Unhone likha hai: "I am a regular reader of your Spirit of Islam magazine, which has answered many of my questions.</w:t>
      </w:r>
    </w:p>
    <w:p>
      <w:pPr>
        <w:jc w:val="right"/>
      </w:pPr>
      <w:r>
        <w:t>انہوں نے یہ کمنٹ مس سارہ فاطمہ کو بھیجا ہے، سپرٹ آف اسلام میگزین کے ریڈر ہیں یہ۔ انہوں نے لکھا ہے: "آئی ایم ا ریگولر ریڈر آف یور سپرٹ آف اسلام میگزین، وچ از انسرڈ مینی آف مائی کوئسچنز۔</w:t>
      </w:r>
    </w:p>
    <w:p>
      <w:r>
        <w:rPr>
          <w:b/>
        </w:rPr>
        <w:t xml:space="preserve">[43:59] </w:t>
      </w:r>
      <w:r>
        <w:t>Moreover, I have found confidence and guidelines for my daily life in the Spirit of Islam magazine.</w:t>
      </w:r>
    </w:p>
    <w:p>
      <w:pPr>
        <w:jc w:val="right"/>
      </w:pPr>
      <w:r>
        <w:t>مور اوور، آئی ہیو فاؤنڈ کانفیڈنس اینڈ گائیڈ لائنز فار مائی ڈیلی لائف ان دا سپرٹ آف اسلام میگزین۔</w:t>
      </w:r>
    </w:p>
    <w:p>
      <w:r>
        <w:rPr>
          <w:b/>
        </w:rPr>
        <w:t xml:space="preserve">[44:07] </w:t>
      </w:r>
      <w:r>
        <w:t>Jazak Allah Maulana sahib." Maulana Iqbal Umri ne Chennai se likha hai: "Dictionary of vocabulary ilm asma hai.</w:t>
      </w:r>
    </w:p>
    <w:p>
      <w:pPr>
        <w:jc w:val="right"/>
      </w:pPr>
      <w:r>
        <w:t>جزاک اللہ مولانا صاحب۔" مولانا اقبال عمری نے چنئی سے لکھا ہے: "ڈیشنری آف وکیبلری علم اسماء ہے۔</w:t>
      </w:r>
    </w:p>
    <w:p>
      <w:r>
        <w:rPr>
          <w:b/>
        </w:rPr>
        <w:t xml:space="preserve">[44:17] </w:t>
      </w:r>
      <w:r>
        <w:t>Maulana, aap ne hi is ko discover kiya hai. Is ki wajah se creation plan clear tor par wazeh hota hai.</w:t>
      </w:r>
    </w:p>
    <w:p>
      <w:pPr>
        <w:jc w:val="right"/>
      </w:pPr>
      <w:r>
        <w:t>مولانا، آپ نے ہی اس کو ڈسکور کیا ہے۔ اس کی وجہ سے کریشن پلان کلیئر طور پر واضح ہوتا ہے۔</w:t>
      </w:r>
    </w:p>
    <w:p>
      <w:r>
        <w:rPr>
          <w:b/>
        </w:rPr>
        <w:t xml:space="preserve">[44:27] </w:t>
      </w:r>
      <w:r>
        <w:t>yani soch kar plan karne wali makhlooq hai insan. jazak Allah. mujtaba siddiqui sahib ne likha hai: subhan Allah, learning should never be stopped, even one assumes that he knows enough. miss shabana ansari ne pakistan se likha hai:</w:t>
      </w:r>
    </w:p>
    <w:p>
      <w:pPr>
        <w:jc w:val="right"/>
      </w:pPr>
      <w:r>
        <w:t>یعنی سوچ کر پلان کرنے والی مخلوق ہے انسان۔ جزاک اللہ۔" مجتبی صدیقی صاحب نے لکھا ہے: "سبحان اللہ، لرننگ شوڈ نیور بی سٹاپڈ، ایون ون ایزیومز دیٹ ہی نوز انف۔" مس شبانہ انصاری نے پاکستان سے لکھا ہے:</w:t>
      </w:r>
    </w:p>
    <w:p>
      <w:r>
        <w:rPr>
          <w:b/>
        </w:rPr>
        <w:t xml:space="preserve">[44:47] </w:t>
      </w:r>
      <w:r>
        <w:t>maulana sahib, alhamdulillah, al risala audio magazine has completed its two years in this december.</w:t>
      </w:r>
    </w:p>
    <w:p>
      <w:pPr>
        <w:jc w:val="right"/>
      </w:pPr>
      <w:r>
        <w:t>"مولانا صاحب، الحمدللہ، الرسالہ آڈیو میگزین ہیز کمپلیٹڈ اٹس ٹو ایئرز ان دس دسمبر۔</w:t>
      </w:r>
    </w:p>
    <w:p>
      <w:r>
        <w:rPr>
          <w:b/>
        </w:rPr>
        <w:t xml:space="preserve">[44:56] </w:t>
      </w:r>
      <w:r>
        <w:t>please pray for me and my team to continue it until our last breath.</w:t>
      </w:r>
    </w:p>
    <w:p>
      <w:pPr>
        <w:jc w:val="right"/>
      </w:pPr>
      <w:r>
        <w:t>پلیز پری فار می اینڈ مائی ٹیم ٹو کنٹینیو اٹ انٹل اور لاسٹ بریتھ۔"</w:t>
      </w:r>
    </w:p>
    <w:p>
      <w:r>
        <w:rPr>
          <w:b/>
        </w:rPr>
        <w:t xml:space="preserve">[45:06] </w:t>
      </w:r>
      <w:r>
        <w:t>mehtab ahmad sahib ne dhampur se likha hai: maulana sahib, real islam gives a person better ideology to do in every field of life.</w:t>
      </w:r>
    </w:p>
    <w:p>
      <w:pPr>
        <w:jc w:val="right"/>
      </w:pPr>
      <w:r>
        <w:t>مہتاب احمد صاحب نے دھامپور سے لکھا ہے: "مولانا صاحب، ریئل اسلام گیوز ا پرسن بیٹر آئیڈیالوجی ٹو ڈو ان ایوری فیلڈ آف لائف۔</w:t>
      </w:r>
    </w:p>
    <w:p>
      <w:r>
        <w:rPr>
          <w:b/>
        </w:rPr>
        <w:t xml:space="preserve">[45:16] </w:t>
      </w:r>
      <w:r>
        <w:t>this is my finding in today talk. jazak Allah. maulana, ab kuch sawal lena chahenge.</w:t>
      </w:r>
    </w:p>
    <w:p>
      <w:pPr>
        <w:jc w:val="right"/>
      </w:pPr>
      <w:r>
        <w:t>دس از مائی فائنڈنگ ان ٹوڈے ٹاک۔ جزاک اللہ۔" مولانا، اب کچھ سوال لینا چاہیں گے۔</w:t>
      </w:r>
    </w:p>
    <w:p>
      <w:r>
        <w:rPr>
          <w:b/>
        </w:rPr>
        <w:t xml:space="preserve">[45:26] </w:t>
      </w:r>
      <w:r>
        <w:t>yeh sawal bheja hai gul rehman sahib ne pakistan se. unhon ne likha hai ke: maulana sahib, i am going to africa for tabligh.</w:t>
      </w:r>
    </w:p>
    <w:p>
      <w:pPr>
        <w:jc w:val="right"/>
      </w:pPr>
      <w:r>
        <w:t>یہ سوال بھیجا ہے گل رحمان صاحب نے پاکستان سے۔ انہوں نے لکھا ہے کہ: "مولانا صاحب، آئی ایم گوئنگ ٹو افریقہ فار تبلیغ۔</w:t>
      </w:r>
    </w:p>
    <w:p>
      <w:r>
        <w:rPr>
          <w:b/>
        </w:rPr>
        <w:t xml:space="preserve">[45:36] </w:t>
      </w:r>
      <w:r>
        <w:t>please guide me as to how i can present dawah of islam over there. bhai, main to samajhta hoon ke aap pakistan ke hain to tabligh ke liye aap kyun ja rahe hain africa?</w:t>
      </w:r>
    </w:p>
    <w:p>
      <w:pPr>
        <w:jc w:val="right"/>
      </w:pPr>
      <w:r>
        <w:t>پلیز گائیڈ می ایز ٹو ہاؤ آئی کین پریزنٹ دعویٰ آف اسلام اوور دیر۔" بھائی، میں تو سمجھتا ہوں کہ آپ پاکستان کے ہیں تو تبلیغ کے لیے آپ کیوں جا رہے ہیں افریقہ؟</w:t>
      </w:r>
    </w:p>
    <w:p>
      <w:r>
        <w:rPr>
          <w:b/>
        </w:rPr>
        <w:t xml:space="preserve">[45:53] </w:t>
      </w:r>
      <w:r>
        <w:t>pakistan mein kijiye tabligh. kisi paighambar ne aisa nahi kiya ke yahan se wahan jaye.</w:t>
      </w:r>
    </w:p>
    <w:p>
      <w:pPr>
        <w:jc w:val="right"/>
      </w:pPr>
      <w:r>
        <w:t>پاکستان میں کیجیے تبلیغ۔ کسی پیغمبر نے ایسا نہیں کیا کہ یہاں سے وہاں جائے۔</w:t>
      </w:r>
    </w:p>
    <w:p>
      <w:r>
        <w:rPr>
          <w:b/>
        </w:rPr>
        <w:t xml:space="preserve">[46:02] </w:t>
      </w:r>
      <w:r>
        <w:t>paighambar jahan paida hota hai, wahin tabligh ka maidan us ke liye hota hai. to meri samajh mein to yeh aata nahi.</w:t>
      </w:r>
    </w:p>
    <w:p>
      <w:pPr>
        <w:jc w:val="right"/>
      </w:pPr>
      <w:r>
        <w:t>پیغمبر جہاں پیدا ہوتا ہے، وہیں تبلیغ کا میدان اس کے لیے ہوتا ہے۔ تو میری سمجھ میں تو یہ آتا نہیں۔</w:t>
      </w:r>
    </w:p>
    <w:p>
      <w:r>
        <w:rPr>
          <w:b/>
        </w:rPr>
        <w:t xml:space="preserve">[46:13] </w:t>
      </w:r>
      <w:r>
        <w:t>aap ko mashwara doon ga main ke tabligh ka kaam shuru karne se pehle sab se bari, sab se bari jo kitab tabligh hai, woh Quran hai.</w:t>
      </w:r>
    </w:p>
    <w:p>
      <w:pPr>
        <w:jc w:val="right"/>
      </w:pPr>
      <w:r>
        <w:t>آپ کو مشورہ دوں گا میں کہ تبلیغ کا کام شروع کرنے سے پہلے سب سے بڑی، سب سے بڑی جو کتاب تبلیغ ہے، وہ قرآن ہے۔</w:t>
      </w:r>
    </w:p>
    <w:p>
      <w:r>
        <w:rPr>
          <w:b/>
        </w:rPr>
        <w:t xml:space="preserve">[46:30] </w:t>
      </w:r>
      <w:r>
        <w:t>sab se bari jo kitab tabligh hai, woh Quran hai.</w:t>
      </w:r>
    </w:p>
    <w:p>
      <w:pPr>
        <w:jc w:val="right"/>
      </w:pPr>
      <w:r>
        <w:t>سب سے بڑی جو کتاب تبلیغ ہے، وہ قرآن ہے۔</w:t>
      </w:r>
    </w:p>
    <w:p>
      <w:r>
        <w:rPr>
          <w:b/>
        </w:rPr>
        <w:t xml:space="preserve">[46:36] </w:t>
      </w:r>
      <w:r>
        <w:t>sab se bari jo kitab tabligh hai, woh Quran hai. to aap Quran ko parhiye, khoob khoob parhiye, khoob khoob parhiye aur discover kijiye ke Allah rab ul alameen aap ko kya message deta hai Quran mein.</w:t>
      </w:r>
    </w:p>
    <w:p>
      <w:pPr>
        <w:jc w:val="right"/>
      </w:pPr>
      <w:r>
        <w:t>سب سے بڑی جو کتاب تبلیغ ہے، وہ قرآن ہے۔ تو آپ قرآن کو پڑھیے، خوب خوب پڑھیے، خوب خوب پڑھیے اور ڈسکور کیجیے کہ اللہ رب العالمین آپ کو کیا میسج دیتا ہے قرآن میں۔</w:t>
      </w:r>
    </w:p>
    <w:p>
      <w:r>
        <w:rPr>
          <w:b/>
        </w:rPr>
        <w:t xml:space="preserve">[46:56] </w:t>
      </w:r>
      <w:r>
        <w:t>aap ka jo soch ka way of thinking hai, woh meri samajh mein to aaya nahi.</w:t>
      </w:r>
    </w:p>
    <w:p>
      <w:pPr>
        <w:jc w:val="right"/>
      </w:pPr>
      <w:r>
        <w:t>آپ کا جو سوچ کا وے آف تھنکنگ ہے، وہ میری سمجھ میں تو آیا نہیں۔</w:t>
      </w:r>
    </w:p>
    <w:p>
      <w:r>
        <w:rPr>
          <w:b/>
        </w:rPr>
        <w:t xml:space="preserve">[47:09] </w:t>
      </w:r>
      <w:r>
        <w:t>maulana, agla sawal bukharo jharkhand se kiya hai syed saddam sahib ne. unhon ne likha hai ke: maulana sahib, kindly explain the simplest way to be away from sins.</w:t>
      </w:r>
    </w:p>
    <w:p>
      <w:pPr>
        <w:jc w:val="right"/>
      </w:pPr>
      <w:r>
        <w:t>مولانا، اگلا سوال بخارو جھارکھنڈ سے کیا ہے سید صدام صاحب نے۔ انہوں نے لکھا ہے کہ: "مولانا صاحب، کائنڈلی ایکسپلین دا سمپلسٹ وے ٹو بی اوے فرام سنز۔</w:t>
      </w:r>
    </w:p>
    <w:p>
      <w:r>
        <w:rPr>
          <w:b/>
        </w:rPr>
        <w:t xml:space="preserve">[47:23] </w:t>
      </w:r>
      <w:r>
        <w:t>what is your advice in this? dekhiye, simplest jo tareeqa hai, woh to hai apne consciousness ko zinda rakhiye.</w:t>
      </w:r>
    </w:p>
    <w:p>
      <w:pPr>
        <w:jc w:val="right"/>
      </w:pPr>
      <w:r>
        <w:t>واٹ از یور ایڈوائس ان دس؟" دیکھیے، سمپلسٹ جو طریقہ ہے، وہ تو ہے اپنے کانشیسنس کو زندہ رکھیے۔</w:t>
      </w:r>
    </w:p>
    <w:p>
      <w:r>
        <w:rPr>
          <w:b/>
        </w:rPr>
        <w:t xml:space="preserve">[47:36] </w:t>
      </w:r>
      <w:r>
        <w:t>har aadmi ke andar aik nafs e lawwama hai, us ko hum kehte hain consciousness zamir. har aadmi ke andar hota hai, har aadmi ke andar hai.</w:t>
      </w:r>
    </w:p>
    <w:p>
      <w:pPr>
        <w:jc w:val="right"/>
      </w:pPr>
      <w:r>
        <w:t>ہر آدمی کے اندر ایک نفس لوامہ ہے، اس کو ہم کہتے ہیں کانشیسنس ضمیر۔ ہر آدمی کے اندر ہوتا ہے، ہر آدمی کے اندر ہے۔</w:t>
      </w:r>
    </w:p>
    <w:p>
      <w:r>
        <w:rPr>
          <w:b/>
        </w:rPr>
        <w:t xml:space="preserve">[47:51] </w:t>
      </w:r>
      <w:r>
        <w:t>us ko zinda rakhiye, bas har mauqe par woh aap ko batata hai,</w:t>
      </w:r>
    </w:p>
    <w:p>
      <w:pPr>
        <w:jc w:val="right"/>
      </w:pPr>
      <w:r>
        <w:t>اس کو زندہ رکھیے، بس ہر موقع پر وہ آپ کو بتاتا ہے،</w:t>
      </w:r>
    </w:p>
    <w:p>
      <w:r>
        <w:rPr>
          <w:b/>
        </w:rPr>
        <w:t xml:space="preserve">[47:59] </w:t>
      </w:r>
      <w:r>
        <w:t>har mauqe par. to main to yahi jaanta hoon ke apne zamir ko khoob zinda rakhiye, bilkul alive.</w:t>
      </w:r>
    </w:p>
    <w:p>
      <w:pPr>
        <w:jc w:val="right"/>
      </w:pPr>
      <w:r>
        <w:t>ہر موقع پر۔ تو میں تو یہی جانتا ہوں کہ اپنے ضمیر کو خوب زندہ رکھیے، بالکل الائیو۔</w:t>
      </w:r>
    </w:p>
    <w:p>
      <w:r>
        <w:rPr>
          <w:b/>
        </w:rPr>
        <w:t xml:space="preserve">[48:12] </w:t>
      </w:r>
      <w:r>
        <w:t>apni cop ko kisi se poochne ki zaroorat nahi hogi. isi ko hadith mein kaha gaya hai ke: istafti qalbaka. log fatwa poochne ke liye jate hain mufti ke paas,</w:t>
      </w:r>
    </w:p>
    <w:p>
      <w:pPr>
        <w:jc w:val="right"/>
      </w:pPr>
      <w:r>
        <w:t>اپنی کاپ کو کسی سے پوچھنے کی ضرورت نہیں ہوگی۔ اسی کو حدیث میں کہا گیا ہے کہ: "استفت قلب کا۔" لوگ فتویٰ پوچھنے کے لیے جاتے ہیں مفتی کے پاس،</w:t>
      </w:r>
    </w:p>
    <w:p>
      <w:r>
        <w:rPr>
          <w:b/>
        </w:rPr>
        <w:t xml:space="preserve">[48:27] </w:t>
      </w:r>
      <w:r>
        <w:t>log fatwa poochne ke liye jate hain mufti ke sath. aur Rasool Allah ne farmaya: istafti qalbaka. yani apne zamir se pooch lo, apne zamir se pooch lo.</w:t>
      </w:r>
    </w:p>
    <w:p>
      <w:pPr>
        <w:jc w:val="right"/>
      </w:pPr>
      <w:r>
        <w:t>لوگ فتویٰ پوچھنے کے لیے جاتے ہیں مفتی کے ساتھ۔ اور رسول اللہ نے فرمایا: "استفت قلب کا۔" یعنی اپنے ضمیر سے پوچھ لو، اپنے ضمیر سے پوچھ لو۔</w:t>
      </w:r>
    </w:p>
    <w:p>
      <w:r>
        <w:rPr>
          <w:b/>
        </w:rPr>
        <w:t xml:space="preserve">[48:43] </w:t>
      </w:r>
      <w:r>
        <w:t>phir main to yahi jaana hai, main ne.</w:t>
      </w:r>
    </w:p>
    <w:p>
      <w:pPr>
        <w:jc w:val="right"/>
      </w:pPr>
      <w:r>
        <w:t>پھر میں تو یہی جانا ہے، میں نے۔</w:t>
      </w:r>
    </w:p>
    <w:p>
      <w:r>
        <w:rPr>
          <w:b/>
        </w:rPr>
        <w:t xml:space="preserve">[48:51] </w:t>
      </w:r>
      <w:r>
        <w:t>maulana, agla sawal islamabad pakistan se afaq jabbar sahib ne kiya hai. unhon ne aapse poocha hai ke: how can we save our self from distraction? is ke baray mein batayein.</w:t>
      </w:r>
    </w:p>
    <w:p>
      <w:pPr>
        <w:jc w:val="right"/>
      </w:pPr>
      <w:r>
        <w:t>مولانا، اگلا سوال اسلام آباد پاکستان سے آفاق جبار صاحب نے کیا ہے۔ انہوں نے آپ سے پوچھا ہے کہ: "ہاؤ کین وی سیو اور سیلف فرام ڈسٹریکشن؟" اس کے بارے میں بتائیں۔</w:t>
      </w:r>
    </w:p>
    <w:p>
      <w:r>
        <w:rPr>
          <w:b/>
        </w:rPr>
        <w:t xml:space="preserve">[49:12] </w:t>
      </w:r>
      <w:r>
        <w:t>dekhiye, kahan aap distract ho rahe hain, yeh foran aap ko bahar batata hai. aap ke andar jo consciousness hai,</w:t>
      </w:r>
    </w:p>
    <w:p>
      <w:pPr>
        <w:jc w:val="right"/>
      </w:pPr>
      <w:r>
        <w:t>دیکھیے، کہاں آپ ڈسٹریکٹ ہو رہے ہیں، یہ فوراً آپ کو باہر بتاتا ہے۔ آپ کے اندر جو کانشیسنس ہے،</w:t>
      </w:r>
    </w:p>
    <w:p>
      <w:r>
        <w:rPr>
          <w:b/>
        </w:rPr>
        <w:t xml:space="preserve">[49:25] </w:t>
      </w:r>
      <w:r>
        <w:t>woh foran batata hai ke: dekho, yahan tum distract ho rahe ho. to aap ko karna sirf aik kaam hai.</w:t>
      </w:r>
    </w:p>
    <w:p>
      <w:pPr>
        <w:jc w:val="right"/>
      </w:pPr>
      <w:r>
        <w:t>وہ فوراً بتاتا ہے کہ: "دیکھو، یہاں تم ڈسٹریکٹ ہو رہے ہو۔" تو آپ کو کرنا صرف ایک کام ہے۔</w:t>
      </w:r>
    </w:p>
    <w:p>
      <w:r>
        <w:rPr>
          <w:b/>
        </w:rPr>
        <w:t xml:space="preserve">[49:37] </w:t>
      </w:r>
      <w:r>
        <w:t>jaise hi aap ka zamir ya aap ka consciousness aap ko bataye ke: "tum yahan distract ho rahe ho," to jaldi se is ko avail kiye, jaldi se ruk jaiye.</w:t>
      </w:r>
    </w:p>
    <w:p>
      <w:pPr>
        <w:jc w:val="right"/>
      </w:pPr>
      <w:r>
        <w:t>جیسے ہی آپ کا ضمیر یا آپ کا کانشیسنس آپ کو بتائے کہ: "تم یہاں ڈسٹریکٹ ہو رہے ہو،" تو جلدی سے اس کو اویل کیے، جلدی سے رک جائیے۔</w:t>
      </w:r>
    </w:p>
    <w:p>
      <w:r>
        <w:rPr>
          <w:b/>
        </w:rPr>
        <w:t xml:space="preserve">[49:55] </w:t>
      </w:r>
      <w:r>
        <w:t>aadmi kya karta hai? is batane ko foran dhyan nahi deta, is ko foran ke foran avail nahi karta, wo taal deta hai.</w:t>
      </w:r>
    </w:p>
    <w:p>
      <w:pPr>
        <w:jc w:val="right"/>
      </w:pPr>
      <w:r>
        <w:t>آدمی کیا کرتا ہے؟ اس بتانے کو فوراً دھیان نہیں دیتا، اس کو فوراً کے فوراً اویل نہیں کرتا، وہ ٹال دیتا ہے۔</w:t>
      </w:r>
    </w:p>
    <w:p>
      <w:r>
        <w:rPr>
          <w:b/>
        </w:rPr>
        <w:t xml:space="preserve">[50:04] </w:t>
      </w:r>
      <w:r>
        <w:t>dekha gaya, ye ye mizaj khatam kijiye ke jab aap ka andar ka jo insan hai, wo aap ko bataye, toke to within second aap ruk jaiye, wahin koi khade ho jaiye aur lage sochne ke: "is mein kya ghalati hai?" aur phir is ko follow kijiye.</w:t>
      </w:r>
    </w:p>
    <w:p>
      <w:pPr>
        <w:jc w:val="right"/>
      </w:pPr>
      <w:r>
        <w:t>دیکھا گیا، یہ یہ مزاج ختم کیجیے کہ جب آپ کا اندر کا جو انسان ہے، وہ آپ کو بتائے، ٹوکے تو ود ان سیکنڈ آپ رک جائیے، وہیں کوئی کھڑے ہو جائیے اور لگے سوچنے کہ: "اس میں کیا غلطی ہے؟" اور پھر اس کو فالو کیجیے۔</w:t>
      </w:r>
    </w:p>
    <w:p>
      <w:r>
        <w:rPr>
          <w:b/>
        </w:rPr>
        <w:t xml:space="preserve">[50:32] </w:t>
      </w:r>
      <w:r>
        <w:t>to ek hi lafz hai: "follow your consciousness."</w:t>
      </w:r>
    </w:p>
    <w:p>
      <w:pPr>
        <w:jc w:val="right"/>
      </w:pPr>
      <w:r>
        <w:t>تو ایک ہی لفظ ہے: "فالو یور کانشیسنس۔"</w:t>
      </w:r>
    </w:p>
    <w:p>
      <w:r>
        <w:rPr>
          <w:b/>
        </w:rPr>
        <w:t xml:space="preserve">[50:42] </w:t>
      </w:r>
      <w:r>
        <w:t>main ne</w:t>
      </w:r>
    </w:p>
    <w:p>
      <w:pPr>
        <w:jc w:val="right"/>
      </w:pPr>
      <w:r>
        <w:t>میں نے</w:t>
      </w:r>
    </w:p>
    <w:p>
      <w:r>
        <w:rPr>
          <w:b/>
        </w:rPr>
        <w:t xml:space="preserve">[50:46] </w:t>
      </w:r>
      <w:r>
        <w:t>pehlay bohat pabandi se parhta tha, ek ek American magazine aata hai: "Readers Digest."</w:t>
      </w:r>
    </w:p>
    <w:p>
      <w:pPr>
        <w:jc w:val="right"/>
      </w:pPr>
      <w:r>
        <w:t>پہلے بہت پابندی سے پڑھتا تھا، ایک ایک امریکن میگزین آتا ہے: "ریڈرز ڈائجسٹ۔"</w:t>
      </w:r>
    </w:p>
    <w:p>
      <w:r>
        <w:rPr>
          <w:b/>
        </w:rPr>
        <w:t xml:space="preserve">[50:58] </w:t>
      </w:r>
      <w:r>
        <w:t>to is mein ek martaba ek article chapa tha,</w:t>
      </w:r>
    </w:p>
    <w:p>
      <w:pPr>
        <w:jc w:val="right"/>
      </w:pPr>
      <w:r>
        <w:t>تو اس میں ایک مرتبہ ایک آرٹیکل چھپا تھا،</w:t>
      </w:r>
    </w:p>
    <w:p>
      <w:r>
        <w:rPr>
          <w:b/>
        </w:rPr>
        <w:t xml:space="preserve">[51:03] </w:t>
      </w:r>
      <w:r>
        <w:t>ek article.</w:t>
      </w:r>
    </w:p>
    <w:p>
      <w:pPr>
        <w:jc w:val="right"/>
      </w:pPr>
      <w:r>
        <w:t>ایک آرٹیکل۔</w:t>
      </w:r>
    </w:p>
    <w:p>
      <w:r>
        <w:rPr>
          <w:b/>
        </w:rPr>
        <w:t xml:space="preserve">[51:12] </w:t>
      </w:r>
      <w:r>
        <w:t>is mein yahi is ka matlab yahi tha ke: "apni inner voice ko suno, inner voice ko suno."</w:t>
      </w:r>
    </w:p>
    <w:p>
      <w:pPr>
        <w:jc w:val="right"/>
      </w:pPr>
      <w:r>
        <w:t>اس میں یہی اس کا مطلب یہی تھا کہ: "اپنی انر وائس کو سنو، انر وائس کو سنو۔"</w:t>
      </w:r>
    </w:p>
    <w:p>
      <w:r>
        <w:rPr>
          <w:b/>
        </w:rPr>
        <w:t xml:space="preserve">[51:25] </w:t>
      </w:r>
      <w:r>
        <w:t>andar se jo awaz aaye to foran is ko suno, foran is ko follow karo.</w:t>
      </w:r>
    </w:p>
    <w:p>
      <w:pPr>
        <w:jc w:val="right"/>
      </w:pPr>
      <w:r>
        <w:t>اندر سے جو آواز آئے تو فوراً اس کو سنو، فوراً اس کو فالو کرو۔</w:t>
      </w:r>
    </w:p>
    <w:p>
      <w:r>
        <w:rPr>
          <w:b/>
        </w:rPr>
        <w:t xml:space="preserve">[51:36] </w:t>
      </w:r>
      <w:r>
        <w:t>to main to samajhta hoon ke yahi ek hi tareeqa hai. kisi mufti ke paas mat jaiye, apne inner voice ko suniye, inner voice ko,</w:t>
      </w:r>
    </w:p>
    <w:p>
      <w:pPr>
        <w:jc w:val="right"/>
      </w:pPr>
      <w:r>
        <w:t>تو میں تو سمجھتا ہوں کہ یہی ایک ہی طریقہ ہے۔ کسی مفتی کے پاس مت جائیے، اپنے انر وائس کو سنیے، انر وائس کو،</w:t>
      </w:r>
    </w:p>
    <w:p>
      <w:r>
        <w:rPr>
          <w:b/>
        </w:rPr>
        <w:t xml:space="preserve">[51:51] </w:t>
      </w:r>
      <w:r>
        <w:t>aur phir aap ko kabhi bhi wo inner voice aap ki jo hai, wo kabhi aap ko bhatkne nahi de ga.</w:t>
      </w:r>
    </w:p>
    <w:p>
      <w:pPr>
        <w:jc w:val="right"/>
      </w:pPr>
      <w:r>
        <w:t>اور پھر آپ کو کبھی بھی وہ انر وائس آپ کی جو ہے، وہ کبھی آپ کو بھٹکنے نہیں دے گا۔</w:t>
      </w:r>
    </w:p>
    <w:p>
      <w:r>
        <w:rPr>
          <w:b/>
        </w:rPr>
        <w:t xml:space="preserve">[52:02] </w:t>
      </w:r>
      <w:r>
        <w:t>Mumbai se Mahboob bhai ne likha hai: "Maulana, today lecture is once again a very encouraging lecture to me.</w:t>
      </w:r>
    </w:p>
    <w:p>
      <w:pPr>
        <w:jc w:val="right"/>
      </w:pPr>
      <w:r>
        <w:t>ممبئی سے محبوب بھائی نے لکھا ہے: "مولانا، ٹوڈے لیکچر از ونس اگین ا ویری انکریجنگ لیکچر ٹو می۔</w:t>
      </w:r>
    </w:p>
    <w:p>
      <w:r>
        <w:rPr>
          <w:b/>
        </w:rPr>
        <w:t xml:space="preserve">[52:10] </w:t>
      </w:r>
      <w:r>
        <w:t>The triggering point for me was when you said: 'A tree can't have that ability to change itself, but humans have the chances to mold themself.' It's a tremendous hope and encouragement for me to stand and commit for the preparation of paradise.</w:t>
      </w:r>
    </w:p>
    <w:p>
      <w:pPr>
        <w:jc w:val="right"/>
      </w:pPr>
      <w:r>
        <w:t>دا ٹریگرنگ پوائنٹ فار می واز وین یو سیڈ: 'ا ٹری کانٹ ہیو دیٹ ایبیلیٹی ٹو چینج اٹ سیلف، بٹ ہیومنز ہیو دی چانسز ٹو مول دیم سیلف۔' اٹس ا ٹریمنڈس ہوپ اینڈ انکریجمنٹ فار می ٹو سٹینڈ اینڈ کمٹ فار دا پریپریشن اف پیراڈائز۔</w:t>
      </w:r>
    </w:p>
    <w:p>
      <w:r>
        <w:rPr>
          <w:b/>
        </w:rPr>
        <w:t xml:space="preserve">[52:30] </w:t>
      </w:r>
      <w:r>
        <w:t>Jazak Allah Maulana." Miss Shabina Ali ne Kolkata se likha hai: "War versus ideology is the wisdom behind conquering great fate.</w:t>
      </w:r>
    </w:p>
    <w:p>
      <w:pPr>
        <w:jc w:val="right"/>
      </w:pPr>
      <w:r>
        <w:t>جزاک اللہ مولانا۔" مس شبینہ علی نے کلکتہ سے لکھا ہے: "وار ورسز آئیڈیالوجی از دی وزڈم بیہائنڈ کانکرنگ گریٹ فیٹ۔</w:t>
      </w:r>
    </w:p>
    <w:p>
      <w:r>
        <w:rPr>
          <w:b/>
        </w:rPr>
        <w:t xml:space="preserve">[52:43] </w:t>
      </w:r>
      <w:r>
        <w:t>Self-discipline, self-planning and self-thinking are the gems required in the making of a peace loving person who will inhabit paradise.</w:t>
      </w:r>
    </w:p>
    <w:p>
      <w:pPr>
        <w:jc w:val="right"/>
      </w:pPr>
      <w:r>
        <w:t>سیلف ڈسپلن، سیلف پلاننگ اینڈ سیلف تھنکنگ ار دا جیمز ریکوائرڈ ان دا میکنگ اف ا پیس لوونگ پرسن ہو ویل انہیبٹ پیراڈائز۔</w:t>
      </w:r>
    </w:p>
    <w:p>
      <w:r>
        <w:rPr>
          <w:b/>
        </w:rPr>
        <w:t xml:space="preserve">[52:54] </w:t>
      </w:r>
      <w:r>
        <w:t>One needs to recognize its potential to become a self-made man, so that the angels will welcome in the Jannah.</w:t>
      </w:r>
    </w:p>
    <w:p>
      <w:pPr>
        <w:jc w:val="right"/>
      </w:pPr>
      <w:r>
        <w:t>ون نیڈز ٹو ریکگنائز اٹس پوٹینشل ٹو بیکم ا سیلف میڈ مین، سو دیٹ دی اینجلز ویلکم ان دی جنہ۔</w:t>
      </w:r>
    </w:p>
    <w:p>
      <w:r>
        <w:rPr>
          <w:b/>
        </w:rPr>
        <w:t xml:space="preserve">[53:03] </w:t>
      </w:r>
      <w:r>
        <w:t>Jazak Allah Maulana for giving so many guidelines to ponder in." Dr. Naghma Siddiqui ne Delhi se likha hai: "Maulana, you have explained God's creation plan so simply today, that God has created man and given him a minuscule amount of His characteristics of thinking, analyzing, arriving at decisions and putting them into words.</w:t>
      </w:r>
    </w:p>
    <w:p>
      <w:pPr>
        <w:jc w:val="right"/>
      </w:pPr>
      <w:r>
        <w:t>جزاک اللہ مولانا فار گیونگ سو مینی گائیڈ لائنز ٹو پونڈر ان۔" ڈاکٹر نغمہ صدیقی نے دلی سے لکھا ہے: "مولانا، یو ہیو ایکسپلین گاڈز کریشن پلان سو سمپلی ٹوڈے، دیٹ گاڈ ہیز کریٹڈ مین اینڈ گیون ہم ا منسکل اماؤنٹ اف ہز کریکٹرسٹکس اف تھنکنگ، اینالائزنگ، ارائیونگ ایٹ ڈیسیژنز اینڈ پٹنگ دیم انٹو ورڈز۔</w:t>
      </w:r>
    </w:p>
    <w:p>
      <w:r>
        <w:rPr>
          <w:b/>
        </w:rPr>
        <w:t xml:space="preserve">[53:30] </w:t>
      </w:r>
      <w:r>
        <w:t>He has created us with a personality full of potential, like a thorny bush. It is our goal to convert it into actual, like a steel personality through one's own planning.</w:t>
      </w:r>
    </w:p>
    <w:p>
      <w:pPr>
        <w:jc w:val="right"/>
      </w:pPr>
      <w:r>
        <w:t>ہی ہیز کریٹڈ اس ودا پرسنیلٹی فل اف پوٹینشل، لائک ا تھونی بش۔ اٹ از اور گول ٹو کنورٹ اٹ انٹو ایکچول، لائک ا سٹیل پرسنیلٹی تھرو ونز اون پلاننگ۔</w:t>
      </w:r>
    </w:p>
    <w:p>
      <w:r>
        <w:rPr>
          <w:b/>
        </w:rPr>
        <w:t xml:space="preserve">[53:45] </w:t>
      </w:r>
      <w:r>
        <w:t>For such personalities, God has created paradise. May God give us strength to actualize our personality." Maulana, agla sawal lete hain.</w:t>
      </w:r>
    </w:p>
    <w:p>
      <w:pPr>
        <w:jc w:val="right"/>
      </w:pPr>
      <w:r>
        <w:t>فار سچ پرسنیلٹیز، گاڈ ہیز کریٹڈ پیراڈائز۔ می گاڈ گیو اس سٹرینتھ ٹو ایکچولائز اور اور پرسنیلٹی۔" مولانا، اگلا سوال لیتے ہیں۔</w:t>
      </w:r>
    </w:p>
    <w:p>
      <w:r>
        <w:rPr>
          <w:b/>
        </w:rPr>
        <w:t xml:space="preserve">[53:57] </w:t>
      </w:r>
      <w:r>
        <w:t>Ye sawal bheja hai Chennai se Maulana Iqbal Umri ne. Unho ne likha hai: "Maulana, you talked about war versus ideology in today's talk.</w:t>
      </w:r>
    </w:p>
    <w:p>
      <w:pPr>
        <w:jc w:val="right"/>
      </w:pPr>
      <w:r>
        <w:t>یہ سوال بھیجا ہے چنئی سے مولانا اقبال عمری نے۔ انہوں نے لکھا ہے: "مولانا، یو ٹاکڈ اباؤٹ وار ورسز آئیڈیالوجی ان ٹوڈے ٹاک۔</w:t>
      </w:r>
    </w:p>
    <w:p>
      <w:r>
        <w:rPr>
          <w:b/>
        </w:rPr>
        <w:t xml:space="preserve">[54:09] </w:t>
      </w:r>
      <w:r>
        <w:t>This is very powerful wisdom in the present time for the Ummah. My question is: How can we apply this today?</w:t>
      </w:r>
    </w:p>
    <w:p>
      <w:pPr>
        <w:jc w:val="right"/>
      </w:pPr>
      <w:r>
        <w:t>دس از ویری پاور فل وزڈم ان دی پریزنٹ ٹائم فار دی امت۔ مائی کوئسچن از: ہاؤ کین وی اپلائی دس ٹوڈے؟</w:t>
      </w:r>
    </w:p>
    <w:p>
      <w:r>
        <w:rPr>
          <w:b/>
        </w:rPr>
        <w:t xml:space="preserve">[54:19] </w:t>
      </w:r>
      <w:r>
        <w:t>Kindly explain this to all of us." Bhai, waise hi jaise Rasool Allah ne kiya.</w:t>
      </w:r>
    </w:p>
    <w:p>
      <w:pPr>
        <w:jc w:val="right"/>
      </w:pPr>
      <w:r>
        <w:t>کائنڈلی ایکسپلین دس ٹو ال اف اس۔" بھائی، ویسے ہی جیسے رسول اللہ نے کیا۔</w:t>
      </w:r>
    </w:p>
    <w:p>
      <w:r>
        <w:rPr>
          <w:b/>
        </w:rPr>
        <w:t xml:space="preserve">[54:29] </w:t>
      </w:r>
      <w:r>
        <w:t>Yaani dekhiye, war se peace ki taraf aana ye opposite party kam nahi, kaam nahi hai.</w:t>
      </w:r>
    </w:p>
    <w:p>
      <w:pPr>
        <w:jc w:val="right"/>
      </w:pPr>
      <w:r>
        <w:t>یعنی دیکھیے، وار سے پیس کی طرف آنا یہ اپوزٹ پارٹی کم نہیں، کام نہیں ہے۔</w:t>
      </w:r>
    </w:p>
    <w:p>
      <w:r>
        <w:rPr>
          <w:b/>
        </w:rPr>
        <w:t xml:space="preserve">[54:45] </w:t>
      </w:r>
      <w:r>
        <w:t>Maidan maidan ko war se hata kar ke peace mein lana, ye wo opposite party kabhi bhi nahi kare gi.</w:t>
      </w:r>
    </w:p>
    <w:p>
      <w:pPr>
        <w:jc w:val="right"/>
      </w:pPr>
      <w:r>
        <w:t>میدان میدان کو وار سے ہٹا کر کے پیس میں لانا، یہ وہ اپوزٹ پارٹی کبھی بھی نہیں کرے گی۔</w:t>
      </w:r>
    </w:p>
    <w:p>
      <w:r>
        <w:rPr>
          <w:b/>
        </w:rPr>
        <w:t xml:space="preserve">[54:55] </w:t>
      </w:r>
      <w:r>
        <w:t>yeh aap ko khud karna parta hai, chahe lafz rasool Allah kaghaz pe bithana parae.</w:t>
      </w:r>
    </w:p>
    <w:p>
      <w:pPr>
        <w:jc w:val="right"/>
      </w:pPr>
      <w:r>
        <w:t>یہ آپ کو خود کرنا پڑتا ہے، چاہے لفظ رسول اللہ کاغذ پہ بٹھانا پڑے۔</w:t>
      </w:r>
    </w:p>
    <w:p>
      <w:r>
        <w:rPr>
          <w:b/>
        </w:rPr>
        <w:t xml:space="preserve">[55:03] </w:t>
      </w:r>
      <w:r>
        <w:t>to hut dhali ko khatam karein, akarr ko khatam karein, ana ko khatam karein. hamari ummat mein jo log rehnuma ban gaye, unhone is se mutalba se sikhaya hai, wo doosre se mango, doosre se mango,</w:t>
      </w:r>
    </w:p>
    <w:p>
      <w:pPr>
        <w:jc w:val="right"/>
      </w:pPr>
      <w:r>
        <w:t>تو ہٹ دھالی کو ختم کریں، اکڑ کو ختم کریں، انا کو ختم کریں۔ ہماری امت میں جو لوگ رہنما بن گئے، انہوں نے اس سے مطالبہ سے سکھایا ہے، وہ دوسرے سے مانگو، دوسرے سے مانگو،</w:t>
      </w:r>
    </w:p>
    <w:p>
      <w:r>
        <w:rPr>
          <w:b/>
        </w:rPr>
        <w:t xml:space="preserve">[55:19] </w:t>
      </w:r>
      <w:r>
        <w:t>tum karo. rasool Allah ne kaha ke mein karunga.</w:t>
      </w:r>
    </w:p>
    <w:p>
      <w:pPr>
        <w:jc w:val="right"/>
      </w:pPr>
      <w:r>
        <w:t>تم کرو۔ رسول اللہ نے کہا کہ میں کروں گا۔</w:t>
      </w:r>
    </w:p>
    <w:p>
      <w:r>
        <w:rPr>
          <w:b/>
        </w:rPr>
        <w:t xml:space="preserve">[55:27] </w:t>
      </w:r>
      <w:r>
        <w:t>yeh kehti hai bari sunnat rasool hai yeh ke aaj ke musalman doosre se mang karte hain ke tum karo, aur rasool Allah ne yeh kiya ke mein karunga, i will do it.</w:t>
      </w:r>
    </w:p>
    <w:p>
      <w:pPr>
        <w:jc w:val="right"/>
      </w:pPr>
      <w:r>
        <w:t>یہ کہتی ہے بڑی سنت رسول ہے یہ کہ آج کے مسلمان دوسرے سے مانگ کرتے ہیں کہ تم کرو، اور رسول اللہ نے یہ کیا کہ میں کروں گا، آئی ویل ڈو اٹ۔</w:t>
      </w:r>
    </w:p>
    <w:p>
      <w:r>
        <w:rPr>
          <w:b/>
        </w:rPr>
        <w:t xml:space="preserve">[55:41] </w:t>
      </w:r>
      <w:r>
        <w:t>to bas isi sunnat ko le lene aur is ka dunya mein peace aa jayega.</w:t>
      </w:r>
    </w:p>
    <w:p>
      <w:pPr>
        <w:jc w:val="right"/>
      </w:pPr>
      <w:r>
        <w:t>تو بس اسی سنت کو لے لینے اور اس کا دنیا میں پیس آ جائے گی۔</w:t>
      </w:r>
    </w:p>
    <w:p>
      <w:r>
        <w:rPr>
          <w:b/>
        </w:rPr>
        <w:t xml:space="preserve">[55:51] </w:t>
      </w:r>
      <w:r>
        <w:t>maulana, agla sawal bheja hai miss sakina khan ne ahmedabad se. unhone likha hai: "maulana, you are the only person i know and i have heard saying that women have equal importance in islam.</w:t>
      </w:r>
    </w:p>
    <w:p>
      <w:pPr>
        <w:jc w:val="right"/>
      </w:pPr>
      <w:r>
        <w:t>مولانا، اگلا سوال بھیجا ہے مس سکینہ خان نے احمد آباد سے۔ انہوں نے لکھا ہے: "مولانا، یو آر دا اونلی پرسن آئی نو اینڈ آئی ہیو ہرڈ سینگ دیٹ وومن ہیو ایکول امپورٹنس ان اسلام۔</w:t>
      </w:r>
    </w:p>
    <w:p>
      <w:r>
        <w:rPr>
          <w:b/>
        </w:rPr>
        <w:t xml:space="preserve">[56:08] </w:t>
      </w:r>
      <w:r>
        <w:t>my question is: how can women play role in dawah work?"</w:t>
      </w:r>
    </w:p>
    <w:p>
      <w:pPr>
        <w:jc w:val="right"/>
      </w:pPr>
      <w:r>
        <w:t>مائی کوئسچن از: ہاؤ کین وومن پلے رول ان دعویٰ ورک؟"</w:t>
      </w:r>
    </w:p>
    <w:p>
      <w:r>
        <w:rPr>
          <w:b/>
        </w:rPr>
        <w:t xml:space="preserve">[56:20] </w:t>
      </w:r>
      <w:r>
        <w:t>bhai, aap meri kitab padhein aurat ke bare mein. is ka naam hai "aurat memar insaniyat".</w:t>
      </w:r>
    </w:p>
    <w:p>
      <w:pPr>
        <w:jc w:val="right"/>
      </w:pPr>
      <w:r>
        <w:t>بھائی، آپ میری کتاب پڑھیں عورت کے بارے میں۔ اس کا نام ہے "عورت معمار انسانیت"۔</w:t>
      </w:r>
    </w:p>
    <w:p>
      <w:r>
        <w:rPr>
          <w:b/>
        </w:rPr>
        <w:t xml:space="preserve">[56:33] </w:t>
      </w:r>
      <w:r>
        <w:t>is ka naam hai, is ka title hai "aurat memar insaniyat". is ko aap padhein. is ko padhne ke baad aap agle program mein phir se aap sawal karein apna ke is ko padhne ke baad wo kya zehan bana aap ka.</w:t>
      </w:r>
    </w:p>
    <w:p>
      <w:pPr>
        <w:jc w:val="right"/>
      </w:pPr>
      <w:r>
        <w:t>اس کا نام ہے، اس کا ٹائٹل ہے "عورت معمار انسانیت"۔ اس کو آپ پڑھیں۔ اس کو پڑھنے کے بعد آپ اگلے پروگرام میں پھر سے آپ سوال کریں اپنا کہ اس کو پڑھنے کے بعد وہ کیا ذہن بنا آپ کا۔</w:t>
      </w:r>
    </w:p>
    <w:p>
      <w:r>
        <w:rPr>
          <w:b/>
        </w:rPr>
        <w:t xml:space="preserve">[56:54] </w:t>
      </w:r>
      <w:r>
        <w:t>maulana, agla sawal lucknow se kiya hai muhammad hussain sahab ne. unhone likha hai: "maulana, i have observed that you emphasize a lot to muslims in learning english language.</w:t>
      </w:r>
    </w:p>
    <w:p>
      <w:pPr>
        <w:jc w:val="right"/>
      </w:pPr>
      <w:r>
        <w:t>مولانا، اگلا سوال لکھنؤ سے کیا ہے محمد حسین صاحب نے۔ انہوں نے لکھا ہے: "مولانا، آئی ہیو ابزرو دیٹ یو ایمفسائز ا لاٹ ٹو مسلمز ان لرننگ انگلش لینگویج۔</w:t>
      </w:r>
    </w:p>
    <w:p>
      <w:r>
        <w:rPr>
          <w:b/>
        </w:rPr>
        <w:t xml:space="preserve">[57:07] </w:t>
      </w:r>
      <w:r>
        <w:t>what is the reason behind this? should students graduating from madrasa also learn english?" is ke bare mein batayein.</w:t>
      </w:r>
    </w:p>
    <w:p>
      <w:pPr>
        <w:jc w:val="right"/>
      </w:pPr>
      <w:r>
        <w:t>واٹ از دا ریزن بیہائنڈ دس؟ شوڈ سٹوڈنٹس گریجویٹنگ فرام مدرسہ السو لرن انگلش؟" اس کے بارے میں بتائیں۔</w:t>
      </w:r>
    </w:p>
    <w:p>
      <w:r>
        <w:rPr>
          <w:b/>
        </w:rPr>
        <w:t xml:space="preserve">[57:21] </w:t>
      </w:r>
      <w:r>
        <w:t>arey bhai, dekhiye, seerat kitab mein aata hai ke rasool Allah ke katib the zaid ibn ansari.</w:t>
      </w:r>
    </w:p>
    <w:p>
      <w:pPr>
        <w:jc w:val="right"/>
      </w:pPr>
      <w:r>
        <w:t>ارے بھائی، دیکھیے، سیرت کتاب میں آتا ہے کہ رسول اللہ کے کاتب تھے زید ابن انصاری۔</w:t>
      </w:r>
    </w:p>
    <w:p>
      <w:r>
        <w:rPr>
          <w:b/>
        </w:rPr>
        <w:t xml:space="preserve">[57:31] </w:t>
      </w:r>
      <w:r>
        <w:t>zaid ibn ansari, unhone rasool Allah ke kehne par chah zabanen seekhi thi. to yeh to sunnat rasool hai, sunnat sahaba hai.</w:t>
      </w:r>
    </w:p>
    <w:p>
      <w:pPr>
        <w:jc w:val="right"/>
      </w:pPr>
      <w:r>
        <w:t>زید ابن انصاری، انہوں نے رسول اللہ کے کہنے پر چھ زوارے سیکھے تھے۔ تو یہ تو سنت رسول ہے، سنت صحابہ ہے۔</w:t>
      </w:r>
    </w:p>
    <w:p>
      <w:r>
        <w:rPr>
          <w:b/>
        </w:rPr>
        <w:t xml:space="preserve">[57:46] </w:t>
      </w:r>
      <w:r>
        <w:t>aap seekhein, phir sawab milega,</w:t>
      </w:r>
    </w:p>
    <w:p>
      <w:pPr>
        <w:jc w:val="right"/>
      </w:pPr>
      <w:r>
        <w:t>آپ سیکھیے، پھر ثواب ملے گا،</w:t>
      </w:r>
    </w:p>
    <w:p>
      <w:r>
        <w:rPr>
          <w:b/>
        </w:rPr>
        <w:t xml:space="preserve">[57:51] </w:t>
      </w:r>
      <w:r>
        <w:t>phir sawab milega.</w:t>
      </w:r>
    </w:p>
    <w:p>
      <w:pPr>
        <w:jc w:val="right"/>
      </w:pPr>
      <w:r>
        <w:t>پھر ثواب ملے گا۔</w:t>
      </w:r>
    </w:p>
    <w:p>
      <w:r>
        <w:rPr>
          <w:b/>
        </w:rPr>
        <w:t xml:space="preserve">[57:56] </w:t>
      </w:r>
      <w:r>
        <w:t>yeh zaid ibn sahab tanzali ki sunnat hai aur jo rasool Allah ke kehne ke mutabiq unhone ikhtiyar kiya.</w:t>
      </w:r>
    </w:p>
    <w:p>
      <w:pPr>
        <w:jc w:val="right"/>
      </w:pPr>
      <w:r>
        <w:t>یہ زید ابن صاحب تنزالی کی سنت ہے اور جو رسول اللہ کے کہنے کے مطابق انہوں نے اختیار کیا۔</w:t>
      </w:r>
    </w:p>
    <w:p>
      <w:r>
        <w:rPr>
          <w:b/>
        </w:rPr>
        <w:t xml:space="preserve">[58:07] </w:t>
      </w:r>
      <w:r>
        <w:t>ji, maulana, agla sawal lete hain. yeh bhopal se bheja hai fahad khan sahab ne.</w:t>
      </w:r>
    </w:p>
    <w:p>
      <w:pPr>
        <w:jc w:val="right"/>
      </w:pPr>
      <w:r>
        <w:t>جی، مولانا، اگلا سوال لیتے ہیں۔ یہ بھوپال سے بھیجا ہے فہد خان صاحب نے۔</w:t>
      </w:r>
    </w:p>
    <w:p>
      <w:r>
        <w:rPr>
          <w:b/>
        </w:rPr>
        <w:t xml:space="preserve">[58:16] </w:t>
      </w:r>
      <w:r>
        <w:t>unhone likha hai: "Maulana, you are also a product of madrasa, but you did a lot of self study in the discipline of science, philosophy, English, etc.</w:t>
      </w:r>
    </w:p>
    <w:p>
      <w:pPr>
        <w:jc w:val="right"/>
      </w:pPr>
      <w:r>
        <w:t>انہوں نے لکھا ہے: "مولانا، یو آر السو ا پروڈکٹ اف مدرسہ، بٹ یو ڈیڈ ا لاٹ اف سیلف سٹڈی ان دا ڈسپلن اف سائنس، فلاسفی، انگلش، ایٹسٹرہ۔</w:t>
      </w:r>
    </w:p>
    <w:p>
      <w:r>
        <w:rPr>
          <w:b/>
        </w:rPr>
        <w:t xml:space="preserve">[58:30] </w:t>
      </w:r>
      <w:r>
        <w:t>you learned english in later part of your life. my question is: how did you realize the importance of self study in your own?"</w:t>
      </w:r>
    </w:p>
    <w:p>
      <w:pPr>
        <w:jc w:val="right"/>
      </w:pPr>
      <w:r>
        <w:t>یو لرنڈ انگلش ان لیٹر پارٹ اف یور لائف۔ مائی کوئسچن از: ہاؤ ڈیڈ یو ریلائز دی امپورٹنس اف سیلف سٹڈی ان یور اون؟"</w:t>
      </w:r>
    </w:p>
    <w:p>
      <w:r>
        <w:rPr>
          <w:b/>
        </w:rPr>
        <w:t xml:space="preserve">[58:49] </w:t>
      </w:r>
      <w:r>
        <w:t>dekhiye, dilli mein ek sahab hain, abhi bhi dilli mein rehte hain, wo retired ho chuke hain. to unhone deoband ki wajah se padha, yani molvi wali padhai.</w:t>
      </w:r>
    </w:p>
    <w:p>
      <w:pPr>
        <w:jc w:val="right"/>
      </w:pPr>
      <w:r>
        <w:t>دیکھیے، دلی میں ایک صاحب ہیں، ابھی بھی دلی میں رہتے ہیں، وہ ریٹائر ہو چکے ہیں۔ تو انہوں نے دیوبند کی وجہ سے پڑھا، یعنی مولوی والی پڑھائی۔</w:t>
      </w:r>
    </w:p>
    <w:p>
      <w:r>
        <w:rPr>
          <w:b/>
        </w:rPr>
        <w:t xml:space="preserve">[59:06] </w:t>
      </w:r>
      <w:r>
        <w:t>to mein ek safar mein un ka saath tha, ek safar mein hum saath the. to mein ne dekha ke wo bohat achhi tarah english bol rahe the,</w:t>
      </w:r>
    </w:p>
    <w:p>
      <w:pPr>
        <w:jc w:val="right"/>
      </w:pPr>
      <w:r>
        <w:t>تو میں ایک سفر میں ان کا ساتھ تھا، ایک سفر میں ہم ساتھ تھے۔ تو میں نے دیکھا کہ وہ بہت اچھی طرح انگلش بول رہے تھے،</w:t>
      </w:r>
    </w:p>
    <w:p>
      <w:r>
        <w:rPr>
          <w:b/>
        </w:rPr>
        <w:t xml:space="preserve">[59:25] </w:t>
      </w:r>
      <w:r>
        <w:t>bohat achhi tarah, fluently. to mein ne poocha un se ke aap to madrasa ke padhe hue hain, english kaise aap jana aur kaise aap seekha?</w:t>
      </w:r>
    </w:p>
    <w:p>
      <w:pPr>
        <w:jc w:val="right"/>
      </w:pPr>
      <w:r>
        <w:t>بہت اچھی طرح، فلوئنٹلی۔ تو میں نے پوچھا ان سے کہ آپ تو مدرسے کے پڑھے ہوئے ہیں، انگلش کیسے آپ جانا اور کیسے آپ سیکھا؟</w:t>
      </w:r>
    </w:p>
    <w:p>
      <w:r>
        <w:rPr>
          <w:b/>
        </w:rPr>
        <w:t xml:space="preserve">[59:43] </w:t>
      </w:r>
      <w:r>
        <w:t>to ek hi lafz mein jawab diya tha unhone. hum hum dono turki ke safar mein the, ghaliban hum dono turki ja rahe the.</w:t>
      </w:r>
    </w:p>
    <w:p>
      <w:pPr>
        <w:jc w:val="right"/>
      </w:pPr>
      <w:r>
        <w:t>تو ایک ہی لفظ میں جواب دیا تھا انہوں نے۔ ہم ہم دونوں ترکی کے سفر میں تھے، غالباً ہم دونوں ترکی جا رہے تھے۔</w:t>
      </w:r>
    </w:p>
    <w:p>
      <w:r>
        <w:rPr>
          <w:b/>
        </w:rPr>
        <w:t xml:space="preserve">[59:55] </w:t>
      </w:r>
      <w:r>
        <w:t>ek hi lafz mein unhone kaha tha: "junoon, junoon!</w:t>
      </w:r>
    </w:p>
    <w:p>
      <w:pPr>
        <w:jc w:val="right"/>
      </w:pPr>
      <w:r>
        <w:t>ایک ہی لفظ میں انہوں نے کہا تھا: "جنون، جنون!</w:t>
      </w:r>
    </w:p>
    <w:p>
      <w:r>
        <w:rPr>
          <w:b/>
        </w:rPr>
        <w:t xml:space="preserve">[1:00:01] </w:t>
      </w:r>
      <w:r>
        <w:t>\</w:t>
      </w:r>
    </w:p>
    <w:p>
      <w:pPr>
        <w:jc w:val="right"/>
      </w:pPr>
      <w:r>
        <w:t>"</w:t>
      </w:r>
    </w:p>
    <w:p>
      <w:r>
        <w:rPr>
          <w:b/>
        </w:rPr>
        <w:t xml:space="preserve">[1:00:05] </w:t>
      </w:r>
      <w:r>
        <w:t>to wahi jis ko janna hai, wo junoon ka tareeqa ikhtiyar karey.</w:t>
      </w:r>
    </w:p>
    <w:p>
      <w:pPr>
        <w:jc w:val="right"/>
      </w:pPr>
      <w:r>
        <w:t>تو وہی جس کو جاننا ہے، وہ جنون کا طریقہ اختیار کرے۔</w:t>
      </w:r>
    </w:p>
    <w:p>
      <w:r>
        <w:rPr>
          <w:b/>
        </w:rPr>
        <w:t xml:space="preserve">[1:00:13] </w:t>
      </w:r>
      <w:r>
        <w:t>yeh aik hi tareeqa hai, koi bohat se tareeqe nahi hain.</w:t>
      </w:r>
    </w:p>
    <w:p>
      <w:pPr>
        <w:jc w:val="right"/>
      </w:pPr>
      <w:r>
        <w:t>یہ ایک ہی طریقہ ہے، کوئی بہت سے طریقے نہیں ہیں۔</w:t>
      </w:r>
    </w:p>
    <w:p>
      <w:r>
        <w:rPr>
          <w:b/>
        </w:rPr>
        <w:t xml:space="preserve">[1:00:21] </w:t>
      </w:r>
      <w:r>
        <w:t>seekhne ka junoon paida ho jaye to apne aap hi aap ki fitrat bata di ke kya karna hai, kya nahi karna hai.</w:t>
      </w:r>
    </w:p>
    <w:p>
      <w:pPr>
        <w:jc w:val="right"/>
      </w:pPr>
      <w:r>
        <w:t>سیکھنے کا جنون پیدا ہو جائے تو اپنے آپ ہی آپ کی فطرت بتا دی کہ کیا کرنا ہے، کیا نہیں کرنا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