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Death The Final Journey-Part 2 December 29, 2006</w:t>
      </w:r>
    </w:p>
    <w:p>
      <w:r>
        <w:t>https://www.youtube.com/watch?v=MM9yY5obAzA</w:t>
      </w:r>
    </w:p>
    <w:p>
      <w:r>
        <w:rPr>
          <w:b/>
        </w:rPr>
        <w:t xml:space="preserve">[00:13] </w:t>
      </w:r>
      <w:r>
        <w:t>wa 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[00:17] </w:t>
      </w:r>
      <w:r>
        <w:t>hadith mein aaya hai ke</w:t>
      </w:r>
    </w:p>
    <w:p>
      <w:pPr>
        <w:jc w:val="right"/>
      </w:pPr>
      <w:r>
        <w:t>حدیث میں آیا ہے کہ</w:t>
      </w:r>
    </w:p>
    <w:p>
      <w:r>
        <w:rPr>
          <w:b/>
        </w:rPr>
        <w:t xml:space="preserve">[00:21] </w:t>
      </w:r>
      <w:r>
        <w:t>prophethood khatam ho gayi</w:t>
      </w:r>
    </w:p>
    <w:p>
      <w:pPr>
        <w:jc w:val="right"/>
      </w:pPr>
      <w:r>
        <w:t>پرافٹ ہڈ ختم ہوگئی</w:t>
      </w:r>
    </w:p>
    <w:p>
      <w:r>
        <w:rPr>
          <w:b/>
        </w:rPr>
        <w:t xml:space="preserve">[00:24] </w:t>
      </w:r>
      <w:r>
        <w:t>lekin is ka ek hissa abhi baqi hai.</w:t>
      </w:r>
    </w:p>
    <w:p>
      <w:pPr>
        <w:jc w:val="right"/>
      </w:pPr>
      <w:r>
        <w:t>لیکن اس کا ایک حصہ ابھی باقی ہے۔</w:t>
      </w:r>
    </w:p>
    <w:p>
      <w:r>
        <w:rPr>
          <w:b/>
        </w:rPr>
        <w:t xml:space="preserve">[00:28] </w:t>
      </w:r>
      <w:r>
        <w:t>woh hai ru'ya-e-sadiqa yaani sachay dream.</w:t>
      </w:r>
    </w:p>
    <w:p>
      <w:pPr>
        <w:jc w:val="right"/>
      </w:pPr>
      <w:r>
        <w:t>وہ ہے روای رویائے صادقہ یعنی سچے ڈریم۔</w:t>
      </w:r>
    </w:p>
    <w:p>
      <w:r>
        <w:rPr>
          <w:b/>
        </w:rPr>
        <w:t xml:space="preserve">[00:37] </w:t>
      </w:r>
      <w:r>
        <w:t>sachay dream. Dekhein sachay dream jo hain woh Khuda ki taraf se hotey hain.</w:t>
      </w:r>
    </w:p>
    <w:p>
      <w:pPr>
        <w:jc w:val="right"/>
      </w:pPr>
      <w:r>
        <w:t>سچے ڈریم۔ دیکھیں سچے ڈریم جو ہیں وہ خدا کی طرف سے ہوتے 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