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stay away from Distraction November 10, 2018</w:t>
      </w:r>
    </w:p>
    <w:p>
      <w:r>
        <w:t>https://www.youtube.com/watch?v=SfVcrBUbvuU</w:t>
      </w:r>
    </w:p>
    <w:p>
      <w:r>
        <w:rPr>
          <w:b/>
        </w:rPr>
        <w:t xml:space="preserve">[00:14] </w:t>
      </w:r>
      <w:r>
        <w:t>bismillah hir rahman nir raheem,</w:t>
      </w:r>
    </w:p>
    <w:p>
      <w:pPr>
        <w:jc w:val="right"/>
      </w:pPr>
      <w:r>
        <w:t>بسم اللہ الرحمن الرحیم،</w:t>
      </w:r>
    </w:p>
    <w:p>
      <w:r>
        <w:rPr>
          <w:b/>
        </w:rPr>
        <w:t xml:space="preserve">[00:19] </w:t>
      </w:r>
      <w:r>
        <w:t>wasalli Allahu alal Nabiyil Kareem.</w:t>
      </w:r>
    </w:p>
    <w:p>
      <w:pPr>
        <w:jc w:val="right"/>
      </w:pPr>
      <w:r>
        <w:t>وصلی اللہ علی نبی الکریم۔</w:t>
      </w:r>
    </w:p>
    <w:p>
      <w:r>
        <w:rPr>
          <w:b/>
        </w:rPr>
        <w:t xml:space="preserve">[00:33] </w:t>
      </w:r>
      <w:r>
        <w:t>Rabishrah li sadri, wa yassir li amri, wah-l-uqdatan min lisani, yafqahu qawli.</w:t>
      </w:r>
    </w:p>
    <w:p>
      <w:pPr>
        <w:jc w:val="right"/>
      </w:pPr>
      <w:r>
        <w:t>رب اشرح لی صدری، ویسر لی امری، واحل العقدۃ من لسانی، یفقہ قولی۔</w:t>
      </w:r>
    </w:p>
    <w:p>
      <w:r>
        <w:rPr>
          <w:b/>
        </w:rPr>
        <w:t xml:space="preserve">[00:46] </w:t>
      </w:r>
      <w:r>
        <w:t>aaj mujhe aik bohat hi mushkil mozu par baat karni hai,</w:t>
      </w:r>
    </w:p>
    <w:p>
      <w:pPr>
        <w:jc w:val="right"/>
      </w:pPr>
      <w:r>
        <w:t>آج مجھے ایک بہت ہی مشکل موضوع پر بات کرنی ہے،</w:t>
      </w:r>
    </w:p>
    <w:p>
      <w:r>
        <w:rPr>
          <w:b/>
        </w:rPr>
        <w:t xml:space="preserve">[00:58] </w:t>
      </w:r>
      <w:r>
        <w:t>Mr. Noody Kapoor ne mujhe yeh mozu diya hai. Distraction se kaise bacha jaye?</w:t>
      </w:r>
    </w:p>
    <w:p>
      <w:pPr>
        <w:jc w:val="right"/>
      </w:pPr>
      <w:r>
        <w:t>مسٹر نودی کپور نے مجھے یہ موضوع دیا ہے۔ ڈسٹریکشن سے کیسے بچا جائے؟</w:t>
      </w:r>
    </w:p>
    <w:p>
      <w:r>
        <w:rPr>
          <w:b/>
        </w:rPr>
        <w:t xml:space="preserve">[01:08] </w:t>
      </w:r>
      <w:r>
        <w:t>distraction se kaise bacha jaye?</w:t>
      </w:r>
    </w:p>
    <w:p>
      <w:pPr>
        <w:jc w:val="right"/>
      </w:pPr>
      <w:r>
        <w:t>ڈسٹریکشن سے کیسے بچا جائے؟</w:t>
      </w:r>
    </w:p>
    <w:p>
      <w:r>
        <w:rPr>
          <w:b/>
        </w:rPr>
        <w:t xml:space="preserve">[01:18] </w:t>
      </w:r>
      <w:r>
        <w:t>to kisi</w:t>
      </w:r>
    </w:p>
    <w:p>
      <w:pPr>
        <w:jc w:val="right"/>
      </w:pPr>
      <w:r>
        <w:t>تو کسی</w:t>
      </w:r>
    </w:p>
    <w:p>
      <w:r>
        <w:rPr>
          <w:b/>
        </w:rPr>
        <w:t xml:space="preserve">[01:23] </w:t>
      </w:r>
      <w:r>
        <w:t>thinker ne aik baat kahi hai,</w:t>
      </w:r>
    </w:p>
    <w:p>
      <w:pPr>
        <w:jc w:val="right"/>
      </w:pPr>
      <w:r>
        <w:t>تھنکر نے ایک بات کہی ہے،</w:t>
      </w:r>
    </w:p>
    <w:p>
      <w:r>
        <w:rPr>
          <w:b/>
        </w:rPr>
        <w:t xml:space="preserve">[01:31] </w:t>
      </w:r>
      <w:r>
        <w:t>woh bohat ziyada relevant hai</w:t>
      </w:r>
    </w:p>
    <w:p>
      <w:pPr>
        <w:jc w:val="right"/>
      </w:pPr>
      <w:r>
        <w:t>وہ بہت زیادہ ریلیونٹ ہے</w:t>
      </w:r>
    </w:p>
    <w:p>
      <w:r>
        <w:rPr>
          <w:b/>
        </w:rPr>
        <w:t xml:space="preserve">[01:37] </w:t>
      </w:r>
      <w:r>
        <w:t>is baat se.</w:t>
      </w:r>
    </w:p>
    <w:p>
      <w:pPr>
        <w:jc w:val="right"/>
      </w:pPr>
      <w:r>
        <w:t>اس بات سے۔</w:t>
      </w:r>
    </w:p>
    <w:p>
      <w:r>
        <w:rPr>
          <w:b/>
        </w:rPr>
        <w:t xml:space="preserve">[01:42] </w:t>
      </w:r>
      <w:r>
        <w:t>is ne kaha ke agar tum kisi line ko chota karna chahte ho</w:t>
      </w:r>
    </w:p>
    <w:p>
      <w:pPr>
        <w:jc w:val="right"/>
      </w:pPr>
      <w:r>
        <w:t>اس نے کہا کہ اگر تم کسی لائن کو چھوٹا کرنا چاہتے ہو</w:t>
      </w:r>
    </w:p>
    <w:p>
      <w:r>
        <w:rPr>
          <w:b/>
        </w:rPr>
        <w:t xml:space="preserve">[01:50] </w:t>
      </w:r>
      <w:r>
        <w:t>to us ke paas aik bari line kheench do, woh apne aap choti ho jayegi.</w:t>
      </w:r>
    </w:p>
    <w:p>
      <w:pPr>
        <w:jc w:val="right"/>
      </w:pPr>
      <w:r>
        <w:t>تو اس کے پاس ایک بڑی لائن کھینچ دو، وہ اپنے آپ چھوٹی ہو جائے گی۔</w:t>
      </w:r>
    </w:p>
    <w:p>
      <w:r>
        <w:rPr>
          <w:b/>
        </w:rPr>
        <w:t xml:space="preserve">[02:00] </w:t>
      </w:r>
      <w:r>
        <w:t>to mein samajhta hoon ke aik momin ke liye</w:t>
      </w:r>
    </w:p>
    <w:p>
      <w:pPr>
        <w:jc w:val="right"/>
      </w:pPr>
      <w:r>
        <w:t>تو میں سمجھتا ہوں کہ ایک مومن کے لیے</w:t>
      </w:r>
    </w:p>
    <w:p>
      <w:r>
        <w:rPr>
          <w:b/>
        </w:rPr>
        <w:t xml:space="preserve">[02:09] </w:t>
      </w:r>
      <w:r>
        <w:t>is moamle mein jo karne ka kaam hai, woh yeh hai ke</w:t>
      </w:r>
    </w:p>
    <w:p>
      <w:pPr>
        <w:jc w:val="right"/>
      </w:pPr>
      <w:r>
        <w:t>اس معاملے میں جو کرنے کا کام ہے، وہ یہ ہے کہ</w:t>
      </w:r>
    </w:p>
    <w:p>
      <w:r>
        <w:rPr>
          <w:b/>
        </w:rPr>
        <w:t xml:space="preserve">[02:20] </w:t>
      </w:r>
      <w:r>
        <w:t>woh Allah Rabbul Alameen ko discover karey, discover karte karte karte wahan pohanch jaye, jabke</w:t>
      </w:r>
    </w:p>
    <w:p>
      <w:pPr>
        <w:jc w:val="right"/>
      </w:pPr>
      <w:r>
        <w:t>وہ اللہ رب العالمین کو ڈسکور کرے، ڈسکور کرتے کرتے کرتے وہاں پہنچ جائے، جبکہ</w:t>
      </w:r>
    </w:p>
    <w:p>
      <w:r>
        <w:rPr>
          <w:b/>
        </w:rPr>
        <w:t xml:space="preserve">[02:33] </w:t>
      </w:r>
      <w:r>
        <w:t>sirf Allah us ke liye</w:t>
      </w:r>
    </w:p>
    <w:p>
      <w:pPr>
        <w:jc w:val="right"/>
      </w:pPr>
      <w:r>
        <w:t>صرف اللہ اس کے لیے</w:t>
      </w:r>
    </w:p>
    <w:p>
      <w:r>
        <w:rPr>
          <w:b/>
        </w:rPr>
        <w:t xml:space="preserve">[02:43] </w:t>
      </w:r>
      <w:r>
        <w:t>aik hi bari haqeeqat ke tor par reh jaye, baqi sari haqeeqatein disappear ho jayen.</w:t>
      </w:r>
    </w:p>
    <w:p>
      <w:pPr>
        <w:jc w:val="right"/>
      </w:pPr>
      <w:r>
        <w:t>ایک ہی بڑی حقیقت کے طور پر رہ جائے، باقی ساری حقیقتیں ڈس اپیئر ہو جائیں۔</w:t>
      </w:r>
    </w:p>
    <w:p>
      <w:r>
        <w:rPr>
          <w:b/>
        </w:rPr>
        <w:t xml:space="preserve">[02:51] </w:t>
      </w:r>
      <w:r>
        <w:t>to apne aap hi aa jata hai yeh yeh sifat ke phir koi cheez aap ko distract karegi nahi, koi cheez aap ko distract karegi nahi.</w:t>
      </w:r>
    </w:p>
    <w:p>
      <w:pPr>
        <w:jc w:val="right"/>
      </w:pPr>
      <w:r>
        <w:t>تو اپنے آپ ہی آ جاتا ہے یہ یہ صفت کہ پھر کوئی چیز آپ کو ڈسٹریکٹ کرے گی نہیں، کوئی چیز آپ کو ڈسٹریکٹ کرے گی نہیں۔</w:t>
      </w:r>
    </w:p>
    <w:p>
      <w:r>
        <w:rPr>
          <w:b/>
        </w:rPr>
        <w:t xml:space="preserve">[03:12] </w:t>
      </w:r>
      <w:r>
        <w:t>is moamle mein aik qissa bohat ziyada illustrative hai ke pehle zamaney mein aik sufi, sufi buzurg they.</w:t>
      </w:r>
    </w:p>
    <w:p>
      <w:pPr>
        <w:jc w:val="right"/>
      </w:pPr>
      <w:r>
        <w:t>اس معاملے میں ایک قصہ بہت زیادہ السٹریٹیو ہے کہ پہلے زمانے میں ایک صوفی، صوفی بزرگ تھے۔</w:t>
      </w:r>
    </w:p>
    <w:p>
      <w:r>
        <w:rPr>
          <w:b/>
        </w:rPr>
        <w:t xml:space="preserve">[03:27] </w:t>
      </w:r>
      <w:r>
        <w:t>to sofi log jo thay, aap jantay hain ke jo kapra pehan liya, pehan liya, kapra badalna un un ka nahi hota, jab phat phat ke nikal jaye to nikal jaye.</w:t>
      </w:r>
    </w:p>
    <w:p>
      <w:pPr>
        <w:jc w:val="right"/>
      </w:pPr>
      <w:r>
        <w:t>تو صوفی لوگ جو تھے، آپ جانتے ہیں کہ جو کپڑا پہن لیا، پہن لیا، کپڑا بدلنا ان ان کا نہیں ہوتا، جب پھٹ پھٹ کے نکل جائے تو نکل جائے۔</w:t>
      </w:r>
    </w:p>
    <w:p>
      <w:r>
        <w:rPr>
          <w:b/>
        </w:rPr>
        <w:t xml:space="preserve">[03:39] </w:t>
      </w:r>
      <w:r>
        <w:t>to wo bohat dinon se ek kapra pehantay thay, to pehantay pehantay is mein kuch</w:t>
      </w:r>
    </w:p>
    <w:p>
      <w:pPr>
        <w:jc w:val="right"/>
      </w:pPr>
      <w:r>
        <w:t>تو وہ بہت دنوں سے ایک کپڑا پہنتے تھے، تو پہنتے پہنتے اس میں کچھ</w:t>
      </w:r>
    </w:p>
    <w:p>
      <w:r>
        <w:rPr>
          <w:b/>
        </w:rPr>
        <w:t xml:space="preserve">[03:51] </w:t>
      </w:r>
      <w:r>
        <w:t>ek kapray ke keeRay hotay hain, wo is mein par gaya.</w:t>
      </w:r>
    </w:p>
    <w:p>
      <w:pPr>
        <w:jc w:val="right"/>
      </w:pPr>
      <w:r>
        <w:t>ایک کپڑے کے کیڑے ہوتے ہیں، وہ اس میں پڑ گیا۔</w:t>
      </w:r>
    </w:p>
    <w:p>
      <w:r>
        <w:rPr>
          <w:b/>
        </w:rPr>
        <w:t xml:space="preserve">[04:00] </w:t>
      </w:r>
      <w:r>
        <w:t>to wo buzurg aur un ke murreed dhoop mein baith kar, jaRay ke zamanay mein dhoop mein baith kar kapray ka keeRa nikaal rahay thay, dono.</w:t>
      </w:r>
    </w:p>
    <w:p>
      <w:pPr>
        <w:jc w:val="right"/>
      </w:pPr>
      <w:r>
        <w:t>تو وہ بزرگ اور ان کے مرید دھوپ میں بیٹھ کر، جاڑے کے زمانے میں دھوپ میں بیٹھ کر کپڑے کا کیڑا نکال رہے تھے، دونوں۔</w:t>
      </w:r>
    </w:p>
    <w:p>
      <w:r>
        <w:rPr>
          <w:b/>
        </w:rPr>
        <w:t xml:space="preserve">[04:19] </w:t>
      </w:r>
      <w:r>
        <w:t>to jo un ke murreed thay, achaanak</w:t>
      </w:r>
    </w:p>
    <w:p>
      <w:pPr>
        <w:jc w:val="right"/>
      </w:pPr>
      <w:r>
        <w:t>تو جو ان کے مرید تھے، اچانک</w:t>
      </w:r>
    </w:p>
    <w:p>
      <w:r>
        <w:rPr>
          <w:b/>
        </w:rPr>
        <w:t xml:space="preserve">[04:27] </w:t>
      </w:r>
      <w:r>
        <w:t>lagay Hazrat, Hazrat, Hazrat, yani koi bari cheez aa gayi un ke samnay to us ko batane laga.</w:t>
      </w:r>
    </w:p>
    <w:p>
      <w:pPr>
        <w:jc w:val="right"/>
      </w:pPr>
      <w:r>
        <w:t>لگے حضرت، حضرت، حضرت، یعنی کوئی بڑی چیز آ گئی ان کے سامنے تو اس کو بتانے لگے۔</w:t>
      </w:r>
    </w:p>
    <w:p>
      <w:r>
        <w:rPr>
          <w:b/>
        </w:rPr>
        <w:t xml:space="preserve">[04:36] </w:t>
      </w:r>
      <w:r>
        <w:t>Hazrat, Hazrat, wo</w:t>
      </w:r>
    </w:p>
    <w:p>
      <w:pPr>
        <w:jc w:val="right"/>
      </w:pPr>
      <w:r>
        <w:t>حضرت، حضرت، وہ</w:t>
      </w:r>
    </w:p>
    <w:p>
      <w:r>
        <w:rPr>
          <w:b/>
        </w:rPr>
        <w:t xml:space="preserve">[04:42] </w:t>
      </w:r>
      <w:r>
        <w:t>to Hazrat ne sir nahi uthaya, sir uthaye baghair poocha ke kya baat hai?</w:t>
      </w:r>
    </w:p>
    <w:p>
      <w:pPr>
        <w:jc w:val="right"/>
      </w:pPr>
      <w:r>
        <w:t>تو حضرت نے سر نہیں اٹھایا، سر اٹھائے بغیر پوچھا کہ کیا بات ہے؟</w:t>
      </w:r>
    </w:p>
    <w:p>
      <w:r>
        <w:rPr>
          <w:b/>
        </w:rPr>
        <w:t xml:space="preserve">[04:54] </w:t>
      </w:r>
      <w:r>
        <w:t>to murreed bola ke Hazrat, wo wazir ki sawari aa rahi hai. Pehlay zamanay mein badshah ka sirf ek wazir hota tha,</w:t>
      </w:r>
    </w:p>
    <w:p>
      <w:pPr>
        <w:jc w:val="right"/>
      </w:pPr>
      <w:r>
        <w:t>تو مرید بولا کہ حضرت، وہ وزیر کی سواری آ رہی ہے۔ پہلے زمانے میں بادشاہ کا صرف ایک وزیر ہوتا تھا،</w:t>
      </w:r>
    </w:p>
    <w:p>
      <w:r>
        <w:rPr>
          <w:b/>
        </w:rPr>
        <w:t xml:space="preserve">[05:10] </w:t>
      </w:r>
      <w:r>
        <w:t>aaj kal ke lihaaz se wo prime minister ya wazir-e-azam hua karta tha, wo aa raha tha. To us zamanay mein car to hoti nahi thi, to sawari chalti thi,</w:t>
      </w:r>
    </w:p>
    <w:p>
      <w:pPr>
        <w:jc w:val="right"/>
      </w:pPr>
      <w:r>
        <w:t>آج کل کے لحاظ سے وہ پرائم منسٹر یا وزیراعظم ہوا کرتا تھا، وہ آ رہا تھا۔ تو اس زمانے میں کار تو ہوتی نہیں تھی، تو سواری چلتی تھی،</w:t>
      </w:r>
    </w:p>
    <w:p>
      <w:r>
        <w:rPr>
          <w:b/>
        </w:rPr>
        <w:t xml:space="preserve">[05:25] </w:t>
      </w:r>
      <w:r>
        <w:t>ghoray bohat se. To wazir sahib aa rahay thay, bohat se ghoray thay, un ke agay peechay bohat se log thay.</w:t>
      </w:r>
    </w:p>
    <w:p>
      <w:pPr>
        <w:jc w:val="right"/>
      </w:pPr>
      <w:r>
        <w:t>گھوڑے بہت سے۔ تو وزیر صاحب آ رہے تھے، بہت سے گھوڑے تھے، ان کے آگے پیچھے بہت سے لوگ تھے۔</w:t>
      </w:r>
    </w:p>
    <w:p>
      <w:r>
        <w:rPr>
          <w:b/>
        </w:rPr>
        <w:t xml:space="preserve">[05:41] </w:t>
      </w:r>
      <w:r>
        <w:t>to jo buzurg thay,</w:t>
      </w:r>
    </w:p>
    <w:p>
      <w:pPr>
        <w:jc w:val="right"/>
      </w:pPr>
      <w:r>
        <w:t>تو جو بزرگ تھے،</w:t>
      </w:r>
    </w:p>
    <w:p>
      <w:r>
        <w:rPr>
          <w:b/>
        </w:rPr>
        <w:t xml:space="preserve">[05:48] </w:t>
      </w:r>
      <w:r>
        <w:t>unhon ne kaha, sir nahi uthaya, unhon ne baghair sir uthaye kaha, main ne to samjha ke tum ko koi bara keeRa mil gaya hai.</w:t>
      </w:r>
    </w:p>
    <w:p>
      <w:pPr>
        <w:jc w:val="right"/>
      </w:pPr>
      <w:r>
        <w:t>انہوں نے کہا، سر نہیں اٹھایا، انہوں نے بغیر سر اٹھائے کہا، میں نے تو سمجھا کہ تم کو کوئی بڑا کیڑا مل گیا ہے۔</w:t>
      </w:r>
    </w:p>
    <w:p>
      <w:r>
        <w:rPr>
          <w:b/>
        </w:rPr>
        <w:t xml:space="preserve">[06:01] </w:t>
      </w:r>
      <w:r>
        <w:t>to asal cheez hoti hai yeh ke hamari discovery mein kami hoti hai,</w:t>
      </w:r>
    </w:p>
    <w:p>
      <w:pPr>
        <w:jc w:val="right"/>
      </w:pPr>
      <w:r>
        <w:t>تو اصل چیز ہوتی ہے یہ کہ ہماری ڈسکوری میں کمی ہوتی ہے،</w:t>
      </w:r>
    </w:p>
    <w:p>
      <w:r>
        <w:rPr>
          <w:b/>
        </w:rPr>
        <w:t xml:space="preserve">[06:13] </w:t>
      </w:r>
      <w:r>
        <w:t>discovery mein kami kami hoti hai. Ek God Almighty ko hum sab se baray cases se discover kiye hue nahi hotay, to har cheez hamein bari dikhai parti hai.</w:t>
      </w:r>
    </w:p>
    <w:p>
      <w:pPr>
        <w:jc w:val="right"/>
      </w:pPr>
      <w:r>
        <w:t>ڈسکوری میں کمی کمی ہوتی ہے۔ ایک گاڈ المائٹری کو ہم سب سے بڑے کیسز سے ڈسکور کیے ہوئے نہیں ہوتے، تو ہر چیز ہمیں بڑی دکھائی پڑتی ہے۔</w:t>
      </w:r>
    </w:p>
    <w:p>
      <w:r>
        <w:rPr>
          <w:b/>
        </w:rPr>
        <w:t xml:space="preserve">[06:37] </w:t>
      </w:r>
      <w:r>
        <w:t>yeh main yeh nahi kehta ke main main ne kuch paya hai, lekin mere mizaj mein ek cheez thi bachpan se ke koi cheez mujhe achi ya bari ya khaas nahi dikhai parti thi, kuch bhi nahi.</w:t>
      </w:r>
    </w:p>
    <w:p>
      <w:pPr>
        <w:jc w:val="right"/>
      </w:pPr>
      <w:r>
        <w:t>یہ میں یہ نہیں کہتا کہ میں میں نے کچھ پایا ہے، لیکن میرے مزاج میں ایک چیز تھی بچپن سے کہ کوئی چیز مجھے اچھی یا بڑی یا خاص نہیں دکھائی پڑتی تھی، کچھ بھی نہیں۔</w:t>
      </w:r>
    </w:p>
    <w:p>
      <w:r>
        <w:rPr>
          <w:b/>
        </w:rPr>
        <w:t xml:space="preserve">[06:59] </w:t>
      </w:r>
      <w:r>
        <w:t>misalan jab main chota tha</w:t>
      </w:r>
    </w:p>
    <w:p>
      <w:pPr>
        <w:jc w:val="right"/>
      </w:pPr>
      <w:r>
        <w:t>مثلاً جب میں چھوٹا تھا</w:t>
      </w:r>
    </w:p>
    <w:p>
      <w:r>
        <w:rPr>
          <w:b/>
        </w:rPr>
        <w:t xml:space="preserve">[07:04] </w:t>
      </w:r>
      <w:r>
        <w:t>to Eid aati thi to ghar ke bachay naye naye kapray pehantay thay aur khoob khush hotay thay, main pehanta hi nahi tha.</w:t>
      </w:r>
    </w:p>
    <w:p>
      <w:pPr>
        <w:jc w:val="right"/>
      </w:pPr>
      <w:r>
        <w:t>تو عید آتی تھی تو گھر کے بچے نئے نئے کپڑے پہنتے تھے اور خوب خوش ہوتے تھے، میں پہنتا ہی نہیں تھا۔</w:t>
      </w:r>
    </w:p>
    <w:p>
      <w:r>
        <w:rPr>
          <w:b/>
        </w:rPr>
        <w:t xml:space="preserve">[07:15] </w:t>
      </w:r>
      <w:r>
        <w:t>jo kapra banaya jata tha, pehanta hi nahi tha. Aur der ho rahi hai, der ho rahi hai namaz ke janay ke liye to meri maan kehti thi, "pehan lo, pehan lo." main pehanta hi nahi tha</w:t>
      </w:r>
    </w:p>
    <w:p>
      <w:pPr>
        <w:jc w:val="right"/>
      </w:pPr>
      <w:r>
        <w:t>جو کپڑا بنایا جاتا تھا، پہنتا ہی نہیں تھا۔ اور دیر ہو رہی ہے، دیر ہو رہی ہے نماز کے جانے کے لیے تو میری ماں کہتی تھی، "پہن لو، پہن لو۔" میں پہنتا ہی نہیں تھا</w:t>
      </w:r>
    </w:p>
    <w:p>
      <w:r>
        <w:rPr>
          <w:b/>
        </w:rPr>
        <w:t xml:space="preserve">[07:33] </w:t>
      </w:r>
      <w:r>
        <w:t>kyun ke wo pehanna ya na pehanna dono mujhe barabar lagta tha,</w:t>
      </w:r>
    </w:p>
    <w:p>
      <w:pPr>
        <w:jc w:val="right"/>
      </w:pPr>
      <w:r>
        <w:t>کیونکہ وہ پہننا یا نہ پہننا دونوں مجھے برابر لگتا تھا،</w:t>
      </w:r>
    </w:p>
    <w:p>
      <w:r>
        <w:rPr>
          <w:b/>
        </w:rPr>
        <w:t xml:space="preserve">[07:40] </w:t>
      </w:r>
      <w:r>
        <w:t>pehanna na pehanna dono barabar lagta tha mujhe. Aisay hi khanay mein acha khana, bura khana barabar lagta tha.</w:t>
      </w:r>
    </w:p>
    <w:p>
      <w:pPr>
        <w:jc w:val="right"/>
      </w:pPr>
      <w:r>
        <w:t>پہننا نہ پہننا دونوں برابر لگتا تھا مجھے۔ ایسے ہی کھانے میں اچھا کھانا، برا کھانا برابر لگتا تھا۔</w:t>
      </w:r>
    </w:p>
    <w:p>
      <w:r>
        <w:rPr>
          <w:b/>
        </w:rPr>
        <w:t xml:space="preserve">[07:51] </w:t>
      </w:r>
      <w:r>
        <w:t>misalan main parhta tha kisi madrassay mein jo ghar se qareeb tha to har jumay ko main wahan se ghar aya karta tha.</w:t>
      </w:r>
    </w:p>
    <w:p>
      <w:pPr>
        <w:jc w:val="right"/>
      </w:pPr>
      <w:r>
        <w:t>مثلاً میں پڑھتا تھا کسی مدرسے میں جو گھر سے قریب تھا تو ہر جمعہ کو میں وہاں سے گھر آیا کرتا تھا۔</w:t>
      </w:r>
    </w:p>
    <w:p>
      <w:r>
        <w:rPr>
          <w:b/>
        </w:rPr>
        <w:t xml:space="preserve">[08:02] </w:t>
      </w:r>
      <w:r>
        <w:t>to mujhe maan poochti thi, "aaj kya pakayen?" main yaad hai mujhe ke kabhi ek baar bhi main ne nahi kaha ke falan cheez pakaiye, main ne kaha ke jo hai wahi kha lein ge,</w:t>
      </w:r>
    </w:p>
    <w:p>
      <w:pPr>
        <w:jc w:val="right"/>
      </w:pPr>
      <w:r>
        <w:t>تو مجھے ماں پوچھتی تھی، "آج کیا پکائیں؟" میں یاد ہے مجھے کہ کبھی ایک بار بھی میں نے نہیں کہا کہ فلاں چیز پکائیے، میں نے کہا کہ جو ہے وہی کھا لیں گے،</w:t>
      </w:r>
    </w:p>
    <w:p>
      <w:r>
        <w:rPr>
          <w:b/>
        </w:rPr>
        <w:t xml:space="preserve">[08:21] </w:t>
      </w:r>
      <w:r>
        <w:t>jo hai wahi kha lein ge. Hamaray gaon se</w:t>
      </w:r>
    </w:p>
    <w:p>
      <w:pPr>
        <w:jc w:val="right"/>
      </w:pPr>
      <w:r>
        <w:t>جو ہے وہی کھا لیں گے۔ ہمارے گاؤں سے</w:t>
      </w:r>
    </w:p>
    <w:p>
      <w:r>
        <w:rPr>
          <w:b/>
        </w:rPr>
        <w:t xml:space="preserve">[08:31] </w:t>
      </w:r>
      <w:r>
        <w:t>shayad do kilometer ke door par ek gaon tha, bara Baseenpur naam tha is ka, wahan par das sehra ka mahal lagta tha. To gaon ke bachay jatay thay wahan, to wo bachay mujhe bhi le atay thay.</w:t>
      </w:r>
    </w:p>
    <w:p>
      <w:pPr>
        <w:jc w:val="right"/>
      </w:pPr>
      <w:r>
        <w:t>شاید دو کلومیٹر کے دور پر ایک گاؤں تھا، بڑا بسین پور نام تھا اس کا، وہاں پر دس سہرے کا محل لگتا تھا۔ تو گاؤں کے بچے جاتے تھے وہاں، تو وہ بچے مجھے بھی لے آتے تھے۔</w:t>
      </w:r>
    </w:p>
    <w:p>
      <w:r>
        <w:rPr>
          <w:b/>
        </w:rPr>
        <w:t xml:space="preserve">[08:46] </w:t>
      </w:r>
      <w:r>
        <w:t>to jaate hue meri maa meri jeb mein kuch paisa daal deti thi, paisa sab bachchon ke, main un ke meri jeb mein paisa daal deti thi.</w:t>
      </w:r>
    </w:p>
    <w:p>
      <w:pPr>
        <w:jc w:val="right"/>
      </w:pPr>
      <w:r>
        <w:t>تو جاتے ہوئے میری ماں میری جیب میں کچھ پیسہ ڈال دیتی تھی، پیسہ سب بچوں کے، میں ان کے میری جیب میں پیسہ ڈال دیتی تھی۔</w:t>
      </w:r>
    </w:p>
    <w:p>
      <w:r>
        <w:rPr>
          <w:b/>
        </w:rPr>
        <w:t xml:space="preserve">[08:57] </w:t>
      </w:r>
      <w:r>
        <w:t>to hamari maa bhi daalti thi, magar har baar main waise hi phir le ke laut aata tha. kabhi kisi mele mein maine koi kharidari nahi ki thi, jo paisa maa ne diya wahi la ke lota diya.</w:t>
      </w:r>
    </w:p>
    <w:p>
      <w:pPr>
        <w:jc w:val="right"/>
      </w:pPr>
      <w:r>
        <w:t>تو ہماری ماں بھی ڈالتی تھی، مگر ہر بار میں ویسے ہی پھر لے کے لوٹ آتا تھا۔ کبھی کسی میلے میں میں نے کوئی خریداری نہیں کی تھی، جو پیسہ ماں نے دیا وہی لا کے لوٹا دیا۔</w:t>
      </w:r>
    </w:p>
    <w:p>
      <w:r>
        <w:rPr>
          <w:b/>
        </w:rPr>
        <w:t xml:space="preserve">[09:17] </w:t>
      </w:r>
      <w:r>
        <w:t>to main yeh nahi kehta ke main koi is sufi buzurg ki tarah hoon, lekin meri ek mizaji sifat thi, is ko main samajhta hoon ke is se aap samajh sakte hain ke kaise aadmi apne ko bachaye distraction se.</w:t>
      </w:r>
    </w:p>
    <w:p>
      <w:pPr>
        <w:jc w:val="right"/>
      </w:pPr>
      <w:r>
        <w:t>تو میں یہ نہیں کہتا کہ میں کوئی اس صوفی بزرگ کی طرح ہوں، لیکن میری ایک مزاجی صفت تھی، اس کو میں سمجھتا ہوں کہ اس سے آپ سمجھ سکتے ہیں کہ کیسے آدمی اپنے کو بچائے ڈسٹریکشن سے۔</w:t>
      </w:r>
    </w:p>
    <w:p>
      <w:r>
        <w:rPr>
          <w:b/>
        </w:rPr>
        <w:t xml:space="preserve">[09:37] </w:t>
      </w:r>
      <w:r>
        <w:t>to isi tarah se main chalta raha, yahan tak ke main america jab bada hone ke baad gaya, bada hone ke baad to wahan par ek the farooq chishti, unhi ka hamein thehra hua tha.</w:t>
      </w:r>
    </w:p>
    <w:p>
      <w:pPr>
        <w:jc w:val="right"/>
      </w:pPr>
      <w:r>
        <w:t>تو اسی طرح سے میں چلتا رہا، یہاں تک کہ میں امریکہ جب بڑا ہونے کے بعد گیا، بڑا ہونے کے بعد تو وہاں پر ایک تھے فاروق چشتی، انہی کا ہمیں ٹھہرا ہوا تھا۔</w:t>
      </w:r>
    </w:p>
    <w:p>
      <w:r>
        <w:rPr>
          <w:b/>
        </w:rPr>
        <w:t xml:space="preserve">[09:55] </w:t>
      </w:r>
      <w:r>
        <w:t>aur maa yahan se gaya tha, hyderabad ke hain habib bhai, habib bhai un ke saath gaya tha.</w:t>
      </w:r>
    </w:p>
    <w:p>
      <w:pPr>
        <w:jc w:val="right"/>
      </w:pPr>
      <w:r>
        <w:t>اور ماں یہاں سے گیا تھا، حیدرآباد کے ہیں حبیب بھائی، حبیب بھائی ان کے ساتھ گیا تھا۔</w:t>
      </w:r>
    </w:p>
    <w:p>
      <w:r>
        <w:rPr>
          <w:b/>
        </w:rPr>
        <w:t xml:space="preserve">[10:05] </w:t>
      </w:r>
      <w:r>
        <w:t>to ek din farooq chishti sahab hum logon ko le gaye shopping center mein, main tha habib bhai hyderabad wale aur farooq chishti log wahan rehte the,</w:t>
      </w:r>
    </w:p>
    <w:p>
      <w:pPr>
        <w:jc w:val="right"/>
      </w:pPr>
      <w:r>
        <w:t>تو ایک دن فاروق چشتی صاحب ہم لوگوں کو لے گئے شاپنگ سینٹر میں، میں تھا حبیب بھائی حیدرآباد والے اور فاروق چشتی لوگ وہاں رہتے تھے،</w:t>
      </w:r>
    </w:p>
    <w:p>
      <w:r>
        <w:rPr>
          <w:b/>
        </w:rPr>
        <w:t xml:space="preserve">[10:22] </w:t>
      </w:r>
      <w:r>
        <w:t>hum teen aadmi.</w:t>
      </w:r>
    </w:p>
    <w:p>
      <w:pPr>
        <w:jc w:val="right"/>
      </w:pPr>
      <w:r>
        <w:t>ہم تین آدمی۔</w:t>
      </w:r>
    </w:p>
    <w:p>
      <w:r>
        <w:rPr>
          <w:b/>
        </w:rPr>
        <w:t xml:space="preserve">[10:26] </w:t>
      </w:r>
      <w:r>
        <w:t>wo jo long coat hota hai, wo unhein kharidna tha,</w:t>
      </w:r>
    </w:p>
    <w:p>
      <w:pPr>
        <w:jc w:val="right"/>
      </w:pPr>
      <w:r>
        <w:t>وہ جو لانگ کوٹ ہوتا ہے، وہ انہیں خریدنا تھا،</w:t>
      </w:r>
    </w:p>
    <w:p>
      <w:r>
        <w:rPr>
          <w:b/>
        </w:rPr>
        <w:t xml:space="preserve">[10:38] </w:t>
      </w:r>
      <w:r>
        <w:t>long coat ya barsati coat kuch kehte hain is ko. to wo log bazaar mein ja kar ke jahan bahut sari coat latki hui thi,</w:t>
      </w:r>
    </w:p>
    <w:p>
      <w:pPr>
        <w:jc w:val="right"/>
      </w:pPr>
      <w:r>
        <w:t>لانگ کوٹ یا برساتی کوٹ کچھ کہتے ہیں اس کو۔ تو وہ لوگ بازار میں جا کر کے جہاں بہت ساری کوٹ لٹکی ہوئی تھی،</w:t>
      </w:r>
    </w:p>
    <w:p>
      <w:r>
        <w:rPr>
          <w:b/>
        </w:rPr>
        <w:t xml:space="preserve">[10:53] </w:t>
      </w:r>
      <w:r>
        <w:t>is ko dekh rahe the, pasand kar rahe the apne liye. achha, main aise hi bilkul indifferent way mein ek kinare khada hua tha.</w:t>
      </w:r>
    </w:p>
    <w:p>
      <w:pPr>
        <w:jc w:val="right"/>
      </w:pPr>
      <w:r>
        <w:t>اس کو دیکھ رہے تھے، پسند کر رہے تھے اپنے لیے۔ اچھا، میں ایسے ہی بالکل ان ڈفرنٹ وے میں ایک کنارے کھڑا ہوا تھا۔</w:t>
      </w:r>
    </w:p>
    <w:p>
      <w:r>
        <w:rPr>
          <w:b/>
        </w:rPr>
        <w:t xml:space="preserve">[11:08] </w:t>
      </w:r>
      <w:r>
        <w:t>to kya hua,</w:t>
      </w:r>
    </w:p>
    <w:p>
      <w:pPr>
        <w:jc w:val="right"/>
      </w:pPr>
      <w:r>
        <w:t>تو کیا ہوا،</w:t>
      </w:r>
    </w:p>
    <w:p>
      <w:r>
        <w:rPr>
          <w:b/>
        </w:rPr>
        <w:t xml:space="preserve">[11:12] </w:t>
      </w:r>
      <w:r>
        <w:t>habib bhai aur farooq chishti sahab ne ek coat ko pasand kiya</w:t>
      </w:r>
    </w:p>
    <w:p>
      <w:pPr>
        <w:jc w:val="right"/>
      </w:pPr>
      <w:r>
        <w:t>حبیب بھائی اور فاروق چشتی صاحب نے ایک کوٹ کو پسند کیا</w:t>
      </w:r>
    </w:p>
    <w:p>
      <w:r>
        <w:rPr>
          <w:b/>
        </w:rPr>
        <w:t xml:space="preserve">[11:19] </w:t>
      </w:r>
      <w:r>
        <w:t>jo bahut achha tha aur bahut achha color tha is ka aur bahut achha kapda tha is ka.</w:t>
      </w:r>
    </w:p>
    <w:p>
      <w:pPr>
        <w:jc w:val="right"/>
      </w:pPr>
      <w:r>
        <w:t>جو بہت اچھا تھا اور بہت اچھا کلر تھا اس کا اور بہت اچھا کپڑا تھا اس کا۔</w:t>
      </w:r>
    </w:p>
    <w:p>
      <w:r>
        <w:rPr>
          <w:b/>
        </w:rPr>
        <w:t xml:space="preserve">[11:29] </w:t>
      </w:r>
      <w:r>
        <w:t>to logon ne, un logon ne, main to apna khada tha, aise hi is ko lena chaha. jo salesman tha, us ne kaha ke is ka daam batao, yeh hum lena chahte hain is ko.</w:t>
      </w:r>
    </w:p>
    <w:p>
      <w:pPr>
        <w:jc w:val="right"/>
      </w:pPr>
      <w:r>
        <w:t>تو لوگوں نے، ان لوگوں نے، میں تو اپنا کھڑا تھا، ایسے ہی اس کو لینا چاہا۔ جو سیل مین تھا، اس نے کہا کہ اس کا دام بتاؤ، یہ ہم لینا چاہتے ہیں اس کو۔</w:t>
      </w:r>
    </w:p>
    <w:p>
      <w:r>
        <w:rPr>
          <w:b/>
        </w:rPr>
        <w:t xml:space="preserve">[11:47] </w:t>
      </w:r>
      <w:r>
        <w:t>to jis ko kehte hain tag, t a g, us ne dekha to is ka tag jo latak raha tha, us ne likha tha 80, yani 80 dollar, eight zero,</w:t>
      </w:r>
    </w:p>
    <w:p>
      <w:pPr>
        <w:jc w:val="right"/>
      </w:pPr>
      <w:r>
        <w:t>تو جس کو کہتے ہیں ٹیگ، ٹی اے جی، اس نے دیکھا تو اس کا ٹیگ جو لٹک رہا تھا، اس نے لکھا تھا 80، یعنی 80 ڈالر، ایٹ زیرو،</w:t>
      </w:r>
    </w:p>
    <w:p>
      <w:r>
        <w:rPr>
          <w:b/>
        </w:rPr>
        <w:t xml:space="preserve">[12:03] </w:t>
      </w:r>
      <w:r>
        <w:t>80 dollar. to dono ne pasand kar liya. to kya ek habib bhai ne aur ek chishti sahab ne.</w:t>
      </w:r>
    </w:p>
    <w:p>
      <w:pPr>
        <w:jc w:val="right"/>
      </w:pPr>
      <w:r>
        <w:t>80 ڈالر۔ تو دونوں نے پسند کر لیا۔ تو کیا ایک حبیب بھائی نے اور ایک چشتی صاحب نے۔</w:t>
      </w:r>
    </w:p>
    <w:p>
      <w:r>
        <w:rPr>
          <w:b/>
        </w:rPr>
        <w:t xml:space="preserve">[12:22] </w:t>
      </w:r>
      <w:r>
        <w:t>to is ke baad jab jo price list thi, us mein check kiya</w:t>
      </w:r>
    </w:p>
    <w:p>
      <w:pPr>
        <w:jc w:val="right"/>
      </w:pPr>
      <w:r>
        <w:t>تو اس کے بعد جب جو پرائس لسٹ تھی، اس میں چیک کیا</w:t>
      </w:r>
    </w:p>
    <w:p>
      <w:r>
        <w:rPr>
          <w:b/>
        </w:rPr>
        <w:t xml:space="preserve">[12:33] </w:t>
      </w:r>
      <w:r>
        <w:t>salesman ne, to us mein likha hua tha 108 dollar, 180 dollar.</w:t>
      </w:r>
    </w:p>
    <w:p>
      <w:pPr>
        <w:jc w:val="right"/>
      </w:pPr>
      <w:r>
        <w:t>سیل مین نے، تو اس میں لکھا ہوا تھا 108 ڈالر، 180 ڈالر۔</w:t>
      </w:r>
    </w:p>
    <w:p>
      <w:r>
        <w:rPr>
          <w:b/>
        </w:rPr>
        <w:t xml:space="preserve">[12:46] </w:t>
      </w:r>
      <w:r>
        <w:t>tab un ka shauk pad gaya in logon ka</w:t>
      </w:r>
    </w:p>
    <w:p>
      <w:pPr>
        <w:jc w:val="right"/>
      </w:pPr>
      <w:r>
        <w:t>تب ان کا شوق پڑ گیا ان لوگوں کا</w:t>
      </w:r>
    </w:p>
    <w:p>
      <w:r>
        <w:rPr>
          <w:b/>
        </w:rPr>
        <w:t xml:space="preserve">[12:50] </w:t>
      </w:r>
      <w:r>
        <w:t>ke tag mein tha 80 dollar, us mein tha 800 dollar. to ab ab unhone 80 dollar mil raha tha woh.</w:t>
      </w:r>
    </w:p>
    <w:p>
      <w:pPr>
        <w:jc w:val="right"/>
      </w:pPr>
      <w:r>
        <w:t>کہ ٹیگ میں تھا 80 ڈالر، اس میں تھا 800 ڈالر۔ تو اب اب انہوں نے 80 ڈالر مل رہا تھا وہ۔</w:t>
      </w:r>
    </w:p>
    <w:p>
      <w:r>
        <w:rPr>
          <w:b/>
        </w:rPr>
        <w:t xml:space="preserve">[13:02] </w:t>
      </w:r>
      <w:r>
        <w:t>to lekin sheikh salesman ko kuch shak hua, to us ne bulaya apne manager ko.</w:t>
      </w:r>
    </w:p>
    <w:p>
      <w:pPr>
        <w:jc w:val="right"/>
      </w:pPr>
      <w:r>
        <w:t>تو لیکن شیخ سیل مین کو کچھ شک ہوا، تو اس نے بلایا اپنے مینیجر کو۔</w:t>
      </w:r>
    </w:p>
    <w:p>
      <w:r>
        <w:rPr>
          <w:b/>
        </w:rPr>
        <w:t xml:space="preserve">[13:12] </w:t>
      </w:r>
      <w:r>
        <w:t>to manager ne check kiya jo aur un ke paas system hoga, check kiya to us ne elaan kiya ke is ka daam 880 dollar hai, 80 nahi.</w:t>
      </w:r>
    </w:p>
    <w:p>
      <w:pPr>
        <w:jc w:val="right"/>
      </w:pPr>
      <w:r>
        <w:t>تو مینیجر نے چیک کیا جو اور ان کے پاس سسٹم ہوگا، چیک کیا تو اس نے اعلان کیا کہ اس کا دام 880 ڈالر ہے، 80 نہیں۔</w:t>
      </w:r>
    </w:p>
    <w:p>
      <w:r>
        <w:rPr>
          <w:b/>
        </w:rPr>
        <w:t xml:space="preserve">[13:30] </w:t>
      </w:r>
      <w:r>
        <w:t>to aap ko agar lena hai to 180 dollar ka milega aap ko yeh coat. ab habib bhai aur shahrukh chishti sahab ne kaha ke hum to zyada nahi denge,</w:t>
      </w:r>
    </w:p>
    <w:p>
      <w:pPr>
        <w:jc w:val="right"/>
      </w:pPr>
      <w:r>
        <w:t>تو آپ کو اگر لینا ہے تو 180 ڈالر کا ملے گا آپ کو یہ کوٹ۔ اب حبیب بھائی اور شاہرخ چشتی صاحب نے کہا کہ ہم تو زیادہ نہیں دیں گے،</w:t>
      </w:r>
    </w:p>
    <w:p>
      <w:r>
        <w:rPr>
          <w:b/>
        </w:rPr>
        <w:t xml:space="preserve">[13:45] </w:t>
      </w:r>
      <w:r>
        <w:t>jab aap ke tag mein likha hua hai 80 to hum to 80 denge. to kuch der tak behas hui to jo bada afsar tha, us ne faisla diya ke jab galti hamari hai to hum hi ko is ka bhugtna padega.</w:t>
      </w:r>
    </w:p>
    <w:p>
      <w:pPr>
        <w:jc w:val="right"/>
      </w:pPr>
      <w:r>
        <w:t>جب آپ کے ٹیگ میں لکھا ہوا ہے 80 تو ہم تو 80 دیں گے۔ تو کچھ دیر تک بحث ہوئی تو جو بڑا افسر تھا، اس نے فیصلہ دیا کہ جب غلطی ہماری ہے تو ہم ہی کو اس کا بھگتنا پڑے گا۔</w:t>
      </w:r>
    </w:p>
    <w:p>
      <w:r>
        <w:rPr>
          <w:b/>
        </w:rPr>
        <w:t xml:space="preserve">[14:05] </w:t>
      </w:r>
      <w:r>
        <w:t>to salesman se kaha unhone ke ab ab in ko isi daam par de do, yani 80 dollar mein. to wo bahut sasta laga logon ko.</w:t>
      </w:r>
    </w:p>
    <w:p>
      <w:pPr>
        <w:jc w:val="right"/>
      </w:pPr>
      <w:r>
        <w:t>تو سیل مین سے کہا انہوں نے کہ اب اب ان کو اسی دام پر دے دو، یعنی 80 ڈالر میں۔ تو وہ بہت سستا لگا لوگوں کو۔</w:t>
      </w:r>
    </w:p>
    <w:p>
      <w:r>
        <w:rPr>
          <w:b/>
        </w:rPr>
        <w:t xml:space="preserve">[14:19] </w:t>
      </w:r>
      <w:r>
        <w:t>to unhon ne faisla kiya do do coat lene ka. Habib bhai ne bhi do coat aur Farooq Chishti sahib ne do coat.</w:t>
      </w:r>
    </w:p>
    <w:p>
      <w:pPr>
        <w:jc w:val="right"/>
      </w:pPr>
      <w:r>
        <w:t>تو انہوں نے فیصلہ کیا دو دو کوٹ لینے کا۔ حبیب بھائی نے بھی دو کوٹ اور فاروق چشتی صاحب نے دو کوٹ۔</w:t>
      </w:r>
    </w:p>
    <w:p>
      <w:r>
        <w:rPr>
          <w:b/>
        </w:rPr>
        <w:t xml:space="preserve">[14:27] </w:t>
      </w:r>
      <w:r>
        <w:t>ab is ko bhi bula ke laye. main idhar kinare khara hua tha ke sahib bohat acha coat hai aur bohat kam daam mein mil raha hai, aap bech lijiye.</w:t>
      </w:r>
    </w:p>
    <w:p>
      <w:pPr>
        <w:jc w:val="right"/>
      </w:pPr>
      <w:r>
        <w:t>اب اس کو بھی بلا کے لائے۔ میں ادھر کنارے کھڑا ہوا تھا کہ صاحب بہت اچھا کوٹ ہے اور بہت کم دام میں مل رہا ہے، آپ بیچ لیجئے۔</w:t>
      </w:r>
    </w:p>
    <w:p>
      <w:r>
        <w:rPr>
          <w:b/>
        </w:rPr>
        <w:t xml:space="preserve">[14:38] </w:t>
      </w:r>
      <w:r>
        <w:t>matlab inhi ke paise par mujhe paisa nahi dena dena tha. to aap yani aap ta'ajjub karenge ke maine is ki to dekha bhi nahi coat ki taraf.</w:t>
      </w:r>
    </w:p>
    <w:p>
      <w:pPr>
        <w:jc w:val="right"/>
      </w:pPr>
      <w:r>
        <w:t>مطلب انہی کے پیسے پر مجھے پیسہ نہیں دینا دینا تھا۔ تو آپ یعنی آپ تعجب کریں گے کہ میں نے اس کی تو دیکھا بھی نہیں کوٹ کی طرف۔</w:t>
      </w:r>
    </w:p>
    <w:p>
      <w:r>
        <w:rPr>
          <w:b/>
        </w:rPr>
        <w:t xml:space="preserve">[14:54] </w:t>
      </w:r>
      <w:r>
        <w:t>main aise hi aise hi in different way mein khara hua tha. unhon ne kaha mujhe to coat chahiye nahi. acha, is ke gawah hain dono sahiban, Hyderabad ke Farooq, Hyderabad ke Habib bhai aur wahan ke woh.</w:t>
      </w:r>
    </w:p>
    <w:p>
      <w:pPr>
        <w:jc w:val="right"/>
      </w:pPr>
      <w:r>
        <w:t>میں ایسے ہی ایسے ہی ان ڈفرنٹ وے میں کھڑا ہوا تھا۔ انہوں نے کہا مجھے تو کوٹ چاہیے نہیں۔ اچھا، اس کے گواہ ہیں دونوں صاحبان، حیدرآباد کے فاروق، حیدرآباد کے حبیب بھائی اور وہاں کے وہ۔</w:t>
      </w:r>
    </w:p>
    <w:p>
      <w:r>
        <w:rPr>
          <w:b/>
        </w:rPr>
        <w:t xml:space="preserve">[15:12] </w:t>
      </w:r>
      <w:r>
        <w:t>ke is waqt main wohi wohi coat pehne hue tha lekin phata hua, yani woh is rang ka nahi tha, woh mamooli kapre ka tha lekin tha woh barsa barsa ke coat,</w:t>
      </w:r>
    </w:p>
    <w:p>
      <w:pPr>
        <w:jc w:val="right"/>
      </w:pPr>
      <w:r>
        <w:t>کہ اس وقت میں وہی وہی کوٹ پہنے ہوئے تھا لیکن پھٹا ہوا، یعنی وہ اس رنگ کا نہیں تھا، وہ معمولی کپڑے کا تھا لیکن تھا وہ برسا برسا کے کوٹ،</w:t>
      </w:r>
    </w:p>
    <w:p>
      <w:r>
        <w:rPr>
          <w:b/>
        </w:rPr>
        <w:t xml:space="preserve">[15:27] </w:t>
      </w:r>
      <w:r>
        <w:t>mamooli kapre ka. woh pehle kabhi use pehnta tha, main ghāliban hamare bare ladke Dr. Zafar Islam ne diya tha is ko.</w:t>
      </w:r>
    </w:p>
    <w:p>
      <w:pPr>
        <w:jc w:val="right"/>
      </w:pPr>
      <w:r>
        <w:t>معمولی کپڑے کا۔ وہ پہلے کبھی اسے پہنتا تھا، میں غالباً ہمارے بڑے لڑکے ڈاکٹر ظفر اسلام نے دیا تھا اس کو۔</w:t>
      </w:r>
    </w:p>
    <w:p>
      <w:r>
        <w:rPr>
          <w:b/>
        </w:rPr>
        <w:t xml:space="preserve">[15:38] </w:t>
      </w:r>
      <w:r>
        <w:t>to woh phat chuka tha, woh pehne hue thay. main to unhon ne israr kiya ke aap bech lijiye, matlab un ke paise par yaqin kijiye ke maine is coat ko dekha nahi,</w:t>
      </w:r>
    </w:p>
    <w:p>
      <w:pPr>
        <w:jc w:val="right"/>
      </w:pPr>
      <w:r>
        <w:t>تو وہ پھٹ چکا تھا، وہ پہنے ہوئے تھے۔ میں تو انہوں نے اصرار کیا کہ آپ بیچ لیجئے، مطلب ان کے پیسے پر یقین کیجئے کہ میں نے اس کوٹ کو دیکھا نہیں،</w:t>
      </w:r>
    </w:p>
    <w:p>
      <w:r>
        <w:rPr>
          <w:b/>
        </w:rPr>
        <w:t xml:space="preserve">[15:56] </w:t>
      </w:r>
      <w:r>
        <w:t>na kaha ke haan, na liya bhi nahi, main ne nahi liya is ko.</w:t>
      </w:r>
    </w:p>
    <w:p>
      <w:pPr>
        <w:jc w:val="right"/>
      </w:pPr>
      <w:r>
        <w:t>نہ کہا کہ ہاں، نہ لیا بھی نہیں، میں نے نہیں لیا اس کو۔</w:t>
      </w:r>
    </w:p>
    <w:p>
      <w:r>
        <w:rPr>
          <w:b/>
        </w:rPr>
        <w:t xml:space="preserve">[16:03] </w:t>
      </w:r>
      <w:r>
        <w:t>to is waqt Habib bhai ne jo bohat ghor se dekh rahe thay, kaha ke aaj meri soch mein aya ke dunya kitni zyada haqeer hai.</w:t>
      </w:r>
    </w:p>
    <w:p>
      <w:pPr>
        <w:jc w:val="right"/>
      </w:pPr>
      <w:r>
        <w:t>تو اس وقت حبیب بھائی نے جو بہت غور سے دیکھ رہے تھے، کہا کہ آج میری سوچ میں آیا کہ دنیا کتنی زیادہ حقیر ہے۔</w:t>
      </w:r>
    </w:p>
    <w:p>
      <w:r>
        <w:rPr>
          <w:b/>
        </w:rPr>
        <w:t xml:space="preserve">[16:21] </w:t>
      </w:r>
      <w:r>
        <w:t>to dekhiye, asal cheez yeh hai ke God Almighty ke siwa har cheez jab tak aap ko haqeer na dikhai de, tab tak woh darja aap ko nahi mil sakta ke koi cheez aap ko distract na kare.</w:t>
      </w:r>
    </w:p>
    <w:p>
      <w:pPr>
        <w:jc w:val="right"/>
      </w:pPr>
      <w:r>
        <w:t>تو دیکھیے، اصل چیز یہ ہے کہ گاڈ المائٹری کے سوا ہر چیز جب تک آپ کو حقیر نہ دکھائی دے، تب تک وہ درجہ آپ کو نہیں مل سکتا کہ کوئی چیز آپ کو ڈسٹریکٹ نہ کرے۔</w:t>
      </w:r>
    </w:p>
    <w:p>
      <w:r>
        <w:rPr>
          <w:b/>
        </w:rPr>
        <w:t xml:space="preserve">[16:43] </w:t>
      </w:r>
      <w:r>
        <w:t>to aap ki ma'rifat, aap ki discovery, aap ki daryaft is darje par pahunchni chahiye ke har cheez aap ko haqeer lagne lage.</w:t>
      </w:r>
    </w:p>
    <w:p>
      <w:pPr>
        <w:jc w:val="right"/>
      </w:pPr>
      <w:r>
        <w:t>تو آپ کی معرفت، آپ کی ڈسکوری، آپ کی دریافت اس درجے پر پہنچنی چاہیے کہ ہر چیز آپ کو حقیر لگنے لگے۔</w:t>
      </w:r>
    </w:p>
    <w:p>
      <w:r>
        <w:rPr>
          <w:b/>
        </w:rPr>
        <w:t xml:space="preserve">[16:56] </w:t>
      </w:r>
      <w:r>
        <w:t>Hindi mein ek lafz hai, bohat acha Hindi mein touch, yani har cheez touch dikhai de, har cheez touch.</w:t>
      </w:r>
    </w:p>
    <w:p>
      <w:pPr>
        <w:jc w:val="right"/>
      </w:pPr>
      <w:r>
        <w:t>ہندی میں ایک لفظ ہے، بہت اچھا ہندی میں ٹچ، یعنی ہر چیز ٹچ دکھائی دے، ہر چیز ٹچ۔</w:t>
      </w:r>
    </w:p>
    <w:p>
      <w:r>
        <w:rPr>
          <w:b/>
        </w:rPr>
        <w:t xml:space="preserve">[17:10] </w:t>
      </w:r>
      <w:r>
        <w:t>aap ko khana bhi acha na lage, aap ko kapra bhi acha na lage, aap ko achi car aur mamooli car mein farq nazar na aaye.</w:t>
      </w:r>
    </w:p>
    <w:p>
      <w:pPr>
        <w:jc w:val="right"/>
      </w:pPr>
      <w:r>
        <w:t>آپ کو کھانا بھی اچھا نہ لگے، آپ کو کپڑا بھی اچھا نہ لگے، آپ کو اچھی کار اور معمولی کار میں فرق نظر نہ آئے۔</w:t>
      </w:r>
    </w:p>
    <w:p>
      <w:r>
        <w:rPr>
          <w:b/>
        </w:rPr>
        <w:t xml:space="preserve">[17:23] </w:t>
      </w:r>
      <w:r>
        <w:t>hawai jahaz mein aap ko first class se safar karna aur economy class se karna barabar lage.</w:t>
      </w:r>
    </w:p>
    <w:p>
      <w:pPr>
        <w:jc w:val="right"/>
      </w:pPr>
      <w:r>
        <w:t>ہوائی جہاز میں آپ کو فرسٹ کلاس سے سفر کرنا اور اکانومی کلاس سے کرنا برابر لگے۔</w:t>
      </w:r>
    </w:p>
    <w:p>
      <w:r>
        <w:rPr>
          <w:b/>
        </w:rPr>
        <w:t xml:space="preserve">[17:32] </w:t>
      </w:r>
      <w:r>
        <w:t>aap ki jeb mein paise hon ya na hon, aap ko lage ke kya farq hai is mein ke jeb mein paise hain ya nahi hain. ab is se main apna qissa batata hoon aap ko.</w:t>
      </w:r>
    </w:p>
    <w:p>
      <w:pPr>
        <w:jc w:val="right"/>
      </w:pPr>
      <w:r>
        <w:t>آپ کی جیب میں پیسے ہوں یا نہ ہوں، آپ کو لگے کہ کیا فرق ہے اس میں کہ جیب میں پیسے ہیں یا نہیں ہیں۔ اب اس سے میں اپنا قصہ بتاتا ہوں آپ کو۔</w:t>
      </w:r>
    </w:p>
    <w:p>
      <w:r>
        <w:rPr>
          <w:b/>
        </w:rPr>
        <w:t xml:space="preserve">[17:47] </w:t>
      </w:r>
      <w:r>
        <w:t>mera part ticket aya hai Bhopal se, koi wahan par is jalsa tha. to ticket kuch pehle aya tha, safar ke tareekh se pehle.</w:t>
      </w:r>
    </w:p>
    <w:p>
      <w:pPr>
        <w:jc w:val="right"/>
      </w:pPr>
      <w:r>
        <w:t>میرا پارٹ ٹکٹ آیا ہے بھوپال سے، کوئی وہاں پر اس جلسہ تھا۔ تو ٹکٹ کچھ پہلے آیا تھا، سفر کے تاریخ سے پہلے۔</w:t>
      </w:r>
    </w:p>
    <w:p>
      <w:r>
        <w:rPr>
          <w:b/>
        </w:rPr>
        <w:t xml:space="preserve">[18:03] </w:t>
      </w:r>
      <w:r>
        <w:t>baad ko is mein ticket mein paisa barh gaya, kiraya barh gaya. to jab main pahuncha airport,</w:t>
      </w:r>
    </w:p>
    <w:p>
      <w:pPr>
        <w:jc w:val="right"/>
      </w:pPr>
      <w:r>
        <w:t>بعد کو اس میں ٹکٹ میں پیسہ بڑھ گیا، کرایہ بڑھ گیا۔ تو جب میں پہنچا ایئرپورٹ،</w:t>
      </w:r>
    </w:p>
    <w:p>
      <w:r>
        <w:rPr>
          <w:b/>
        </w:rPr>
        <w:t xml:space="preserve">[18:14] </w:t>
      </w:r>
      <w:r>
        <w:t>akela hi tha. main ghāliban science man ne pahunchaya hoga, phir woh chale gaye honge. to jab main andar gaya</w:t>
      </w:r>
    </w:p>
    <w:p>
      <w:pPr>
        <w:jc w:val="right"/>
      </w:pPr>
      <w:r>
        <w:t>اکیلا ہی تھا۔ میں غالباً سائنس مین نے پہنچایا ہوگا، پھر وہ چلے گئے ہوں گے۔ تو جب میں اندر گیا</w:t>
      </w:r>
    </w:p>
    <w:p>
      <w:r>
        <w:rPr>
          <w:b/>
        </w:rPr>
        <w:t xml:space="preserve">[18:27] </w:t>
      </w:r>
      <w:r>
        <w:t>aur window par</w:t>
      </w:r>
    </w:p>
    <w:p>
      <w:pPr>
        <w:jc w:val="right"/>
      </w:pPr>
      <w:r>
        <w:t>اور ونڈو پر</w:t>
      </w:r>
    </w:p>
    <w:p>
      <w:r>
        <w:rPr>
          <w:b/>
        </w:rPr>
        <w:t xml:space="preserve">[18:33] </w:t>
      </w:r>
      <w:r>
        <w:t>woh lene ke liye, woh kya kehte hain is ko, boarding pass, to jo baithi hui thi ek ek khatoon andar, us ne kaha ke aap ko aur paisa dena hoga.</w:t>
      </w:r>
    </w:p>
    <w:p>
      <w:pPr>
        <w:jc w:val="right"/>
      </w:pPr>
      <w:r>
        <w:t>وہ لینے کے لیے، وہ کیا کہتے ہیں اس کو، بورڈنگ پاس، تو جو بیٹھی ہوئی تھی ایک ایک خاتون اندر، اس نے کہا کہ آپ کو اور پیسہ دینا ہوگا۔</w:t>
      </w:r>
    </w:p>
    <w:p>
      <w:r>
        <w:rPr>
          <w:b/>
        </w:rPr>
        <w:t xml:space="preserve">[18:59] </w:t>
      </w:r>
      <w:r>
        <w:t>to mujhe 180 rupay dena tha, 180 ya kuch, mujhe theek se yaad nahi hai, balkay sau ek sau kuch.</w:t>
      </w:r>
    </w:p>
    <w:p>
      <w:pPr>
        <w:jc w:val="right"/>
      </w:pPr>
      <w:r>
        <w:t>تو مجھے 180 روپے دینا تھا، 180 یا کچھ، مجھے ٹھیک سے یاد نہیں ہے، بلکہ سو ایک سو کچھ۔</w:t>
      </w:r>
    </w:p>
    <w:p>
      <w:r>
        <w:rPr>
          <w:b/>
        </w:rPr>
        <w:t xml:space="preserve">[19:10] </w:t>
      </w:r>
      <w:r>
        <w:t>to maine kaha mere pas to kuch bhi nahi, main literally mere pas kuch tha nahi, aise hi ja raha tha bas Bhopal.</w:t>
      </w:r>
    </w:p>
    <w:p>
      <w:pPr>
        <w:jc w:val="right"/>
      </w:pPr>
      <w:r>
        <w:t>تو میں نے کہا میرے پاس تو کچھ بھی نہیں، میں لٹرلی میرے پاس کچھ تھا نہیں، ایسے ہی جا رہا تھا بس بھوپال۔</w:t>
      </w:r>
    </w:p>
    <w:p>
      <w:r>
        <w:rPr>
          <w:b/>
        </w:rPr>
        <w:t xml:space="preserve">[19:23] </w:t>
      </w:r>
      <w:r>
        <w:t>to us ne kaha phir to hum aap ko boarding pass nahi de sakte.</w:t>
      </w:r>
    </w:p>
    <w:p>
      <w:pPr>
        <w:jc w:val="right"/>
      </w:pPr>
      <w:r>
        <w:t>تو اس نے کہا پھر تو ہم آپ کو بورڈنگ پاس نہیں دے سکتے۔</w:t>
      </w:r>
    </w:p>
    <w:p>
      <w:r>
        <w:rPr>
          <w:b/>
        </w:rPr>
        <w:t xml:space="preserve">[19:30] </w:t>
      </w:r>
      <w:r>
        <w:t>to airport mein ek manager hota hai, main us ke pas gaya, yahi Delhi ka qissa hai.</w:t>
      </w:r>
    </w:p>
    <w:p>
      <w:pPr>
        <w:jc w:val="right"/>
      </w:pPr>
      <w:r>
        <w:t>تو ایئرپورٹ میں ایک مینیجر ہوتا ہے، میں اس کے پاس گیا، یہی دلی کا قصہ ہے۔</w:t>
      </w:r>
    </w:p>
    <w:p>
      <w:r>
        <w:rPr>
          <w:b/>
        </w:rPr>
        <w:t xml:space="preserve">[19:41] </w:t>
      </w:r>
      <w:r>
        <w:t>to maine us se kaha</w:t>
      </w:r>
    </w:p>
    <w:p>
      <w:pPr>
        <w:jc w:val="right"/>
      </w:pPr>
      <w:r>
        <w:t>تو میں نے اس سے کہا</w:t>
      </w:r>
    </w:p>
    <w:p>
      <w:r>
        <w:rPr>
          <w:b/>
        </w:rPr>
        <w:t xml:space="preserve">[19:48] </w:t>
      </w:r>
      <w:r>
        <w:t>keh aap boarding pass mujhe de dijiye, hum bhopal mein hamare receive karne ke liye aayenge, log in se hum paise dilwa denge wahan bhopal mein.</w:t>
      </w:r>
    </w:p>
    <w:p>
      <w:pPr>
        <w:jc w:val="right"/>
      </w:pPr>
      <w:r>
        <w:t>کہ آپ بورڈنگ پاس مجھے دے دیجئے، ہم بھوپال میں ہمارے ریسیو کرنے کے لیے آئیں گے، لوگ ان سے ہم پیسے دلوا دیں گے وہاں بھوپال میں۔</w:t>
      </w:r>
    </w:p>
    <w:p>
      <w:r>
        <w:rPr>
          <w:b/>
        </w:rPr>
        <w:t xml:space="preserve">[19:58] </w:t>
      </w:r>
      <w:r>
        <w:t>to us ne kaha keh aisa koi qaaida hamare paas hai nahi, aap ko yahi dena parega.</w:t>
      </w:r>
    </w:p>
    <w:p>
      <w:pPr>
        <w:jc w:val="right"/>
      </w:pPr>
      <w:r>
        <w:t>تو اس نے کہا کہ ایسا کوئی قاعدہ ہمارے پاس ہے نہیں، آپ کو یہی دینا پڑے گا۔</w:t>
      </w:r>
    </w:p>
    <w:p>
      <w:r>
        <w:rPr>
          <w:b/>
        </w:rPr>
        <w:t xml:space="preserve">[20:05] </w:t>
      </w:r>
      <w:r>
        <w:t>to yahi baat us ne bhi kahi thi, board jo window baithi hui thi khatoon, aur yahi baat manager ne bhi kaha keh aisa koi qaaida hamare paas nahi hai keh aap yahan hum aap ko boarding card de dein aur aap ja kar ke wahan par us ko ada kar dein.</w:t>
      </w:r>
    </w:p>
    <w:p>
      <w:pPr>
        <w:jc w:val="right"/>
      </w:pPr>
      <w:r>
        <w:t>تو یہی بات اس نے بھی کہی تھی، بورڈ جو ونڈو بیٹھی ہوئی تھی خاتون، اور یہی بات مینیجر نے بھی کہا کہ ایسا کوئی قاعدہ ہمارے پاس نہیں ہے کہ آپ یہاں ہم آپ کو بورڈنگ کارڈ دے دیں اور آپ جا کر کے وہاں پر اس کو ادا کر دیں۔</w:t>
      </w:r>
    </w:p>
    <w:p>
      <w:r>
        <w:rPr>
          <w:b/>
        </w:rPr>
        <w:t xml:space="preserve">[20:28] </w:t>
      </w:r>
      <w:r>
        <w:t>to phir maine kuch kaha hoga us se, to us ne kaha keh mere paas sirf ek hi option hai, woh yeh hai keh main khud paisa de doon aur koi option mere paas nahi hai.</w:t>
      </w:r>
    </w:p>
    <w:p>
      <w:pPr>
        <w:jc w:val="right"/>
      </w:pPr>
      <w:r>
        <w:t>تو پھر میں نے کچھ کہا ہوگا اس سے، تو اس نے کہا کہ میرے پاس صرف ایک ہی آپشن ہے، وہ یہ ہے کہ میں خود پیسہ دے دوں اور کوئی آپشن میرے پاس نہیں ہے۔</w:t>
      </w:r>
    </w:p>
    <w:p>
      <w:r>
        <w:rPr>
          <w:b/>
        </w:rPr>
        <w:t xml:space="preserve">[20:43] </w:t>
      </w:r>
      <w:r>
        <w:t>to apni jeeb mein us ne haath dala aur jo raqam chahiye thi woh nikaal ke mujhe di.</w:t>
      </w:r>
    </w:p>
    <w:p>
      <w:pPr>
        <w:jc w:val="right"/>
      </w:pPr>
      <w:r>
        <w:t>تو اپنی جیب میں اس نے ہاتھ ڈالا اور جو رقم چاہیے تھی وہ نکال کے مجھے دی۔</w:t>
      </w:r>
    </w:p>
    <w:p>
      <w:r>
        <w:rPr>
          <w:b/>
        </w:rPr>
        <w:t xml:space="preserve">[20:55] </w:t>
      </w:r>
      <w:r>
        <w:t>is tarah mujhe board ka boarding pass issue hua. to main wahan se chala gaya. to wapsi mein yusuf khan sahab the us zamane mein, woh un ke paas airport ka pass hua karta tha,</w:t>
      </w:r>
    </w:p>
    <w:p>
      <w:pPr>
        <w:jc w:val="right"/>
      </w:pPr>
      <w:r>
        <w:t>اس طرح مجھے بورڈ کا بورڈنگ پاس ایشو ہوا۔ تو میں وہاں سے چلا گیا۔ تو واپسی میں یوسف خان صاحب تھے اس زمانے میں، وہ ان کے پاس ایئرپورٹ کا پاس ہوا کرتا تھا،</w:t>
      </w:r>
    </w:p>
    <w:p>
      <w:r>
        <w:rPr>
          <w:b/>
        </w:rPr>
        <w:t xml:space="preserve">[21:12] </w:t>
      </w:r>
      <w:r>
        <w:t>woh jaate the wahan. to us se maine poocha tha, to bari mushkil se us ne apna naam poora nahi, poora naam nahi bataya, sirf gandhi bataya tha,</w:t>
      </w:r>
    </w:p>
    <w:p>
      <w:pPr>
        <w:jc w:val="right"/>
      </w:pPr>
      <w:r>
        <w:t>وہ جاتے تھے وہاں۔ تو اس سے میں نے پوچھا تھا، تو بڑی مشکل سے اس نے اپنا نام پورا نہیں، پورا نام نہیں بتایا، صرف گاندھی بتایا تھا،</w:t>
      </w:r>
    </w:p>
    <w:p>
      <w:r>
        <w:rPr>
          <w:b/>
        </w:rPr>
        <w:t xml:space="preserve">[21:27] </w:t>
      </w:r>
      <w:r>
        <w:t>apna telephone number nahi bataya tha. jis ne paisa diya tha, jis ne paisa diya tha mujhe, us ne na poora naam bataya aur na telephone number bataya.</w:t>
      </w:r>
    </w:p>
    <w:p>
      <w:pPr>
        <w:jc w:val="right"/>
      </w:pPr>
      <w:r>
        <w:t>اپنا ٹیلی فون نمبر نہیں بتایا تھا۔ جس نے پیسہ دیا تھا، جس نے پیسہ دیا تھا مجھے، اس نے نہ پورا نام بتایا اور نہ ٹیلی فون نمبر بتایا۔</w:t>
      </w:r>
    </w:p>
    <w:p>
      <w:r>
        <w:rPr>
          <w:b/>
        </w:rPr>
        <w:t xml:space="preserve">[21:42] </w:t>
      </w:r>
      <w:r>
        <w:t>to maine yusuf khan sahab se kaha keh aap airport par,</w:t>
      </w:r>
    </w:p>
    <w:p>
      <w:pPr>
        <w:jc w:val="right"/>
      </w:pPr>
      <w:r>
        <w:t>تو میں نے یوسف خان صاحب سے کہا کہ آپ ایئرپورٹ پر،</w:t>
      </w:r>
    </w:p>
    <w:p>
      <w:r>
        <w:rPr>
          <w:b/>
        </w:rPr>
        <w:t xml:space="preserve">[21:50] </w:t>
      </w:r>
      <w:r>
        <w:t>airport par pata kijiye aur mr khan, mr gandhi ko paisa de dijiye.</w:t>
      </w:r>
    </w:p>
    <w:p>
      <w:pPr>
        <w:jc w:val="right"/>
      </w:pPr>
      <w:r>
        <w:t>ایئرپورٹ پر پتہ کیجئے اور مسٹر خان، مسٹر گاندھی کو پیسہ دے دیجئے۔</w:t>
      </w:r>
    </w:p>
    <w:p>
      <w:r>
        <w:rPr>
          <w:b/>
        </w:rPr>
        <w:t xml:space="preserve">[22:05] </w:t>
      </w:r>
      <w:r>
        <w:t>to main yeh kahunga keh main apne mizaj ke aitbaar se to aap ko kuch bhi nahi pata, apni daryaft ke aitbaar se, lekin mera mizaj shuru se aisa hi hai.</w:t>
      </w:r>
    </w:p>
    <w:p>
      <w:pPr>
        <w:jc w:val="right"/>
      </w:pPr>
      <w:r>
        <w:t>تو میں یہ کہوں گا کہ میں اپنے مزاج کے اعتبار سے تو آپ کو کچھ بھی نہیں پتا، اپنی دریافت کے اعتبار سے، لیکن میرا مزاج شروع سے ایسا ہی ہے۔</w:t>
      </w:r>
    </w:p>
    <w:p>
      <w:r>
        <w:rPr>
          <w:b/>
        </w:rPr>
        <w:t xml:space="preserve">[22:25] </w:t>
      </w:r>
      <w:r>
        <w:t>main aap ko aaj ka tajruba batata hoon, aaj ka tajruba. is bistar par leta hua tha main aur main kya keh raha tha keh khudaaya main is qabil nahi</w:t>
      </w:r>
    </w:p>
    <w:p>
      <w:pPr>
        <w:jc w:val="right"/>
      </w:pPr>
      <w:r>
        <w:t>میں آپ کو آج کا تجربہ بتاتا ہوں، آج کا تجربہ۔ اس بستر پر لیٹا ہوا تھا میں اور میں کیا کہہ رہا تھا کہ خدایا میں اس قابل نہیں</w:t>
      </w:r>
    </w:p>
    <w:p>
      <w:r>
        <w:rPr>
          <w:b/>
        </w:rPr>
        <w:t xml:space="preserve">[22:43] </w:t>
      </w:r>
      <w:r>
        <w:t>keh main tera face dekhun.</w:t>
      </w:r>
    </w:p>
    <w:p>
      <w:pPr>
        <w:jc w:val="right"/>
      </w:pPr>
      <w:r>
        <w:t>کہ میں تیرا فیس دیکھوں۔</w:t>
      </w:r>
    </w:p>
    <w:p>
      <w:r>
        <w:rPr>
          <w:b/>
        </w:rPr>
        <w:t xml:space="preserve">[22:49] </w:t>
      </w:r>
      <w:r>
        <w:t>khudaaya main is qabil nahi keh main tera face dekhun</w:t>
      </w:r>
    </w:p>
    <w:p>
      <w:pPr>
        <w:jc w:val="right"/>
      </w:pPr>
      <w:r>
        <w:t>خدایا میں اس قابل نہیں کہ میں تیرا فیس دیکھوں</w:t>
      </w:r>
    </w:p>
    <w:p>
      <w:r>
        <w:rPr>
          <w:b/>
        </w:rPr>
        <w:t xml:space="preserve">[22:58] </w:t>
      </w:r>
      <w:r>
        <w:t>aur isi ke saath main apne ko jannat ke qabil bhi nahi pata. na main jannat ke qabil hoon, na is qabil hoon keh main tera face dekhun.</w:t>
      </w:r>
    </w:p>
    <w:p>
      <w:pPr>
        <w:jc w:val="right"/>
      </w:pPr>
      <w:r>
        <w:t>اور اسی کے ساتھ میں اپنے کو جنت کے قابل بھی نہیں پاتا۔ نہ میں جنت کے قابل ہوں، نہ اس قابل ہوں کہ میں تیرا فیس دیکھوں۔</w:t>
      </w:r>
    </w:p>
    <w:p>
      <w:r>
        <w:rPr>
          <w:b/>
        </w:rPr>
        <w:t xml:space="preserve">[23:10] </w:t>
      </w:r>
      <w:r>
        <w:t>to tu mujhe maadoom kar de, mera wajood na rahe</w:t>
      </w:r>
    </w:p>
    <w:p>
      <w:pPr>
        <w:jc w:val="right"/>
      </w:pPr>
      <w:r>
        <w:t>تو تو مجھے معدوم کر دے، میرا وجود نہ رہے</w:t>
      </w:r>
    </w:p>
    <w:p>
      <w:r>
        <w:rPr>
          <w:b/>
        </w:rPr>
        <w:t xml:space="preserve">[23:21] </w:t>
      </w:r>
      <w:r>
        <w:t>keh jannat ko mustahiq nahi aur tera face dekhne ke qabil nahi.</w:t>
      </w:r>
    </w:p>
    <w:p>
      <w:pPr>
        <w:jc w:val="right"/>
      </w:pPr>
      <w:r>
        <w:t>کہ جنت کو مستحق نہیں اور تیرا فیس دیکھنے کے قابل نہیں۔</w:t>
      </w:r>
    </w:p>
    <w:p>
      <w:r>
        <w:rPr>
          <w:b/>
        </w:rPr>
        <w:t xml:space="preserve">[23:30] </w:t>
      </w:r>
      <w:r>
        <w:t>to ab mere liye yeh option hai keh tujh se dua karoon.</w:t>
      </w:r>
    </w:p>
    <w:p>
      <w:pPr>
        <w:jc w:val="right"/>
      </w:pPr>
      <w:r>
        <w:t>تو اب میرے لیے یہ آپشن ہے کہ تجھ سے دعا کروں۔</w:t>
      </w:r>
    </w:p>
    <w:p>
      <w:r>
        <w:rPr>
          <w:b/>
        </w:rPr>
        <w:t xml:space="preserve">[23:38] </w:t>
      </w:r>
      <w:r>
        <w:t>to main dua kar raha tha keh khudaaya jin logon ne mera saath diya is mission mein,</w:t>
      </w:r>
    </w:p>
    <w:p>
      <w:pPr>
        <w:jc w:val="right"/>
      </w:pPr>
      <w:r>
        <w:t>تو میں دعا کر رہا تھا کہ خدایا جن لوگوں نے میرا ساتھ دیا اس مشن میں،</w:t>
      </w:r>
    </w:p>
    <w:p>
      <w:r>
        <w:rPr>
          <w:b/>
        </w:rPr>
        <w:t xml:space="preserve">[23:49] </w:t>
      </w:r>
      <w:r>
        <w:t>khudaaya jin logon ne bhi is mission mein saath diya, un ke liye to jannat likh de aur mujhe maadoom kar de</w:t>
      </w:r>
    </w:p>
    <w:p>
      <w:pPr>
        <w:jc w:val="right"/>
      </w:pPr>
      <w:r>
        <w:t>خدایا جن لوگوں نے بھی اس مشن میں ساتھ دیا، ان کے لیے تو جنت لکھ دے اور مجھے معدوم کر دے</w:t>
      </w:r>
    </w:p>
    <w:p>
      <w:r>
        <w:rPr>
          <w:b/>
        </w:rPr>
        <w:t xml:space="preserve">[24:04] </w:t>
      </w:r>
      <w:r>
        <w:t>kyun keh main jannat ke qabil nahi aur jahannum ke azaab ko sahne ke qabil bhi nahi.</w:t>
      </w:r>
    </w:p>
    <w:p>
      <w:pPr>
        <w:jc w:val="right"/>
      </w:pPr>
      <w:r>
        <w:t>کیونکہ میں جنت کے قابل نہیں اور جہنم کے عذاب کو سہانے کے قابل بھی نہیں۔</w:t>
      </w:r>
    </w:p>
    <w:p>
      <w:r>
        <w:rPr>
          <w:b/>
        </w:rPr>
        <w:t xml:space="preserve">[24:19] </w:t>
      </w:r>
      <w:r>
        <w:t>to is wajah se mera haal ab yeh ho gaya keh mujhe na khana acha lage, na kapra acha lage, na first class mein ticket kar, first class safar karna acha lage.</w:t>
      </w:r>
    </w:p>
    <w:p>
      <w:pPr>
        <w:jc w:val="right"/>
      </w:pPr>
      <w:r>
        <w:t>تو اس وجہ سے میرا حال اب یہ ہو گیا کہ مجھے نہ کھانا اچھا لگے، نہ کپڑا اچھا لگے، نہ فرسٹ کلاس میں ٹکٹ کر، فرسٹ کلاس سفر کرنا اچھا لگے۔</w:t>
      </w:r>
    </w:p>
    <w:p>
      <w:r>
        <w:rPr>
          <w:b/>
        </w:rPr>
        <w:t xml:space="preserve">[24:30] </w:t>
      </w:r>
      <w:r>
        <w:t>dekhein, gaadi koi car achi lage, kuch acha lagta hi nahi, sab bilkul.</w:t>
      </w:r>
    </w:p>
    <w:p>
      <w:pPr>
        <w:jc w:val="right"/>
      </w:pPr>
      <w:r>
        <w:t>دیکھیں، گاڑی کوئی کار اچھی لگے، کچھ اچھا لگتا ہی نہیں، سب بالکل۔</w:t>
      </w:r>
    </w:p>
    <w:p>
      <w:r>
        <w:rPr>
          <w:b/>
        </w:rPr>
        <w:t xml:space="preserve">[24:39] </w:t>
      </w:r>
      <w:r>
        <w:t>aap ghor kijiye keh jo aadmi apne aap ko itna zyada be qeemat samjhe keh main khudaaya main tera face dekhne ke qabil nahi hoon,</w:t>
      </w:r>
    </w:p>
    <w:p>
      <w:pPr>
        <w:jc w:val="right"/>
      </w:pPr>
      <w:r>
        <w:t>آپ غور کیجئے کہ جو آدمی اپنے آپ کو اتنا زیادہ بے قیمت سمجھے کہ میں خدایا میں تیرا فیس دیکھنے کے قابل نہیں ہوں،</w:t>
      </w:r>
    </w:p>
    <w:p>
      <w:r>
        <w:rPr>
          <w:b/>
        </w:rPr>
        <w:t xml:space="preserve">[24:54] </w:t>
      </w:r>
      <w:r>
        <w:t>to mujhe maadoom kar de. aur jis ka yeh haal ho keh woh kahe keh khudaaya jin logon ne mera saath diya,</w:t>
      </w:r>
    </w:p>
    <w:p>
      <w:pPr>
        <w:jc w:val="right"/>
      </w:pPr>
      <w:r>
        <w:t>تو مجھے معدوم کر دے۔ اور جس کا یہ حال ہو کہ وہ کہے کہ خدایا جن لوگوں نے میرا ساتھ دیا،</w:t>
      </w:r>
    </w:p>
    <w:p>
      <w:r>
        <w:rPr>
          <w:b/>
        </w:rPr>
        <w:t xml:space="preserve">[25:14] </w:t>
      </w:r>
      <w:r>
        <w:t>jin logon ne mera saath diya, un ke liye to jannat likh de.</w:t>
      </w:r>
    </w:p>
    <w:p>
      <w:pPr>
        <w:jc w:val="right"/>
      </w:pPr>
      <w:r>
        <w:t>جن لوگوں نے میرا ساتھ دیا، ان کے لیے تو جنت لکھ دے۔</w:t>
      </w:r>
    </w:p>
    <w:p>
      <w:r>
        <w:rPr>
          <w:b/>
        </w:rPr>
        <w:t xml:space="preserve">[25:22] </w:t>
      </w:r>
      <w:r>
        <w:t>lekin jahan tak meri baat hai to main to apne ko jannat ke qabil nahin samajhta, is liye mujh ko maadoom kar de.</w:t>
      </w:r>
    </w:p>
    <w:p>
      <w:pPr>
        <w:jc w:val="right"/>
      </w:pPr>
      <w:r>
        <w:t>لیکن جہاں تک میری بات ہے تو میں تو اپنے کو جنت کے قابل نہیں سمجھتا، اس لیے مجھ کو معدوم کر دے۔</w:t>
      </w:r>
    </w:p>
    <w:p>
      <w:r>
        <w:rPr>
          <w:b/>
        </w:rPr>
        <w:t xml:space="preserve">[25:36] </w:t>
      </w:r>
      <w:r>
        <w:t>to distraction se apne ko bachana aik be had hi mushkil kaam hai kyunke har aadmi kahin na kahin distract ho.</w:t>
      </w:r>
    </w:p>
    <w:p>
      <w:pPr>
        <w:jc w:val="right"/>
      </w:pPr>
      <w:r>
        <w:t>تو ڈسٹریکشن سے اپنے کو بچانا ایک بے حد ہی مشکل کام ہے کیونکہ ہر آدمی کہیں نہ کہیں ڈسٹریکٹ ہو۔</w:t>
      </w:r>
    </w:p>
    <w:p>
      <w:r>
        <w:rPr>
          <w:b/>
        </w:rPr>
        <w:t xml:space="preserve">[25:49] </w:t>
      </w:r>
      <w:r>
        <w:t>kahin aap kisi se milenge to aap ko lagega kya shandar shakhsiyat hai. aap kahin se milenge to aap ko lagega kya shandar shakhsiyat hai.</w:t>
      </w:r>
    </w:p>
    <w:p>
      <w:pPr>
        <w:jc w:val="right"/>
      </w:pPr>
      <w:r>
        <w:t>کہیں آپ کسی سے ملیں گے تو آپ کو لگے گا کیا شاندار شخصیت ہے۔ آپ کہیں سے ملیں گے تو آپ کو لگے گا کیا شاندار شخصیت ہے۔</w:t>
      </w:r>
    </w:p>
    <w:p>
      <w:r>
        <w:rPr>
          <w:b/>
        </w:rPr>
        <w:t xml:space="preserve">[26:01] </w:t>
      </w:r>
      <w:r>
        <w:t>kisi ko stage par dekhenge to lagega kya shandar speaker hai.</w:t>
      </w:r>
    </w:p>
    <w:p>
      <w:pPr>
        <w:jc w:val="right"/>
      </w:pPr>
      <w:r>
        <w:t>کسی کو اسٹیج پر دیکھیں گے تو لگے گا کیا شاندار اسپیکر ہے۔</w:t>
      </w:r>
    </w:p>
    <w:p>
      <w:r>
        <w:rPr>
          <w:b/>
        </w:rPr>
        <w:t xml:space="preserve">[26:13] </w:t>
      </w:r>
      <w:r>
        <w:t>isi tarah be shumar cheezein aap ko attract karengi.</w:t>
      </w:r>
    </w:p>
    <w:p>
      <w:pPr>
        <w:jc w:val="right"/>
      </w:pPr>
      <w:r>
        <w:t>اسی طرح بے شمار چیزیں آپ کو اٹریکٹ کریں گی۔</w:t>
      </w:r>
    </w:p>
    <w:p>
      <w:r>
        <w:rPr>
          <w:b/>
        </w:rPr>
        <w:t xml:space="preserve">[26:19] </w:t>
      </w:r>
      <w:r>
        <w:t>mujhe koi cheez attract hi nahin karti. hatta ke aap etiquette kijiye ke maine itni sari kitabein likhi hain, itne sare article likhe hain,</w:t>
      </w:r>
    </w:p>
    <w:p>
      <w:pPr>
        <w:jc w:val="right"/>
      </w:pPr>
      <w:r>
        <w:t>مجھے کوئی چیز اٹریکٹ ہی نہیں کرتی۔ حتیٰ کہ آپ اٹیکیٹ کیجئے کہ میں نے اتنی ساری کتابیں لکھی ہیں، اتنے سارے آرٹیکل لکھے ہیں،</w:t>
      </w:r>
    </w:p>
    <w:p>
      <w:r>
        <w:rPr>
          <w:b/>
        </w:rPr>
        <w:t xml:space="preserve">[26:34] </w:t>
      </w:r>
      <w:r>
        <w:t>un ko log, bohat se log padhte aur sunte hain.</w:t>
      </w:r>
    </w:p>
    <w:p>
      <w:pPr>
        <w:jc w:val="right"/>
      </w:pPr>
      <w:r>
        <w:t>ان کو لوگ، بہت سے لوگ پڑھتے اور سنتے ہیں۔</w:t>
      </w:r>
    </w:p>
    <w:p>
      <w:r>
        <w:rPr>
          <w:b/>
        </w:rPr>
        <w:t xml:space="preserve">[26:41] </w:t>
      </w:r>
      <w:r>
        <w:t>mera apna yeh haal hai ke main dua karta hoon ke khudaaya mere naam mein, aap mein, mere aamal naame mein meri koi kitab mat likh, meri koi taqreer mat likh,</w:t>
      </w:r>
    </w:p>
    <w:p>
      <w:pPr>
        <w:jc w:val="right"/>
      </w:pPr>
      <w:r>
        <w:t>میرا اپنا یہ حال ہے کہ میں دعا کرتا ہوں کہ خدایا میرے نام میں، آپ میں، میرے اعمال نامے میں میری کوئی کتاب مت لکھ، میری کوئی تقریر مت لکھ،</w:t>
      </w:r>
    </w:p>
    <w:p>
      <w:r>
        <w:rPr>
          <w:b/>
        </w:rPr>
        <w:t xml:space="preserve">[26:56] </w:t>
      </w:r>
      <w:r>
        <w:t>mera aamal naama saada reh jaye.</w:t>
      </w:r>
    </w:p>
    <w:p>
      <w:pPr>
        <w:jc w:val="right"/>
      </w:pPr>
      <w:r>
        <w:t>میرا اعمال نامہ سادہ رہ جائے۔</w:t>
      </w:r>
    </w:p>
    <w:p>
      <w:r>
        <w:rPr>
          <w:b/>
        </w:rPr>
        <w:t xml:space="preserve">[27:05] </w:t>
      </w:r>
      <w:r>
        <w:t>hazrat umar kehte the: "lali wala علیہ".</w:t>
      </w:r>
    </w:p>
    <w:p>
      <w:pPr>
        <w:jc w:val="right"/>
      </w:pPr>
      <w:r>
        <w:t>حضرت عمر کہتے تھے: "لالی ولا علیہ"۔</w:t>
      </w:r>
    </w:p>
    <w:p>
      <w:r>
        <w:rPr>
          <w:b/>
        </w:rPr>
        <w:t xml:space="preserve">[27:12] </w:t>
      </w:r>
      <w:r>
        <w:t>hazrat umar kehte the ke "lali wala علیہ".</w:t>
      </w:r>
    </w:p>
    <w:p>
      <w:pPr>
        <w:jc w:val="right"/>
      </w:pPr>
      <w:r>
        <w:t>حضرت عمر کہتے تھے کہ "لالی ولا علیہ"۔</w:t>
      </w:r>
    </w:p>
    <w:p>
      <w:r>
        <w:rPr>
          <w:b/>
        </w:rPr>
        <w:t xml:space="preserve">[27:19] </w:t>
      </w:r>
      <w:r>
        <w:t>yeh mashhoor waqia hai ke hazrat umar ko jab kisi ne talwar maar di aur khoon beh raha tha aur maut qareeb thi to un ke bete ne un ka sar utha ke apne bazoo par rakh diya aur kaha ke aap rasool Allah ke sath thay.</w:t>
      </w:r>
    </w:p>
    <w:p>
      <w:pPr>
        <w:jc w:val="right"/>
      </w:pPr>
      <w:r>
        <w:t>یہ مشہور واقعہ ہے کہ حضرت عمر کو جب کسی نے تلوار مار دی اور خون بہہ رہا تھا اور موت قریب تھی تو ان کے بیٹے نے ان کا سر اٹھا کے اپنے بازو پر رکھ دیا اور کہا کہ آپ رسول اللہ کے ساتھ تھے۔</w:t>
      </w:r>
    </w:p>
    <w:p>
      <w:r>
        <w:rPr>
          <w:b/>
        </w:rPr>
        <w:t xml:space="preserve">[27:47] </w:t>
      </w:r>
      <w:r>
        <w:t>rasool Allah ke sath aap ne ghazwa kiya to aap ka darja Allah ke haan yeh hoga, woh hoga. is waqt jab ke khoon beh raha tha aur maut darwaze par aa chuki thi</w:t>
      </w:r>
    </w:p>
    <w:p>
      <w:pPr>
        <w:jc w:val="right"/>
      </w:pPr>
      <w:r>
        <w:t>رسول اللہ کے ساتھ آپ نے غزوہ کیا تو آپ کا درجہ اللہ کے ہاں یہ ہوگا، وہ ہوگا۔ اس وقت جب کہ خون بہہ رہا تھا اور موت دروازے پر آ چکی تھی</w:t>
      </w:r>
    </w:p>
    <w:p>
      <w:r>
        <w:rPr>
          <w:b/>
        </w:rPr>
        <w:t xml:space="preserve">[28:05] </w:t>
      </w:r>
      <w:r>
        <w:t>to hazrat umar ne kaha ke door ho jao, mujhe dhoka mat do.</w:t>
      </w:r>
    </w:p>
    <w:p>
      <w:pPr>
        <w:jc w:val="right"/>
      </w:pPr>
      <w:r>
        <w:t>تو حضرت عمر نے کہا کہ دور ہو جاؤ، مجھے دھوکہ مت دو۔</w:t>
      </w:r>
    </w:p>
    <w:p>
      <w:r>
        <w:rPr>
          <w:b/>
        </w:rPr>
        <w:t xml:space="preserve">[28:16] </w:t>
      </w:r>
      <w:r>
        <w:t>"lali wala علیہ". na mujh ko kuch mila hai, na mujh ko koi taqaza kiya jaye.</w:t>
      </w:r>
    </w:p>
    <w:p>
      <w:pPr>
        <w:jc w:val="right"/>
      </w:pPr>
      <w:r>
        <w:t>"لالی ولا علیہ"۔ نہ مجھ کو کچھ ملا ہے، نہ مجھ کو کوئی تقاضا کیا جائے۔</w:t>
      </w:r>
    </w:p>
    <w:p>
      <w:r>
        <w:rPr>
          <w:b/>
        </w:rPr>
        <w:t xml:space="preserve">[28:31] </w:t>
      </w:r>
      <w:r>
        <w:t>dekhiye, is ki wajah kya hai? yeh koi buzurgi ki baat nahin hai, yeh discovery ki baat hai.</w:t>
      </w:r>
    </w:p>
    <w:p>
      <w:pPr>
        <w:jc w:val="right"/>
      </w:pPr>
      <w:r>
        <w:t>دیکھیے، اس کی وجہ کیا ہے؟ یہ کوئی بزرگی کی بات نہیں ہے، یہ ڈسکوری کی بات ہے۔</w:t>
      </w:r>
    </w:p>
    <w:p>
      <w:r>
        <w:rPr>
          <w:b/>
        </w:rPr>
        <w:t xml:space="preserve">[28:43] </w:t>
      </w:r>
      <w:r>
        <w:t>hazrat umar ne jo kaha ke "lali wala علیہ", yeh koi buzurgi ki baat nahin hai, yeh discovery ki baat hai.</w:t>
      </w:r>
    </w:p>
    <w:p>
      <w:pPr>
        <w:jc w:val="right"/>
      </w:pPr>
      <w:r>
        <w:t>حضرت عمر نے جو کہا کہ "لالی ولا علیہ"، یہ کوئی بزرگی کی بات نہیں ہے، یہ ڈسکوری کی بات ہے۔</w:t>
      </w:r>
    </w:p>
    <w:p>
      <w:r>
        <w:rPr>
          <w:b/>
        </w:rPr>
        <w:t xml:space="preserve">[28:56] </w:t>
      </w:r>
      <w:r>
        <w:t>Allah rab ul alameen ki azmat, agar aap glory, agar daryaft karein, aap kitni itni bari universe banayi,</w:t>
      </w:r>
    </w:p>
    <w:p>
      <w:pPr>
        <w:jc w:val="right"/>
      </w:pPr>
      <w:r>
        <w:t>اللہ رب العالمین کی عظمت، اگر آپ گلوری، اگر دریافت کریں، آپ کتنی اتنی بڑی یونیورس بنائی،</w:t>
      </w:r>
    </w:p>
    <w:p>
      <w:r>
        <w:rPr>
          <w:b/>
        </w:rPr>
        <w:t xml:space="preserve">[29:06] </w:t>
      </w:r>
      <w:r>
        <w:t>koi tha nahin is ki بڑai ka jis ne itna bara solar system banaya, itni bari bari galaxy banayi.</w:t>
      </w:r>
    </w:p>
    <w:p>
      <w:pPr>
        <w:jc w:val="right"/>
      </w:pPr>
      <w:r>
        <w:t>کوئی تھا نہیں اس کی بڑائی کا جس نے اتنا بڑا سولر سسٹم بنایا، اتنی بڑی بڑی گلیکسی بنائی۔</w:t>
      </w:r>
    </w:p>
    <w:p>
      <w:r>
        <w:rPr>
          <w:b/>
        </w:rPr>
        <w:t xml:space="preserve">[29:18] </w:t>
      </w:r>
      <w:r>
        <w:t>be shumar cheezein aisi banayi jo aql hairaan hai. har cheez mein sochta hoon to mujhe har cheez mind bagliyan dikhai parti hain.</w:t>
      </w:r>
    </w:p>
    <w:p>
      <w:pPr>
        <w:jc w:val="right"/>
      </w:pPr>
      <w:r>
        <w:t>بے شمار چیزیں ایسی بنائیں جو عقل حیران ہے۔ ہر چیز میں سوچتا ہوں تو مجھے ہر چیز مائنڈ باگلیاں دکھائی پڑتی ہیں۔</w:t>
      </w:r>
    </w:p>
    <w:p>
      <w:r>
        <w:rPr>
          <w:b/>
        </w:rPr>
        <w:t xml:space="preserve">[29:31] </w:t>
      </w:r>
      <w:r>
        <w:t>Allah ki creation ka har juz mujh ko mind bagliyan dikhai parta hai.</w:t>
      </w:r>
    </w:p>
    <w:p>
      <w:pPr>
        <w:jc w:val="right"/>
      </w:pPr>
      <w:r>
        <w:t>اللہ کی کریشن کا ہر جز مجھ کو مائنڈ باگلیاں دکھائی پڑتا ہے۔</w:t>
      </w:r>
    </w:p>
    <w:p>
      <w:r>
        <w:rPr>
          <w:b/>
        </w:rPr>
        <w:t xml:space="preserve">[29:41] </w:t>
      </w:r>
      <w:r>
        <w:t>to Allah rab ul alameen ki discovery ka yeh phenomena hai, yeh kisi ki buzurgi ka phenomena nahin hai.</w:t>
      </w:r>
    </w:p>
    <w:p>
      <w:pPr>
        <w:jc w:val="right"/>
      </w:pPr>
      <w:r>
        <w:t>تو اللہ رب العالمین کی کی ڈسکوری کا یہ فیناومینا ہے، یہ کسی کی بزرگی کا فیناومینا نہیں ہے۔</w:t>
      </w:r>
    </w:p>
    <w:p>
      <w:r>
        <w:rPr>
          <w:b/>
        </w:rPr>
        <w:t xml:space="preserve">[29:56] </w:t>
      </w:r>
      <w:r>
        <w:t>yeh jo hazrat umar ne kaha tha ke "lali wala علیہ", yeh kisi ki buzurgi ka phenomena nahin tha, woh woh Allah ki discovery ka phenomena tha.</w:t>
      </w:r>
    </w:p>
    <w:p>
      <w:pPr>
        <w:jc w:val="right"/>
      </w:pPr>
      <w:r>
        <w:t>یہ جو حضرت عمر نے کہا تھا کہ "لالی ولا علیہ"، یہ کسی کی بزرگی کا فیناومینا نہیں تھا، وہ وہ اللہ کی ڈسکوری کا فیناومینا تھا۔</w:t>
      </w:r>
    </w:p>
    <w:p>
      <w:r>
        <w:rPr>
          <w:b/>
        </w:rPr>
        <w:t xml:space="preserve">[30:14] </w:t>
      </w:r>
      <w:r>
        <w:t>jo Allah khallaq hai, jo Allah aalim hai, jo Allah razzaq hai, jo Allah qayyum hai,</w:t>
      </w:r>
    </w:p>
    <w:p>
      <w:pPr>
        <w:jc w:val="right"/>
      </w:pPr>
      <w:r>
        <w:t>جو اللہ خلاق ہے، جو اللہ علام ہے، جو اللہ رزاق ہے، جو اللہ قیوم ہے،</w:t>
      </w:r>
    </w:p>
    <w:p>
      <w:r>
        <w:rPr>
          <w:b/>
        </w:rPr>
        <w:t xml:space="preserve">[30:32] </w:t>
      </w:r>
      <w:r>
        <w:t>is ka aap daryaft kar lein</w:t>
      </w:r>
    </w:p>
    <w:p>
      <w:pPr>
        <w:jc w:val="right"/>
      </w:pPr>
      <w:r>
        <w:t>اس کا آپ دریافت کر لیں</w:t>
      </w:r>
    </w:p>
    <w:p>
      <w:r>
        <w:rPr>
          <w:b/>
        </w:rPr>
        <w:t xml:space="preserve">[30:40] </w:t>
      </w:r>
      <w:r>
        <w:t>to yahi aap ka haal hota hai ke "lali wala aliha". "lali wala aliha". to aap ghor kijiye, jab yeh darja aap par pohnch jaye, aap to aap distract honge.</w:t>
      </w:r>
    </w:p>
    <w:p>
      <w:pPr>
        <w:jc w:val="right"/>
      </w:pPr>
      <w:r>
        <w:t>تو یہی آپ کا حال ہوتا ہے کہ "لالی ولا علیہ"۔ "لالی ولا علیہ"۔ تو آپ غور کیجئے، جب یہ درجہ آپ پر پہنچ جائے، آپ تو آپ ڈسٹریکٹ ہوں گے۔</w:t>
      </w:r>
    </w:p>
    <w:p>
      <w:r>
        <w:rPr>
          <w:b/>
        </w:rPr>
        <w:t xml:space="preserve">[30:59] </w:t>
      </w:r>
      <w:r>
        <w:t>jab Allah rab ul alameen se bari koshish rahe nahi aap ke liye to distract kaise ho gaye aap?</w:t>
      </w:r>
    </w:p>
    <w:p>
      <w:pPr>
        <w:jc w:val="right"/>
      </w:pPr>
      <w:r>
        <w:t>جب اللہ رب العالمین سے بڑی کوشش رہے نہیں آپ کے لیے تو ڈسٹریکٹ کیسے ہو گئے آپ؟</w:t>
      </w:r>
    </w:p>
    <w:p>
      <w:r>
        <w:rPr>
          <w:b/>
        </w:rPr>
        <w:t xml:space="preserve">[31:09] </w:t>
      </w:r>
      <w:r>
        <w:t>aadmi distract hota hai kisi cheez ko jo kuch bari ho, koi chehra aap ko shandar chehra dikhai pade, koi personality aap ko shandar personality dikhai pade,</w:t>
      </w:r>
    </w:p>
    <w:p>
      <w:pPr>
        <w:jc w:val="right"/>
      </w:pPr>
      <w:r>
        <w:t>آدمی ڈسٹریکٹ ہوتا ہے کسی چیز کو جو کچھ بڑی ہو، کوئی چہرہ آپ کو شاندار چہرہ دکھائی پڑے، کوئی پرسنیلٹی آپ کو شاندار پرسنیلٹی دکھائی پڑے،</w:t>
      </w:r>
    </w:p>
    <w:p>
      <w:r>
        <w:rPr>
          <w:b/>
        </w:rPr>
        <w:t xml:space="preserve">[31:25] </w:t>
      </w:r>
      <w:r>
        <w:t>mani ka koi bhandar aap ko shandar bhandar dikhai pade, tab aap distract honge, warna nahi.</w:t>
      </w:r>
    </w:p>
    <w:p>
      <w:pPr>
        <w:jc w:val="right"/>
      </w:pPr>
      <w:r>
        <w:t>منی کا کوئی بھنڈار آپ کو شاندار بھنڈار دکھائی پڑے، تب آپ ڈسٹریکٹ ہوں گے، ورنہ نہیں۔</w:t>
      </w:r>
    </w:p>
    <w:p>
      <w:r>
        <w:rPr>
          <w:b/>
        </w:rPr>
        <w:t xml:space="preserve">[31:36] </w:t>
      </w:r>
      <w:r>
        <w:t>to yaad rakhiye, yeh jo hai baat, yeh dua ka item hai. yaad rakhiye,</w:t>
      </w:r>
    </w:p>
    <w:p>
      <w:pPr>
        <w:jc w:val="right"/>
      </w:pPr>
      <w:r>
        <w:t>تو یاد رکھیے، یہ جو ہے بات، یہ دعا کا آئٹم ہے۔ یاد رکھیے،</w:t>
      </w:r>
    </w:p>
    <w:p>
      <w:r>
        <w:rPr>
          <w:b/>
        </w:rPr>
        <w:t xml:space="preserve">[31:47] </w:t>
      </w:r>
      <w:r>
        <w:t>to Allah taala se dua kijiye ke Allah aap ko</w:t>
      </w:r>
    </w:p>
    <w:p>
      <w:pPr>
        <w:jc w:val="right"/>
      </w:pPr>
      <w:r>
        <w:t>تو اللہ تعالی سے دعا کیجئے کہ اللہ آپ کو</w:t>
      </w:r>
    </w:p>
    <w:p>
      <w:r>
        <w:rPr>
          <w:b/>
        </w:rPr>
        <w:t xml:space="preserve">[31:57] </w:t>
      </w:r>
      <w:r>
        <w:t>Allah rab ul alameen ke darje pohnchaye,</w:t>
      </w:r>
    </w:p>
    <w:p>
      <w:pPr>
        <w:jc w:val="right"/>
      </w:pPr>
      <w:r>
        <w:t>اللہ رب العالمین کے درجے پہنچائے،</w:t>
      </w:r>
    </w:p>
    <w:p>
      <w:r>
        <w:rPr>
          <w:b/>
        </w:rPr>
        <w:t xml:space="preserve">[32:03] </w:t>
      </w:r>
      <w:r>
        <w:t>is darje ki daryaft aap ko hasil ho jaye. mein apne liye aur aap ke liye isi baat ki dua karta hoon. Assalam o Alaikum wa Rahmatullahi.</w:t>
      </w:r>
    </w:p>
    <w:p>
      <w:pPr>
        <w:jc w:val="right"/>
      </w:pPr>
      <w:r>
        <w:t>اس درجے کی دریافت آپ کو حاصل ہو جائے۔ میں اپنے لیے اور آپ کے لیے اسی بات کی دعا کرتا ہوں۔ السلام علیکم ورحمۃ اللہ۔</w:t>
      </w:r>
    </w:p>
    <w:p>
      <w:r>
        <w:rPr>
          <w:b/>
        </w:rPr>
        <w:t xml:space="preserve">[32:25] </w:t>
      </w:r>
      <w:r>
        <w:t>Maulana, mera ek sawal hai. mera</w:t>
      </w:r>
    </w:p>
    <w:p>
      <w:pPr>
        <w:jc w:val="right"/>
      </w:pPr>
      <w:r>
        <w:t>مولانا، میرا ایک سوال ہے۔ میرا</w:t>
      </w:r>
    </w:p>
    <w:p>
      <w:r>
        <w:rPr>
          <w:b/>
        </w:rPr>
        <w:t xml:space="preserve">[32:30] </w:t>
      </w:r>
      <w:r>
        <w:t>sawal yeh hai ke Hazrat Umar bohat hi kamyab aadmi the.</w:t>
      </w:r>
    </w:p>
    <w:p>
      <w:pPr>
        <w:jc w:val="right"/>
      </w:pPr>
      <w:r>
        <w:t>سوال یہ ہے کہ حضرت عمر بہت ہی کامیاب آدمی تھے۔</w:t>
      </w:r>
    </w:p>
    <w:p>
      <w:r>
        <w:rPr>
          <w:b/>
        </w:rPr>
        <w:t xml:space="preserve">[32:40] </w:t>
      </w:r>
      <w:r>
        <w:t>bahaise sahaba bhi bohat kamyab rahe aur bahaise khaleefa bhi bohat kamyab rahe. is ke bawajood un ke andar tawazu baqi rahi aur woh aakhri lamhe mein kehte hain: "kafafa lali wala aliha" ke barabar barabar ho jaye, na mere upar kuch rahe aur na mere khilaf jaye.</w:t>
      </w:r>
    </w:p>
    <w:p>
      <w:pPr>
        <w:jc w:val="right"/>
      </w:pPr>
      <w:r>
        <w:t>بحیثیت صحابہ بھی بہت کامیاب رہے اور بحیثیت خلیفہ بھی بہت کامیاب رہے۔ اس کے باوجود ان کے اندر تواضع باقی رہی اور وہ آخری لمحے میں کہتے ہیں: "کفافا لالی ولا علیہ" کہ برابر برابر ہو جائے، نہ میرے اوپر کچھ رہے اور نہ میرے خلاف جائے۔</w:t>
      </w:r>
    </w:p>
    <w:p>
      <w:r>
        <w:rPr>
          <w:b/>
        </w:rPr>
        <w:t xml:space="preserve">[33:00] </w:t>
      </w:r>
      <w:r>
        <w:t>lekin mein apni zaati taur par dekhta hoon ke thori si bhi mujhe kamyabi hasil ho jati to yeh ek andar se ek proud feel hone lagta hai. mein samajhne lagta hoon ke yeh mein bhi kuch hoon.</w:t>
      </w:r>
    </w:p>
    <w:p>
      <w:pPr>
        <w:jc w:val="right"/>
      </w:pPr>
      <w:r>
        <w:t>لیکن میں اپنی ذاتی طور پر دیکھتا ہوں کہ تھوڑی سی بھی مجھے کامیابی حاصل ہو جاتی تو یہ ایک اندر سے ایک پراؤڈ فیل ہونے لگتا ہے۔ میں سمجھنے لگتا ہوں کہ یہ میں بھی کچھ ہوں۔</w:t>
      </w:r>
    </w:p>
    <w:p>
      <w:r>
        <w:rPr>
          <w:b/>
        </w:rPr>
        <w:t xml:space="preserve">[33:11] </w:t>
      </w:r>
      <w:r>
        <w:t>to yeh cheez kaise mein door kar sakta hoon? tawazu mere andar kaise aa sakti hai?</w:t>
      </w:r>
    </w:p>
    <w:p>
      <w:pPr>
        <w:jc w:val="right"/>
      </w:pPr>
      <w:r>
        <w:t>تو یہ چیز کیسے میں دور کر سکتا ہوں؟ تواضع میرے اندر کیسے آ سکتی ہے؟</w:t>
      </w:r>
    </w:p>
    <w:p>
      <w:r>
        <w:rPr>
          <w:b/>
        </w:rPr>
        <w:t xml:space="preserve">[33:19] </w:t>
      </w:r>
      <w:r>
        <w:t>kya sawal hai? un ka mein samjha nahi. Maulana Farah sahib yeh keh rahe hain ke hum apne andar modesty jo hai woh kaise develop kar sakte hain? jaise aap ne</w:t>
      </w:r>
    </w:p>
    <w:p>
      <w:pPr>
        <w:jc w:val="right"/>
      </w:pPr>
      <w:r>
        <w:t>کیا سوال ہے؟ ان کا میں سمجھا نہیں۔ مولانا فرح صاحب یہ کہہ رہے ہیں کہ ہم اپنے اندر ماڈیسٹی جو ہے وہ کیسے ڈیویلپ کر سکتے ہیں؟ جیسے آپ نے</w:t>
      </w:r>
    </w:p>
    <w:p>
      <w:r>
        <w:rPr>
          <w:b/>
        </w:rPr>
        <w:t xml:space="preserve">[33:31] </w:t>
      </w:r>
      <w:r>
        <w:t>Umar ka aap ne example diya ke marte waqt bhi unhone yeh kaha, halanke woh khud itne kamyab khaleefa the, tab bhi unhone kaha ke mamla barabar barabar ka ho jaye to bohat hai.</w:t>
      </w:r>
    </w:p>
    <w:p>
      <w:pPr>
        <w:jc w:val="right"/>
      </w:pPr>
      <w:r>
        <w:t>عمر کا آپ نے ایگزامپل دیا کہ مرتے وقت بھی انہوں نے یہ کہا، حالانکہ وہ خود اتنے کامیاب خلیفہ تھے، تب بھی انہوں نے کہا کہ معاملہ برابر برابر کا ہو جائے تو بہت ہے۔</w:t>
      </w:r>
    </w:p>
    <w:p>
      <w:r>
        <w:rPr>
          <w:b/>
        </w:rPr>
        <w:t xml:space="preserve">[33:41] </w:t>
      </w:r>
      <w:r>
        <w:t>hum logon ke andar thori si bhi agar hum logon ko success milti hai to hum log, humare andar pride aa jati hai. to sawal yeh hai ke hum apne andar modesty kaise develop karein?</w:t>
      </w:r>
    </w:p>
    <w:p>
      <w:pPr>
        <w:jc w:val="right"/>
      </w:pPr>
      <w:r>
        <w:t>ہم لوگوں کے اندر تھوڑی سی بھی اگر ہم لوگوں کو سکسیس ملتی ہے تو ہم لوگ، ہمارے اندر پرائیڈ آ جاتی ہے۔ تو سوال یہ ہے کہ ہم اپنے اندر ماڈیسٹی کیسے ڈیویلپ کریں؟</w:t>
      </w:r>
    </w:p>
    <w:p>
      <w:r>
        <w:rPr>
          <w:b/>
        </w:rPr>
        <w:t xml:space="preserve">[33:53] </w:t>
      </w:r>
      <w:r>
        <w:t>ab bhai, mein yahi keh sakta hoon ke aadmi</w:t>
      </w:r>
    </w:p>
    <w:p>
      <w:pPr>
        <w:jc w:val="right"/>
      </w:pPr>
      <w:r>
        <w:t>اب بھائی، میں یہی کہہ سکتا ہوں کہ آدمی</w:t>
      </w:r>
    </w:p>
    <w:p>
      <w:r>
        <w:rPr>
          <w:b/>
        </w:rPr>
        <w:t xml:space="preserve">[34:04] </w:t>
      </w:r>
      <w:r>
        <w:t>is is stage tak pohnch jaye ke sirf ek God Almighty us ko bari dikhai de, tamam chhotai, tamam baraiyan choti ho jayein,</w:t>
      </w:r>
    </w:p>
    <w:p>
      <w:pPr>
        <w:jc w:val="right"/>
      </w:pPr>
      <w:r>
        <w:t>اس اس اسٹیج تک پہنچ جائے کہ صرف ایک گاڈ المائٹی اس کو بڑی دکھائی دے، تمام چھوٹائی، تمام بڑائیاں چھوٹی ہو جائیں،</w:t>
      </w:r>
    </w:p>
    <w:p>
      <w:r>
        <w:rPr>
          <w:b/>
        </w:rPr>
        <w:t xml:space="preserve">[34:22] </w:t>
      </w:r>
      <w:r>
        <w:t>tamam baraiyan choti ho jayein. itna aap ne apni discovery ko barhaye,</w:t>
      </w:r>
    </w:p>
    <w:p>
      <w:pPr>
        <w:jc w:val="right"/>
      </w:pPr>
      <w:r>
        <w:t>تمام بڑائیاں چھوٹی ہو جائیں۔ اتنا آپ نے اپنی ڈسکوری کو بڑھائے،</w:t>
      </w:r>
    </w:p>
    <w:p>
      <w:r>
        <w:rPr>
          <w:b/>
        </w:rPr>
        <w:t xml:space="preserve">[34:33] </w:t>
      </w:r>
      <w:r>
        <w:t>apni discovery ko itna barhaye. yahi bhai samajh aata hai ke discovery ko itna barhana, itna barhana, itna barhana ke tamam baraiyan choti ho jayein.</w:t>
      </w:r>
    </w:p>
    <w:p>
      <w:pPr>
        <w:jc w:val="right"/>
      </w:pPr>
      <w:r>
        <w:t>اپنی ڈسکوری کو اتنا بڑھائے۔ یہی بھئی سمجھ آتا ہے کہ ڈسکوری کو اتنا بڑھانا، اتنا بڑھانا، اتنا بڑھانا کہ تمام بڑائیاں چھوٹی ہو جائیں۔</w:t>
      </w:r>
    </w:p>
    <w:p>
      <w:r>
        <w:rPr>
          <w:b/>
        </w:rPr>
        <w:t xml:space="preserve">[34:53] </w:t>
      </w:r>
      <w:r>
        <w:t>kya shandar personality thi,</w:t>
      </w:r>
    </w:p>
    <w:p>
      <w:pPr>
        <w:jc w:val="right"/>
      </w:pPr>
      <w:r>
        <w:t>کیا شاندار پرسنیلٹی تھی،</w:t>
      </w:r>
    </w:p>
    <w:p>
      <w:r>
        <w:rPr>
          <w:b/>
        </w:rPr>
        <w:t xml:space="preserve">[34:56] </w:t>
      </w:r>
      <w:r>
        <w:t>kya shandar speech thi, kya shandar stage tha! yeh jo sunte honge aap,</w:t>
      </w:r>
    </w:p>
    <w:p>
      <w:pPr>
        <w:jc w:val="right"/>
      </w:pPr>
      <w:r>
        <w:t>کیا شاندار اسپیچ تھی، کیا شاندار اسٹیج تھا! یہ جو سنتے ہوں گے آپ،</w:t>
      </w:r>
    </w:p>
    <w:p>
      <w:r>
        <w:rPr>
          <w:b/>
        </w:rPr>
        <w:t xml:space="preserve">[35:09] </w:t>
      </w:r>
      <w:r>
        <w:t>woh khatam ho jaye. koi shandar na dikhai de, koi bara na dikhai de, sab chote ho jayein.</w:t>
      </w:r>
    </w:p>
    <w:p>
      <w:pPr>
        <w:jc w:val="right"/>
      </w:pPr>
      <w:r>
        <w:t>وہ ختم ہو جائے۔ کوئی شاندار نہ دکھائی دے، کوئی بڑا نہ دکھائی دے، سب چھوٹے ہو جائیں۔</w:t>
      </w:r>
    </w:p>
    <w:p>
      <w:r>
        <w:rPr>
          <w:b/>
        </w:rPr>
        <w:t xml:space="preserve">[35:20] </w:t>
      </w:r>
      <w:r>
        <w:t>to yeh to aadmi khud hi kar sakta hai, koi de nahi sakta aap ko, koi install bhi nahi kar sakta.</w:t>
      </w:r>
    </w:p>
    <w:p>
      <w:pPr>
        <w:jc w:val="right"/>
      </w:pPr>
      <w:r>
        <w:t>تو یہ تو آدمی خود ہی کر سکتا ہے، کوئی دے نہیں سکتا آپ کو، کوئی انسٹل بھی نہیں کر سکتا۔</w:t>
      </w:r>
    </w:p>
    <w:p>
      <w:r>
        <w:rPr>
          <w:b/>
        </w:rPr>
        <w:t xml:space="preserve">[35:31] </w:t>
      </w:r>
      <w:r>
        <w:t>aadmi khud hi apne ko bana sake to banae.</w:t>
      </w:r>
    </w:p>
    <w:p>
      <w:pPr>
        <w:jc w:val="right"/>
      </w:pPr>
      <w:r>
        <w:t>آدمی خود ہی اپنے کو بنا سکے تو بنائے۔</w:t>
      </w:r>
    </w:p>
    <w:p>
      <w:r>
        <w:rPr>
          <w:b/>
        </w:rPr>
        <w:t xml:space="preserve">[35:45] </w:t>
      </w:r>
      <w:r>
        <w:t>wo jo quran mein hai ke tamam awazen past ho jayengi, kya lafz hai wo?</w:t>
      </w:r>
    </w:p>
    <w:p>
      <w:pPr>
        <w:jc w:val="right"/>
      </w:pPr>
      <w:r>
        <w:t>وہ جو قرآن میں ہے کہ تمام آوازیں پست ہو جائیں گی، کیا لفظ ہے وہ؟</w:t>
      </w:r>
    </w:p>
    <w:p>
      <w:r>
        <w:rPr>
          <w:b/>
        </w:rPr>
        <w:t xml:space="preserve">[35:59] </w:t>
      </w:r>
      <w:r>
        <w:t>qayamat!</w:t>
      </w:r>
    </w:p>
    <w:p>
      <w:pPr>
        <w:jc w:val="right"/>
      </w:pPr>
      <w:r>
        <w:t>قیامت!</w:t>
      </w:r>
    </w:p>
    <w:p>
      <w:r>
        <w:rPr>
          <w:b/>
        </w:rPr>
        <w:t xml:space="preserve">[36:07] </w:t>
      </w:r>
      <w:r>
        <w:t>ashshat al-aswat illa Allah, kya illa Allah? ashshat al-aswat illa Allah. khash'at al-aswat lil-Rahman, wa khash'at al-aswat lil-Rahman, fala tasma' illa hamzah.</w:t>
      </w:r>
    </w:p>
    <w:p>
      <w:pPr>
        <w:jc w:val="right"/>
      </w:pPr>
      <w:r>
        <w:t>اسوات الا اللہ، کیا الا اللہ؟ اسوات الا اللہ۔ خشعت الاسوات الرحمن، وخشعت الاسوات للرحمن، فلا تسمع الا حمزہ۔</w:t>
      </w:r>
    </w:p>
    <w:p>
      <w:r>
        <w:rPr>
          <w:b/>
        </w:rPr>
        <w:t xml:space="preserve">[36:20] </w:t>
      </w:r>
      <w:r>
        <w:t>haan, ye qayamat ke bare mein hai. qayamat mein khash'at al-aswat lil-Allah, lil-Allah, lil-Allah, wa la tasma' illa hamzah.</w:t>
      </w:r>
    </w:p>
    <w:p>
      <w:pPr>
        <w:jc w:val="right"/>
      </w:pPr>
      <w:r>
        <w:t>ہاں، یہ قیامت کے بارے میں ہے۔ قیامت میں خشعت الاسوات للہ، للہ، للہ، ولا تسمع الا حمزہ۔</w:t>
      </w:r>
    </w:p>
    <w:p>
      <w:r>
        <w:rPr>
          <w:b/>
        </w:rPr>
        <w:t xml:space="preserve">[36:34] </w:t>
      </w:r>
      <w:r>
        <w:t>is ka tarjuma ye hai ke qayamat mein jab log ikattha honge, sab ki awazen past ho jayengi.</w:t>
      </w:r>
    </w:p>
    <w:p>
      <w:pPr>
        <w:jc w:val="right"/>
      </w:pPr>
      <w:r>
        <w:t>اس کا ترجمہ یہ ہے کہ قیامت میں جب لوگ اکٹھا ہوں گے، سب کی آوازیں پست ہو جائیں گی۔</w:t>
      </w:r>
    </w:p>
    <w:p>
      <w:r>
        <w:rPr>
          <w:b/>
        </w:rPr>
        <w:t xml:space="preserve">[36:46] </w:t>
      </w:r>
      <w:r>
        <w:t>aur hamzah kehte hain chalne mein jo thoda sa awaz nikalti hai, chalne mein use bahut awaz dikhai de, kisi ka, kisi insan ki awaz na dikhai de,</w:t>
      </w:r>
    </w:p>
    <w:p>
      <w:pPr>
        <w:jc w:val="right"/>
      </w:pPr>
      <w:r>
        <w:t>اور حمزہ کہتے ہیں چلنے میں جو تھوڑا سا آواز نکلتی ہے، چلنے میں اسے بہت آواز دکھائی دے، کسی کا، کسی انسان کی آواز نہ دکھائی دے،</w:t>
      </w:r>
    </w:p>
    <w:p>
      <w:r>
        <w:rPr>
          <w:b/>
        </w:rPr>
        <w:t xml:space="preserve">[37:05] </w:t>
      </w:r>
      <w:r>
        <w:t>jis ko urdu mein kehte hain yani phusphusa hat.</w:t>
      </w:r>
    </w:p>
    <w:p>
      <w:pPr>
        <w:jc w:val="right"/>
      </w:pPr>
      <w:r>
        <w:t>جس کو اردو میں کہتے ہیں یعنی پھسپھسا ہٹ۔</w:t>
      </w:r>
    </w:p>
    <w:p>
      <w:r>
        <w:rPr>
          <w:b/>
        </w:rPr>
        <w:t xml:space="preserve">[37:12] </w:t>
      </w:r>
      <w:r>
        <w:t>to dekhiye, wo darja us ko milta hai jo qayamat, wo hone wale waqe ko aaj hi apne upar tari kar le.</w:t>
      </w:r>
    </w:p>
    <w:p>
      <w:pPr>
        <w:jc w:val="right"/>
      </w:pPr>
      <w:r>
        <w:t>تو دیکھیے، وہ درجہ اس کو ملتا ہے جو قیامت، وہ ہونے والے واقعے کو آج ہی اپنے اوپر طاری کر لے۔</w:t>
      </w:r>
    </w:p>
    <w:p>
      <w:r>
        <w:rPr>
          <w:b/>
        </w:rPr>
        <w:t xml:space="preserve">[37:25] </w:t>
      </w:r>
      <w:r>
        <w:t>jo waqe hone wala hai qayamat mein, wo aaj hi aap par is par guzar jaye.</w:t>
      </w:r>
    </w:p>
    <w:p>
      <w:pPr>
        <w:jc w:val="right"/>
      </w:pPr>
      <w:r>
        <w:t>جو واقعہ ہونے والا ہے قیامت میں، وہ آج ہی آپ پر اس پر گزر جائے۔</w:t>
      </w:r>
    </w:p>
    <w:p>
      <w:r>
        <w:rPr>
          <w:b/>
        </w:rPr>
        <w:t xml:space="preserve">[37:34] </w:t>
      </w:r>
      <w:r>
        <w:t>lekin dekhiye, yaad rakhiye, ye darja jo hai sab se matloob nahi hai, aisa nahi hai.</w:t>
      </w:r>
    </w:p>
    <w:p>
      <w:pPr>
        <w:jc w:val="right"/>
      </w:pPr>
      <w:r>
        <w:t>لیکن دیکھیے، یاد رکھیے، یہ درجہ جو ہے سب سے مطلوب نہیں ہے، ایسا نہیں ہے۔</w:t>
      </w:r>
    </w:p>
    <w:p>
      <w:r>
        <w:rPr>
          <w:b/>
        </w:rPr>
        <w:t xml:space="preserve">[37:49] </w:t>
      </w:r>
      <w:r>
        <w:t>ye darja jo hai, jo Hazrat Umar ka darja tha, wo sab se matloob nahi hai.</w:t>
      </w:r>
    </w:p>
    <w:p>
      <w:pPr>
        <w:jc w:val="right"/>
      </w:pPr>
      <w:r>
        <w:t>یہ درجہ جو ہے، جو حضرت عمر کا درجہ تھا، وہ سب سے مطلوب نہیں ہے۔</w:t>
      </w:r>
    </w:p>
    <w:p>
      <w:r>
        <w:rPr>
          <w:b/>
        </w:rPr>
        <w:t xml:space="preserve">[38:01] </w:t>
      </w:r>
      <w:r>
        <w:t>wallahu raufun bil-'ibad.</w:t>
      </w:r>
    </w:p>
    <w:p>
      <w:pPr>
        <w:jc w:val="right"/>
      </w:pPr>
      <w:r>
        <w:t>واللہ رؤوف بالعباد۔</w:t>
      </w:r>
    </w:p>
    <w:p>
      <w:r>
        <w:rPr>
          <w:b/>
        </w:rPr>
        <w:t xml:space="preserve">[38:05] </w:t>
      </w:r>
      <w:r>
        <w:t>quran mein hai ke wallahu raufun bil-'ibad. Allah apne bando par meherban hai.</w:t>
      </w:r>
    </w:p>
    <w:p>
      <w:pPr>
        <w:jc w:val="right"/>
      </w:pPr>
      <w:r>
        <w:t>قرآن میں ہے کہ واللہ رؤوف بالعباد۔ اللہ اپنے بندوں پر مہربان ہے۔</w:t>
      </w:r>
    </w:p>
    <w:p>
      <w:r>
        <w:rPr>
          <w:b/>
        </w:rPr>
        <w:t xml:space="preserve">[38:19] </w:t>
      </w:r>
      <w:r>
        <w:t>to hamesha dekhiye, Allah ki meherbani par nazar rakh ke, ye nahi ke aap ko aise ho jayen. ye mat sochiye, mere nazdeek ye sochna gumrahi hai ke main Umar jaisa ho jaon.</w:t>
      </w:r>
    </w:p>
    <w:p>
      <w:pPr>
        <w:jc w:val="right"/>
      </w:pPr>
      <w:r>
        <w:t>تو ہمیشہ دیکھیے، اللہ کی مہربانی پر نظر رکھ کے، یہ نہیں کہ آپ کو ایسے ہو جائیں۔ یہ مت سوچیے، میرے نزدیک یہ سوچنا گمراہی ہے کہ میں عمر جیسا ہو جاؤں۔</w:t>
      </w:r>
    </w:p>
    <w:p>
      <w:r>
        <w:rPr>
          <w:b/>
        </w:rPr>
        <w:t xml:space="preserve">[38:35] </w:t>
      </w:r>
      <w:r>
        <w:t>aisa kabhi mat sochiye, aisa kabhi mat sochiye. hamesha ye sochiye ke mujhe Allah ki meherbani mein hissa mil jaye,</w:t>
      </w:r>
    </w:p>
    <w:p>
      <w:pPr>
        <w:jc w:val="right"/>
      </w:pPr>
      <w:r>
        <w:t>ایسا کبھی مت سوچیے، ایسا کبھی مت سوچیے۔ ہمیشہ یہ سوچیے کہ مجھے اللہ کی مہربانی میں حصہ مل جائے،</w:t>
      </w:r>
    </w:p>
    <w:p>
      <w:r>
        <w:rPr>
          <w:b/>
        </w:rPr>
        <w:t xml:space="preserve">[38:49] </w:t>
      </w:r>
      <w:r>
        <w:t>bas.</w:t>
      </w:r>
    </w:p>
    <w:p>
      <w:pPr>
        <w:jc w:val="right"/>
      </w:pPr>
      <w:r>
        <w:t>بس۔</w:t>
      </w:r>
    </w:p>
    <w:p>
      <w:r>
        <w:rPr>
          <w:b/>
        </w:rPr>
        <w:t xml:space="preserve">[38:53] </w:t>
      </w:r>
      <w:r>
        <w:t>aur inshallah, wo wasi'at kull shay', wa rahmati wasi'at kull shay', rahmati wasi'at kull shay'.</w:t>
      </w:r>
    </w:p>
    <w:p>
      <w:pPr>
        <w:jc w:val="right"/>
      </w:pPr>
      <w:r>
        <w:t>اور انشاءاللہ، وہ وصیت کل شے، ورحمتی وصیت کل شے، رحمتی وصیت کل شے۔</w:t>
      </w:r>
    </w:p>
    <w:p>
      <w:r>
        <w:rPr>
          <w:b/>
        </w:rPr>
        <w:t xml:space="preserve">[39:05] </w:t>
      </w:r>
      <w:r>
        <w:t>meri rehmat har cheez par basi hai.</w:t>
      </w:r>
    </w:p>
    <w:p>
      <w:pPr>
        <w:jc w:val="right"/>
      </w:pPr>
      <w:r>
        <w:t>میری رحمت ہر چیز پر بسی ہے۔</w:t>
      </w:r>
    </w:p>
    <w:p>
      <w:r>
        <w:rPr>
          <w:b/>
        </w:rPr>
        <w:t xml:space="preserve">[39:13] </w:t>
      </w:r>
      <w:r>
        <w:t>dekhiye, ek ek scene maine dekha hai gaon mein, apne apne gaon mein, jab main chhota tha. ye British period ki zamana ki baat hai, jab ke wahan zamindar jo hai, gaon ka lord hua karta tha,</w:t>
      </w:r>
    </w:p>
    <w:p>
      <w:pPr>
        <w:jc w:val="right"/>
      </w:pPr>
      <w:r>
        <w:t>دیکھیے، ایک ایک سین میں نے دیکھا ہے گاؤں میں، اپنے اپنے گاؤں میں، جب میں چھوٹا تھا۔ یہ برٹش پیریڈ کی زمانہ کی بات ہے، جب کہ وہاں زمیندار جو ہے، گاؤں کا لارڈ ہوا کرتا تھا،</w:t>
      </w:r>
    </w:p>
    <w:p>
      <w:r>
        <w:rPr>
          <w:b/>
        </w:rPr>
        <w:t xml:space="preserve">[39:35] </w:t>
      </w:r>
      <w:r>
        <w:t>tab ki baat hai. to hamari family ke ek sahab jo zamindar the, gaon ke bare zamindar, to ek dalit tha,</w:t>
      </w:r>
    </w:p>
    <w:p>
      <w:pPr>
        <w:jc w:val="right"/>
      </w:pPr>
      <w:r>
        <w:t>تب کی بات ہے۔ تو ہماری فیملی کے ایک صاحب جو زمیندار تھے، گاؤں کے بڑے زمیندار، تو ایک دلت تھا،</w:t>
      </w:r>
    </w:p>
    <w:p>
      <w:r>
        <w:rPr>
          <w:b/>
        </w:rPr>
        <w:t xml:space="preserve">[39:52] </w:t>
      </w:r>
      <w:r>
        <w:t>us se wo ghussa ho gaye.</w:t>
      </w:r>
    </w:p>
    <w:p>
      <w:pPr>
        <w:jc w:val="right"/>
      </w:pPr>
      <w:r>
        <w:t>اس سے وہ غصہ ہو گئے۔</w:t>
      </w:r>
    </w:p>
    <w:p>
      <w:r>
        <w:rPr>
          <w:b/>
        </w:rPr>
        <w:t xml:space="preserve">[39:56] </w:t>
      </w:r>
      <w:r>
        <w:t>us ko bulwaya</w:t>
      </w:r>
    </w:p>
    <w:p>
      <w:pPr>
        <w:jc w:val="right"/>
      </w:pPr>
      <w:r>
        <w:t>اس کو بلوایا</w:t>
      </w:r>
    </w:p>
    <w:p>
      <w:r>
        <w:rPr>
          <w:b/>
        </w:rPr>
        <w:t xml:space="preserve">[40:01] </w:t>
      </w:r>
      <w:r>
        <w:t>aur us ko bithaya marne ke liye.</w:t>
      </w:r>
    </w:p>
    <w:p>
      <w:pPr>
        <w:jc w:val="right"/>
      </w:pPr>
      <w:r>
        <w:t>اور اس کو بٹھایا مارنے کے لیے۔</w:t>
      </w:r>
    </w:p>
    <w:p>
      <w:r>
        <w:rPr>
          <w:b/>
        </w:rPr>
        <w:t xml:space="preserve">[40:09] </w:t>
      </w:r>
      <w:r>
        <w:t>to main wahan khada tha, main ne apni ankhon se dekha, mujhe is dalit ka naam bhi yaad hai, is dalit zamindar ka naam bhi yaad hai, sab kuch.</w:t>
      </w:r>
    </w:p>
    <w:p>
      <w:pPr>
        <w:jc w:val="right"/>
      </w:pPr>
      <w:r>
        <w:t>تو میں وہاں کھڑا تھا، میں نے اپنی آنکھوں سے دیکھا، مجھے اس دلت کا نام بھی یاد ہے، اس دلت زمیندار کا نام بھی یاد ہے، سب کچھ۔</w:t>
      </w:r>
    </w:p>
    <w:p>
      <w:r>
        <w:rPr>
          <w:b/>
        </w:rPr>
        <w:t xml:space="preserve">[40:20] </w:t>
      </w:r>
      <w:r>
        <w:t>is waqt mein sirf waqia bataunga ke main yahan khara tha, dalt wahan baitha tha aur zameendar yahan khare hue the marne ke liye danda le kar.</w:t>
      </w:r>
    </w:p>
    <w:p>
      <w:pPr>
        <w:jc w:val="right"/>
      </w:pPr>
      <w:r>
        <w:t>اس وقت میں صرف واقعہ بتاؤں گا کہ میں یہاں کھڑا تھا، دلت وہاں بیٹھا تھا اور زمیندار یہاں کھڑے ہوئے تھے مارنے کے لیے ڈنڈا لے کر۔</w:t>
      </w:r>
    </w:p>
    <w:p>
      <w:r>
        <w:rPr>
          <w:b/>
        </w:rPr>
        <w:t xml:space="preserve">[40:37] </w:t>
      </w:r>
      <w:r>
        <w:t>to wo dalt jo tha,</w:t>
      </w:r>
    </w:p>
    <w:p>
      <w:pPr>
        <w:jc w:val="right"/>
      </w:pPr>
      <w:r>
        <w:t>تو وہ دلت جو تھا،</w:t>
      </w:r>
    </w:p>
    <w:p>
      <w:r>
        <w:rPr>
          <w:b/>
        </w:rPr>
        <w:t xml:space="preserve">[40:41] </w:t>
      </w:r>
      <w:r>
        <w:t>us ne baith kar karta apna karta utar diya, matlab apne ko nangi peeth bana liya.</w:t>
      </w:r>
    </w:p>
    <w:p>
      <w:pPr>
        <w:jc w:val="right"/>
      </w:pPr>
      <w:r>
        <w:t>اس نے بیٹھ کر کرتا اپنا کرتا اتار دیا، مطلب اپنے کو ننگی پیٹھ بنا لیا۔</w:t>
      </w:r>
    </w:p>
    <w:p>
      <w:r>
        <w:rPr>
          <w:b/>
        </w:rPr>
        <w:t xml:space="preserve">[40:51] </w:t>
      </w:r>
      <w:r>
        <w:t>aur us ne jumla jo kaha tha, ab tak mujhe yaad hai, us ne kaha tha: "la babu mara,</w:t>
      </w:r>
    </w:p>
    <w:p>
      <w:pPr>
        <w:jc w:val="right"/>
      </w:pPr>
      <w:r>
        <w:t>اور اس نے جملہ جو کہا تھا، اب تک مجھے یاد ہے، اس نے کہا تھا: "لا بابو مارا،</w:t>
      </w:r>
    </w:p>
    <w:p>
      <w:r>
        <w:rPr>
          <w:b/>
        </w:rPr>
        <w:t xml:space="preserve">[41:02] </w:t>
      </w:r>
      <w:r>
        <w:t>la babu mara". matlab yeh tha ke meri peeth hazir hai, aap mariye. to meri in aankhon ne wo manzar dekha tha ke zameendar ke hath se danda chhoot ke gir pada.</w:t>
      </w:r>
    </w:p>
    <w:p>
      <w:pPr>
        <w:jc w:val="right"/>
      </w:pPr>
      <w:r>
        <w:t>لا بابو مارا"۔ مطلب یہ تھا کہ میری پیٹھ حاضر ہے، آپ ماریے۔ تو میری ان آنکھوں نے وہ منظر دیکھا تھا کہ زمیندار کے ہاتھ سے ڈنڈا چھوٹ کے گر پڑا۔</w:t>
      </w:r>
    </w:p>
    <w:p>
      <w:r>
        <w:rPr>
          <w:b/>
        </w:rPr>
        <w:t xml:space="preserve">[41:22] </w:t>
      </w:r>
      <w:r>
        <w:t>to main aap logon se kahunga ke kabhi mat sochiye ke main umar jaisa ban jaaun, sirf yeh sochiye ke Allah ki rehmat mein, Allah</w:t>
      </w:r>
    </w:p>
    <w:p>
      <w:pPr>
        <w:jc w:val="right"/>
      </w:pPr>
      <w:r>
        <w:t>تو میں آپ لوگوں سے کہوں گا کہ کبھی مت سوچیے کہ میں عمر جیسا بن جاؤں، صرف یہ سوچیے کہ اللہ کی رحمت میں،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