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History of thoughts (Part 1) Nov 12, 2006 Maulana Wahiduddin Khan</w:t>
      </w:r>
    </w:p>
    <w:p>
      <w:r>
        <w:t>https://www.youtube.com/watch?v=iHBzy0f85g8</w:t>
      </w:r>
    </w:p>
    <w:p>
      <w:r>
        <w:rPr>
          <w:b/>
        </w:rPr>
        <w:t xml:space="preserve">[00:14] </w:t>
      </w:r>
      <w:r>
        <w:t>bismillah rahman rahim wa salla Allahu ala nabiyyi al-karim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[00:38] </w:t>
      </w:r>
      <w:r>
        <w:t>aaj</w:t>
      </w:r>
    </w:p>
    <w:p>
      <w:pPr>
        <w:jc w:val="right"/>
      </w:pPr>
      <w:r>
        <w:t>آج</w:t>
      </w:r>
    </w:p>
    <w:p>
      <w:r>
        <w:rPr>
          <w:b/>
        </w:rPr>
        <w:t xml:space="preserve">[00:42] </w:t>
      </w:r>
      <w:r>
        <w:t>aaj ki topic ka</w:t>
      </w:r>
    </w:p>
    <w:p>
      <w:pPr>
        <w:jc w:val="right"/>
      </w:pPr>
      <w:r>
        <w:t>آج کی ٹاپک کا</w:t>
      </w:r>
    </w:p>
    <w:p>
      <w:r>
        <w:rPr>
          <w:b/>
        </w:rPr>
        <w:t xml:space="preserve">[00:47] </w:t>
      </w:r>
      <w:r>
        <w:t>Title hai History of Thought</w:t>
      </w:r>
    </w:p>
    <w:p>
      <w:pPr>
        <w:jc w:val="right"/>
      </w:pPr>
      <w:r>
        <w:t>ٹائٹل ہے History of Thought</w:t>
      </w:r>
    </w:p>
    <w:p>
      <w:r>
        <w:rPr>
          <w:b/>
        </w:rPr>
        <w:t xml:space="preserve">[00:54] </w:t>
      </w:r>
      <w:r>
        <w:t>Yahan main ek baat</w:t>
      </w:r>
    </w:p>
    <w:p>
      <w:pPr>
        <w:jc w:val="right"/>
      </w:pPr>
      <w:r>
        <w:t>یہاں میں ایک بات</w:t>
      </w:r>
    </w:p>
    <w:p>
      <w:r>
        <w:rPr>
          <w:b/>
        </w:rPr>
        <w:t xml:space="preserve">[00:56] </w:t>
      </w:r>
      <w:r>
        <w:t>clear kar doon</w:t>
      </w:r>
    </w:p>
    <w:p>
      <w:pPr>
        <w:jc w:val="right"/>
      </w:pPr>
      <w:r>
        <w:t>کلیئر کر دوں</w:t>
      </w:r>
    </w:p>
    <w:p>
      <w:r>
        <w:rPr>
          <w:b/>
        </w:rPr>
        <w:t xml:space="preserve">[00:58] </w:t>
      </w:r>
      <w:r>
        <w:t>ke hum apni is class mein jab bhi koi topic lete hain to wo professional sense mein nahi</w:t>
      </w:r>
    </w:p>
    <w:p>
      <w:pPr>
        <w:jc w:val="right"/>
      </w:pPr>
      <w:r>
        <w:t>کہ ہم اپنی اس کلاس میں جب بھی کوئی ٹاپک لیتے ہیں تو وہ پروفیشنل سینس میں نہیں</w:t>
      </w:r>
    </w:p>
    <w:p>
      <w:r>
        <w:rPr>
          <w:b/>
        </w:rPr>
        <w:t xml:space="preserve">[01:07] </w:t>
      </w:r>
      <w:r>
        <w:t>hota jo yani</w:t>
      </w:r>
    </w:p>
    <w:p>
      <w:pPr>
        <w:jc w:val="right"/>
      </w:pPr>
      <w:r>
        <w:t>ہوتا جو یعنی</w:t>
      </w:r>
    </w:p>
    <w:p>
      <w:r>
        <w:rPr>
          <w:b/>
        </w:rPr>
        <w:t xml:space="preserve">[01:15] </w:t>
      </w:r>
      <w:r>
        <w:t>scientific circle mein</w:t>
      </w:r>
    </w:p>
    <w:p>
      <w:pPr>
        <w:jc w:val="right"/>
      </w:pPr>
      <w:r>
        <w:t>سائنٹیفک سرکل میں</w:t>
      </w:r>
    </w:p>
    <w:p>
      <w:r>
        <w:rPr>
          <w:b/>
        </w:rPr>
        <w:t xml:space="preserve">[01:18] </w:t>
      </w:r>
      <w:r>
        <w:t>ya educated circle mein topic ka matlab hota hai</w:t>
      </w:r>
    </w:p>
    <w:p>
      <w:pPr>
        <w:jc w:val="right"/>
      </w:pPr>
      <w:r>
        <w:t>یا ایجوکیٹڈ سرکل میں ٹاپک کا مطلب ہوتا ہے</w:t>
      </w:r>
    </w:p>
    <w:p>
      <w:r>
        <w:rPr>
          <w:b/>
        </w:rPr>
        <w:t xml:space="preserve">[01:24] </w:t>
      </w:r>
      <w:r>
        <w:t>is ko as a discipline lena</w:t>
      </w:r>
    </w:p>
    <w:p>
      <w:pPr>
        <w:jc w:val="right"/>
      </w:pPr>
      <w:r>
        <w:t>اس کو as a discipline لینا</w:t>
      </w:r>
    </w:p>
    <w:p>
      <w:r>
        <w:rPr>
          <w:b/>
        </w:rPr>
        <w:t xml:space="preserve">[01:29] </w:t>
      </w:r>
      <w:r>
        <w:t>lekin aap jante hain ke hamara ek</w:t>
      </w:r>
    </w:p>
    <w:p>
      <w:pPr>
        <w:jc w:val="right"/>
      </w:pPr>
      <w:r>
        <w:t>لیکن آپ جانتے ہیں کہ ہمارا ایک</w:t>
      </w:r>
    </w:p>
    <w:p>
      <w:r>
        <w:rPr>
          <w:b/>
        </w:rPr>
        <w:t xml:space="preserve">[01:32] </w:t>
      </w:r>
      <w:r>
        <w:t>mission hai to jab bhi hum kehte hain ke aaj ka topic hai History of Thought is ka</w:t>
      </w:r>
    </w:p>
    <w:p>
      <w:pPr>
        <w:jc w:val="right"/>
      </w:pPr>
      <w:r>
        <w:t>مشن ہے تو جب بھی ہم کہتے ہیں کہ آج کا ٹاپک ہے History of Thought اس کا</w:t>
      </w:r>
    </w:p>
    <w:p>
      <w:r>
        <w:rPr>
          <w:b/>
        </w:rPr>
        <w:t xml:space="preserve">[01:41] </w:t>
      </w:r>
      <w:r>
        <w:t>matlab sirf ye hota hai ke wo jo baatein hum kehne ja rahe hain wo History of Thought</w:t>
      </w:r>
    </w:p>
    <w:p>
      <w:pPr>
        <w:jc w:val="right"/>
      </w:pPr>
      <w:r>
        <w:t>مطلب صرف یہ ہوتا ہے کہ وہ جو باتیں ہم کہنے جا رہے ہیں وہ History of Thought</w:t>
      </w:r>
    </w:p>
    <w:p>
      <w:r>
        <w:rPr>
          <w:b/>
        </w:rPr>
        <w:t xml:space="preserve">[01:48] </w:t>
      </w:r>
      <w:r>
        <w:t>ko touch karti hain bas</w:t>
      </w:r>
    </w:p>
    <w:p>
      <w:pPr>
        <w:jc w:val="right"/>
      </w:pPr>
      <w:r>
        <w:t>کو ٹچ کرتی ہیں بس</w:t>
      </w:r>
    </w:p>
    <w:p>
      <w:r>
        <w:rPr>
          <w:b/>
        </w:rPr>
        <w:t xml:space="preserve">[01:51] </w:t>
      </w:r>
      <w:r>
        <w:t>is ko yani professional sense mein deal karna ye hamara maqsad nahi hota hai</w:t>
      </w:r>
    </w:p>
    <w:p>
      <w:pPr>
        <w:jc w:val="right"/>
      </w:pPr>
      <w:r>
        <w:t>اس کو یعنی پروفیشنل سینس میں ڈیل کرنا یہ ہمارا مقصد نہیں ہوتا ہے</w:t>
      </w:r>
    </w:p>
    <w:p>
      <w:r>
        <w:rPr>
          <w:b/>
        </w:rPr>
        <w:t xml:space="preserve">[02:01] </w:t>
      </w:r>
      <w:r>
        <w:t>to main Quran par sochta rehta hoon</w:t>
      </w:r>
    </w:p>
    <w:p>
      <w:pPr>
        <w:jc w:val="right"/>
      </w:pPr>
      <w:r>
        <w:t>تو میں قرآن پر سوچتا رہتا ہوں</w:t>
      </w:r>
    </w:p>
    <w:p>
      <w:r>
        <w:rPr>
          <w:b/>
        </w:rPr>
        <w:t xml:space="preserve">[02:07] </w:t>
      </w:r>
      <w:r>
        <w:t>to aaj subah</w:t>
      </w:r>
    </w:p>
    <w:p>
      <w:pPr>
        <w:jc w:val="right"/>
      </w:pPr>
      <w:r>
        <w:t>تو آج صبح</w:t>
      </w:r>
    </w:p>
    <w:p>
      <w:r>
        <w:rPr>
          <w:b/>
        </w:rPr>
        <w:t xml:space="preserve">[02:11] </w:t>
      </w:r>
      <w:r>
        <w:t>sochte hue ek ayat mere mind mein aai</w:t>
      </w:r>
    </w:p>
    <w:p>
      <w:pPr>
        <w:jc w:val="right"/>
      </w:pPr>
      <w:r>
        <w:t>سوچتے ہوئے ایک آیت میرے مائنڈ میں آئی</w:t>
      </w:r>
    </w:p>
    <w:p>
      <w:r>
        <w:rPr>
          <w:b/>
        </w:rPr>
        <w:t xml:space="preserve">[02:15] </w:t>
      </w:r>
      <w:r>
        <w:t>Ma nafqahu katheeran mimma taqool</w:t>
      </w:r>
    </w:p>
    <w:p>
      <w:pPr>
        <w:jc w:val="right"/>
      </w:pPr>
      <w:r>
        <w:t>ما نفقہ کثیرا مما تقول</w:t>
      </w:r>
    </w:p>
    <w:p>
      <w:r>
        <w:rPr>
          <w:b/>
        </w:rPr>
        <w:t xml:space="preserve">[02:20] </w:t>
      </w:r>
      <w:r>
        <w:t>yani Quran mein history ki jo picture di gayi hai wo yeh hai ke har zamane mein har zamane mein lagatar prophet aaye ثم ارسلنا رسلنا تترا lekin</w:t>
      </w:r>
    </w:p>
    <w:p>
      <w:pPr>
        <w:jc w:val="right"/>
      </w:pPr>
      <w:r>
        <w:t>یعنی قرآن میں ہسٹری کی جو پکچر دی گئی ہے وہ یہ ہے کہ ہر زمانے میں ہر زمانے میں لگاتار پرافٹ آئے ثم ارسلنا رسلنا تترا لیکن</w:t>
      </w:r>
    </w:p>
    <w:p>
      <w:r>
        <w:rPr>
          <w:b/>
        </w:rPr>
        <w:t xml:space="preserve">[02:44] </w:t>
      </w:r>
      <w:r>
        <w:t>hamesha rasoolon ka inkar kiya gaya</w:t>
      </w:r>
    </w:p>
    <w:p>
      <w:pPr>
        <w:jc w:val="right"/>
      </w:pPr>
      <w:r>
        <w:t>ہمیشہ رسولوں کا انکار کیا گیا</w:t>
      </w:r>
    </w:p>
    <w:p>
      <w:r>
        <w:rPr>
          <w:b/>
        </w:rPr>
        <w:t xml:space="preserve">[02:50] </w:t>
      </w:r>
      <w:r>
        <w:t>to un ko ridiculus kiya gaya</w:t>
      </w:r>
    </w:p>
    <w:p>
      <w:pPr>
        <w:jc w:val="right"/>
      </w:pPr>
      <w:r>
        <w:t>تو ان کو ریڈیکیول کیا گیا</w:t>
      </w:r>
    </w:p>
    <w:p>
      <w:r>
        <w:rPr>
          <w:b/>
        </w:rPr>
        <w:t xml:space="preserve">[02:56] </w:t>
      </w:r>
      <w:r>
        <w:t>to isi silsile mein ye ayat hai ke unhon ne kaha ke Ma nafqahu katheeran mimma taqool</w:t>
      </w:r>
    </w:p>
    <w:p>
      <w:pPr>
        <w:jc w:val="right"/>
      </w:pPr>
      <w:r>
        <w:t>تو اسی سلسلے میں یہ آیت ہے کہ انہوں نے کہا کہ ما نفقہ کثیرا مما تقول</w:t>
      </w:r>
    </w:p>
    <w:p>
      <w:r>
        <w:rPr>
          <w:b/>
        </w:rPr>
        <w:t xml:space="preserve">[03:04] </w:t>
      </w:r>
      <w:r>
        <w:t>yani Prophet se kaha unhone unke contemporary</w:t>
      </w:r>
    </w:p>
    <w:p>
      <w:pPr>
        <w:jc w:val="right"/>
      </w:pPr>
      <w:r>
        <w:t>یعنی پرافٹ سے کہا انہوں نے ان کے کنٹیمپریری</w:t>
      </w:r>
    </w:p>
    <w:p>
      <w:r>
        <w:rPr>
          <w:b/>
        </w:rPr>
        <w:t xml:space="preserve">[03:07] </w:t>
      </w:r>
      <w:r>
        <w:t>jo the ke tum jo kehte ho wo hamari samajh mein kuch aata nahi</w:t>
      </w:r>
    </w:p>
    <w:p>
      <w:pPr>
        <w:jc w:val="right"/>
      </w:pPr>
      <w:r>
        <w:t>جو تھے کہ تم جو کہتے ہو وہ ہماری سمجھ میں کچھ آتا نہیں</w:t>
      </w:r>
    </w:p>
    <w:p>
      <w:r>
        <w:rPr>
          <w:b/>
        </w:rPr>
        <w:t xml:space="preserve">[03:13] </w:t>
      </w:r>
      <w:r>
        <w:t>tumhari baat hamari samajh mein nahin aati</w:t>
      </w:r>
    </w:p>
    <w:p>
      <w:pPr>
        <w:jc w:val="right"/>
      </w:pPr>
      <w:r>
        <w:t>تمہاری بات ہماری سمجھ میں نہیں آتی</w:t>
      </w:r>
    </w:p>
    <w:p>
      <w:r>
        <w:rPr>
          <w:b/>
        </w:rPr>
        <w:t xml:space="preserve">[03:17] </w:t>
      </w:r>
      <w:r>
        <w:t>is par main sochne laga is par main sochne laga ke jo profit aaye hain dunya mein woh</w:t>
      </w:r>
    </w:p>
    <w:p>
      <w:pPr>
        <w:jc w:val="right"/>
      </w:pPr>
      <w:r>
        <w:t>اس پر میں سوچنے لگا اس پر میں سوچنے لگا کہ جو پرافٹ آئے ہیں دنیا میں وہ</w:t>
      </w:r>
    </w:p>
    <w:p>
      <w:r>
        <w:rPr>
          <w:b/>
        </w:rPr>
        <w:t xml:space="preserve">[03:22] </w:t>
      </w:r>
      <w:r>
        <w:t>sab ke sab bohat hi</w:t>
      </w:r>
    </w:p>
    <w:p>
      <w:pPr>
        <w:jc w:val="right"/>
      </w:pPr>
      <w:r>
        <w:t>سب کے سب بہت ہی</w:t>
      </w:r>
    </w:p>
    <w:p>
      <w:r>
        <w:rPr>
          <w:b/>
        </w:rPr>
        <w:t xml:space="preserve">[03:25] </w:t>
      </w:r>
      <w:r>
        <w:t>yaani bohat hi oonche mind ke log thay</w:t>
      </w:r>
    </w:p>
    <w:p>
      <w:pPr>
        <w:jc w:val="right"/>
      </w:pPr>
      <w:r>
        <w:t>یعنی بہت ہی اونچے مائنڈ کے لوگ تھے</w:t>
      </w:r>
    </w:p>
    <w:p>
      <w:r>
        <w:rPr>
          <w:b/>
        </w:rPr>
        <w:t xml:space="preserve">[03:31] </w:t>
      </w:r>
      <w:r>
        <w:t>quran mein hai ke zaata basata fil ilmi wal jismi</w:t>
      </w:r>
    </w:p>
    <w:p>
      <w:pPr>
        <w:jc w:val="right"/>
      </w:pPr>
      <w:r>
        <w:t>قرآن میں ہے کہ ذاتہ بسط فی العلم بل جسم</w:t>
      </w:r>
    </w:p>
    <w:p>
      <w:r>
        <w:rPr>
          <w:b/>
        </w:rPr>
        <w:t xml:space="preserve">[03:35] </w:t>
      </w:r>
      <w:r>
        <w:t>yaani physical health ke aitbaar se woh bohat zabardast thay aur intellectual</w:t>
      </w:r>
    </w:p>
    <w:p>
      <w:pPr>
        <w:jc w:val="right"/>
      </w:pPr>
      <w:r>
        <w:t>یعنی فزیکل ہیلتھ کے اعتبار سے وہ بہت زبردست تھے اور انٹلیکچول</w:t>
      </w:r>
    </w:p>
    <w:p>
      <w:r>
        <w:rPr>
          <w:b/>
        </w:rPr>
        <w:t xml:space="preserve">[03:41] </w:t>
      </w:r>
      <w:r>
        <w:t>aitbar se bhi mind ke aitbar se bhi wo bahut hi strong the bahut oonche the sare prophet yani physical aur mental dono aitbar se wo bahut zabardast log the to aise logon ne baat kahi aur koi samjha nahin aur inkar karte rahe to what was the reason</w:t>
      </w:r>
    </w:p>
    <w:p>
      <w:pPr>
        <w:jc w:val="right"/>
      </w:pPr>
      <w:r>
        <w:t>اعتبار سے بھی مائنڈ کے اعتبار سے بھی وہ بہت ہی سٹرانگ تھے بہت اونچے تھے سارے پرافٹ یعنی فزیکل اور مینٹل دونوں اعتبار سے وہ بہت زبردست لوگ تھے تو ایسے لوگوں نے بات کہی اور کوئی سمجھا نہیں اور انکار کرتے رہے تو واٹ واز دا ریزن</w:t>
      </w:r>
    </w:p>
    <w:p>
      <w:r>
        <w:rPr>
          <w:b/>
        </w:rPr>
        <w:t xml:space="preserve">[04:07] </w:t>
      </w:r>
      <w:r>
        <w:t>yeh bahut zyada sochne ki baat hai agar hum mante hain Quran ko ke Quran is a book of God to humein sochna padega ke yeh comment jo history par hai Quran ka to kyun aisa hua</w:t>
      </w:r>
    </w:p>
    <w:p>
      <w:pPr>
        <w:jc w:val="right"/>
      </w:pPr>
      <w:r>
        <w:t>یہ بہت زیادہ سوچنے کی بات ہے اگر ہم مانتے ہیں قرآن کو کہ قرآن از اے بک آف گاڈ تو ہمیں سوچنا پڑے گا کہ یہ کمنٹ جو ہسٹری پر ہے قرآن کا تو کیوں ایسا ہوا</w:t>
      </w:r>
    </w:p>
    <w:p>
      <w:r>
        <w:rPr>
          <w:b/>
        </w:rPr>
        <w:t xml:space="preserve">[04:26] </w:t>
      </w:r>
      <w:r>
        <w:t>kyun aisa hua to Qurani ki ek doosri ayat se yeh cheez explain hoti hai</w:t>
      </w:r>
    </w:p>
    <w:p>
      <w:pPr>
        <w:jc w:val="right"/>
      </w:pPr>
      <w:r>
        <w:t>کیوں ایسا ہوا تو قرآنی کی ایک دوسری آیت سے یہ چیز ایکسپلین ہوتی ہے</w:t>
      </w:r>
    </w:p>
    <w:p>
      <w:r>
        <w:rPr>
          <w:b/>
        </w:rPr>
        <w:t xml:space="preserve">[04:36] </w:t>
      </w:r>
      <w:r>
        <w:t>is mein yeh hai ke</w:t>
      </w:r>
    </w:p>
    <w:p>
      <w:pPr>
        <w:jc w:val="right"/>
      </w:pPr>
      <w:r>
        <w:t>اس میں یہ ہے کہ</w:t>
      </w:r>
    </w:p>
    <w:p>
      <w:r>
        <w:rPr>
          <w:b/>
        </w:rPr>
        <w:t xml:space="preserve">[04:44] </w:t>
      </w:r>
      <w:r>
        <w:t>قل کل یعمل علی شاکلتہ</w:t>
      </w:r>
    </w:p>
    <w:p>
      <w:pPr>
        <w:jc w:val="right"/>
      </w:pPr>
      <w:r>
        <w:t>قل کل یومل علی شاکلتہ</w:t>
      </w:r>
    </w:p>
    <w:p>
      <w:r>
        <w:rPr>
          <w:b/>
        </w:rPr>
        <w:t xml:space="preserve">[04:49] </w:t>
      </w:r>
      <w:r>
        <w:t>wa rabbuka aalam biman huwa ahda sabila is ka matlab yeh hai ke har aadmi har aurat aur mard apne framework mein sochte hain khud apne framework mein</w:t>
      </w:r>
    </w:p>
    <w:p>
      <w:pPr>
        <w:jc w:val="right"/>
      </w:pPr>
      <w:r>
        <w:t>وربکم عالم بمنھو احدا سبیلا اس کا مطلب یہ ہے کہ ہر آدمی ہر عورت اور مرد اپنے فریم ورک میں سوچتے ہیں خود اپنے فریم ورک میں</w:t>
      </w:r>
    </w:p>
    <w:p>
      <w:r>
        <w:rPr>
          <w:b/>
        </w:rPr>
        <w:t xml:space="preserve">[05:09] </w:t>
      </w:r>
      <w:r>
        <w:t>aur right framework to woh hai jo Khuda ka hai</w:t>
      </w:r>
    </w:p>
    <w:p>
      <w:pPr>
        <w:jc w:val="right"/>
      </w:pPr>
      <w:r>
        <w:t>اور رائٹ فریم ورک تو وہ ہے جو خدا کا ہے</w:t>
      </w:r>
    </w:p>
    <w:p>
      <w:r>
        <w:rPr>
          <w:b/>
        </w:rPr>
        <w:t xml:space="preserve">[05:20] </w:t>
      </w:r>
      <w:r>
        <w:t>is se meri samajh mein aaya ke log is liye nahin payghambaron ko samajh sake ke unhon ne apne framework hi mein suna un ki baaton ko aur woh apne framework ko tod kar nahin suna</w:t>
      </w:r>
    </w:p>
    <w:p>
      <w:pPr>
        <w:jc w:val="right"/>
      </w:pPr>
      <w:r>
        <w:t>اس سے میری سمجھ میں آیا کہ لوگ اس لیے نہیں پیغمبروں کو سمجھ سکے کہ انہوں نے اپنے فریم ورک ہی میں سنا ان کی باتوں کو اور وہ اپنے فریم ورک کو توڑ کر نہیں سنا</w:t>
      </w:r>
    </w:p>
    <w:p>
      <w:r>
        <w:rPr>
          <w:b/>
        </w:rPr>
        <w:t xml:space="preserve">[05:41] </w:t>
      </w:r>
      <w:r>
        <w:t>aik american communist tha hai abhi shayad zinda hai woh</w:t>
      </w:r>
    </w:p>
    <w:p>
      <w:pPr>
        <w:jc w:val="right"/>
      </w:pPr>
      <w:r>
        <w:t>ایک امریکن کمیونسٹ تھا ہے ابھی شاید زندہ ہے وہ</w:t>
      </w:r>
    </w:p>
    <w:p>
      <w:r>
        <w:rPr>
          <w:b/>
        </w:rPr>
        <w:t xml:space="preserve">[05:49] </w:t>
      </w:r>
      <w:r>
        <w:t>us ne communism ko chhod diya krishf ka jo bohat hi well known</w:t>
      </w:r>
    </w:p>
    <w:p>
      <w:pPr>
        <w:jc w:val="right"/>
      </w:pPr>
      <w:r>
        <w:t>اس نے کمیونزم کو چھوڑ دیا کرسچف کا جو بہت ہی ویل نون</w:t>
      </w:r>
    </w:p>
    <w:p>
      <w:r>
        <w:rPr>
          <w:b/>
        </w:rPr>
        <w:t xml:space="preserve">[05:57] </w:t>
      </w:r>
      <w:r>
        <w:t>us ne jo disclose kiya tha sirf baatein wahan ki to us ne book likhi hai nect guard</w:t>
      </w:r>
    </w:p>
    <w:p>
      <w:pPr>
        <w:jc w:val="right"/>
      </w:pPr>
      <w:r>
        <w:t>اس نے جو ڈسکلوز کیا تھا صرف باتیں وہاں کی تو اس نے بک لکھی ہے نیکٹ گارڈ</w:t>
      </w:r>
    </w:p>
    <w:p>
      <w:r>
        <w:rPr>
          <w:b/>
        </w:rPr>
        <w:t xml:space="preserve">[06:04] </w:t>
      </w:r>
      <w:r>
        <w:t>nect guard is mein woh kehta hai ke maine communism ko apne hi framework mein paya</w:t>
      </w:r>
    </w:p>
    <w:p>
      <w:pPr>
        <w:jc w:val="right"/>
      </w:pPr>
      <w:r>
        <w:t>نیکٹ گارڈ اس میں وہ کہتا ہے کہ میں نے کمیونزم کو اپنے ہی فریم ورک میں پایا</w:t>
      </w:r>
    </w:p>
    <w:p>
      <w:r>
        <w:rPr>
          <w:b/>
        </w:rPr>
        <w:t xml:space="preserve">[06:14] </w:t>
      </w:r>
      <w:r>
        <w:t>to main samajhta hoon ke saari history ka hi mamla hai</w:t>
      </w:r>
    </w:p>
    <w:p>
      <w:pPr>
        <w:jc w:val="right"/>
      </w:pPr>
      <w:r>
        <w:t>تو میں سمجھتا ہوں کہ ساری ہسٹری کا ہی معاملہ ہے</w:t>
      </w:r>
    </w:p>
    <w:p>
      <w:r>
        <w:rPr>
          <w:b/>
        </w:rPr>
        <w:t xml:space="preserve">[06:18] </w:t>
      </w:r>
      <w:r>
        <w:t>log baaton ko khud apne framework mein lete hain aur jab nahin lete to is liye nahin</w:t>
      </w:r>
    </w:p>
    <w:p>
      <w:pPr>
        <w:jc w:val="right"/>
      </w:pPr>
      <w:r>
        <w:t>لوگ باتوں کو خود اپنے فریم ورک میں لیتے ہیں اور جب نہیں لیتے تو اس لیے نہیں</w:t>
      </w:r>
    </w:p>
    <w:p>
      <w:r>
        <w:rPr>
          <w:b/>
        </w:rPr>
        <w:t xml:space="preserve">[06:23] </w:t>
      </w:r>
      <w:r>
        <w:t>lete ke un ke apne framework mein fit nahin baithti woh</w:t>
      </w:r>
    </w:p>
    <w:p>
      <w:pPr>
        <w:jc w:val="right"/>
      </w:pPr>
      <w:r>
        <w:t>لیتے کہ ان کے اپنے فریم ورک میں فٹ نہیں بیٹھتی وہ</w:t>
      </w:r>
    </w:p>
    <w:p>
      <w:r>
        <w:rPr>
          <w:b/>
        </w:rPr>
        <w:t xml:space="preserve">[06:30] </w:t>
      </w:r>
      <w:r>
        <w:t>yeh tha woh reason jis ki wajah se poori history mein prophets ko</w:t>
      </w:r>
    </w:p>
    <w:p>
      <w:pPr>
        <w:jc w:val="right"/>
      </w:pPr>
      <w:r>
        <w:t>یہ تھا وہ ریزن جس کی وجہ سے پوری ہسٹری میں پرافٹس کو</w:t>
      </w:r>
    </w:p>
    <w:p>
      <w:r>
        <w:rPr>
          <w:b/>
        </w:rPr>
        <w:t xml:space="preserve">[06:43] </w:t>
      </w:r>
      <w:r>
        <w:t>yeh situation pesh aayi ke log un ka inkar karte rahe</w:t>
      </w:r>
    </w:p>
    <w:p>
      <w:pPr>
        <w:jc w:val="right"/>
      </w:pPr>
      <w:r>
        <w:t>یہ سچویشن پیش آئی کہ لوگ ان کا انکار کرتے رہے</w:t>
      </w:r>
    </w:p>
    <w:p>
      <w:r>
        <w:rPr>
          <w:b/>
        </w:rPr>
        <w:t xml:space="preserve">[06:52] </w:t>
      </w:r>
      <w:r>
        <w:t>is se maine yeh samjha hai ke sachai ko samajhne ke liye sab se zaroori condition kya</w:t>
      </w:r>
    </w:p>
    <w:p>
      <w:pPr>
        <w:jc w:val="right"/>
      </w:pPr>
      <w:r>
        <w:t>اس سے میں نے یہ سمجھا ہے کہ سچائی کو سمجھنے کے لیے سب سے ضروری کنڈیشن کیا</w:t>
      </w:r>
    </w:p>
    <w:p>
      <w:r>
        <w:rPr>
          <w:b/>
        </w:rPr>
        <w:t xml:space="preserve">[07:00] </w:t>
      </w:r>
      <w:r>
        <w:t>hai woh hai objectivity</w:t>
      </w:r>
    </w:p>
    <w:p>
      <w:pPr>
        <w:jc w:val="right"/>
      </w:pPr>
      <w:r>
        <w:t>ہے وہ ہے آبجیکٹیویٹی</w:t>
      </w:r>
    </w:p>
    <w:p>
      <w:r>
        <w:rPr>
          <w:b/>
        </w:rPr>
        <w:t xml:space="preserve">[07:06] </w:t>
      </w:r>
      <w:r>
        <w:t>صرف objective thinker ہی سمجھ سکتا ہے سچائی کو نہیں تو وہ نہیں مانے گا نہیں سمجھے گا</w:t>
      </w:r>
    </w:p>
    <w:p>
      <w:pPr>
        <w:jc w:val="right"/>
      </w:pPr>
      <w:r>
        <w:t>صرف آبجیکٹیو تھنکر ہی سمجھ سکتا ہے سچائی کو نہیں تو وہ نہیں مانے گا نہیں سمجھے گا</w:t>
      </w:r>
    </w:p>
    <w:p>
      <w:r>
        <w:rPr>
          <w:b/>
        </w:rPr>
        <w:t xml:space="preserve">[07:13] </w:t>
      </w:r>
      <w:r>
        <w:t>inkaar kar dega</w:t>
      </w:r>
    </w:p>
    <w:p>
      <w:pPr>
        <w:jc w:val="right"/>
      </w:pPr>
      <w:r>
        <w:t>انکار کر دے گا</w:t>
      </w:r>
    </w:p>
    <w:p>
      <w:r>
        <w:rPr>
          <w:b/>
        </w:rPr>
        <w:t xml:space="preserve">[07:16] </w:t>
      </w:r>
      <w:r>
        <w:t>Objective thinking, yeh must hai sachai ko samajhne ke liye aur usko manne ke liye.</w:t>
      </w:r>
    </w:p>
    <w:p>
      <w:pPr>
        <w:jc w:val="right"/>
      </w:pPr>
      <w:r>
        <w:t>آبجیکٹیو تھنکنگ یہ مست ہے سچائی کو سمجھنے کے لیے اور اس کو ماننے کے لیے</w:t>
      </w:r>
    </w:p>
    <w:p>
      <w:r>
        <w:rPr>
          <w:b/>
        </w:rPr>
        <w:t xml:space="preserve">[07:25] </w:t>
      </w:r>
      <w:r>
        <w:t>Jitna kami hogi objectivity mein utni woh kam samajh payega sachai ko</w:t>
      </w:r>
    </w:p>
    <w:p>
      <w:pPr>
        <w:jc w:val="right"/>
      </w:pPr>
      <w:r>
        <w:t>جتنا کمی ہوگی آبجیکٹیویٹی میں اتنی وہ کم سمجھ پائے گا سچائی کو</w:t>
      </w:r>
    </w:p>
    <w:p>
      <w:r>
        <w:rPr>
          <w:b/>
        </w:rPr>
        <w:t xml:space="preserve">[07:32] </w:t>
      </w:r>
      <w:r>
        <w:t>yeh bohat hi ahem baat hai jo hamesha har aadmi ko samajhna</w:t>
      </w:r>
    </w:p>
    <w:p>
      <w:pPr>
        <w:jc w:val="right"/>
      </w:pPr>
      <w:r>
        <w:t>یہ بہت ہی اہم بات ہے جو ہمیشہ ہر آدمی کو سمجھنا</w:t>
      </w:r>
    </w:p>
    <w:p>
      <w:r>
        <w:rPr>
          <w:b/>
        </w:rPr>
        <w:t xml:space="preserve">[07:38] </w:t>
      </w:r>
      <w:r>
        <w:t>chahiye</w:t>
      </w:r>
    </w:p>
    <w:p>
      <w:pPr>
        <w:jc w:val="right"/>
      </w:pPr>
      <w:r>
        <w:t>چاہیے</w:t>
      </w:r>
    </w:p>
    <w:p>
      <w:r>
        <w:rPr>
          <w:b/>
        </w:rPr>
        <w:t xml:space="preserve">[07:43] </w:t>
      </w:r>
      <w:r>
        <w:t>main aap ko yahan do misalein deta hoon framework ko janne ki</w:t>
      </w:r>
    </w:p>
    <w:p>
      <w:pPr>
        <w:jc w:val="right"/>
      </w:pPr>
      <w:r>
        <w:t>میں آپ کو یہاں دو مثالیں دیتا ہوں فریم ورک کو جاننے کی</w:t>
      </w:r>
    </w:p>
    <w:p>
      <w:r>
        <w:rPr>
          <w:b/>
        </w:rPr>
        <w:t xml:space="preserve">[07:52] </w:t>
      </w:r>
      <w:r>
        <w:t>yesu masih ab se do hazar saal pehle yerushalim mein aaye</w:t>
      </w:r>
    </w:p>
    <w:p>
      <w:pPr>
        <w:jc w:val="right"/>
      </w:pPr>
      <w:r>
        <w:t>یسوع مسیح اب سے دو ہزار سال پہلے یروشلم میں آئے</w:t>
      </w:r>
    </w:p>
    <w:p>
      <w:r>
        <w:rPr>
          <w:b/>
        </w:rPr>
        <w:t xml:space="preserve">[08:03] </w:t>
      </w:r>
      <w:r>
        <w:t>aur yeh hum samajhte hain ke un ke andar bohat hi zabardast personality wale aadmi the woh woh jab bolte the to anokha style hota tha un ke bolne ka</w:t>
      </w:r>
    </w:p>
    <w:p>
      <w:pPr>
        <w:jc w:val="right"/>
      </w:pPr>
      <w:r>
        <w:t>اور یہ ہم سمجھتے ہیں کہ ان کے اندر بہت ہی زبردست پرسنیلٹی والے آدمی تھے وہ وہ جب بولتے تھے تو انوکھا اسٹائل ہوتا تھا ان کے بولنے کا</w:t>
      </w:r>
    </w:p>
    <w:p>
      <w:r>
        <w:rPr>
          <w:b/>
        </w:rPr>
        <w:t xml:space="preserve">[08:18] </w:t>
      </w:r>
      <w:r>
        <w:t>yani anokhi personality thi un ki aap sochiye ke jo Khuda ke barah e raast</w:t>
      </w:r>
    </w:p>
    <w:p>
      <w:pPr>
        <w:jc w:val="right"/>
      </w:pPr>
      <w:r>
        <w:t>یعنی انوکھی پرسنیلٹی تھی ان کی آپ سوچیے کہ جو خدا کے براہ راست</w:t>
      </w:r>
    </w:p>
    <w:p>
      <w:r>
        <w:rPr>
          <w:b/>
        </w:rPr>
        <w:t xml:space="preserve">[08:28] </w:t>
      </w:r>
      <w:r>
        <w:t>mudakhlat se paida hue hon kaisi ajeeb anokhi personality un ki hogi</w:t>
      </w:r>
    </w:p>
    <w:p>
      <w:pPr>
        <w:jc w:val="right"/>
      </w:pPr>
      <w:r>
        <w:t>مداخلت سے پیدا ہوئے ہوں کیسی عجیب انوکھی پرسنیلٹی ان کی ہوگی</w:t>
      </w:r>
    </w:p>
    <w:p>
      <w:r>
        <w:rPr>
          <w:b/>
        </w:rPr>
        <w:t xml:space="preserve">[08:36] </w:t>
      </w:r>
      <w:r>
        <w:t>kaisi anokhi personality hogi</w:t>
      </w:r>
    </w:p>
    <w:p>
      <w:pPr>
        <w:jc w:val="right"/>
      </w:pPr>
      <w:r>
        <w:t>کیسی انوکھی پرسنیلٹی ہوگی</w:t>
      </w:r>
    </w:p>
    <w:p>
      <w:r>
        <w:rPr>
          <w:b/>
        </w:rPr>
        <w:t xml:space="preserve">[08:39] </w:t>
      </w:r>
      <w:r>
        <w:t>to un ka picture to hamare saamne koi nahin hai ke hum dekhein lekin un ke alfaaz abhi</w:t>
      </w:r>
    </w:p>
    <w:p>
      <w:pPr>
        <w:jc w:val="right"/>
      </w:pPr>
      <w:r>
        <w:t>تو ان کا پکچر تو ہمارے سامنے کوئی نہیں ہے کہ ہم دیکھیں لیکن ان کے الفاظ ابھی</w:t>
      </w:r>
    </w:p>
    <w:p>
      <w:r>
        <w:rPr>
          <w:b/>
        </w:rPr>
        <w:t xml:space="preserve">[08:45] </w:t>
      </w:r>
      <w:r>
        <w:t>bhi new testament mein hain is ko aap padhiye to lagta hai ke un ka style bara hi</w:t>
      </w:r>
    </w:p>
    <w:p>
      <w:pPr>
        <w:jc w:val="right"/>
      </w:pPr>
      <w:r>
        <w:t>بھی نیو ٹیسٹامنٹ میں ہیں اس کو آپ پڑھئے تو لگتا ہے کہ ان کا اسٹائل بڑا ہی</w:t>
      </w:r>
    </w:p>
    <w:p>
      <w:r>
        <w:rPr>
          <w:b/>
        </w:rPr>
        <w:t xml:space="preserve">[08:51] </w:t>
      </w:r>
      <w:r>
        <w:t>anokha tha bohat anokha tha</w:t>
      </w:r>
    </w:p>
    <w:p>
      <w:pPr>
        <w:jc w:val="right"/>
      </w:pPr>
      <w:r>
        <w:t>انوکھا تھا بہت انوکھا تھا</w:t>
      </w:r>
    </w:p>
    <w:p>
      <w:r>
        <w:rPr>
          <w:b/>
        </w:rPr>
        <w:t xml:space="preserve">[08:56] </w:t>
      </w:r>
      <w:r>
        <w:t>phir bhi aap jante hain ke</w:t>
      </w:r>
    </w:p>
    <w:p>
      <w:pPr>
        <w:jc w:val="right"/>
      </w:pPr>
      <w:r>
        <w:t>پھر بھی آپ جانتے ہیں کہ</w:t>
      </w:r>
    </w:p>
    <w:p>
      <w:r>
        <w:rPr>
          <w:b/>
        </w:rPr>
        <w:t xml:space="preserve">[08:59] </w:t>
      </w:r>
      <w:r>
        <w:t>jab un ko naam nahad phansi di gayi to kal aath aadmi thay</w:t>
      </w:r>
    </w:p>
    <w:p>
      <w:pPr>
        <w:jc w:val="right"/>
      </w:pPr>
      <w:r>
        <w:t>جب ان کو نام نہاد پھانسی دی گئی تو کل آٹھ آدمی تھے</w:t>
      </w:r>
    </w:p>
    <w:p>
      <w:r>
        <w:rPr>
          <w:b/>
        </w:rPr>
        <w:t xml:space="preserve">[09:05] </w:t>
      </w:r>
      <w:r>
        <w:t>aath followers bas</w:t>
      </w:r>
    </w:p>
    <w:p>
      <w:pPr>
        <w:jc w:val="right"/>
      </w:pPr>
      <w:r>
        <w:t>آٹھ فالوورز بس</w:t>
      </w:r>
    </w:p>
    <w:p>
      <w:r>
        <w:rPr>
          <w:b/>
        </w:rPr>
        <w:t xml:space="preserve">[09:09] </w:t>
      </w:r>
      <w:r>
        <w:t>to Hazrat Masih ki saari personality aur saari un</w:t>
      </w:r>
    </w:p>
    <w:p>
      <w:pPr>
        <w:jc w:val="right"/>
      </w:pPr>
      <w:r>
        <w:t>تو حضرت مسیح کی ساری پرسنیلٹی اور ساری ان</w:t>
      </w:r>
    </w:p>
    <w:p>
      <w:r>
        <w:rPr>
          <w:b/>
        </w:rPr>
        <w:t xml:space="preserve">[09:15] </w:t>
      </w:r>
      <w:r>
        <w:t>ki</w:t>
      </w:r>
    </w:p>
    <w:p>
      <w:pPr>
        <w:jc w:val="right"/>
      </w:pPr>
      <w:r>
        <w:t>کی</w:t>
      </w:r>
    </w:p>
    <w:p>
      <w:r>
        <w:rPr>
          <w:b/>
        </w:rPr>
        <w:t xml:space="preserve">[09:15] </w:t>
      </w:r>
      <w:r>
        <w:t>in ka zehanat aur in ka behtareen dhang par batana logon ko kuch kaam nahi aaya</w:t>
      </w:r>
    </w:p>
    <w:p>
      <w:pPr>
        <w:jc w:val="right"/>
      </w:pPr>
      <w:r>
        <w:t>ان کا ذہانت اور ان کا بہترین ڈھنگ پر بتانا لوگوں کو کچھ کام نہیں آیا</w:t>
      </w:r>
    </w:p>
    <w:p>
      <w:r>
        <w:rPr>
          <w:b/>
        </w:rPr>
        <w:t xml:space="preserve">[09:22] </w:t>
      </w:r>
      <w:r>
        <w:t>aur logon ne yahan tak inkar kiya in ko ke in ko soli par charha diya apni samajh</w:t>
      </w:r>
    </w:p>
    <w:p>
      <w:pPr>
        <w:jc w:val="right"/>
      </w:pPr>
      <w:r>
        <w:t>اور لوگوں نے یہاں تک انکار کیا ان کو کہ ان کو سولی پر چڑھا دیا اپنی سمجھ</w:t>
      </w:r>
    </w:p>
    <w:p>
      <w:r>
        <w:rPr>
          <w:b/>
        </w:rPr>
        <w:t xml:space="preserve">[09:25] </w:t>
      </w:r>
      <w:r>
        <w:t>se khuda ne bacha liya wo alag baat hai</w:t>
      </w:r>
    </w:p>
    <w:p>
      <w:pPr>
        <w:jc w:val="right"/>
      </w:pPr>
      <w:r>
        <w:t>سے خدا نے بچا لیا وہ الگ بات ہے</w:t>
      </w:r>
    </w:p>
    <w:p>
      <w:r>
        <w:rPr>
          <w:b/>
        </w:rPr>
        <w:t xml:space="preserve">[09:30] </w:t>
      </w:r>
      <w:r>
        <w:t>to kyun hua is ki bhi reason yahi hai ke yerushlem ke log ya falasteen ke log</w:t>
      </w:r>
    </w:p>
    <w:p>
      <w:pPr>
        <w:jc w:val="right"/>
      </w:pPr>
      <w:r>
        <w:t>تو کیوں ہوا اس کی بھی ریزن یہی ہے کہ یروشلم کے لوگ یا فلسطین کے لوگ</w:t>
      </w:r>
    </w:p>
    <w:p>
      <w:r>
        <w:rPr>
          <w:b/>
        </w:rPr>
        <w:t xml:space="preserve">[09:38] </w:t>
      </w:r>
      <w:r>
        <w:t>is waqt in ka jo framework bana hua tha sankaron hazaron saal se</w:t>
      </w:r>
    </w:p>
    <w:p>
      <w:pPr>
        <w:jc w:val="right"/>
      </w:pPr>
      <w:r>
        <w:t>اس وقت ان کا جو فریم ورک بنا ہوا تھا سینکڑوں ہزاروں سال سے</w:t>
      </w:r>
    </w:p>
    <w:p>
      <w:r>
        <w:rPr>
          <w:b/>
        </w:rPr>
        <w:t xml:space="preserve">[09:45] </w:t>
      </w:r>
      <w:r>
        <w:t>is mein fit nahi aate the hazrat isaa masih to unhon ne inkar kar diya</w:t>
      </w:r>
    </w:p>
    <w:p>
      <w:pPr>
        <w:jc w:val="right"/>
      </w:pPr>
      <w:r>
        <w:t>اس میں فٹ نہیں آتے تھے حضرت یسوع مسیح تو انہوں نے انکار کر دیا</w:t>
      </w:r>
    </w:p>
    <w:p>
      <w:r>
        <w:rPr>
          <w:b/>
        </w:rPr>
        <w:t xml:space="preserve">[09:51] </w:t>
      </w:r>
      <w:r>
        <w:t>aaj aap jante hain ke isaiyat</w:t>
      </w:r>
    </w:p>
    <w:p>
      <w:pPr>
        <w:jc w:val="right"/>
      </w:pPr>
      <w:r>
        <w:t>آج آپ جانتے ہیں کہ عیسائیت</w:t>
      </w:r>
    </w:p>
    <w:p>
      <w:r>
        <w:rPr>
          <w:b/>
        </w:rPr>
        <w:t xml:space="preserve">[09:56] </w:t>
      </w:r>
      <w:r>
        <w:t>duniya ka sab se bara mazhab hai</w:t>
      </w:r>
    </w:p>
    <w:p>
      <w:pPr>
        <w:jc w:val="right"/>
      </w:pPr>
      <w:r>
        <w:t>دنیا کا سب سے بڑا مذہب ہے</w:t>
      </w:r>
    </w:p>
    <w:p>
      <w:r>
        <w:rPr>
          <w:b/>
        </w:rPr>
        <w:t xml:space="preserve">[10:00] </w:t>
      </w:r>
      <w:r>
        <w:t>lekin</w:t>
      </w:r>
    </w:p>
    <w:p>
      <w:pPr>
        <w:jc w:val="right"/>
      </w:pPr>
      <w:r>
        <w:t>لیکن</w:t>
      </w:r>
    </w:p>
    <w:p>
      <w:r>
        <w:rPr>
          <w:b/>
        </w:rPr>
        <w:t xml:space="preserve">[10:01] </w:t>
      </w:r>
      <w:r>
        <w:t>yeh sab se bada mazhab kaise bana</w:t>
      </w:r>
    </w:p>
    <w:p>
      <w:pPr>
        <w:jc w:val="right"/>
      </w:pPr>
      <w:r>
        <w:t>یہ سب سے بڑا مذہب کیسے بنا</w:t>
      </w:r>
    </w:p>
    <w:p>
      <w:r>
        <w:rPr>
          <w:b/>
        </w:rPr>
        <w:t xml:space="preserve">[10:05] </w:t>
      </w:r>
      <w:r>
        <w:t>is ke liye aap ko</w:t>
      </w:r>
    </w:p>
    <w:p>
      <w:pPr>
        <w:jc w:val="right"/>
      </w:pPr>
      <w:r>
        <w:t>اس کے لیے آپ کو</w:t>
      </w:r>
    </w:p>
    <w:p>
      <w:r>
        <w:rPr>
          <w:b/>
        </w:rPr>
        <w:t xml:space="preserve">[10:07] </w:t>
      </w:r>
      <w:r>
        <w:t>nikia council jo hui thi 325 isvi</w:t>
      </w:r>
    </w:p>
    <w:p>
      <w:pPr>
        <w:jc w:val="right"/>
      </w:pPr>
      <w:r>
        <w:t>نیکیا کونسل جو ہوئی تھی ۳۲۵ عیسوی</w:t>
      </w:r>
    </w:p>
    <w:p>
      <w:r>
        <w:rPr>
          <w:b/>
        </w:rPr>
        <w:t xml:space="preserve">[10:14] </w:t>
      </w:r>
      <w:r>
        <w:t>mein 325 isvi mein</w:t>
      </w:r>
    </w:p>
    <w:p>
      <w:pPr>
        <w:jc w:val="right"/>
      </w:pPr>
      <w:r>
        <w:t>میں ۳۲۵ عیسوی میں</w:t>
      </w:r>
    </w:p>
    <w:p>
      <w:r>
        <w:rPr>
          <w:b/>
        </w:rPr>
        <w:t xml:space="preserve">[10:17] </w:t>
      </w:r>
      <w:r>
        <w:t>nikia ek ek town tha jo maujooda turkey mein tha us waqt romans wahan wahan tak hukmarani karte</w:t>
      </w:r>
    </w:p>
    <w:p>
      <w:pPr>
        <w:jc w:val="right"/>
      </w:pPr>
      <w:r>
        <w:t>نیکیا ایک ایک ٹاؤن تھا جو موجودہ ٹرکی میں تھا اس وقت رومنز وہاں وہاں تک حکمرانی کرتے</w:t>
      </w:r>
    </w:p>
    <w:p>
      <w:r>
        <w:rPr>
          <w:b/>
        </w:rPr>
        <w:t xml:space="preserve">[10:26] </w:t>
      </w:r>
      <w:r>
        <w:t>the ye sara ilaaqa romans ke tehat tha to wahan par hui thi</w:t>
      </w:r>
    </w:p>
    <w:p>
      <w:pPr>
        <w:jc w:val="right"/>
      </w:pPr>
      <w:r>
        <w:t>تھے یہ سارا علاقہ رومنز کے تحت تھا تو وہاں پر ہوئی تھی</w:t>
      </w:r>
    </w:p>
    <w:p>
      <w:r>
        <w:rPr>
          <w:b/>
        </w:rPr>
        <w:t xml:space="preserve">[10:35] </w:t>
      </w:r>
      <w:r>
        <w:t>325 isvi mein us waqt church ne</w:t>
      </w:r>
    </w:p>
    <w:p>
      <w:pPr>
        <w:jc w:val="right"/>
      </w:pPr>
      <w:r>
        <w:t>۳۲۵ عیسوی میں اس وقت چرچ نے</w:t>
      </w:r>
    </w:p>
    <w:p>
      <w:r>
        <w:rPr>
          <w:b/>
        </w:rPr>
        <w:t xml:space="preserve">[10:41] </w:t>
      </w:r>
      <w:r>
        <w:t>kya kiya wo kya us ko kehte hain Hellenization of isaiyat</w:t>
      </w:r>
    </w:p>
    <w:p>
      <w:pPr>
        <w:jc w:val="right"/>
      </w:pPr>
      <w:r>
        <w:t>کیا کیا وہ کیا اس کو کہتے ہیں ہیلینائزیشن آف عیسائیت</w:t>
      </w:r>
    </w:p>
    <w:p>
      <w:r>
        <w:rPr>
          <w:b/>
        </w:rPr>
        <w:t xml:space="preserve">[10:49] </w:t>
      </w:r>
      <w:r>
        <w:t>yani isaiyat ko unhon ne</w:t>
      </w:r>
    </w:p>
    <w:p>
      <w:pPr>
        <w:jc w:val="right"/>
      </w:pPr>
      <w:r>
        <w:t>یعنی عیسائیت کو انہوں نے</w:t>
      </w:r>
    </w:p>
    <w:p>
      <w:r>
        <w:rPr>
          <w:b/>
        </w:rPr>
        <w:t xml:space="preserve">[10:53] </w:t>
      </w:r>
      <w:r>
        <w:t>yunani</w:t>
      </w:r>
    </w:p>
    <w:p>
      <w:pPr>
        <w:jc w:val="right"/>
      </w:pPr>
      <w:r>
        <w:t>یونانی</w:t>
      </w:r>
    </w:p>
    <w:p>
      <w:r>
        <w:rPr>
          <w:b/>
        </w:rPr>
        <w:t xml:space="preserve">[10:54] </w:t>
      </w:r>
      <w:r>
        <w:t>filsfe mein dhal diya</w:t>
      </w:r>
    </w:p>
    <w:p>
      <w:pPr>
        <w:jc w:val="right"/>
      </w:pPr>
      <w:r>
        <w:t>فلسفے میں ڈھال دیا</w:t>
      </w:r>
    </w:p>
    <w:p>
      <w:r>
        <w:rPr>
          <w:b/>
        </w:rPr>
        <w:t xml:space="preserve">[10:59] </w:t>
      </w:r>
      <w:r>
        <w:t>ye jo three in one one in three ka jo tasawwur hai ye yunani tasawwur hai ye ye</w:t>
      </w:r>
    </w:p>
    <w:p>
      <w:pPr>
        <w:jc w:val="right"/>
      </w:pPr>
      <w:r>
        <w:t>یہ جو تھری ان ون ون ان تھری کا جو تصور ہے یہ یونانی تصور ہے یہ یہ</w:t>
      </w:r>
    </w:p>
    <w:p>
      <w:r>
        <w:rPr>
          <w:b/>
        </w:rPr>
        <w:t xml:space="preserve">[11:05] </w:t>
      </w:r>
      <w:r>
        <w:t>hazrat masih ka diya hua nahi hai</w:t>
      </w:r>
    </w:p>
    <w:p>
      <w:pPr>
        <w:jc w:val="right"/>
      </w:pPr>
      <w:r>
        <w:t>حضرت مسیح کا دیا ہوا نہیں ہے</w:t>
      </w:r>
    </w:p>
    <w:p>
      <w:r>
        <w:rPr>
          <w:b/>
        </w:rPr>
        <w:t xml:space="preserve">[11:08] </w:t>
      </w:r>
      <w:r>
        <w:t>hazrat masih ka diya hua nahi hai three in one one in three</w:t>
      </w:r>
    </w:p>
    <w:p>
      <w:pPr>
        <w:jc w:val="right"/>
      </w:pPr>
      <w:r>
        <w:t>حضرت مسیح کا دیا ہوا نہیں ہے تھری ان ون ون ان تھری</w:t>
      </w:r>
    </w:p>
    <w:p>
      <w:r>
        <w:rPr>
          <w:b/>
        </w:rPr>
        <w:t xml:space="preserve">[11:13] </w:t>
      </w:r>
      <w:r>
        <w:t>to nikia council jo hui thi 325 isvi mein is mein church ne constantine first jo us waqt</w:t>
      </w:r>
    </w:p>
    <w:p>
      <w:pPr>
        <w:jc w:val="right"/>
      </w:pPr>
      <w:r>
        <w:t>تو نیکیا کونسل جو ہوئی تھی ۳۲۵ عیسوی میں اس میں چرچ نے کونسٹینٹین فرسٹ جو اس وقت</w:t>
      </w:r>
    </w:p>
    <w:p>
      <w:r>
        <w:rPr>
          <w:b/>
        </w:rPr>
        <w:t xml:space="preserve">[11:22] </w:t>
      </w:r>
      <w:r>
        <w:t>ke is mein is ka sarbrah tha is ka to unhon ne isaiyat ko Hellenize kar diya</w:t>
      </w:r>
    </w:p>
    <w:p>
      <w:pPr>
        <w:jc w:val="right"/>
      </w:pPr>
      <w:r>
        <w:t>کے اس میں اس کا سربراہ تھا اس کا تو انہوں نے عیسائیت کو ہیلینائز کر دیا</w:t>
      </w:r>
    </w:p>
    <w:p>
      <w:r>
        <w:rPr>
          <w:b/>
        </w:rPr>
        <w:t xml:space="preserve">[11:33] </w:t>
      </w:r>
      <w:r>
        <w:t>they hellenize the is isaiyat yani yunani</w:t>
      </w:r>
    </w:p>
    <w:p>
      <w:pPr>
        <w:jc w:val="right"/>
      </w:pPr>
      <w:r>
        <w:t>دے ہیلینائز دا عیسائیت یعنی یونانی</w:t>
      </w:r>
    </w:p>
    <w:p>
      <w:r>
        <w:rPr>
          <w:b/>
        </w:rPr>
        <w:t xml:space="preserve">[11:41] </w:t>
      </w:r>
      <w:r>
        <w:t>filsafa mein aur yunani soch mein dhal diya to sare log jo hain sara europe jo hai wo</w:t>
      </w:r>
    </w:p>
    <w:p>
      <w:pPr>
        <w:jc w:val="right"/>
      </w:pPr>
      <w:r>
        <w:t>فلسفے میں اور یونانی سوچ میں ڈھال دیا تو سارے لوگ جو ہیں سارا یورپ جو ہے وہ</w:t>
      </w:r>
    </w:p>
    <w:p>
      <w:r>
        <w:rPr>
          <w:b/>
        </w:rPr>
        <w:t xml:space="preserve">[11:48] </w:t>
      </w:r>
      <w:r>
        <w:t>isai ban gaya</w:t>
      </w:r>
    </w:p>
    <w:p>
      <w:pPr>
        <w:jc w:val="right"/>
      </w:pPr>
      <w:r>
        <w:t>عیسائی بن گیا</w:t>
      </w:r>
    </w:p>
    <w:p>
      <w:r>
        <w:rPr>
          <w:b/>
        </w:rPr>
        <w:t xml:space="preserve">[11:50] </w:t>
      </w:r>
      <w:r>
        <w:t>kyunke is waqt aap jante hain ke</w:t>
      </w:r>
    </w:p>
    <w:p>
      <w:pPr>
        <w:jc w:val="right"/>
      </w:pPr>
      <w:r>
        <w:t>کیونکہ اس وقت آپ جانتے ہیں کہ</w:t>
      </w:r>
    </w:p>
    <w:p>
      <w:r>
        <w:rPr>
          <w:b/>
        </w:rPr>
        <w:t xml:space="preserve">[11:53] </w:t>
      </w:r>
      <w:r>
        <w:t>yunani soch hi ghalib aa rahi thi pure europe ko</w:t>
      </w:r>
    </w:p>
    <w:p>
      <w:pPr>
        <w:jc w:val="right"/>
      </w:pPr>
      <w:r>
        <w:t>یونانی سوچ ہی غالب آ رہی تھی پورے یورپ کو</w:t>
      </w:r>
    </w:p>
    <w:p>
      <w:r>
        <w:rPr>
          <w:b/>
        </w:rPr>
        <w:t xml:space="preserve">[11:58] </w:t>
      </w:r>
      <w:r>
        <w:t>yunani soch hi ghalib aa rahi thi</w:t>
      </w:r>
    </w:p>
    <w:p>
      <w:pPr>
        <w:jc w:val="right"/>
      </w:pPr>
      <w:r>
        <w:t>یونانی سوچ ہی غالب آ رہی تھی</w:t>
      </w:r>
    </w:p>
    <w:p>
      <w:r>
        <w:rPr>
          <w:b/>
        </w:rPr>
        <w:t xml:space="preserve">[12:01] </w:t>
      </w:r>
      <w:r>
        <w:t>sainkaron saal se to jab isaiyon ne apne mazhab ko</w:t>
      </w:r>
    </w:p>
    <w:p>
      <w:pPr>
        <w:jc w:val="right"/>
      </w:pPr>
      <w:r>
        <w:t>سینکڑوں سال سے تو جب عیسائیوں نے اپنے مذہب کو</w:t>
      </w:r>
    </w:p>
    <w:p>
      <w:r>
        <w:rPr>
          <w:b/>
        </w:rPr>
        <w:t xml:space="preserve">[12:08] </w:t>
      </w:r>
      <w:r>
        <w:t>isau masih se hata kar ke</w:t>
      </w:r>
    </w:p>
    <w:p>
      <w:pPr>
        <w:jc w:val="right"/>
      </w:pPr>
      <w:r>
        <w:t>یسوع مسیح سے ہٹا کر کے</w:t>
      </w:r>
    </w:p>
    <w:p>
      <w:r>
        <w:rPr>
          <w:b/>
        </w:rPr>
        <w:t xml:space="preserve">[12:11] </w:t>
      </w:r>
      <w:r>
        <w:t>hellenistic yani model mein dhal diya tab isaiyat phail gayi</w:t>
      </w:r>
    </w:p>
    <w:p>
      <w:pPr>
        <w:jc w:val="right"/>
      </w:pPr>
      <w:r>
        <w:t>ہیلینسٹک یعنی ماڈل میں ڈھال دیا تب عیسائیت پھیل گئی</w:t>
      </w:r>
    </w:p>
    <w:p>
      <w:r>
        <w:rPr>
          <w:b/>
        </w:rPr>
        <w:t xml:space="preserve">[12:20] </w:t>
      </w:r>
      <w:r>
        <w:t>yani aaj ki jo isaiyat hai wo isau masih ki isaiyat nahi hai ek aadmi ne ek book</w:t>
      </w:r>
    </w:p>
    <w:p>
      <w:pPr>
        <w:jc w:val="right"/>
      </w:pPr>
      <w:r>
        <w:t>یعنی آج کی جو عیسائیت ہے وہ یسوع مسیح کی عیسائیت نہیں ہے ایک آدمی نے ایک بک</w:t>
      </w:r>
    </w:p>
    <w:p>
      <w:r>
        <w:rPr>
          <w:b/>
        </w:rPr>
        <w:t xml:space="preserve">[12:26] </w:t>
      </w:r>
      <w:r>
        <w:t>likhi hai chhoti si book hai lekin is mein ek bahut dilchasp tareeqe se is ne bataya hai</w:t>
      </w:r>
    </w:p>
    <w:p>
      <w:pPr>
        <w:jc w:val="right"/>
      </w:pPr>
      <w:r>
        <w:t>لکھی ہے چھوٹی سی بک ہے لیکن اس میں ایک بہت دلچسپ طریقے سے اس نے بتایا ہے</w:t>
      </w:r>
    </w:p>
    <w:p>
      <w:r>
        <w:rPr>
          <w:b/>
        </w:rPr>
        <w:t xml:space="preserve">[12:32] </w:t>
      </w:r>
      <w:r>
        <w:t>ke aaj agar isau masih aayein aur vatican mein pahunch jayein to un ko maar ke bhaga diya</w:t>
      </w:r>
    </w:p>
    <w:p>
      <w:pPr>
        <w:jc w:val="right"/>
      </w:pPr>
      <w:r>
        <w:t>کہ آج اگر یسوع مسیح آئیں اور ویٹیکن میں پہنچ جائیں تو ان کو مار کے بھگا دیا</w:t>
      </w:r>
    </w:p>
    <w:p>
      <w:r>
        <w:rPr>
          <w:b/>
        </w:rPr>
        <w:t xml:space="preserve">[12:39] </w:t>
      </w:r>
      <w:r>
        <w:t>jayega kyunke aaj ka jo vatican hai aaj ka jo church hai wo isau masih ke mazhab</w:t>
      </w:r>
    </w:p>
    <w:p>
      <w:pPr>
        <w:jc w:val="right"/>
      </w:pPr>
      <w:r>
        <w:t>جائے گا کیونکہ آج کا جو ویٹیکن ہے آج کا جو چرچ ہے وہ یسوع مسیح کے مذہب</w:t>
      </w:r>
    </w:p>
    <w:p>
      <w:r>
        <w:rPr>
          <w:b/>
        </w:rPr>
        <w:t xml:space="preserve">[12:46] </w:t>
      </w:r>
      <w:r>
        <w:t>par nahi hai</w:t>
      </w:r>
    </w:p>
    <w:p>
      <w:pPr>
        <w:jc w:val="right"/>
      </w:pPr>
      <w:r>
        <w:t>پر نہیں ہے</w:t>
      </w:r>
    </w:p>
    <w:p>
      <w:r>
        <w:rPr>
          <w:b/>
        </w:rPr>
        <w:t xml:space="preserve">[12:49] </w:t>
      </w:r>
      <w:r>
        <w:t>to jab isaiyat ko logon ke apne framework mein dhal diya gaya logon ke manoos frame work</w:t>
      </w:r>
    </w:p>
    <w:p>
      <w:pPr>
        <w:jc w:val="right"/>
      </w:pPr>
      <w:r>
        <w:t>تو جب عیسائیت کو لوگوں کے اپنے فریم ورک میں ڈھال دیا گیا لوگوں کے مانوس فریم ورک</w:t>
      </w:r>
    </w:p>
    <w:p>
      <w:r>
        <w:rPr>
          <w:b/>
        </w:rPr>
        <w:t xml:space="preserve">[12:57] </w:t>
      </w:r>
      <w:r>
        <w:t>mein jis frame work se wo manoos the us mein dhal diya gaya tab isaiyat</w:t>
      </w:r>
    </w:p>
    <w:p>
      <w:pPr>
        <w:jc w:val="right"/>
      </w:pPr>
      <w:r>
        <w:t>میں جس فریم ورک سے وہ مانوس تھے اس میں ڈھال دیا گیا تب عیسائیت</w:t>
      </w:r>
    </w:p>
    <w:p>
      <w:r>
        <w:rPr>
          <w:b/>
        </w:rPr>
        <w:t xml:space="preserve">[13:05] </w:t>
      </w:r>
      <w:r>
        <w:t>phail gayi</w:t>
      </w:r>
    </w:p>
    <w:p>
      <w:pPr>
        <w:jc w:val="right"/>
      </w:pPr>
      <w:r>
        <w:t>پھیل گئی</w:t>
      </w:r>
    </w:p>
    <w:p>
      <w:r>
        <w:rPr>
          <w:b/>
        </w:rPr>
        <w:t xml:space="preserve">[13:10] </w:t>
      </w:r>
      <w:r>
        <w:t>same history was repeated in india</w:t>
      </w:r>
    </w:p>
    <w:p>
      <w:pPr>
        <w:jc w:val="right"/>
      </w:pPr>
      <w:r>
        <w:t>سیم ہسٹری واز ریپیٹڈ ان انڈیا</w:t>
      </w:r>
    </w:p>
    <w:p>
      <w:r>
        <w:rPr>
          <w:b/>
        </w:rPr>
        <w:t xml:space="preserve">[13:13] </w:t>
      </w:r>
      <w:r>
        <w:t>dekhiye india mein pehle islam jo hai</w:t>
      </w:r>
    </w:p>
    <w:p>
      <w:pPr>
        <w:jc w:val="right"/>
      </w:pPr>
      <w:r>
        <w:t>دیکھئے انڈیا میں پہلے اسلام جو ہے</w:t>
      </w:r>
    </w:p>
    <w:p>
      <w:r>
        <w:rPr>
          <w:b/>
        </w:rPr>
        <w:t xml:space="preserve">[13:18] </w:t>
      </w:r>
      <w:r>
        <w:t>jo islam ke jo scholars the un ke zariye yahan par islam ki dawat ka kaam ho raha</w:t>
      </w:r>
    </w:p>
    <w:p>
      <w:pPr>
        <w:jc w:val="right"/>
      </w:pPr>
      <w:r>
        <w:t>جو اسلام کے جو سکالرز تھے ان کے ذریعے یہاں پر اسلام کی دعوت کا کام ہو رہا</w:t>
      </w:r>
    </w:p>
    <w:p>
      <w:r>
        <w:rPr>
          <w:b/>
        </w:rPr>
        <w:t xml:space="preserve">[13:25] </w:t>
      </w:r>
      <w:r>
        <w:t>tha is ke baad kya hua sufi log aaye</w:t>
      </w:r>
    </w:p>
    <w:p>
      <w:pPr>
        <w:jc w:val="right"/>
      </w:pPr>
      <w:r>
        <w:t>تھا اس کے بعد کیا ہوا صوفی لوگ آئے</w:t>
      </w:r>
    </w:p>
    <w:p>
      <w:r>
        <w:rPr>
          <w:b/>
        </w:rPr>
        <w:t xml:space="preserve">[13:32] </w:t>
      </w:r>
      <w:r>
        <w:t>jo unhone kya kiya ke islam ko hinduize kar diya</w:t>
      </w:r>
    </w:p>
    <w:p>
      <w:pPr>
        <w:jc w:val="right"/>
      </w:pPr>
      <w:r>
        <w:t>جو انہوں نے کیا کیا کہ اسلام کو ہندوائز کر دیا</w:t>
      </w:r>
    </w:p>
    <w:p>
      <w:r>
        <w:rPr>
          <w:b/>
        </w:rPr>
        <w:t xml:space="preserve">[13:38] </w:t>
      </w:r>
      <w:r>
        <w:t>sufi logon ne islam ko hinduize kar diya to aap dekhiye ke dhara dhar yani lakhon lakh log</w:t>
      </w:r>
    </w:p>
    <w:p>
      <w:pPr>
        <w:jc w:val="right"/>
      </w:pPr>
      <w:r>
        <w:t>صوفی لوگوں نے اسلام کو ہندوائز کر دیا تو آپ دیکھئے کہ دھڑا دھڑ یعنی لاکھوں لاکھ لوگ</w:t>
      </w:r>
    </w:p>
    <w:p>
      <w:r>
        <w:rPr>
          <w:b/>
        </w:rPr>
        <w:t xml:space="preserve">[13:47] </w:t>
      </w:r>
      <w:r>
        <w:t>musalman ho gaye kyunke ab unhein islam mila apne hi frame work mein</w:t>
      </w:r>
    </w:p>
    <w:p>
      <w:pPr>
        <w:jc w:val="right"/>
      </w:pPr>
      <w:r>
        <w:t>مسلمان ہو گئے کیونکہ اب انہیں اسلام ملا اپنے ہی فریم ورک میں</w:t>
      </w:r>
    </w:p>
    <w:p>
      <w:r>
        <w:rPr>
          <w:b/>
        </w:rPr>
        <w:t xml:space="preserve">[13:52] </w:t>
      </w:r>
      <w:r>
        <w:t>mein rishikesh mein gaya</w:t>
      </w:r>
    </w:p>
    <w:p>
      <w:pPr>
        <w:jc w:val="right"/>
      </w:pPr>
      <w:r>
        <w:t>میں رشیکش میں گیا</w:t>
      </w:r>
    </w:p>
    <w:p>
      <w:r>
        <w:rPr>
          <w:b/>
        </w:rPr>
        <w:t xml:space="preserve">[13:55] </w:t>
      </w:r>
      <w:r>
        <w:t>to</w:t>
      </w:r>
    </w:p>
    <w:p>
      <w:pPr>
        <w:jc w:val="right"/>
      </w:pPr>
      <w:r>
        <w:t>تو</w:t>
      </w:r>
    </w:p>
    <w:p>
      <w:r>
        <w:rPr>
          <w:b/>
        </w:rPr>
        <w:t xml:space="preserve">[13:55] </w:t>
      </w:r>
      <w:r>
        <w:t>rishikesh mein agar aap jayein to dekhenge ke</w:t>
      </w:r>
    </w:p>
    <w:p>
      <w:pPr>
        <w:jc w:val="right"/>
      </w:pPr>
      <w:r>
        <w:t>رشیکش میں اگر آپ جائیں تو دیکھیں گے کہ</w:t>
      </w:r>
    </w:p>
    <w:p>
      <w:r>
        <w:rPr>
          <w:b/>
        </w:rPr>
        <w:t xml:space="preserve">[13:59] </w:t>
      </w:r>
      <w:r>
        <w:t>devtaon ki murtiyan rakhi hui hain bahut sari</w:t>
      </w:r>
    </w:p>
    <w:p>
      <w:pPr>
        <w:jc w:val="right"/>
      </w:pPr>
      <w:r>
        <w:t>دیوتاؤں کی مورتیاں رکھی ہوئی ہیں بہت ساری</w:t>
      </w:r>
    </w:p>
    <w:p>
      <w:r>
        <w:rPr>
          <w:b/>
        </w:rPr>
        <w:t xml:space="preserve">[14:03] </w:t>
      </w:r>
      <w:r>
        <w:t>aik aisi aik aisa hi woh hai rasta hai idhar bhi idhar bhi to wahan mein woh le</w:t>
      </w:r>
    </w:p>
    <w:p>
      <w:pPr>
        <w:jc w:val="right"/>
      </w:pPr>
      <w:r>
        <w:t>ایک ایسی ایک ایسا ہی وہ ہے راستہ ہے ادھر بھی ادھر بھی تو وہاں میں وہ لے</w:t>
      </w:r>
    </w:p>
    <w:p>
      <w:r>
        <w:rPr>
          <w:b/>
        </w:rPr>
        <w:t xml:space="preserve">[14:09] </w:t>
      </w:r>
      <w:r>
        <w:t>gaye mujhe dikhane ke liye to wahan ke aik sahib thay</w:t>
      </w:r>
    </w:p>
    <w:p>
      <w:pPr>
        <w:jc w:val="right"/>
      </w:pPr>
      <w:r>
        <w:t>گئے مجھے دکھانے کے لیے تو وہاں کے ایک صاحب تھے</w:t>
      </w:r>
    </w:p>
    <w:p>
      <w:r>
        <w:rPr>
          <w:b/>
        </w:rPr>
        <w:t xml:space="preserve">[14:16] </w:t>
      </w:r>
      <w:r>
        <w:t>to is ko dikhate hue unhon ne kaha ke dekhye sahib kya farq hai hindu mein musalman mein</w:t>
      </w:r>
    </w:p>
    <w:p>
      <w:pPr>
        <w:jc w:val="right"/>
      </w:pPr>
      <w:r>
        <w:t>تو اس کو دکھاتے ہوئے انہوں نے کہا کہ دیکھئے صاحب کیا فرق ہے ہندو میں مسلمان میں</w:t>
      </w:r>
    </w:p>
    <w:p>
      <w:r>
        <w:rPr>
          <w:b/>
        </w:rPr>
        <w:t xml:space="preserve">[14:22] </w:t>
      </w:r>
      <w:r>
        <w:t>aap log leita kar poochte hain hum khara kar poochte hain</w:t>
      </w:r>
    </w:p>
    <w:p>
      <w:pPr>
        <w:jc w:val="right"/>
      </w:pPr>
      <w:r>
        <w:t>آپ لوگ لیٹا کر پوچھتے ہیں ہم کھڑا کر پوچھتے ہیں</w:t>
      </w:r>
    </w:p>
    <w:p>
      <w:r>
        <w:rPr>
          <w:b/>
        </w:rPr>
        <w:t xml:space="preserve">[14:29] </w:t>
      </w:r>
      <w:r>
        <w:t>aap ke dewta qabar mein leite hue hain hamare dewta yahan pathar ki murton ke sath baithe hue</w:t>
      </w:r>
    </w:p>
    <w:p>
      <w:pPr>
        <w:jc w:val="right"/>
      </w:pPr>
      <w:r>
        <w:t>آپ کے دیوتا قبر میں لیٹے ہوئے ہیں ہمارے دیوتا یہاں پتھر کی مورتوں کے ساتھ بیٹھے ہوئے</w:t>
      </w:r>
    </w:p>
    <w:p>
      <w:r>
        <w:rPr>
          <w:b/>
        </w:rPr>
        <w:t xml:space="preserve">[14:34] </w:t>
      </w:r>
      <w:r>
        <w:t>hain to ab tak mujhe yaad hai ke unhon ne kaha ke kya farq hai hum mein aap</w:t>
      </w:r>
    </w:p>
    <w:p>
      <w:pPr>
        <w:jc w:val="right"/>
      </w:pPr>
      <w:r>
        <w:t>ہیں تو اب تک مجھے یاد ہے کہ انہوں نے کہا کہ کیا فرق ہے ہم میں آپ</w:t>
      </w:r>
    </w:p>
    <w:p>
      <w:r>
        <w:rPr>
          <w:b/>
        </w:rPr>
        <w:t xml:space="preserve">[14:39] </w:t>
      </w:r>
      <w:r>
        <w:t>mein aap log</w:t>
      </w:r>
    </w:p>
    <w:p>
      <w:pPr>
        <w:jc w:val="right"/>
      </w:pPr>
      <w:r>
        <w:t>میں آپ لوگ</w:t>
      </w:r>
    </w:p>
    <w:p>
      <w:r>
        <w:rPr>
          <w:b/>
        </w:rPr>
        <w:t xml:space="preserve">[14:42] </w:t>
      </w:r>
      <w:r>
        <w:t>leita kar poochte hain hum khara kar poochte hain</w:t>
      </w:r>
    </w:p>
    <w:p>
      <w:pPr>
        <w:jc w:val="right"/>
      </w:pPr>
      <w:r>
        <w:t>لیٹا کر پوچھتے ہیں ہم کھڑا کر پوچھتے ہیں</w:t>
      </w:r>
    </w:p>
    <w:p>
      <w:r>
        <w:rPr>
          <w:b/>
        </w:rPr>
        <w:t xml:space="preserve">[14:46] </w:t>
      </w:r>
      <w:r>
        <w:t>to yeh islam quran o hadith wala nahi hai islam yeh sufion ka islam hai jo hinduized islam</w:t>
      </w:r>
    </w:p>
    <w:p>
      <w:pPr>
        <w:jc w:val="right"/>
      </w:pPr>
      <w:r>
        <w:t>تو یہ اسلام قرآن و حدیث والا نہیں ہے اسلام یہ صوفیوں کا اسلام ہے جو ہندوائزڈ اسلام</w:t>
      </w:r>
    </w:p>
    <w:p>
      <w:r>
        <w:rPr>
          <w:b/>
        </w:rPr>
        <w:t xml:space="preserve">[14:51] </w:t>
      </w:r>
      <w:r>
        <w:t>hai to theek wohi history yahan par repeat ki gayi jab isaiyon ne hellenize kiya isaiyat ko to</w:t>
      </w:r>
    </w:p>
    <w:p>
      <w:pPr>
        <w:jc w:val="right"/>
      </w:pPr>
      <w:r>
        <w:t>ہے تو ٹھیک وہی ہسٹری یہاں پر ریپیٹ کی گئی جب عیسائیوں نے ہیلینائز کیا عیسائیت کو تو</w:t>
      </w:r>
    </w:p>
    <w:p>
      <w:r>
        <w:rPr>
          <w:b/>
        </w:rPr>
        <w:t xml:space="preserve">[14:59] </w:t>
      </w:r>
      <w:r>
        <w:t>sare europe mein isaiyat phail gayi jab sufion ne islam ko hinduize kiya to india mein hinduism</w:t>
      </w:r>
    </w:p>
    <w:p>
      <w:pPr>
        <w:jc w:val="right"/>
      </w:pPr>
      <w:r>
        <w:t>سارے یورپ میں عیسائیت پھیل گئی جب صوفیوں نے اسلام کو ہندوائز کیا تو انڈیا میں ہندو ازم</w:t>
      </w:r>
    </w:p>
    <w:p>
      <w:r>
        <w:rPr>
          <w:b/>
        </w:rPr>
        <w:t xml:space="preserve">[15:06] </w:t>
      </w:r>
      <w:r>
        <w:t>phail gaya bohat se log musalman ho gaye</w:t>
      </w:r>
    </w:p>
    <w:p>
      <w:pPr>
        <w:jc w:val="right"/>
      </w:pPr>
      <w:r>
        <w:t>پھیل گیا بہت سے لوگ مسلمان ہو گئے</w:t>
      </w:r>
    </w:p>
    <w:p>
      <w:r>
        <w:rPr>
          <w:b/>
        </w:rPr>
        <w:t xml:space="preserve">[15:11] </w:t>
      </w:r>
      <w:r>
        <w:t>yeh sab se bari tragedy hai history</w:t>
      </w:r>
    </w:p>
    <w:p>
      <w:pPr>
        <w:jc w:val="right"/>
      </w:pPr>
      <w:r>
        <w:t>یہ سب سے بڑی ٹریجڈی ہے ہسٹری</w:t>
      </w:r>
    </w:p>
    <w:p>
      <w:r>
        <w:rPr>
          <w:b/>
        </w:rPr>
        <w:t xml:space="preserve">[15:19] </w:t>
      </w:r>
      <w:r>
        <w:t>sab se bari tragedy aur poori history par chhai hui hai agar mein yeh kahoon to shayad mubalgha</w:t>
      </w:r>
    </w:p>
    <w:p>
      <w:pPr>
        <w:jc w:val="right"/>
      </w:pPr>
      <w:r>
        <w:t>سب سے بڑی ٹریجڈی اور پوری ہسٹری پر چھائی ہوئی ہے اگر میں یہ کہوں تو شاید مبالغہ</w:t>
      </w:r>
    </w:p>
    <w:p>
      <w:r>
        <w:rPr>
          <w:b/>
        </w:rPr>
        <w:t xml:space="preserve">[15:26] </w:t>
      </w:r>
      <w:r>
        <w:t>نہیں ہوگا کہ the greatest tragedy of history is that it is a series of</w:t>
      </w:r>
    </w:p>
    <w:p>
      <w:pPr>
        <w:jc w:val="right"/>
      </w:pPr>
      <w:r>
        <w:t>نہیں ہوگا کہ دا گریٹسٹ ٹریجڈی آف ہسٹری از دیٹ اٹ از اے سیریز آف</w:t>
      </w:r>
    </w:p>
    <w:p>
      <w:r>
        <w:rPr>
          <w:b/>
        </w:rPr>
        <w:t xml:space="preserve">[15:37] </w:t>
      </w:r>
      <w:r>
        <w:t>tragic events sab se bara tragic event to yahi hai ke sachai ko badal diya jaye aur phir</w:t>
      </w:r>
    </w:p>
    <w:p>
      <w:pPr>
        <w:jc w:val="right"/>
      </w:pPr>
      <w:r>
        <w:t>ٹریجک ایونٹس سب سے بڑا ٹریجک ایونٹ تو یہی ہے کہ سچائی کو بدل دیا جائے اور پھر</w:t>
      </w:r>
    </w:p>
    <w:p>
      <w:r>
        <w:rPr>
          <w:b/>
        </w:rPr>
        <w:t xml:space="preserve">[15:46] </w:t>
      </w:r>
      <w:r>
        <w:t>badal badal kar ke woh kahein ke hum to sachai par hain</w:t>
      </w:r>
    </w:p>
    <w:p>
      <w:pPr>
        <w:jc w:val="right"/>
      </w:pPr>
      <w:r>
        <w:t>بدل بدل کر کے وہ کہیں کہ ہم تو سچائی پر ہیں</w:t>
      </w:r>
    </w:p>
    <w:p>
      <w:r>
        <w:rPr>
          <w:b/>
        </w:rPr>
        <w:t xml:space="preserve">[15:50] </w:t>
      </w:r>
      <w:r>
        <w:t>yani badla hua aik version le kar kahein ke hum to sachai par hain</w:t>
      </w:r>
    </w:p>
    <w:p>
      <w:pPr>
        <w:jc w:val="right"/>
      </w:pPr>
      <w:r>
        <w:t>یعنی بدلا ہوا ایک ورژن لے کر کہیں کہ ہم تو سچائی پر ہیں</w:t>
      </w:r>
    </w:p>
    <w:p>
      <w:r>
        <w:rPr>
          <w:b/>
        </w:rPr>
        <w:t xml:space="preserve">[15:55] </w:t>
      </w:r>
      <w:r>
        <w:t>sab se bara yeh fitna hai jo zameen par hai kyunke zuhal jo hai yahi karta hai zuhal</w:t>
      </w:r>
    </w:p>
    <w:p>
      <w:pPr>
        <w:jc w:val="right"/>
      </w:pPr>
      <w:r>
        <w:t>سب سے بڑا یہ فتنہ ہے جو زمین پر ہے کیونکہ زحل جو ہے یہی کرتا ہے زحل</w:t>
      </w:r>
    </w:p>
    <w:p>
      <w:r>
        <w:rPr>
          <w:b/>
        </w:rPr>
        <w:t xml:space="preserve">[16:05] </w:t>
      </w:r>
      <w:r>
        <w:t>asal</w:t>
      </w:r>
    </w:p>
    <w:p>
      <w:pPr>
        <w:jc w:val="right"/>
      </w:pPr>
      <w:r>
        <w:t>اصل</w:t>
      </w:r>
    </w:p>
    <w:p>
      <w:r>
        <w:rPr>
          <w:b/>
        </w:rPr>
        <w:t xml:space="preserve">[16:05] </w:t>
      </w:r>
      <w:r>
        <w:t>sachai se to hata nahin pata logon ko to kiya karta hai woh sachai ka aik jhootha model banata hai us jhoothe model par logon ko khara karta hai us yaqeen se log lete hain us ko dekho hum to sachai par hain halanke woh sachai ke aik jhoothe model par hote hain</w:t>
      </w:r>
    </w:p>
    <w:p>
      <w:pPr>
        <w:jc w:val="right"/>
      </w:pPr>
      <w:r>
        <w:t>سچائی سے تو ہٹا نہیں پاتا لوگوں کو تو کیا کرتا ہے وہ سچائی کا ایک جھوٹا ماڈل بناتا ہے اس جھوٹے ماڈل پر لوگوں کو کھڑا کرتا ہے اس یقین سے لوگ لیتے ہیں اس کو دیکھو ہم تو سچائی پر ہیں حالانکہ وہ سچائی کے ایک جھوٹے ماڈل پر ہوتے ہیں</w:t>
      </w:r>
    </w:p>
    <w:p>
      <w:r>
        <w:rPr>
          <w:b/>
        </w:rPr>
        <w:t xml:space="preserve">[16:26] </w:t>
      </w:r>
      <w:r>
        <w:t>yeh har jagah ho raha hai</w:t>
      </w:r>
    </w:p>
    <w:p>
      <w:pPr>
        <w:jc w:val="right"/>
      </w:pPr>
      <w:r>
        <w:t>یہ ہر جگہ ہو رہا ہے</w:t>
      </w:r>
    </w:p>
    <w:p>
      <w:r>
        <w:rPr>
          <w:b/>
        </w:rPr>
        <w:t xml:space="preserve">[16:29] </w:t>
      </w:r>
      <w:r>
        <w:t>to hamara jo mission hai yahan jo hum koshish kar rahe hain</w:t>
      </w:r>
    </w:p>
    <w:p>
      <w:pPr>
        <w:jc w:val="right"/>
      </w:pPr>
      <w:r>
        <w:t>تو ہمارا جو مشن ہے یہاں جو ہم کوشش کر رہے ہیں</w:t>
      </w:r>
    </w:p>
    <w:p>
      <w:r>
        <w:rPr>
          <w:b/>
        </w:rPr>
        <w:t xml:space="preserve">[16:36] </w:t>
      </w:r>
      <w:r>
        <w:t>woh hai jaisa ke mein aksar kehta hoon ke islam ki rediscovery sachai ki rediscovery</w:t>
      </w:r>
    </w:p>
    <w:p>
      <w:pPr>
        <w:jc w:val="right"/>
      </w:pPr>
      <w:r>
        <w:t>وہ ہے جیسا کہ میں اکثر کہتا ہوں کہ اسلام کی ری ڈسکوری سچائی کی ری ڈسکوری</w:t>
      </w:r>
    </w:p>
    <w:p>
      <w:r>
        <w:rPr>
          <w:b/>
        </w:rPr>
        <w:t xml:space="preserve">[16:46] </w:t>
      </w:r>
      <w:r>
        <w:t>sare mazhebon mein yeh hua hai ke in mazhebon ko unhon ne badal dala hai yahan tak ke</w:t>
      </w:r>
    </w:p>
    <w:p>
      <w:pPr>
        <w:jc w:val="right"/>
      </w:pPr>
      <w:r>
        <w:t>سارے مذہبوں میں یہ ہوا ہے کہ ان مذہبوں کو انہوں نے بدل ڈالا ہے یہاں تک کہ</w:t>
      </w:r>
    </w:p>
    <w:p>
      <w:r>
        <w:rPr>
          <w:b/>
        </w:rPr>
        <w:t xml:space="preserve">[16:52] </w:t>
      </w:r>
      <w:r>
        <w:t>islam ko hi badal dala hai</w:t>
      </w:r>
    </w:p>
    <w:p>
      <w:pPr>
        <w:jc w:val="right"/>
      </w:pPr>
      <w:r>
        <w:t>اسلام کو ہی بدل ڈالا ہے</w:t>
      </w:r>
    </w:p>
    <w:p>
      <w:r>
        <w:rPr>
          <w:b/>
        </w:rPr>
        <w:t xml:space="preserve">[16:57] </w:t>
      </w:r>
      <w:r>
        <w:t>yani aaj hum hinduized islam ko jante hain hamare awam jo hain hamare jo log hain woh hinduized islam se ko jante hain sache islam ko nahi jante woh</w:t>
      </w:r>
    </w:p>
    <w:p>
      <w:pPr>
        <w:jc w:val="right"/>
      </w:pPr>
      <w:r>
        <w:t>یعنی آج ہم ہندوائزڈ اسلام کو جانتے ہیں ہمارے عوام جو ہیں ہمارے جو لوگ ہیں وہ ہندوائزڈ اسلام سے کو جانتے ہیں سچے اسلام کو نہیں جانتے وہ</w:t>
      </w:r>
    </w:p>
    <w:p>
      <w:r>
        <w:rPr>
          <w:b/>
        </w:rPr>
        <w:t xml:space="preserve">[17:16] </w:t>
      </w:r>
      <w:r>
        <w:t>hamara jo mission hai hamari jo koshish hai</w:t>
      </w:r>
    </w:p>
    <w:p>
      <w:pPr>
        <w:jc w:val="right"/>
      </w:pPr>
      <w:r>
        <w:t>ہمارا جو مشن ہے ہماری جو کوشش ہے</w:t>
      </w:r>
    </w:p>
    <w:p>
      <w:r>
        <w:rPr>
          <w:b/>
        </w:rPr>
        <w:t xml:space="preserve">[17:22] </w:t>
      </w:r>
      <w:r>
        <w:t>woh yahi hai ke hum phir se islam ko</w:t>
      </w:r>
    </w:p>
    <w:p>
      <w:pPr>
        <w:jc w:val="right"/>
      </w:pPr>
      <w:r>
        <w:t>وہ یہی ہے کہ ہم پھر سے اسلام کو</w:t>
      </w:r>
    </w:p>
    <w:p>
      <w:r>
        <w:rPr>
          <w:b/>
        </w:rPr>
        <w:t xml:space="preserve">[17:26] </w:t>
      </w:r>
      <w:r>
        <w:t>is ke asli roop mein dunya ke samne layen</w:t>
      </w:r>
    </w:p>
    <w:p>
      <w:pPr>
        <w:jc w:val="right"/>
      </w:pPr>
      <w:r>
        <w:t>اس کے اصلی روپ میں دنیا کے سامنے لائیں</w:t>
      </w:r>
    </w:p>
    <w:p>
      <w:r>
        <w:rPr>
          <w:b/>
        </w:rPr>
        <w:t xml:space="preserve">[17:30] </w:t>
      </w:r>
      <w:r>
        <w:t>aur yeh baat jo mein keh raha hoon yeh koi yani koi anokhi baat nahi hai profit ne</w:t>
      </w:r>
    </w:p>
    <w:p>
      <w:pPr>
        <w:jc w:val="right"/>
      </w:pPr>
      <w:r>
        <w:t>اور یہ بات جو میں کہہ رہا ہوں یہ کوئی یعنی کوئی انوکھی بات نہیں ہے پرافٹ نے</w:t>
      </w:r>
    </w:p>
    <w:p>
      <w:r>
        <w:rPr>
          <w:b/>
        </w:rPr>
        <w:t xml:space="preserve">[17:36] </w:t>
      </w:r>
      <w:r>
        <w:t>pehlay hi yeh bata diya tha ke aisa hoga</w:t>
      </w:r>
    </w:p>
    <w:p>
      <w:pPr>
        <w:jc w:val="right"/>
      </w:pPr>
      <w:r>
        <w:t>پہلے ہی یہ بتا دیا تھا کہ ایسا ہوگا</w:t>
      </w:r>
    </w:p>
    <w:p>
      <w:r>
        <w:rPr>
          <w:b/>
        </w:rPr>
        <w:t xml:space="preserve">[17:40] </w:t>
      </w:r>
      <w:r>
        <w:t>aisa hoga aur quran mein is ke liye jo lafz aaya hai woh hai mazaharat</w:t>
      </w:r>
    </w:p>
    <w:p>
      <w:pPr>
        <w:jc w:val="right"/>
      </w:pPr>
      <w:r>
        <w:t>ایسا ہوگا اور قرآن میں اس کے لیے جو لفظ آیا ہے وہ ہے مضاحات</w:t>
      </w:r>
    </w:p>
    <w:p>
      <w:r>
        <w:rPr>
          <w:b/>
        </w:rPr>
        <w:t xml:space="preserve">[17:51] </w:t>
      </w:r>
      <w:r>
        <w:t>yeh muzahlaat jo hai muzahlaat ka matlab yahi hai yahi matlab hai yani jo maine kaha ke isaiyon ne hellenize kiya isaiyat ko aur musalmanon ne hinduize kiya islam ko isi ko quran mein muzahlaat kaha gaya hai</w:t>
      </w:r>
    </w:p>
    <w:p>
      <w:pPr>
        <w:jc w:val="right"/>
      </w:pPr>
      <w:r>
        <w:t>یہ مضاحات جو ہے مضاحات کا مطلب یہی ہے یہی مطلب ہے یعنی جو میں نے کہا کہ عیسائیوں نے ہیلینائز کیا عیسائیت کو اور مسلمانوں نے ہندوائز کیا اسلام کو اسی کو قرآن میں مضاحات کہا گیا ہے</w:t>
      </w:r>
    </w:p>
    <w:p>
      <w:r>
        <w:rPr>
          <w:b/>
        </w:rPr>
        <w:t xml:space="preserve">[18:11] </w:t>
      </w:r>
      <w:r>
        <w:t>aur isi liye hadith mein aata hai ke</w:t>
      </w:r>
    </w:p>
    <w:p>
      <w:pPr>
        <w:jc w:val="right"/>
      </w:pPr>
      <w:r>
        <w:t>اور اسی لیے حدیث میں آتا ہے کہ</w:t>
      </w:r>
    </w:p>
    <w:p>
      <w:r>
        <w:rPr>
          <w:b/>
        </w:rPr>
        <w:t xml:space="preserve">[18:15] </w:t>
      </w:r>
      <w:r>
        <w:t>lam yabqa min al-islami illa ismuhu wa lam yabqa min al-qurani illa rasmuhu</w:t>
      </w:r>
    </w:p>
    <w:p>
      <w:pPr>
        <w:jc w:val="right"/>
      </w:pPr>
      <w:r>
        <w:t>لم یبق بر الاسلام الا اسمہ ولم یبق بر القرآن الا رسمہ</w:t>
      </w:r>
    </w:p>
    <w:p>
      <w:r>
        <w:rPr>
          <w:b/>
        </w:rPr>
        <w:t xml:space="preserve">[18:22] </w:t>
      </w:r>
      <w:r>
        <w:t>ke ek waqt aayega jabke</w:t>
      </w:r>
    </w:p>
    <w:p>
      <w:pPr>
        <w:jc w:val="right"/>
      </w:pPr>
      <w:r>
        <w:t>کہ ایک وقت آئے گا جبکہ</w:t>
      </w:r>
    </w:p>
    <w:p>
      <w:r>
        <w:rPr>
          <w:b/>
        </w:rPr>
        <w:t xml:space="preserve">[18:25] </w:t>
      </w:r>
      <w:r>
        <w:t>islam ka sirf naam reh jayega naam aur quran ki sirf lakeeren reh jayengi</w:t>
      </w:r>
    </w:p>
    <w:p>
      <w:pPr>
        <w:jc w:val="right"/>
      </w:pPr>
      <w:r>
        <w:t>اسلام کا صرف نام رہ جائے گا نام اور قرآن کی صرف لکیریں رہ جائیں گی</w:t>
      </w:r>
    </w:p>
    <w:p>
      <w:r>
        <w:rPr>
          <w:b/>
        </w:rPr>
        <w:t xml:space="preserve">[18:33] </w:t>
      </w:r>
      <w:r>
        <w:t>yeh yeh hadith mein maujood hai to quran mein jis cheez ko kaha gaya hai mazaharat isi ko</w:t>
      </w:r>
    </w:p>
    <w:p>
      <w:pPr>
        <w:jc w:val="right"/>
      </w:pPr>
      <w:r>
        <w:t>یہ یہ حدیث میں موجود ہے تو قرآن میں جس چیز کو کہا گیا ہے مضاحات اسی کو</w:t>
      </w:r>
    </w:p>
    <w:p>
      <w:r>
        <w:rPr>
          <w:b/>
        </w:rPr>
        <w:t xml:space="preserve">[18:38] </w:t>
      </w:r>
      <w:r>
        <w:t>hadith mein is tareeqe se bataya gaya hai</w:t>
      </w:r>
    </w:p>
    <w:p>
      <w:pPr>
        <w:jc w:val="right"/>
      </w:pPr>
      <w:r>
        <w:t>حدیث میں اس طریقے سے بتایا گیا ہے</w:t>
      </w:r>
    </w:p>
    <w:p>
      <w:r>
        <w:rPr>
          <w:b/>
        </w:rPr>
        <w:t xml:space="preserve">[18:42] </w:t>
      </w:r>
      <w:r>
        <w:t>to dekhiye sachai ko panay ke liye bohat hi deep thinking zarori hai</w:t>
      </w:r>
    </w:p>
    <w:p>
      <w:pPr>
        <w:jc w:val="right"/>
      </w:pPr>
      <w:r>
        <w:t>تو دیکھئے سچائی کو پانے کے لیے بہت ہی ڈیپ تھنکنگ ضروری ہے</w:t>
      </w:r>
    </w:p>
    <w:p>
      <w:r>
        <w:rPr>
          <w:b/>
        </w:rPr>
        <w:t xml:space="preserve">[18:49] </w:t>
      </w:r>
      <w:r>
        <w:t>bohat zyada deep thinking</w:t>
      </w:r>
    </w:p>
    <w:p>
      <w:pPr>
        <w:jc w:val="right"/>
      </w:pPr>
      <w:r>
        <w:t>بہت زیادہ ڈیپ تھنکنگ</w:t>
      </w:r>
    </w:p>
    <w:p>
      <w:r>
        <w:rPr>
          <w:b/>
        </w:rPr>
        <w:t xml:space="preserve">[18:53] </w:t>
      </w:r>
      <w:r>
        <w:t>aaj kal kya hai log shabdon mein gum hain aaj kal ke log jo hain shabdon mein gum</w:t>
      </w:r>
    </w:p>
    <w:p>
      <w:pPr>
        <w:jc w:val="right"/>
      </w:pPr>
      <w:r>
        <w:t>آج کل کیا ہے لوگ शब्दوں میں گم ہیں آج کل کے لوگ جو ہیں शब्दوں میں گم</w:t>
      </w:r>
    </w:p>
    <w:p>
      <w:r>
        <w:rPr>
          <w:b/>
        </w:rPr>
        <w:t xml:space="preserve">[18:59] </w:t>
      </w:r>
      <w:r>
        <w:t>hain ek aadmi koi khoobsurat lafz bol deta hai bas log daud padte hain us ki taraf</w:t>
      </w:r>
    </w:p>
    <w:p>
      <w:pPr>
        <w:jc w:val="right"/>
      </w:pPr>
      <w:r>
        <w:t>ہیں ایک آدمی کوئی خوبصورت لفظ بول دیتا ہے بس لوگ دوڑ پڑتے ہیں اس کی طرف</w:t>
      </w:r>
    </w:p>
    <w:p>
      <w:r>
        <w:rPr>
          <w:b/>
        </w:rPr>
        <w:t xml:space="preserve">[19:07] </w:t>
      </w:r>
      <w:r>
        <w:t>shabdon ka parda pharna padega tab aap sachai ko payenge</w:t>
      </w:r>
    </w:p>
    <w:p>
      <w:pPr>
        <w:jc w:val="right"/>
      </w:pPr>
      <w:r>
        <w:t>शब्दوں کا پردہ پھاڑنا پڑے گا تب آپ سچائی کو پائیں گے</w:t>
      </w:r>
    </w:p>
    <w:p>
      <w:r>
        <w:rPr>
          <w:b/>
        </w:rPr>
        <w:t xml:space="preserve">[19:13] </w:t>
      </w:r>
      <w:r>
        <w:t>abhi kal parson aisa hua ke mein tv to dekhta nahi hoon lekin</w:t>
      </w:r>
    </w:p>
    <w:p>
      <w:pPr>
        <w:jc w:val="right"/>
      </w:pPr>
      <w:r>
        <w:t>ابھی کل پرسوں ایسا ہوا کہ میں ٹی وی تو دیکھتا نہیں ہوں لیکن</w:t>
      </w:r>
    </w:p>
    <w:p>
      <w:r>
        <w:rPr>
          <w:b/>
        </w:rPr>
        <w:t xml:space="preserve">[19:20] </w:t>
      </w:r>
      <w:r>
        <w:t>kisi wajah se mein dekhne laga subah ko to aap log jante honge mujh se zyada ke</w:t>
      </w:r>
    </w:p>
    <w:p>
      <w:pPr>
        <w:jc w:val="right"/>
      </w:pPr>
      <w:r>
        <w:t>کسی وجہ سے میں دیکھنے لگا صبح کو تو آپ لوگ جانتے ہوں گے مجھ سے زیادہ کہ</w:t>
      </w:r>
    </w:p>
    <w:p>
      <w:r>
        <w:rPr>
          <w:b/>
        </w:rPr>
        <w:t xml:space="preserve">[19:26] </w:t>
      </w:r>
      <w:r>
        <w:t>rozana tv mein ek yoga ka program aata hai ek sahab jo jin ko kaha jata hai</w:t>
      </w:r>
    </w:p>
    <w:p>
      <w:pPr>
        <w:jc w:val="right"/>
      </w:pPr>
      <w:r>
        <w:t>روزانہ ٹی وی میں ایک یوگا کا پروگرام آتا ہے ایک صاحب جو جن کو کہا جاتا ہے</w:t>
      </w:r>
    </w:p>
    <w:p>
      <w:r>
        <w:rPr>
          <w:b/>
        </w:rPr>
        <w:t xml:space="preserve">[19:30] </w:t>
      </w:r>
      <w:r>
        <w:t>ke top most aadmi hain is mein bohat hi baray mahir hain india ke un ka naam aap</w:t>
      </w:r>
    </w:p>
    <w:p>
      <w:pPr>
        <w:jc w:val="right"/>
      </w:pPr>
      <w:r>
        <w:t>کہ ٹاپ موسٹ آدمی ہیں اس میں بہت ہی بڑے ماہر ہیں انڈیا کے ان کا نام آپ</w:t>
      </w:r>
    </w:p>
    <w:p>
      <w:r>
        <w:rPr>
          <w:b/>
        </w:rPr>
        <w:t xml:space="preserve">[19:37] </w:t>
      </w:r>
      <w:r>
        <w:t>log jante honge woh rozana aata</w:t>
      </w:r>
    </w:p>
    <w:p>
      <w:pPr>
        <w:jc w:val="right"/>
      </w:pPr>
      <w:r>
        <w:t>لوگ جانتے ہوں گے وہ روزانہ آتا</w:t>
      </w:r>
    </w:p>
    <w:p>
      <w:r>
        <w:rPr>
          <w:b/>
        </w:rPr>
        <w:t xml:space="preserve">[19:39] </w:t>
      </w:r>
      <w:r>
        <w:t>hai un ka india ke top par hain yoga</w:t>
      </w:r>
    </w:p>
    <w:p>
      <w:pPr>
        <w:jc w:val="right"/>
      </w:pPr>
      <w:r>
        <w:t>ہے ان کا انڈیا کے ٹاپ پر ہیں یوگا</w:t>
      </w:r>
    </w:p>
    <w:p>
      <w:r>
        <w:rPr>
          <w:b/>
        </w:rPr>
        <w:t xml:space="preserve">[19:46] </w:t>
      </w:r>
      <w:r>
        <w:t>yani yoga ka jo jo bhi science kahiye jo bhi kahiye us ko sikhate hain woh to mein</w:t>
      </w:r>
    </w:p>
    <w:p>
      <w:pPr>
        <w:jc w:val="right"/>
      </w:pPr>
      <w:r>
        <w:t>یعنی یوگا کا جو جو بھی سائنس کہیے جو بھی کہیے اس کو سکھاتے ہیں وہ تو میں</w:t>
      </w:r>
    </w:p>
    <w:p>
      <w:r>
        <w:rPr>
          <w:b/>
        </w:rPr>
        <w:t xml:space="preserve">[19:52] </w:t>
      </w:r>
      <w:r>
        <w:t>ne socha mein ne dekha ke woh yoga sikha rahe hain aur yoga sikhate hue kehte hain is</w:t>
      </w:r>
    </w:p>
    <w:p>
      <w:pPr>
        <w:jc w:val="right"/>
      </w:pPr>
      <w:r>
        <w:t>نے سوچا میں نے دیکھا کہ وہ یوگا سکھا رہے ہیں اور یوگا سکھاتے ہوئے کہتے ہیں اس</w:t>
      </w:r>
    </w:p>
    <w:p>
      <w:r>
        <w:rPr>
          <w:b/>
        </w:rPr>
        <w:t xml:space="preserve">[19:58] </w:t>
      </w:r>
      <w:r>
        <w:t>ke yani yoga ke kamal batate hain yoga ke kamal to unhon ne kaha ke</w:t>
      </w:r>
    </w:p>
    <w:p>
      <w:pPr>
        <w:jc w:val="right"/>
      </w:pPr>
      <w:r>
        <w:t>کے یعنی یوگا کے کمال بتاتے ہیں یوگا کے کمال تو انہوں نے کہا کہ</w:t>
      </w:r>
    </w:p>
    <w:p>
      <w:r>
        <w:rPr>
          <w:b/>
        </w:rPr>
        <w:t xml:space="preserve">[20:06] </w:t>
      </w:r>
      <w:r>
        <w:t>jawani sada rahe gi</w:t>
      </w:r>
    </w:p>
    <w:p>
      <w:pPr>
        <w:jc w:val="right"/>
      </w:pPr>
      <w:r>
        <w:t>جوانی سدا رہے گی</w:t>
      </w:r>
    </w:p>
    <w:p>
      <w:r>
        <w:rPr>
          <w:b/>
        </w:rPr>
        <w:t xml:space="preserve">[20:09] </w:t>
      </w:r>
      <w:r>
        <w:t>yeh inhi ka alfaaz hain</w:t>
      </w:r>
    </w:p>
    <w:p>
      <w:pPr>
        <w:jc w:val="right"/>
      </w:pPr>
      <w:r>
        <w:t>یہ انہی کا الفاظ ہیں</w:t>
      </w:r>
    </w:p>
    <w:p>
      <w:r>
        <w:rPr>
          <w:b/>
        </w:rPr>
        <w:t xml:space="preserve">[20:12] </w:t>
      </w:r>
      <w:r>
        <w:t>jawani sada rahe gi barhapa aye ga nahi</w:t>
      </w:r>
    </w:p>
    <w:p>
      <w:pPr>
        <w:jc w:val="right"/>
      </w:pPr>
      <w:r>
        <w:t>جوانی سدا رہے گی بڑھاپا آئے گا نہیں</w:t>
      </w:r>
    </w:p>
    <w:p>
      <w:r>
        <w:rPr>
          <w:b/>
        </w:rPr>
        <w:t xml:space="preserve">[20:17] </w:t>
      </w:r>
      <w:r>
        <w:t>yani agar tum yoga karo</w:t>
      </w:r>
    </w:p>
    <w:p>
      <w:pPr>
        <w:jc w:val="right"/>
      </w:pPr>
      <w:r>
        <w:t>یعنی اگر تم یوگا کرو</w:t>
      </w:r>
    </w:p>
    <w:p>
      <w:r>
        <w:rPr>
          <w:b/>
        </w:rPr>
        <w:t xml:space="preserve">[20:20] </w:t>
      </w:r>
      <w:r>
        <w:t>to itni bari cheez tum ko mile gi ke jawani sada rahe</w:t>
      </w:r>
    </w:p>
    <w:p>
      <w:pPr>
        <w:jc w:val="right"/>
      </w:pPr>
      <w:r>
        <w:t>تو اتنی بڑی چیز تم کو ملے گی کہ جوانی سدا رہے</w:t>
      </w:r>
    </w:p>
    <w:p>
      <w:r>
        <w:rPr>
          <w:b/>
        </w:rPr>
        <w:t xml:space="preserve">[20:24] </w:t>
      </w:r>
      <w:r>
        <w:t>gi budhapa aayega hi nahi ab dekhiye tajziya kiya bani is ka log to tajziya karte nahi wahan bare khush ho rahe the log kya baat keh di kya baat keh di</w:t>
      </w:r>
    </w:p>
    <w:p>
      <w:pPr>
        <w:jc w:val="right"/>
      </w:pPr>
      <w:r>
        <w:t>گی بڑھاپا آئے گا ہی نہیں اب دیکھئے تجزیہ کیا بنی اس کا لوگ تو تجزیہ کرتے نہیں وہاں بڑے خوش ہو رہے تھے لوگ کیا بات کہہ دی کیا بات کہہ دی</w:t>
      </w:r>
    </w:p>
    <w:p>
      <w:r>
        <w:rPr>
          <w:b/>
        </w:rPr>
        <w:t xml:space="preserve">[20:37] </w:t>
      </w:r>
      <w:r>
        <w:t>دیکھئے in comparison that we understand ہمیشہ کمپیئر کیجئے تب بات سمجھ میں آئے گی</w:t>
      </w:r>
    </w:p>
    <w:p>
      <w:pPr>
        <w:jc w:val="right"/>
      </w:pPr>
      <w:r>
        <w:t>دیکھئے ان کمپیریزن دیٹ وی انڈرسٹینڈ ہمیشہ کمپیئر کیجئے تب بات سمجھ میں آئے گی</w:t>
      </w:r>
    </w:p>
    <w:p>
      <w:r>
        <w:rPr>
          <w:b/>
        </w:rPr>
        <w:t xml:space="preserve">[20:44] </w:t>
      </w:r>
      <w:r>
        <w:t>to main ne compare kiya ke woh nojawanon ko le kar wahan yoga sikha rahe thay to main</w:t>
      </w:r>
    </w:p>
    <w:p>
      <w:pPr>
        <w:jc w:val="right"/>
      </w:pPr>
      <w:r>
        <w:t>تو میں نے کمپیئر کیا کہ وہ نوجوانوں کو لے کر وہاں یوگا سکھا رہے تھے تو میں</w:t>
      </w:r>
    </w:p>
    <w:p>
      <w:r>
        <w:rPr>
          <w:b/>
        </w:rPr>
        <w:t xml:space="preserve">[20:50] </w:t>
      </w:r>
      <w:r>
        <w:t>ne kaha main to 80 plus hoon 85 plus hoon</w:t>
      </w:r>
    </w:p>
    <w:p>
      <w:pPr>
        <w:jc w:val="right"/>
      </w:pPr>
      <w:r>
        <w:t>نے کہا میں تو 80 پلس ہوں 85 پلس ہوں</w:t>
      </w:r>
    </w:p>
    <w:p>
      <w:r>
        <w:rPr>
          <w:b/>
        </w:rPr>
        <w:t xml:space="preserve">[20:55] </w:t>
      </w:r>
      <w:r>
        <w:t>aur 80 saal se zyada tak main jawan hi raha hoon baghair yoga ke log mujhe dekhte thay</w:t>
      </w:r>
    </w:p>
    <w:p>
      <w:pPr>
        <w:jc w:val="right"/>
      </w:pPr>
      <w:r>
        <w:t>اور 80 سال سے زیادہ تک میں جوان ہی رہا ہوں بغیر یوگا کے لوگ مجھے دیکھتے تھے</w:t>
      </w:r>
    </w:p>
    <w:p>
      <w:r>
        <w:rPr>
          <w:b/>
        </w:rPr>
        <w:t xml:space="preserve">[21:01] </w:t>
      </w:r>
      <w:r>
        <w:t>to kehte thay bhai aap to jawano ki tarah chalte hain aap to jawano ki tarah bolte hain</w:t>
      </w:r>
    </w:p>
    <w:p>
      <w:pPr>
        <w:jc w:val="right"/>
      </w:pPr>
      <w:r>
        <w:t>تو کہتے تھے بھئی آپ تو جوانوں کی طرح چلتے ہیں آپ تو جوانوں کی طرح بولتے ہیں</w:t>
      </w:r>
    </w:p>
    <w:p>
      <w:r>
        <w:rPr>
          <w:b/>
        </w:rPr>
        <w:t xml:space="preserve">[21:07] </w:t>
      </w:r>
      <w:r>
        <w:t>to main ne to kabhi yoga nahi kiya</w:t>
      </w:r>
    </w:p>
    <w:p>
      <w:pPr>
        <w:jc w:val="right"/>
      </w:pPr>
      <w:r>
        <w:t>تو میں نے تو کبھی یوگا نہیں کیا</w:t>
      </w:r>
    </w:p>
    <w:p>
      <w:r>
        <w:rPr>
          <w:b/>
        </w:rPr>
        <w:t xml:space="preserve">[21:10] </w:t>
      </w:r>
      <w:r>
        <w:t>to yoga kiye baghair</w:t>
      </w:r>
    </w:p>
    <w:p>
      <w:pPr>
        <w:jc w:val="right"/>
      </w:pPr>
      <w:r>
        <w:t>تو یوگا کیے بغیر</w:t>
      </w:r>
    </w:p>
    <w:p>
      <w:r>
        <w:rPr>
          <w:b/>
        </w:rPr>
        <w:t xml:space="preserve">[21:13] </w:t>
      </w:r>
      <w:r>
        <w:t>itni lambi muddat tak main jawan bana raha</w:t>
      </w:r>
    </w:p>
    <w:p>
      <w:pPr>
        <w:jc w:val="right"/>
      </w:pPr>
      <w:r>
        <w:t>اتنی لمبی مدت تک میں جوان بنا رہا</w:t>
      </w:r>
    </w:p>
    <w:p>
      <w:r>
        <w:rPr>
          <w:b/>
        </w:rPr>
        <w:t xml:space="preserve">[21:17] </w:t>
      </w:r>
      <w:r>
        <w:t>ji kyun saada zindagi aur aur bilkul hi saada</w:t>
      </w:r>
    </w:p>
    <w:p>
      <w:pPr>
        <w:jc w:val="right"/>
      </w:pPr>
      <w:r>
        <w:t>جی کیوں سادہ زندگی اور اور بالکل ہی سادہ</w:t>
      </w:r>
    </w:p>
    <w:p>
      <w:r>
        <w:rPr>
          <w:b/>
        </w:rPr>
        <w:t xml:space="preserve">[21:22] </w:t>
      </w:r>
      <w:r>
        <w:t>diet qudrati zindagi aur musbat soch yahi mera tareeqa tha</w:t>
      </w:r>
    </w:p>
    <w:p>
      <w:pPr>
        <w:jc w:val="right"/>
      </w:pPr>
      <w:r>
        <w:t>ڈائٹ قدرتی زندگی اور مثبت سوچ یہی میرا طریقہ تھا</w:t>
      </w:r>
    </w:p>
    <w:p>
      <w:r>
        <w:rPr>
          <w:b/>
        </w:rPr>
        <w:t xml:space="preserve">[21:31] </w:t>
      </w:r>
      <w:r>
        <w:t>to mere liye is mein koi kashish nahi hai koi kashish nahi hai kyun ab main jab is</w:t>
      </w:r>
    </w:p>
    <w:p>
      <w:pPr>
        <w:jc w:val="right"/>
      </w:pPr>
      <w:r>
        <w:t>تو میرے لیے اس میں کوئی کشش نہیں ہے کوئی کشش نہیں ہے کیوں اب میں جب اس</w:t>
      </w:r>
    </w:p>
    <w:p>
      <w:r>
        <w:rPr>
          <w:b/>
        </w:rPr>
        <w:t xml:space="preserve">[21:37] </w:t>
      </w:r>
      <w:r>
        <w:t>umar ko hoon abhi main jo bol raha hoon main main nahi samajhta koi jawan aadmi is se</w:t>
      </w:r>
    </w:p>
    <w:p>
      <w:pPr>
        <w:jc w:val="right"/>
      </w:pPr>
      <w:r>
        <w:t>عمر کو ہوں ابھی میں جو بول رہا ہوں میں میں نہیں سمجھتا کوئی جوان آدمی اس سے</w:t>
      </w:r>
    </w:p>
    <w:p>
      <w:r>
        <w:rPr>
          <w:b/>
        </w:rPr>
        <w:t xml:space="preserve">[21:42] </w:t>
      </w:r>
      <w:r>
        <w:t>zyada taqatwar mazboot andaaz mein bol sakta hai abhi bhi yani 85 plus ho kar ke bhi main</w:t>
      </w:r>
    </w:p>
    <w:p>
      <w:pPr>
        <w:jc w:val="right"/>
      </w:pPr>
      <w:r>
        <w:t>زیادہ طاقتور مضبوط انداز میں بول سکتا ہے ابھی بھی یعنی 85 پلس ہو کر کے بھی میں</w:t>
      </w:r>
    </w:p>
    <w:p>
      <w:r>
        <w:rPr>
          <w:b/>
        </w:rPr>
        <w:t xml:space="preserve">[21:48] </w:t>
      </w:r>
      <w:r>
        <w:t>jo bol raha hoon mujhe nahi maloom ke is se zyada mazboot awaz mein koi bol sakta hai</w:t>
      </w:r>
    </w:p>
    <w:p>
      <w:pPr>
        <w:jc w:val="right"/>
      </w:pPr>
      <w:r>
        <w:t>جو بول رہا ہوں مجھے نہیں معلوم کہ اس سے زیادہ مضبوط آواز میں کوئی بول سکتا ہے</w:t>
      </w:r>
    </w:p>
    <w:p>
      <w:r>
        <w:rPr>
          <w:b/>
        </w:rPr>
        <w:t xml:space="preserve">[21:55] </w:t>
      </w:r>
      <w:r>
        <w:t>to 85 plus mein mujhe aap ki yoga ki zaroorat kya hai kya karoon ga main yoga ko</w:t>
      </w:r>
    </w:p>
    <w:p>
      <w:pPr>
        <w:jc w:val="right"/>
      </w:pPr>
      <w:r>
        <w:t>تو 85 پلس میں مجھے آپ کی یوگا کی ضرورت کیا ہے کیا کروں گا میں یوگا کو</w:t>
      </w:r>
    </w:p>
    <w:p>
      <w:r>
        <w:rPr>
          <w:b/>
        </w:rPr>
        <w:t xml:space="preserve">[21:59] </w:t>
      </w:r>
      <w:r>
        <w:t>le kar ji mere liye asal masla kya hai woh hai maut barhapa nahi</w:t>
      </w:r>
    </w:p>
    <w:p>
      <w:pPr>
        <w:jc w:val="right"/>
      </w:pPr>
      <w:r>
        <w:t>لے کر جی میرے لیے اصل مسئلہ کیا ہے وہ ہے موت بڑھاپا نہیں</w:t>
      </w:r>
    </w:p>
    <w:p>
      <w:r>
        <w:rPr>
          <w:b/>
        </w:rPr>
        <w:t xml:space="preserve">[22:08] </w:t>
      </w:r>
      <w:r>
        <w:t>barhapa</w:t>
      </w:r>
    </w:p>
    <w:p>
      <w:pPr>
        <w:jc w:val="right"/>
      </w:pPr>
      <w:r>
        <w:t>بڑھاپا</w:t>
      </w:r>
    </w:p>
    <w:p>
      <w:r>
        <w:rPr>
          <w:b/>
        </w:rPr>
        <w:t xml:space="preserve">[22:09] </w:t>
      </w:r>
      <w:r>
        <w:t>aye ga nahi yeh mere nazdeek</w:t>
      </w:r>
    </w:p>
    <w:p>
      <w:pPr>
        <w:jc w:val="right"/>
      </w:pPr>
      <w:r>
        <w:t>آئے گا نہیں یہ میرے نزدیک</w:t>
      </w:r>
    </w:p>
    <w:p>
      <w:r>
        <w:rPr>
          <w:b/>
        </w:rPr>
        <w:t xml:space="preserve">[22:13] </w:t>
      </w:r>
      <w:r>
        <w:t>ghalat alfaaz hain aap yeh mujhe bataiye ke doosra formula</w:t>
      </w:r>
    </w:p>
    <w:p>
      <w:pPr>
        <w:jc w:val="right"/>
      </w:pPr>
      <w:r>
        <w:t>غلط الفاظ ہیں آپ یہ مجھے بتائیے کہ دوسرا فارمولا</w:t>
      </w:r>
    </w:p>
    <w:p>
      <w:r>
        <w:rPr>
          <w:b/>
        </w:rPr>
        <w:t xml:space="preserve">[22:20] </w:t>
      </w:r>
      <w:r>
        <w:t>ke zindagi sada rahe gi maut aye gi nahi kabhi</w:t>
      </w:r>
    </w:p>
    <w:p>
      <w:pPr>
        <w:jc w:val="right"/>
      </w:pPr>
      <w:r>
        <w:t>کہ زندگی سدا رہے گی موت آئے گی نہیں کبھی</w:t>
      </w:r>
    </w:p>
    <w:p>
      <w:r>
        <w:rPr>
          <w:b/>
        </w:rPr>
        <w:t xml:space="preserve">[22:25] </w:t>
      </w:r>
      <w:r>
        <w:t>aap jo formula de rahe hain ke jawani sada rahe gi barhapa aye ga nahi kabhi to mujhe</w:t>
      </w:r>
    </w:p>
    <w:p>
      <w:pPr>
        <w:jc w:val="right"/>
      </w:pPr>
      <w:r>
        <w:t>آپ جو فارمولا دے رہے ہیں کہ جوانی سدا رہے گی بڑھاپا آئے گا نہیں کبھی تو مجھے</w:t>
      </w:r>
    </w:p>
    <w:p>
      <w:r>
        <w:rPr>
          <w:b/>
        </w:rPr>
        <w:t xml:space="preserve">[22:30] </w:t>
      </w:r>
      <w:r>
        <w:t>is formulay mein koi dilchaspi nahi hai koi dilchaspi nahi hai aur har samajhdar ko dilchaspi nahi hoga</w:t>
      </w:r>
    </w:p>
    <w:p>
      <w:pPr>
        <w:jc w:val="right"/>
      </w:pPr>
      <w:r>
        <w:t>اس فارمولے میں کوئی دلچسپی نہیں ہے کوئی دلچسپی نہیں ہے اور ہر سمجھدار کو دلچسپی نہیں ہوگا</w:t>
      </w:r>
    </w:p>
    <w:p>
      <w:r>
        <w:rPr>
          <w:b/>
        </w:rPr>
        <w:t xml:space="preserve">[22:35] </w:t>
      </w:r>
      <w:r>
        <w:t>kuch ahmaq log is mein dilchaspi len ge</w:t>
      </w:r>
    </w:p>
    <w:p>
      <w:pPr>
        <w:jc w:val="right"/>
      </w:pPr>
      <w:r>
        <w:t>کچھ احمق لوگ اس میں دلچسپی لیں گے</w:t>
      </w:r>
    </w:p>
    <w:p>
      <w:r>
        <w:rPr>
          <w:b/>
        </w:rPr>
        <w:t xml:space="preserve">[22:41] </w:t>
      </w:r>
      <w:r>
        <w:t>to mujhe jis jo cheez mutawajjah kar sakti hai woh yeh hai ke aap yeh formula batayein ke</w:t>
      </w:r>
    </w:p>
    <w:p>
      <w:pPr>
        <w:jc w:val="right"/>
      </w:pPr>
      <w:r>
        <w:t>تو مجھے جس جو چیز متوجہ کر سکتی ہے وہ یہ ہے کہ آپ یہ فارمولا بتائیں کہ</w:t>
      </w:r>
    </w:p>
    <w:p>
      <w:r>
        <w:rPr>
          <w:b/>
        </w:rPr>
        <w:t xml:space="preserve">[22:45] </w:t>
      </w:r>
      <w:r>
        <w:t>zindagi sada rahe gi maut kabhi nahi aye gi to aap ke paas to hai hi nahi yeh</w:t>
      </w:r>
    </w:p>
    <w:p>
      <w:pPr>
        <w:jc w:val="right"/>
      </w:pPr>
      <w:r>
        <w:t>زندگی سدا رہے گی موت کبھی نہیں آئے گی تو آپ کے پاس تو ہے ہی نہیں یہ</w:t>
      </w:r>
    </w:p>
    <w:p>
      <w:r>
        <w:rPr>
          <w:b/>
        </w:rPr>
        <w:t xml:space="preserve">[22:50] </w:t>
      </w:r>
      <w:r>
        <w:t>tum bhi maro ge tumhare saathi bhi maren ge to marne ke baad kya hoga woh mera masla</w:t>
      </w:r>
    </w:p>
    <w:p>
      <w:pPr>
        <w:jc w:val="right"/>
      </w:pPr>
      <w:r>
        <w:t>تم بھی مرو گے تمہارے ساتھی بھی مریں گے تو مرنے کے بعد کیا ہوگا وہ میرا مسئلہ</w:t>
      </w:r>
    </w:p>
    <w:p>
      <w:r>
        <w:rPr>
          <w:b/>
        </w:rPr>
        <w:t xml:space="preserve">[22:56] </w:t>
      </w:r>
      <w:r>
        <w:t>hai mein yun bhi jawan hoon</w:t>
      </w:r>
    </w:p>
    <w:p>
      <w:pPr>
        <w:jc w:val="right"/>
      </w:pPr>
      <w:r>
        <w:t>ہے میں یوں بھی جوان ہوں</w:t>
      </w:r>
    </w:p>
    <w:p>
      <w:r>
        <w:rPr>
          <w:b/>
        </w:rPr>
        <w:t xml:space="preserve">[23:02] </w:t>
      </w:r>
      <w:r>
        <w:t>mere saath ab mujhe log chalte hue dekhte hain seerhiyon par chartay hue bhi dekhte hain to kehte</w:t>
      </w:r>
    </w:p>
    <w:p>
      <w:pPr>
        <w:jc w:val="right"/>
      </w:pPr>
      <w:r>
        <w:t>میرے ساتھ اب مجھے لوگ چلتے ہوئے دیکھتے ہیں سیڑھیوں پر چڑھتے ہوئے بھی دیکھتے ہیں تو کہتے</w:t>
      </w:r>
    </w:p>
    <w:p>
      <w:r>
        <w:rPr>
          <w:b/>
        </w:rPr>
        <w:t xml:space="preserve">[23:08] </w:t>
      </w:r>
      <w:r>
        <w:t>hain are aap jawano ki tarah charh rahe hain</w:t>
      </w:r>
    </w:p>
    <w:p>
      <w:pPr>
        <w:jc w:val="right"/>
      </w:pPr>
      <w:r>
        <w:t>ہیں ارے آپ جوانوں کی طرح چڑھ رہے ہیں</w:t>
      </w:r>
    </w:p>
    <w:p>
      <w:r>
        <w:rPr>
          <w:b/>
        </w:rPr>
        <w:t xml:space="preserve">[23:14] </w:t>
      </w:r>
      <w:r>
        <w:t>to mujhe kya is mein dilchaspi ho sakti hai aise yoga mein siwaye kuch ahmaq logo ke ho</w:t>
      </w:r>
    </w:p>
    <w:p>
      <w:pPr>
        <w:jc w:val="right"/>
      </w:pPr>
      <w:r>
        <w:t>تو مجھے کیا اس میں دلچسپی ہو سکتی ہے ایسے یوگا میں سوائے کچھ احمق لوگوں کے ہو</w:t>
      </w:r>
    </w:p>
    <w:p>
      <w:r>
        <w:rPr>
          <w:b/>
        </w:rPr>
        <w:t xml:space="preserve">[23:21] </w:t>
      </w:r>
      <w:r>
        <w:t>sakti hai mujhe to dilchaspi hai ke tum mujhe aisa koi formula batao</w:t>
      </w:r>
    </w:p>
    <w:p>
      <w:pPr>
        <w:jc w:val="right"/>
      </w:pPr>
      <w:r>
        <w:t>سکتی ہے مجھے تو دلچسپی ہے کہ تم مجھے ایسا کوئی فارمولا بتاؤ</w:t>
      </w:r>
    </w:p>
    <w:p>
      <w:r>
        <w:rPr>
          <w:b/>
        </w:rPr>
        <w:t xml:space="preserve">[23:27] </w:t>
      </w:r>
      <w:r>
        <w:t>ke mein apni zindagi is tarah bataon ke maut ke baad jo hai mujhe umeed de sako tum</w:t>
      </w:r>
    </w:p>
    <w:p>
      <w:pPr>
        <w:jc w:val="right"/>
      </w:pPr>
      <w:r>
        <w:t>کہ میں اپنی زندگی اس طرح بتاؤں کہ موت کے بعد جو ہے مجھے امید دے سکو تم</w:t>
      </w:r>
    </w:p>
    <w:p>
      <w:r>
        <w:rPr>
          <w:b/>
        </w:rPr>
        <w:t xml:space="preserve">[23:35] </w:t>
      </w:r>
      <w:r>
        <w:t>poori maut ki muddat ki baatein aap kar rahe hain woh to mein waise bhi theek thaak hoon</w:t>
      </w:r>
    </w:p>
    <w:p>
      <w:pPr>
        <w:jc w:val="right"/>
      </w:pPr>
      <w:r>
        <w:t>پوری موت کی مدت کی باتیں آپ کر رہے ہیں وہ تو میں ویسے بھی ٹھیک ٹھاک ہوں</w:t>
      </w:r>
    </w:p>
    <w:p>
      <w:r>
        <w:rPr>
          <w:b/>
        </w:rPr>
        <w:t xml:space="preserve">[23:40] </w:t>
      </w:r>
      <w:r>
        <w:t>post maut ki muddat mein mujhe koi umeed dijiye aap woh kya hai</w:t>
      </w:r>
    </w:p>
    <w:p>
      <w:pPr>
        <w:jc w:val="right"/>
      </w:pPr>
      <w:r>
        <w:t>پوسٹ موت کی مدت میں مجھے کوئی امید دیجئے آپ وہ کیا ہے</w:t>
      </w:r>
    </w:p>
    <w:p>
      <w:r>
        <w:rPr>
          <w:b/>
        </w:rPr>
        <w:t xml:space="preserve">[23:47] </w:t>
      </w:r>
      <w:r>
        <w:t>jaisa ke maine aap se arz kiya tha is se pehle ek qissa is ka</w:t>
      </w:r>
    </w:p>
    <w:p>
      <w:pPr>
        <w:jc w:val="right"/>
      </w:pPr>
      <w:r>
        <w:t>جیسا کہ میں نے آپ سے عرض کیا تھا اس سے پہلے ایک قصہ اس کا</w:t>
      </w:r>
    </w:p>
    <w:p>
      <w:r>
        <w:rPr>
          <w:b/>
        </w:rPr>
        <w:t xml:space="preserve">[23:52] </w:t>
      </w:r>
      <w:r>
        <w:t>woh grahm ka billi grahm ka ke ek arb pati ne is ko bulaya apne paas arb pati</w:t>
      </w:r>
    </w:p>
    <w:p>
      <w:pPr>
        <w:jc w:val="right"/>
      </w:pPr>
      <w:r>
        <w:t>وہ گرہم کا بلی گرہم کا کہ ایک ارب پتی نے اس کو بلایا اپنے پاس ارب پتی</w:t>
      </w:r>
    </w:p>
    <w:p>
      <w:r>
        <w:rPr>
          <w:b/>
        </w:rPr>
        <w:t xml:space="preserve">[23:59] </w:t>
      </w:r>
      <w:r>
        <w:t>jo boodha ho chuka tha us ne is se kaha</w:t>
      </w:r>
    </w:p>
    <w:p>
      <w:pPr>
        <w:jc w:val="right"/>
      </w:pPr>
      <w:r>
        <w:t>جو بوڑھا ہو چکا تھا اس نے اس سے کہا</w:t>
      </w:r>
    </w:p>
    <w:p>
      <w:r>
        <w:rPr>
          <w:b/>
        </w:rPr>
        <w:t xml:space="preserve">[24:04] </w:t>
      </w:r>
      <w:r>
        <w:t>ke you see i am an old man</w:t>
      </w:r>
    </w:p>
    <w:p>
      <w:pPr>
        <w:jc w:val="right"/>
      </w:pPr>
      <w:r>
        <w:t>کہ یو سی آئی ایم اینڈ اولڈ مین</w:t>
      </w:r>
    </w:p>
    <w:p>
      <w:r>
        <w:rPr>
          <w:b/>
        </w:rPr>
        <w:t xml:space="preserve">[24:11] </w:t>
      </w:r>
      <w:r>
        <w:t>life has lost all meaning</w:t>
      </w:r>
    </w:p>
    <w:p>
      <w:pPr>
        <w:jc w:val="right"/>
      </w:pPr>
      <w:r>
        <w:t>لائف ہیز لاسٹ آل میننگ</w:t>
      </w:r>
    </w:p>
    <w:p>
      <w:r>
        <w:rPr>
          <w:b/>
        </w:rPr>
        <w:t xml:space="preserve">[24:15] </w:t>
      </w:r>
      <w:r>
        <w:t>I am going to take a fateful leap into the unknown</w:t>
      </w:r>
    </w:p>
    <w:p>
      <w:pPr>
        <w:jc w:val="right"/>
      </w:pPr>
      <w:r>
        <w:t>آئی ایم گوئنگ ٹو ٹیک اے فیٹ فل لیپ انٹو دا ان نون</w:t>
      </w:r>
    </w:p>
    <w:p>
      <w:r>
        <w:rPr>
          <w:b/>
        </w:rPr>
        <w:t xml:space="preserve">[24:21] </w:t>
      </w:r>
      <w:r>
        <w:t>I am going to take a fateful leap into the unknown</w:t>
      </w:r>
    </w:p>
    <w:p>
      <w:pPr>
        <w:jc w:val="right"/>
      </w:pPr>
      <w:r>
        <w:t>آئی ایم گوئنگ ٹو ٹیک اے فیٹ فل لیپ انٹو دا ان نون</w:t>
      </w:r>
    </w:p>
    <w:p>
      <w:r>
        <w:rPr>
          <w:b/>
        </w:rPr>
        <w:t xml:space="preserve">[24:26] </w:t>
      </w:r>
      <w:r>
        <w:t>young man can you give me a ray of hope masla to yahan hai wahan masla nahi hai jahan woh TV par dikha rahe hain wahan masla hai hi nahi main zinda yani living example hoon ke tumhare yoga ke baghair main jawan bana hua hoon sound sleep mujhe aati hai khana hazam hota hai main bol raha hoon jawano ki tarah soch meri jo hai jo aap dekh rahe hain meri yaad-dasht zinda hai</w:t>
      </w:r>
    </w:p>
    <w:p>
      <w:pPr>
        <w:jc w:val="right"/>
      </w:pPr>
      <w:r>
        <w:t>ینگ مین کین یو گیو می اے ری آف ہوپ مسئلہ تو یہاں ہے وہاں مسئلہ نہیں ہے جہاں وہ ٹی وی پر دکھا رہے ہیں وہاں مسئلہ ہے ہی نہیں میں زندہ یعنی لیونگ ایگزیمپل ہوں کہ تمہارے یوگا کے بغیر میں جوان بنا ہوا ہوں ساؤنڈ سلیپ مجھے آتی ہے کھانا ہضم ہوتا ہے میں بول رہا ہوں جوانوں کی طرح سوچ میری جو ہے جو آپ دیکھ رہے ہیں میری یادداشت زندہ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