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Revival of Islam March 23, 2014</w:t>
      </w:r>
    </w:p>
    <w:p>
      <w:r>
        <w:t>https://youtu.be/Wc4Vsc4u1JI</w:t>
      </w:r>
    </w:p>
    <w:p>
      <w:r>
        <w:rPr>
          <w:b/>
        </w:rPr>
        <w:t xml:space="preserve">[00:13] </w:t>
      </w:r>
      <w:r>
        <w:t>Bismillah Rehman-e-Rahim, wa salla Allahu ala nabiyyil kareem. Rabb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wahlul uqdatan min lisani, yafqahu qawli.</w:t>
      </w:r>
    </w:p>
    <w:p>
      <w:pPr>
        <w:jc w:val="right"/>
      </w:pPr>
      <w:r>
        <w:t>واحل العقدۃ من لسانی، یفقہ قولی۔</w:t>
      </w:r>
    </w:p>
    <w:p>
      <w:r>
        <w:rPr>
          <w:b/>
        </w:rPr>
        <w:t xml:space="preserve">[00:40] </w:t>
      </w:r>
      <w:r>
        <w:t>aaj March 2014 ki 23 tareekh hai. aaj ke liye jo topic hai wo hai "Revival of Islam" yani Ahya-e-Islam.</w:t>
      </w:r>
    </w:p>
    <w:p>
      <w:pPr>
        <w:jc w:val="right"/>
      </w:pPr>
      <w:r>
        <w:t>آج مارچ 2014 کی 23 تاریخ ہے۔ آج کے لیے جو ٹاپک ہے وہ ہے "ریوائیول آف اسلام" یعنی احیاء اسلام۔</w:t>
      </w:r>
    </w:p>
    <w:p>
      <w:r>
        <w:rPr>
          <w:b/>
        </w:rPr>
        <w:t xml:space="preserve">[01:04] </w:t>
      </w:r>
      <w:r>
        <w:t>dekhein, Islam koi naya mazhab nahi hai, Islam koi superior mazhab nahi hai, Islam koi afzal mazhab nahi hai.</w:t>
      </w:r>
    </w:p>
    <w:p>
      <w:pPr>
        <w:jc w:val="right"/>
      </w:pPr>
      <w:r>
        <w:t>دیکھیں، اسلام کوئی نیا مذہب نہیں ہے، اسلام کوئی سپیریر مذہب نہیں ہے، اسلام کوئی افضل مذہب نہیں ہے۔</w:t>
      </w:r>
    </w:p>
    <w:p>
      <w:r>
        <w:rPr>
          <w:b/>
        </w:rPr>
        <w:t xml:space="preserve">[01:17] </w:t>
      </w:r>
      <w:r>
        <w:t>Islam wahi mazhab hai jo pichlay tamam nabiyon par aaya.</w:t>
      </w:r>
    </w:p>
    <w:p>
      <w:pPr>
        <w:jc w:val="right"/>
      </w:pPr>
      <w:r>
        <w:t>اسلام وہی مذہب ہے جو پچھلے تمام نبیوں پر آیا۔</w:t>
      </w:r>
    </w:p>
    <w:p>
      <w:r>
        <w:rPr>
          <w:b/>
        </w:rPr>
        <w:t xml:space="preserve">[01:26] </w:t>
      </w:r>
      <w:r>
        <w:t>sirf ye farq hai ke Islam ek mehfooz mazhab hai yani preserved religion.</w:t>
      </w:r>
    </w:p>
    <w:p>
      <w:pPr>
        <w:jc w:val="right"/>
      </w:pPr>
      <w:r>
        <w:t>صرف یہ فرق ہے کہ اسلام ایک محفوظ مذہب ہے یعنی پریزروڈ ریلیجن۔</w:t>
      </w:r>
    </w:p>
    <w:p>
      <w:r>
        <w:rPr>
          <w:b/>
        </w:rPr>
        <w:t xml:space="preserve">[01:35] </w:t>
      </w:r>
      <w:r>
        <w:t>Islam ka jo text hai yani Quran, waisa hi ke waisa hi aaj bhi mehfooz hai jaisa ke wo seventh first quarter of seventh hijri mein utra tha.</w:t>
      </w:r>
    </w:p>
    <w:p>
      <w:pPr>
        <w:jc w:val="right"/>
      </w:pPr>
      <w:r>
        <w:t>اسلام کا جو ٹیکسٹ ہے یعنی قرآن، ویسا ہی کے ویسا ہی آج بھی محفوظ ہے جیسا کہ وہ سیون فرسٹ کوارٹر آف سیونتھ ہجری میں اترا تھا۔</w:t>
      </w:r>
    </w:p>
    <w:p>
      <w:r>
        <w:rPr>
          <w:b/>
        </w:rPr>
        <w:t xml:space="preserve">[01:52] </w:t>
      </w:r>
      <w:r>
        <w:t>is ki zaban bhi aaj tak mehfooz hai.</w:t>
      </w:r>
    </w:p>
    <w:p>
      <w:pPr>
        <w:jc w:val="right"/>
      </w:pPr>
      <w:r>
        <w:t>اس کی زبان بھی آج تک محفوظ ہے۔</w:t>
      </w:r>
    </w:p>
    <w:p>
      <w:r>
        <w:rPr>
          <w:b/>
        </w:rPr>
        <w:t xml:space="preserve">[01:57] </w:t>
      </w:r>
      <w:r>
        <w:t>bas ye farq hai.</w:t>
      </w:r>
    </w:p>
    <w:p>
      <w:pPr>
        <w:jc w:val="right"/>
      </w:pPr>
      <w:r>
        <w:t>بس یہ فرق ہے۔</w:t>
      </w:r>
    </w:p>
    <w:p>
      <w:r>
        <w:rPr>
          <w:b/>
        </w:rPr>
        <w:t xml:space="preserve">[02:02] </w:t>
      </w:r>
      <w:r>
        <w:t>to ab sawal ye hai ke Islam jab mehfooz ho gaya to kya yahi kafi hai? nahi, Islam apne text ke aitbar se mehfooz hone ke bawajood jo is ko mannay walay hain, jo ummat hai,</w:t>
      </w:r>
    </w:p>
    <w:p>
      <w:pPr>
        <w:jc w:val="right"/>
      </w:pPr>
      <w:r>
        <w:t>تو اب سوال یہ ہے کہ اسلام جب محفوظ ہو گیا تو کیا یہی کافی ہے؟ نہیں، اسلام اپنے ٹیکسٹ کے اعتبار سے محفوظ ہونے کے باوجود جو اس کو ماننے والے ہیں، جو امت ہے،</w:t>
      </w:r>
    </w:p>
    <w:p>
      <w:r>
        <w:rPr>
          <w:b/>
        </w:rPr>
        <w:t xml:space="preserve">[02:21] </w:t>
      </w:r>
      <w:r>
        <w:t>is mein to de generation hota rahe ga law of nature ki bana par.</w:t>
      </w:r>
    </w:p>
    <w:p>
      <w:pPr>
        <w:jc w:val="right"/>
      </w:pPr>
      <w:r>
        <w:t>اس میں تو ڈی جنریشن ہوتا رہے گا لاء آف نیچر کی بنا پر۔</w:t>
      </w:r>
    </w:p>
    <w:p>
      <w:r>
        <w:rPr>
          <w:b/>
        </w:rPr>
        <w:t xml:space="preserve">[02:28] </w:t>
      </w:r>
      <w:r>
        <w:t>koi bhi ummat ho, chahe nasara ki ummat ho ya yahood ki ummat ho ya musalmanon ki ummat ho, is mein</w:t>
      </w:r>
    </w:p>
    <w:p>
      <w:pPr>
        <w:jc w:val="right"/>
      </w:pPr>
      <w:r>
        <w:t>کوئی بھی امت ہو، چاہے نصاری کی امت ہو یا یہود کی امت ہو یا مسلمانوں کی امت ہو، اس میں</w:t>
      </w:r>
    </w:p>
    <w:p>
      <w:r>
        <w:rPr>
          <w:b/>
        </w:rPr>
        <w:t xml:space="preserve">[02:39] </w:t>
      </w:r>
      <w:r>
        <w:t>baad ki generation mein hamesha zawal aata hai jo kehte hain de generation. to is se koi qaum mehfooz nahi hai, musalman bhi is se mehfooz nahi hain.</w:t>
      </w:r>
    </w:p>
    <w:p>
      <w:pPr>
        <w:jc w:val="right"/>
      </w:pPr>
      <w:r>
        <w:t>بعد کی جنریشن میں ہمیشہ زوال آتا ہے جو کہتے ہیں ڈی جنریشن۔ تو اس سے کوئی قوم محفوظ نہیں ہے، مسلمان بھی اس سے محفوظ نہیں ہیں۔</w:t>
      </w:r>
    </w:p>
    <w:p>
      <w:r>
        <w:rPr>
          <w:b/>
        </w:rPr>
        <w:t xml:space="preserve">[02:52] </w:t>
      </w:r>
      <w:r>
        <w:t>yeh baat quran se aur hadith se sabit hai.</w:t>
      </w:r>
    </w:p>
    <w:p>
      <w:pPr>
        <w:jc w:val="right"/>
      </w:pPr>
      <w:r>
        <w:t>یہ بات قرآن سے اور حدیث سے ثابت ہے۔</w:t>
      </w:r>
    </w:p>
    <w:p>
      <w:r>
        <w:rPr>
          <w:b/>
        </w:rPr>
        <w:t xml:space="preserve">[02:55] </w:t>
      </w:r>
      <w:r>
        <w:t>misalan hadith mein aata hai, hadith mein aaya hai ke "latatba'una sunana man kan qablakum" .</w:t>
      </w:r>
    </w:p>
    <w:p>
      <w:pPr>
        <w:jc w:val="right"/>
      </w:pPr>
      <w:r>
        <w:t>مثلاً حدیث میں آتا ہے، حدیث میں آیا ہے کہ "لتتبعونا سننا من کان قبلکم" ۔</w:t>
      </w:r>
    </w:p>
    <w:p>
      <w:r>
        <w:rPr>
          <w:b/>
        </w:rPr>
        <w:t xml:space="preserve">[03:05] </w:t>
      </w:r>
      <w:r>
        <w:t>tum zaroor follow karoge, tum zaroor pairvi karoge pichli ummaton ki yani yahood o nasara ki.</w:t>
      </w:r>
    </w:p>
    <w:p>
      <w:pPr>
        <w:jc w:val="right"/>
      </w:pPr>
      <w:r>
        <w:t>تم ضرور فالو کرو گے، تم ضرور پیروی کرو گے پچھلی امتوں کی یعنی یہود و نصاری کی۔</w:t>
      </w:r>
    </w:p>
    <w:p>
      <w:r>
        <w:rPr>
          <w:b/>
        </w:rPr>
        <w:t xml:space="preserve">[03:16] </w:t>
      </w:r>
      <w:r>
        <w:t>dekhen, follow karne ka matlab kya hai? follow karne ka matlab yeh nahi ke tum jaan boojh kar un ke peeche chaloge.</w:t>
      </w:r>
    </w:p>
    <w:p>
      <w:pPr>
        <w:jc w:val="right"/>
      </w:pPr>
      <w:r>
        <w:t>دیکھیں، فالو کرنے کا مطلب کیا ہے؟ فالو کرنے کا مطلب یہ نہیں کہ تم جان بوجھ کر ان کے پیچھے چلو گے۔</w:t>
      </w:r>
    </w:p>
    <w:p>
      <w:r>
        <w:rPr>
          <w:b/>
        </w:rPr>
        <w:t xml:space="preserve">[03:24] </w:t>
      </w:r>
      <w:r>
        <w:t>nahi, wahi tum par bhi guzre ga jo un par guzra. According to the law of nature, fitrat ke qanoon ki bana par har ummat par baad ke zamane mein ya baad ki naslon mein zawal aata hai.</w:t>
      </w:r>
    </w:p>
    <w:p>
      <w:pPr>
        <w:jc w:val="right"/>
      </w:pPr>
      <w:r>
        <w:t>نہیں، وہی تم پر بھی گزرے گا جو ان پر گزرا۔ اکارڈنگ ٹو دا لاء آف نیچر، فطرت کے قانون کی بنا پر ہر امت پر بعد کے زمانے میں یا بعد کی نسلوں میں زوال آتا ہے۔</w:t>
      </w:r>
    </w:p>
    <w:p>
      <w:r>
        <w:rPr>
          <w:b/>
        </w:rPr>
        <w:t xml:space="preserve">[03:44] </w:t>
      </w:r>
      <w:r>
        <w:t>to is bana par, is is qanoon zawal ki bana par aisa hoga ke ummat e muslema ka haal wahi ho jaye ga jo nasara aur yahood ka hua.</w:t>
      </w:r>
    </w:p>
    <w:p>
      <w:pPr>
        <w:jc w:val="right"/>
      </w:pPr>
      <w:r>
        <w:t>تو اس بنا پر، اس اس قانون زوال کی بنا پر ایسا ہوگا کہ امت مسلمہ کا حال وہی ہو جائے گا جو نصاری اور یہود کا ہوا۔</w:t>
      </w:r>
    </w:p>
    <w:p>
      <w:r>
        <w:rPr>
          <w:b/>
        </w:rPr>
        <w:t xml:space="preserve">[03:58] </w:t>
      </w:r>
      <w:r>
        <w:t>to agarchay islam ka text mehfooz rahe ga kyunke Allah ne is ka zimma le liya hai, lekin jahan tak ummat ka ta'alluq hai, ummat mein behrahal de generation hoga.</w:t>
      </w:r>
    </w:p>
    <w:p>
      <w:pPr>
        <w:jc w:val="right"/>
      </w:pPr>
      <w:r>
        <w:t>تو اگرچہ اسلام کا ٹیکسٹ محفوظ رہے گا کیونکہ اللہ نے اس کا ذمہ لے لیا ہے، لیکن جہاں تک امت کا تعلق ہے، امت میں بہرحال ڈی جنریشن ہوگا۔</w:t>
      </w:r>
    </w:p>
    <w:p>
      <w:r>
        <w:rPr>
          <w:b/>
        </w:rPr>
        <w:t xml:space="preserve">[04:14] </w:t>
      </w:r>
      <w:r>
        <w:t>ab sawal yeh hai ke ummat ke is zawal ke zamane mein kya karna hai? to is ko is ke liye do cheezen hain jo hamein maujood rakhna chahiye.</w:t>
      </w:r>
    </w:p>
    <w:p>
      <w:pPr>
        <w:jc w:val="right"/>
      </w:pPr>
      <w:r>
        <w:t>اب سوال یہ ہے کہ امت کے اس زوال کے زمانے میں کیا کرنا ہے؟ تو اس کو اس کے لیے دو چیزیں ہیں جو ہمیں موجود رکھنا چاہیے۔</w:t>
      </w:r>
    </w:p>
    <w:p>
      <w:r>
        <w:rPr>
          <w:b/>
        </w:rPr>
        <w:t xml:space="preserve">[04:31] </w:t>
      </w:r>
      <w:r>
        <w:t>number one yeh ke Allah taala ne khusoosi taur par peghambar e islam ki shakal mein aik model qaim kar diya hai.</w:t>
      </w:r>
    </w:p>
    <w:p>
      <w:pPr>
        <w:jc w:val="right"/>
      </w:pPr>
      <w:r>
        <w:t>نمبر ون یہ کہ اللہ تعالی نے خصوصی طور پر پیغمبر اسلام کی شکل میں ایک ماڈل قائم کر دیا ہے۔</w:t>
      </w:r>
    </w:p>
    <w:p>
      <w:r>
        <w:rPr>
          <w:b/>
        </w:rPr>
        <w:t xml:space="preserve">[04:42] </w:t>
      </w:r>
      <w:r>
        <w:t>model</w:t>
      </w:r>
    </w:p>
    <w:p>
      <w:pPr>
        <w:jc w:val="right"/>
      </w:pPr>
      <w:r>
        <w:t>ماڈل</w:t>
      </w:r>
    </w:p>
    <w:p>
      <w:r>
        <w:rPr>
          <w:b/>
        </w:rPr>
        <w:t xml:space="preserve">[04:44] </w:t>
      </w:r>
      <w:r>
        <w:t>"laqad kana lakum fi rasool Allah uswa hasana" . uswa ka matlab hai model. to aik taraf to islam ki jo ideology hai, woh quran mein mafhoom mafhoom se hai, lekin isi ke sath sath islam ka aik practical model rasool Allah ki shakal mein maujood hai.</w:t>
      </w:r>
    </w:p>
    <w:p>
      <w:pPr>
        <w:jc w:val="right"/>
      </w:pPr>
      <w:r>
        <w:t>"لقد کان لکم فی رسول اللہ اسوۃ حسنہ" ۔ اسوہ کا مطلب ہے ماڈل۔ تو ایک طرف تو اسلام کی جو آئیڈالوجی ہے، وہ قرآن میں مفہوم مفہوم سے ہے، لیکن اسی کے ساتھ ساتھ اسلام کا ایک پریکٹیکل ماڈل رسول اللہ کی شکل میں موجود ہے۔</w:t>
      </w:r>
    </w:p>
    <w:p>
      <w:r>
        <w:rPr>
          <w:b/>
        </w:rPr>
        <w:t xml:space="preserve">[05:04] </w:t>
      </w:r>
      <w:r>
        <w:t>rasool aur rasool dono is mein shamil hain, to woh bhi preserve hai. arabi zaban mein jo kitaben hain, woh batati hain ke aap ka model kya hai.</w:t>
      </w:r>
    </w:p>
    <w:p>
      <w:pPr>
        <w:jc w:val="right"/>
      </w:pPr>
      <w:r>
        <w:t>رسول اور رسول دونوں اس میں شامل ہیں، تو وہ بھی پریزرو ہے۔ عربی زبان میں جو کتابیں ہیں، وہ بتاتی ہیں کہ آپ کا ماڈل کیا ہے۔</w:t>
      </w:r>
    </w:p>
    <w:p>
      <w:r>
        <w:rPr>
          <w:b/>
        </w:rPr>
        <w:t xml:space="preserve">[05:15] </w:t>
      </w:r>
      <w:r>
        <w:t>to aik baat yeh hui. doosri baat yeh hui ke ummat par jab zawal aaye to us waqt kya karna hai? us waqt kya karna hai?</w:t>
      </w:r>
    </w:p>
    <w:p>
      <w:pPr>
        <w:jc w:val="right"/>
      </w:pPr>
      <w:r>
        <w:t>تو ایک بات یہ ہوئی۔ دوسری بات یہ ہوئی کہ امت پر جب زوال آئے تو اس وقت کیا کرنا ہے؟ اس وقت کیا کرنا ہے؟</w:t>
      </w:r>
    </w:p>
    <w:p>
      <w:r>
        <w:rPr>
          <w:b/>
        </w:rPr>
        <w:t xml:space="preserve">[05:26] </w:t>
      </w:r>
      <w:r>
        <w:t>to isi ko kehte hain ahya, revival. hadith mein aata hai ke hadith mein aata hai ke "inna Allah yub'ath ala ra'si kulli mi'ati sanatin man yujaddidu laha deenaha"</w:t>
      </w:r>
    </w:p>
    <w:p>
      <w:pPr>
        <w:jc w:val="right"/>
      </w:pPr>
      <w:r>
        <w:t>تو اسی کو کہتے ہیں احیاء، ریوائیول۔ حدیث میں آتا ہے کہ حدیث میں آتا ہے کہ "إن الله يبس على راس كل امت سنة منیدد دینها"</w:t>
      </w:r>
    </w:p>
    <w:p>
      <w:r>
        <w:rPr>
          <w:b/>
        </w:rPr>
        <w:t xml:space="preserve">[05:43] </w:t>
      </w:r>
      <w:r>
        <w:t>. Allah har sau saal ke baad, sau saal ginti kamane mein nahi hai, har sau saal ke baad is ummat mein aise afraad paida kare ga jo is ummat ka revival karenge, jo is ummat ko phir se zinda karenge.</w:t>
      </w:r>
    </w:p>
    <w:p>
      <w:pPr>
        <w:jc w:val="right"/>
      </w:pPr>
      <w:r>
        <w:t>۔ اللہ ہر سو سال کے بعد، سو سال گنتی کمانے میں نہیں ہے، ہر سو سال کے بعد اس امت میں ایسے افراد پیدا کرے گا جو اس امت کا ریوائیول کریں گے، جو اس امت کو پھر سے زندہ کریں گے۔</w:t>
      </w:r>
    </w:p>
    <w:p>
      <w:r>
        <w:rPr>
          <w:b/>
        </w:rPr>
        <w:t xml:space="preserve">[06:04] </w:t>
      </w:r>
      <w:r>
        <w:t>to teen cheez hui. number one, quran ki surat mein islam ka jo matan hai, jo text hai, is ka mehfooz ho jana.</w:t>
      </w:r>
    </w:p>
    <w:p>
      <w:pPr>
        <w:jc w:val="right"/>
      </w:pPr>
      <w:r>
        <w:t>تو تین چیز ہوئی۔ نمبر ون، قرآن کی صورت میں اسلام کا جو متن ہے، جو ٹیکسٹ ہے، اس کا محفوظ ہو جانا۔</w:t>
      </w:r>
    </w:p>
    <w:p>
      <w:r>
        <w:rPr>
          <w:b/>
        </w:rPr>
        <w:t xml:space="preserve">[06:14] </w:t>
      </w:r>
      <w:r>
        <w:t>number do, rasool aur ashab e rasool ki surat mein is ka authentic model maujood hona. number teen hai, ahya ka nizam yani revivalism ka nizam.</w:t>
      </w:r>
    </w:p>
    <w:p>
      <w:pPr>
        <w:jc w:val="right"/>
      </w:pPr>
      <w:r>
        <w:t>نمبر دو، رسول اور اصحاب رسول کی صورت میں اس کا اتھنٹک ماڈل موجود ہونا۔ نمبر تین ہے، احیاء کا نظام یعنی ریوائیولزم کا نظام۔</w:t>
      </w:r>
    </w:p>
    <w:p>
      <w:r>
        <w:rPr>
          <w:b/>
        </w:rPr>
        <w:t xml:space="preserve">[06:30] </w:t>
      </w:r>
      <w:r>
        <w:t>yeh teen cheezen hain jo hamein maujood maujood rakhna chahiye. ab sawal yeh hai ke baad ke zamane mein yeh jo kaam hai revivalism ka, ahya ka, woh kaise hoga?</w:t>
      </w:r>
    </w:p>
    <w:p>
      <w:pPr>
        <w:jc w:val="right"/>
      </w:pPr>
      <w:r>
        <w:t>یہ تین چیزیں ہیں جو ہمیں موجود موجود رکھنا چاہیے۔ اب سوال یہ ہے کہ بعد کے زمانے میں یہ جو کام ہے ریوائیولزم کا، احیاء کا، وہ کیسے ہوگا؟</w:t>
      </w:r>
    </w:p>
    <w:p>
      <w:r>
        <w:rPr>
          <w:b/>
        </w:rPr>
        <w:t xml:space="preserve">[06:48] </w:t>
      </w:r>
      <w:r>
        <w:t>mein yahan pe aik baat aur bhi aap ko yaad dila doon ke yeh jo musalmanon mein zawal aye ga, woh bohat wazeh taur par bata diya gaya hai hadithon mein.</w:t>
      </w:r>
    </w:p>
    <w:p>
      <w:pPr>
        <w:jc w:val="right"/>
      </w:pPr>
      <w:r>
        <w:t>میں یہاں پہ ایک بات اور بھی آپ کو یاد دلا دوں کہ یہ جو مسلمانوں میں زوال آئے گا، وہ بہت واضح طور پر بتا دیا گیا ہے حدیثوں میں۔</w:t>
      </w:r>
    </w:p>
    <w:p>
      <w:r>
        <w:rPr>
          <w:b/>
        </w:rPr>
        <w:t xml:space="preserve">[07:01] </w:t>
      </w:r>
      <w:r>
        <w:t>misalan dekhen, aik hadith hai ke "la yabqa bil islami illa ismuhu wa la yabqa bil qur'ani illa rasmuhu"</w:t>
      </w:r>
    </w:p>
    <w:p>
      <w:pPr>
        <w:jc w:val="right"/>
      </w:pPr>
      <w:r>
        <w:t>مثلاً دیکھیں، ایک حدیث ہے کہ "لا يبقى بالاسلام الا اسمه ولا يبقى بالقرآن الا رسمه"</w:t>
      </w:r>
    </w:p>
    <w:p>
      <w:r>
        <w:rPr>
          <w:b/>
        </w:rPr>
        <w:t xml:space="preserve">[07:15] </w:t>
      </w:r>
      <w:r>
        <w:t>. yani aik zamana aye ga jab ke islam ka sirf naam reh jaye ga. text to baqi rahe ga, woh isi ka waise hi, lekin jahan tak musalmanon ko ta'alluq hai, un ke un ke darmiyan islam ka sirf naam reh jaye ga aur quran ka sirf script baqi reh jaye ga.</w:t>
      </w:r>
    </w:p>
    <w:p>
      <w:pPr>
        <w:jc w:val="right"/>
      </w:pPr>
      <w:r>
        <w:t>۔ یعنی ایک زمانہ آئے گا جب کہ اسلام کا صرف نام رہ جائے گا۔ ٹیکسٹ تو باقی رہے گا، وہ اسی کا ویسے ہی، لیکن جہاں تک مسلمانوں کو تعلق ہے، ان کے ان کے درمیان اسلام کا صرف نام رہ جائے گا اور قرآن کا صرف سکرپٹ باقی رہ جائے گا۔</w:t>
      </w:r>
    </w:p>
    <w:p>
      <w:r>
        <w:rPr>
          <w:b/>
        </w:rPr>
        <w:t xml:space="preserve">[07:31] </w:t>
      </w:r>
      <w:r>
        <w:t>is ka matlab yeh hai ke quran musalmanon mein yani charcha nahi hoga, deen ka khoob charcha hoga, khoob hangame honge, lekin haqeeqat ke aitbar se wahan islam maujood</w:t>
      </w:r>
    </w:p>
    <w:p>
      <w:pPr>
        <w:jc w:val="right"/>
      </w:pPr>
      <w:r>
        <w:t>اس کا مطلب یہ ہے کہ قرآن مسلمانوں میں یعنی چرچا نہیں ہوگا، دین کا خوب چرچا ہوگا، خوب ہنگامے ہوں گے، لیکن حقیقت کے اعتبار سے وہاں اسلام موجود</w:t>
      </w:r>
    </w:p>
    <w:p>
      <w:r>
        <w:rPr>
          <w:b/>
        </w:rPr>
        <w:t xml:space="preserve">[07:44] </w:t>
      </w:r>
      <w:r>
        <w:t>nah hoga. yeh matlab hai is ka. to jab yeh ho jaye aur yeh aisa ho jaye, lazman hai, zaroor hai ke aisa ho.</w:t>
      </w:r>
    </w:p>
    <w:p>
      <w:pPr>
        <w:jc w:val="right"/>
      </w:pPr>
      <w:r>
        <w:t>نہ ہوگا۔ یہ مطلب ہے اس کا۔ تو جب یہ ہو جائے اور یہ ایسا ہو جائے، لازماً ہے، ضرور ہے کہ ایسا ہو۔</w:t>
      </w:r>
    </w:p>
    <w:p>
      <w:r>
        <w:rPr>
          <w:b/>
        </w:rPr>
        <w:t xml:space="preserve">[07:54] </w:t>
      </w:r>
      <w:r>
        <w:t>to kya karna hai? is ke baray mein bhi hadithain mojood hain. dekhen, aap jantay hain ke rasool Allah ke jo pehle khaleefa thay, hazrat abubakar siddique, jin ki wafat hui hai san 13 hijri mein.</w:t>
      </w:r>
    </w:p>
    <w:p>
      <w:pPr>
        <w:jc w:val="right"/>
      </w:pPr>
      <w:r>
        <w:t>تو کیا کرنا ہے؟ اس کے بارے میں بھی حدیثیں موجود ہیں۔ دیکھیں، آپ جانتے ہیں کہ رسول اللہ کے جو پہلے خلیفہ تھے، حضرت ابوبکر صدیق، جن کی وفات ہوئی ہے سن 13 ہجری میں۔</w:t>
      </w:r>
    </w:p>
    <w:p>
      <w:r>
        <w:rPr>
          <w:b/>
        </w:rPr>
        <w:t xml:space="preserve">[08:12] </w:t>
      </w:r>
      <w:r>
        <w:t>san 13 hijri mein</w:t>
      </w:r>
    </w:p>
    <w:p>
      <w:pPr>
        <w:jc w:val="right"/>
      </w:pPr>
      <w:r>
        <w:t>سن 13 ہجری میں</w:t>
      </w:r>
    </w:p>
    <w:p>
      <w:r>
        <w:rPr>
          <w:b/>
        </w:rPr>
        <w:t xml:space="preserve">[08:15] </w:t>
      </w:r>
      <w:r>
        <w:t>to jab un ko, jab woh bimar hue aakhri zamanay mein, to maut se pehle jab woh kamzor ho chukay thay, unhon ne kaha ke mujh ko le kar chalo, mimbar par bithao.</w:t>
      </w:r>
    </w:p>
    <w:p>
      <w:pPr>
        <w:jc w:val="right"/>
      </w:pPr>
      <w:r>
        <w:t>تو جب ان کو، جب وہ بیمار ہوئے آخری زمانے میں، تو موت سے پہلے جب وہ کمزور ہو چکے تھے، انہوں نے کہا کہ مجھ کو لے کر چلو، ممبر پر بٹھاؤ۔</w:t>
      </w:r>
    </w:p>
    <w:p>
      <w:r>
        <w:rPr>
          <w:b/>
        </w:rPr>
        <w:t xml:space="preserve">[08:30] </w:t>
      </w:r>
      <w:r>
        <w:t>to log sahara de kar un ko laye, mimbar par bithaya. yeh maut se pehle ka waqia hai.</w:t>
      </w:r>
    </w:p>
    <w:p>
      <w:pPr>
        <w:jc w:val="right"/>
      </w:pPr>
      <w:r>
        <w:t>تو لوگ سہارا دے کر ان کو لائے، ممبر پر بٹھایا۔ یہ موت سے پہلے کا واقعہ ہے۔</w:t>
      </w:r>
    </w:p>
    <w:p>
      <w:r>
        <w:rPr>
          <w:b/>
        </w:rPr>
        <w:t xml:space="preserve">[08:38] </w:t>
      </w:r>
      <w:r>
        <w:t>is is waqt to unhon ne yeh baat kahi ke is ummat ka baad ka zamanay mein jo islaah hogi, woh isi pattern par hogi jo is ummat ke ibtidai daur mein hui thi.</w:t>
      </w:r>
    </w:p>
    <w:p>
      <w:pPr>
        <w:jc w:val="right"/>
      </w:pPr>
      <w:r>
        <w:t>اس اس وقت تو انہوں نے یہ بات کہی کہ اس امت کا بعد کا زمانے میں جو اصلاح ہوگی، وہ اسی پیٹرن پر ہوگی جو اس امت کے ابتدائی دور میں ہوئی تھی۔</w:t>
      </w:r>
    </w:p>
    <w:p>
      <w:r>
        <w:rPr>
          <w:b/>
        </w:rPr>
        <w:t xml:space="preserve">[08:51] </w:t>
      </w:r>
      <w:r>
        <w:t>isi baat ko imam malik, jo ke top ke tabay tabayee hain, jin ki wafat hui hai 179 hijri mein,</w:t>
      </w:r>
    </w:p>
    <w:p>
      <w:pPr>
        <w:jc w:val="right"/>
      </w:pPr>
      <w:r>
        <w:t>اسی بات کو امام مالک، جو کہ ٹاپ کے تبع تابعی ہیں، جن کی وفات ہوئی ہے 179 ہجری میں،</w:t>
      </w:r>
    </w:p>
    <w:p>
      <w:r>
        <w:rPr>
          <w:b/>
        </w:rPr>
        <w:t xml:space="preserve">[09:03] </w:t>
      </w:r>
      <w:r>
        <w:t>isi ko unhon ne in alfaaz mein kaha tha ke "لن یسرها آخر هذه الامة الا بما صلوا به اولها" ۔</w:t>
      </w:r>
    </w:p>
    <w:p>
      <w:pPr>
        <w:jc w:val="right"/>
      </w:pPr>
      <w:r>
        <w:t>اسی کو انہوں نے ان الفاظ میں کہا تھا کہ "لن یسرها آخر هذه الامة الا بما صلوا به اولها" ۔</w:t>
      </w:r>
    </w:p>
    <w:p>
      <w:r>
        <w:rPr>
          <w:b/>
        </w:rPr>
        <w:t xml:space="preserve">[09:14] </w:t>
      </w:r>
      <w:r>
        <w:t>is ummat ka aakhir yani baad ke zamanay ke logon ke darmiyan islaah bhi isi pattern par hogi jis pattern par pehle zamanay mein hui thi.</w:t>
      </w:r>
    </w:p>
    <w:p>
      <w:pPr>
        <w:jc w:val="right"/>
      </w:pPr>
      <w:r>
        <w:t>اس امت کا آخر یعنی بعد کے زمانے کے لوگوں کے درمیان اصلاح بھی اسی پیٹرن پر ہوگی جس پیٹرن پر پہلے زمانے میں ہوئی تھی۔</w:t>
      </w:r>
    </w:p>
    <w:p>
      <w:r>
        <w:rPr>
          <w:b/>
        </w:rPr>
        <w:t xml:space="preserve">[09:26] </w:t>
      </w:r>
      <w:r>
        <w:t>is ummat ke aakhri hissay ki islaah bhi isi tarah par hogi jis tarah is ummat ke pehle hissay ki islaah hui thi. ab aap ko main aik bohat hi ahem hadith sunana chahta hoon.</w:t>
      </w:r>
    </w:p>
    <w:p>
      <w:pPr>
        <w:jc w:val="right"/>
      </w:pPr>
      <w:r>
        <w:t>اس امت کے آخری حصے کی اصلاح بھی اسی طرح پر ہوگی جس طرح اس امت کے پہلے حصے کی اصلاح ہوئی تھی۔ اب آپ کو میں ایک بہت ہی اہم حدیث سنانا چاہتا ہوں۔</w:t>
      </w:r>
    </w:p>
    <w:p>
      <w:r>
        <w:rPr>
          <w:b/>
        </w:rPr>
        <w:t xml:space="preserve">[09:43] </w:t>
      </w:r>
      <w:r>
        <w:t>yeh hadith sharhon mein wazeh nahi hai. agarchay is hadith mein bohat bari wisdom hai, bohat bari haqeeqat hai.</w:t>
      </w:r>
    </w:p>
    <w:p>
      <w:pPr>
        <w:jc w:val="right"/>
      </w:pPr>
      <w:r>
        <w:t>یہ حدیث شرحوں میں واضح نہیں ہے۔ اگرچہ اس حدیث میں بہت بڑی وزڈم ہے، بہت بڑی حقیقت ہے۔</w:t>
      </w:r>
    </w:p>
    <w:p>
      <w:r>
        <w:rPr>
          <w:b/>
        </w:rPr>
        <w:t xml:space="preserve">[09:51] </w:t>
      </w:r>
      <w:r>
        <w:t>is mein hum ko bata diya gaya hai ke baad ke zamanay mein karna kya hai. woh hadith sahih muslim mein hai.</w:t>
      </w:r>
    </w:p>
    <w:p>
      <w:pPr>
        <w:jc w:val="right"/>
      </w:pPr>
      <w:r>
        <w:t>اس میں ہم کو بتا دیا گیا ہے کہ بعد کے زمانے میں کرنا کیا ہے۔ وہ حدیث صحیح مسلم میں ہے۔</w:t>
      </w:r>
    </w:p>
    <w:p>
      <w:r>
        <w:rPr>
          <w:b/>
        </w:rPr>
        <w:t xml:space="preserve">[10:03] </w:t>
      </w:r>
      <w:r>
        <w:t>aap jantay hain ke hadith ki do kitaben bohat ahem hain jin ko kaha jata hai sahihain yani sahih al bukhari aur sahih muslim.</w:t>
      </w:r>
    </w:p>
    <w:p>
      <w:pPr>
        <w:jc w:val="right"/>
      </w:pPr>
      <w:r>
        <w:t>آپ جانتے ہیں کہ حدیث کی دو کتابیں بہت اہم ہیں جن کو کہا جاتا ہے صحیحین یعنی صحیح البخاری اور صحیح مسلم۔</w:t>
      </w:r>
    </w:p>
    <w:p>
      <w:r>
        <w:rPr>
          <w:b/>
        </w:rPr>
        <w:t xml:space="preserve">[10:12] </w:t>
      </w:r>
      <w:r>
        <w:t>to sahih muslim mein yeh hadith aayi hai. is ke alfaaz yeh hain ke</w:t>
      </w:r>
    </w:p>
    <w:p>
      <w:pPr>
        <w:jc w:val="right"/>
      </w:pPr>
      <w:r>
        <w:t>تو صحیح مسلم میں یہ حدیث آئی ہے۔ اس کے الفاظ یہ ہیں کہ</w:t>
      </w:r>
    </w:p>
    <w:p>
      <w:r>
        <w:rPr>
          <w:b/>
        </w:rPr>
        <w:t xml:space="preserve">[10:22] </w:t>
      </w:r>
      <w:r>
        <w:t>"بدا الاسلام غریبا وسعود کما بدا فتوب الغرباء" ۔ islam jab shuru hua to woh ajnabi tha.</w:t>
      </w:r>
    </w:p>
    <w:p>
      <w:pPr>
        <w:jc w:val="right"/>
      </w:pPr>
      <w:r>
        <w:t>"بدا الاسلام غریبا وسعود کما بدا فتوب الغرباء" ۔ اسلام جب شروع ہوا تو وہ اجنبی تھا۔</w:t>
      </w:r>
    </w:p>
    <w:p>
      <w:r>
        <w:rPr>
          <w:b/>
        </w:rPr>
        <w:t xml:space="preserve">[10:36] </w:t>
      </w:r>
      <w:r>
        <w:t>islam jab shuru hua to woh ajnabi tha, stranger tha.</w:t>
      </w:r>
    </w:p>
    <w:p>
      <w:pPr>
        <w:jc w:val="right"/>
      </w:pPr>
      <w:r>
        <w:t>اسلام جب شروع ہوا تو وہ اجنبی تھا، اسٹرینجر تھا۔</w:t>
      </w:r>
    </w:p>
    <w:p>
      <w:r>
        <w:rPr>
          <w:b/>
        </w:rPr>
        <w:t xml:space="preserve">[10:41] </w:t>
      </w:r>
      <w:r>
        <w:t>ab phir woh dobara ajnabi ho jayega. to mubarak hain woh log jo baad ke zamanay mein ajnabi ho jayen.</w:t>
      </w:r>
    </w:p>
    <w:p>
      <w:pPr>
        <w:jc w:val="right"/>
      </w:pPr>
      <w:r>
        <w:t>اب پھر وہ دوبارہ اجنبی ہو جائے گا۔ تو مبارک ہیں وہ لوگ جو بعد کے زمانے میں اجنبی ہو جائیں۔</w:t>
      </w:r>
    </w:p>
    <w:p>
      <w:r>
        <w:rPr>
          <w:b/>
        </w:rPr>
        <w:t xml:space="preserve">[10:52] </w:t>
      </w:r>
      <w:r>
        <w:t>yeh hai hadith. is ke alfaaz se logon ko poori tarah se baat clear nahi ho saki. sharheen is ko wazeh nahi kar sakay, halankay is mein bohat hi bari hamari mein samajhta hoon ke hamare se bari is is ke andar sachai batai gayi hai.</w:t>
      </w:r>
    </w:p>
    <w:p>
      <w:pPr>
        <w:jc w:val="right"/>
      </w:pPr>
      <w:r>
        <w:t>یہ ہے حدیث۔ اس کے الفاظ سے لوگوں کو پوری طریقے سے بات کلیئر نہیں ہو سکی۔ شارحین اس کو واضح نہیں کر سکے، حالانکہ اس میں بہت ہی بڑی ہماری میں سمجھتا ہوں کہ ہمارے سے بڑی اس اس کے اندر سچائی بتائی گئی ہے۔</w:t>
      </w:r>
    </w:p>
    <w:p>
      <w:r>
        <w:rPr>
          <w:b/>
        </w:rPr>
        <w:t xml:space="preserve">[11:11] </w:t>
      </w:r>
      <w:r>
        <w:t>ab aap sochiye is hadith ke baray mein.</w:t>
      </w:r>
    </w:p>
    <w:p>
      <w:pPr>
        <w:jc w:val="right"/>
      </w:pPr>
      <w:r>
        <w:t>اب آپ سوچیے اس حدیث کے بارے میں۔</w:t>
      </w:r>
    </w:p>
    <w:p>
      <w:r>
        <w:rPr>
          <w:b/>
        </w:rPr>
        <w:t xml:space="preserve">[11:19] </w:t>
      </w:r>
      <w:r>
        <w:t>sab se pehle yeh ghor kijiye ke yeh jo farmaya ke islam shuru hua to woh ajnabi tha, woh strange tha, stranger tha.</w:t>
      </w:r>
    </w:p>
    <w:p>
      <w:pPr>
        <w:jc w:val="right"/>
      </w:pPr>
      <w:r>
        <w:t>سب سے پہلے یہ غور کیجئے کہ یہ جو فرمایا کہ اسلام شروع ہوا تو وہ اجنبی تھا، وہ اسٹرینج تھا، اسٹرینجر تھا۔</w:t>
      </w:r>
    </w:p>
    <w:p>
      <w:r>
        <w:rPr>
          <w:b/>
        </w:rPr>
        <w:t xml:space="preserve">[11:30] </w:t>
      </w:r>
      <w:r>
        <w:t>ab yahan par yeh aik comparative comparative word hai yani kisi ke muqablay mein ajnabi hona.</w:t>
      </w:r>
    </w:p>
    <w:p>
      <w:pPr>
        <w:jc w:val="right"/>
      </w:pPr>
      <w:r>
        <w:t>اب یہاں پر یہ ایک کمپیریٹیو کمپیریٹیو ورڈ ہے یعنی کسی کے مقابلے میں اجنبی ہونا۔</w:t>
      </w:r>
    </w:p>
    <w:p>
      <w:r>
        <w:rPr>
          <w:b/>
        </w:rPr>
        <w:t xml:space="preserve">[11:37] </w:t>
      </w:r>
      <w:r>
        <w:t>yeh jo ghareeb ka lafz hai, stranger ka lafz hai, yeh aik comparative word hai. to kisi kis ke muqablay mein ajnabi tha woh?</w:t>
      </w:r>
    </w:p>
    <w:p>
      <w:pPr>
        <w:jc w:val="right"/>
      </w:pPr>
      <w:r>
        <w:t>یہ جو غریب کا لفظ ہے، اسٹرینجر کا لفظ ہے، یہ ایک کمپیریٹیو ورڈ ہے۔ تو کسی کس کے مقابلے میں اجنبی تھا وہ؟</w:t>
      </w:r>
    </w:p>
    <w:p>
      <w:r>
        <w:rPr>
          <w:b/>
        </w:rPr>
        <w:t xml:space="preserve">[11:46] </w:t>
      </w:r>
      <w:r>
        <w:t>ab aap ghor farmayen, jab rasool Allah sal Allah alayhi wasallam ne makkah mein dawat di ya madinay mein aap dawat dete rahe to us waqt to jo islam tha, woh to wohi tha jo model hai hamare liye.</w:t>
      </w:r>
    </w:p>
    <w:p>
      <w:pPr>
        <w:jc w:val="right"/>
      </w:pPr>
      <w:r>
        <w:t>اب آپ غور فرمائیے، جب رسول اللہ صلی اللہ علیہ وسلم نے مکہ میں دعوت دی یا مدینے میں آپ دعوت دیتے رہے تو اس وقت تو جو اسلام تھا، وہ تو وہی تھا جو ماڈل ہے ہمارے لیے۔</w:t>
      </w:r>
    </w:p>
    <w:p>
      <w:r>
        <w:rPr>
          <w:b/>
        </w:rPr>
        <w:t xml:space="preserve">[12:01] </w:t>
      </w:r>
      <w:r>
        <w:t>is mein ajnabi honay ka kya sawal tha?</w:t>
      </w:r>
    </w:p>
    <w:p>
      <w:pPr>
        <w:jc w:val="right"/>
      </w:pPr>
      <w:r>
        <w:t>اس میں اجنبی ہونے کا کیا سوال تھا؟</w:t>
      </w:r>
    </w:p>
    <w:p>
      <w:r>
        <w:rPr>
          <w:b/>
        </w:rPr>
        <w:t xml:space="preserve">[12:04] </w:t>
      </w:r>
      <w:r>
        <w:t>kis ke muqablay mein us waqt sahaba karam ajnabi hue? is par sochne ki baat hai. to asal cheez yeh hai ke ke makkah aur madinay mein aik aik mazhab mojood tha.</w:t>
      </w:r>
    </w:p>
    <w:p>
      <w:pPr>
        <w:jc w:val="right"/>
      </w:pPr>
      <w:r>
        <w:t>کس کے مقابلے میں اس وقت صحابہ کرام اجنبی ہوئے؟ اس پر سوچنے کی بات ہے۔ تو اصل چیز یہ ہے کہ کہ مکہ اور مدینے میں ایک ایک مذہب موجود تھا۔</w:t>
      </w:r>
    </w:p>
    <w:p>
      <w:r>
        <w:rPr>
          <w:b/>
        </w:rPr>
        <w:t xml:space="preserve">[12:21] </w:t>
      </w:r>
      <w:r>
        <w:t>hum log jo hai, chounke ghalat term boltay hain hamesha, is ki waja se baatein samajh mein nahi aati. bas hum boltay hain, hamari sari kitabon mein kuffar-e-makkah, mushrikeen-e-makkah to</w:t>
      </w:r>
    </w:p>
    <w:p>
      <w:pPr>
        <w:jc w:val="right"/>
      </w:pPr>
      <w:r>
        <w:t>ہم لوگ جو ہے، چونکہ غلط ٹرم بولتے ہیں ہمیشہ، اس کی وجہ سے باتیں سمجھ میں نہیں آتی۔ بس ہم بولتے ہیں، ہماری ساری کتابوں میں کفار مکہ، مشرکین مکہ تو</w:t>
      </w:r>
    </w:p>
    <w:p>
      <w:r>
        <w:rPr>
          <w:b/>
        </w:rPr>
        <w:t xml:space="preserve">[12:33] </w:t>
      </w:r>
      <w:r>
        <w:t>is se samajh mein nahi aata. kuffar-e-makkah aur mushrikeen-e-makkah ke alfaaz hadithon mein nahi hain, baad ke zamanay mein logon ne banaaye. dekhein, qadeem makkah mein jo log thay,</w:t>
      </w:r>
    </w:p>
    <w:p>
      <w:pPr>
        <w:jc w:val="right"/>
      </w:pPr>
      <w:r>
        <w:t>اس سے سمجھ میں نہیں آتا۔ کفار مکہ اور مشرکین مکہ کے الفاظ حدیثوں میں نہیں ہیں، بعد کے زمانے میں لوگوں نے بنائے۔ دیکھیں، قدیم مکہ میں جو لوگ تھے،</w:t>
      </w:r>
    </w:p>
    <w:p>
      <w:r>
        <w:rPr>
          <w:b/>
        </w:rPr>
        <w:t xml:space="preserve">[12:48] </w:t>
      </w:r>
      <w:r>
        <w:t>jo quraish thay aur jo log thay, woh woh bhi ek deen par thay, ek mazhab par thay. yeh hum ne in ko title de rakha hai mushrikeen-e-makkah aur kuffar-e-makkah.</w:t>
      </w:r>
    </w:p>
    <w:p>
      <w:pPr>
        <w:jc w:val="right"/>
      </w:pPr>
      <w:r>
        <w:t>جو قریش تھے اور جو لوگ تھے، وہ وہ بھی ایک دین پر تھے، ایک مذہب پر تھے۔ یہ ہم نے ان کو ٹائٹل دے رکھا ہے مشرکین مکہ اور کفار مکہ۔</w:t>
      </w:r>
    </w:p>
    <w:p>
      <w:r>
        <w:rPr>
          <w:b/>
        </w:rPr>
        <w:t xml:space="preserve">[13:01] </w:t>
      </w:r>
      <w:r>
        <w:t>woh ek deen par thay yaani woh un ka daawa yeh tha ke woh deen-e-ibrahimi ke ko follow karte hain, deen-e-ibrahim par qaaim hain.</w:t>
      </w:r>
    </w:p>
    <w:p>
      <w:pPr>
        <w:jc w:val="right"/>
      </w:pPr>
      <w:r>
        <w:t>وہ ایک دین پر تھے یعنی وہ ان کا دعویٰ یہ تھا کہ وہ دین ابراہیمی کے کو فالو کرتے ہیں، دین ابراہیم پر قائم ہیں۔</w:t>
      </w:r>
    </w:p>
    <w:p>
      <w:r>
        <w:rPr>
          <w:b/>
        </w:rPr>
        <w:t xml:space="preserve">[13:14] </w:t>
      </w:r>
      <w:r>
        <w:t>to makkah mein jo log thay, woh apne aap ko deen-e-ibrahim ke waarison samajhtay thay yaani peghambar ibrahim ke deen par samajhtay thay ke hum qaaim hain.</w:t>
      </w:r>
    </w:p>
    <w:p>
      <w:pPr>
        <w:jc w:val="right"/>
      </w:pPr>
      <w:r>
        <w:t>تو مکہ میں جو لوگ تھے، وہ اپنے آپ کو دین ابراہیم کے وارث سمجھتے تھے یعنی پیغمبر ابراہیم کے دین پر سمجھتے تھے کہ ہم قائم ہیں۔</w:t>
      </w:r>
    </w:p>
    <w:p>
      <w:r>
        <w:rPr>
          <w:b/>
        </w:rPr>
        <w:t xml:space="preserve">[13:28] </w:t>
      </w:r>
      <w:r>
        <w:t>is ke muqablay mein ajnabi</w:t>
      </w:r>
    </w:p>
    <w:p>
      <w:pPr>
        <w:jc w:val="right"/>
      </w:pPr>
      <w:r>
        <w:t>اس کے مقابلے میں اجنبی</w:t>
      </w:r>
    </w:p>
    <w:p>
      <w:r>
        <w:rPr>
          <w:b/>
        </w:rPr>
        <w:t xml:space="preserve">[13:31] </w:t>
      </w:r>
      <w:r>
        <w:t>is waqt jo islam pesh kiya rasool Allah sal-lal-lahu alaihi wa-sallam ne, woh makkah walon ke ka jo jo apnaya hua model tha, jo un ka unhon ne apna rakha tha Hazrat Ibrahim ke naam par, us ke muqablay mein ajnabi woh islam ho gaya jo rasool Allah ne pesh kiya.</w:t>
      </w:r>
    </w:p>
    <w:p>
      <w:pPr>
        <w:jc w:val="right"/>
      </w:pPr>
      <w:r>
        <w:t>اس وقت جو اسلام پیش کیا رسول اللہ صلی اللہ علیہ وسلم نے، وہ مکہ والوں کے کا جو جو اپنایا ہوا ماڈل تھا، جو ان کا انہوں نے اپنا رکھا تھا حضرت ابراہیم کے نام پر، اس کے مقابلے میں اجنبی وہ اسلام ہو گیا جو رسول اللہ نے پیش کیا۔</w:t>
      </w:r>
    </w:p>
    <w:p>
      <w:r>
        <w:rPr>
          <w:b/>
        </w:rPr>
        <w:t xml:space="preserve">[13:57] </w:t>
      </w:r>
      <w:r>
        <w:t>to woh model kya tha</w:t>
      </w:r>
    </w:p>
    <w:p>
      <w:pPr>
        <w:jc w:val="right"/>
      </w:pPr>
      <w:r>
        <w:t>تو وہ ماڈل کیا تھا</w:t>
      </w:r>
    </w:p>
    <w:p>
      <w:r>
        <w:rPr>
          <w:b/>
        </w:rPr>
        <w:t xml:space="preserve">[14:00] </w:t>
      </w:r>
      <w:r>
        <w:t>jo unhon ne apna rakha tha? quran mein aap is ko parh sakte hain ke quran mein jo yeh farmaaya ke "أجعلتم سقاء الحج ومات المسجد الحرام كما أمر بالله" ۔</w:t>
      </w:r>
    </w:p>
    <w:p>
      <w:pPr>
        <w:jc w:val="right"/>
      </w:pPr>
      <w:r>
        <w:t>جو انہوں نے اپنا رکھا تھا؟ قرآن میں آپ اس کو پڑھ سکتے ہیں کہ قرآن میں جو یہ فرمایا کہ "أجعلتم سقاء الحج ومات المسجد الحرام كما أمر بالله" ۔</w:t>
      </w:r>
    </w:p>
    <w:p>
      <w:r>
        <w:rPr>
          <w:b/>
        </w:rPr>
        <w:t xml:space="preserve">[14:15] </w:t>
      </w:r>
      <w:r>
        <w:t>yeh quran ki ayat hai yaani yeh makkah ke logon ko kaha gaya, makkah ke logon ko yeh naaz tha ke hum to ibrahim ke deen par hain, hum to ibrahim ke deen par hain.</w:t>
      </w:r>
    </w:p>
    <w:p>
      <w:pPr>
        <w:jc w:val="right"/>
      </w:pPr>
      <w:r>
        <w:t>یہ قرآن کی آیت ہے یعنی یہ مکہ کے لوگوں کو کہا گیا، مکہ کے لوگوں کو یہ ناز تھا کہ ہم تو ابراہیم کے دین پر ہیں، ہم تو ابراہیم کے دین پر ہیں۔</w:t>
      </w:r>
    </w:p>
    <w:p>
      <w:r>
        <w:rPr>
          <w:b/>
        </w:rPr>
        <w:t xml:space="preserve">[14:29] </w:t>
      </w:r>
      <w:r>
        <w:t>lekin un ka deen kya tha? un ke andar aap jantay hain ke namaz bhi thi, khud quran se saabit hai ke namaz bhi thi un mein, hajj bhi tha un ke.</w:t>
      </w:r>
    </w:p>
    <w:p>
      <w:pPr>
        <w:jc w:val="right"/>
      </w:pPr>
      <w:r>
        <w:t>لیکن ان کا دین کیا تھا؟ ان کے اندر آپ جانتے ہیں کہ نماز بھی تھی، خود قرآن سے ثابت ہے کہ نماز بھی تھی ان میں، حج بھی تھا ان کے۔</w:t>
      </w:r>
    </w:p>
    <w:p>
      <w:r>
        <w:rPr>
          <w:b/>
        </w:rPr>
        <w:t xml:space="preserve">[14:38] </w:t>
      </w:r>
      <w:r>
        <w:t>yeh quran se saabit hai ke hajj bhi tha un ka, yeh bhi saabit hai ke woh Allah ko maantay thay. to makkah ke jo log, jo qadeem zamanay mein jo thay, makkah ke log, woh Allah ko maantay thay.</w:t>
      </w:r>
    </w:p>
    <w:p>
      <w:pPr>
        <w:jc w:val="right"/>
      </w:pPr>
      <w:r>
        <w:t>یہ قرآن سے ثابت ہے کہ حج بھی تھا ان کا، یہ بھی ثابت ہے کہ وہ اللہ کو مانتے تھے۔ تو مکہ کے جو لوگ، جو قدیم زمانے میں جو تھے، مکہ کے لوگ، وہ اللہ کو مانتے تھے۔</w:t>
      </w:r>
    </w:p>
    <w:p>
      <w:r>
        <w:rPr>
          <w:b/>
        </w:rPr>
        <w:t xml:space="preserve">[14:51] </w:t>
      </w:r>
      <w:r>
        <w:t>woh un ke andar namaz ki shakalain thi, un ka hajj bhi tha un ke haan.</w:t>
      </w:r>
    </w:p>
    <w:p>
      <w:pPr>
        <w:jc w:val="right"/>
      </w:pPr>
      <w:r>
        <w:t>وہ ان کے اندر نماز کی شکلیں تھیں، ان کا حج بھی تھا ان کے ہاں۔</w:t>
      </w:r>
    </w:p>
    <w:p>
      <w:r>
        <w:rPr>
          <w:b/>
        </w:rPr>
        <w:t xml:space="preserve">[14:56] </w:t>
      </w:r>
      <w:r>
        <w:t>is ke ilawa woh apne ko samajhtay thay ke hum to khadim-ul-haram ke khadim hain.</w:t>
      </w:r>
    </w:p>
    <w:p>
      <w:pPr>
        <w:jc w:val="right"/>
      </w:pPr>
      <w:r>
        <w:t>اس کے علاوہ وہ اپنے کو سمجھتے تھے کہ ہم تو خادم الحرم کے خادم ہیں۔</w:t>
      </w:r>
    </w:p>
    <w:p>
      <w:r>
        <w:rPr>
          <w:b/>
        </w:rPr>
        <w:t xml:space="preserve">[15:07] </w:t>
      </w:r>
      <w:r>
        <w:t>"أجعلتم سقاء الحج ومات المسجد الحرام كما أمر بالله" ۔ woh samajhtay thay ke hum haajiyon ko yaani islam se pehle jo haaji aatay thay, us ka zikr hai yahan par.</w:t>
      </w:r>
    </w:p>
    <w:p>
      <w:pPr>
        <w:jc w:val="right"/>
      </w:pPr>
      <w:r>
        <w:t>"أجعلتم سقاء الحج ومات المسجد الحرام كما أمر بالله" ۔ وہ سمجھتے تھے کہ ہم حاجیوں کو یعنی اسلام سے پہلے جو حاجی آتے تھے، اس کا ذکر ہے یہاں پر۔</w:t>
      </w:r>
    </w:p>
    <w:p>
      <w:r>
        <w:rPr>
          <w:b/>
        </w:rPr>
        <w:t xml:space="preserve">[15:19] </w:t>
      </w:r>
      <w:r>
        <w:t>islam se pehle jo haaji</w:t>
      </w:r>
    </w:p>
    <w:p>
      <w:pPr>
        <w:jc w:val="right"/>
      </w:pPr>
      <w:r>
        <w:t>اسلام سے پہلے جو حاجی</w:t>
      </w:r>
    </w:p>
    <w:p>
      <w:r>
        <w:rPr>
          <w:b/>
        </w:rPr>
        <w:t xml:space="preserve">[15:21] </w:t>
      </w:r>
      <w:r>
        <w:t>aatay thay, un ko hum pani pilatay hain, un ki khidmat kartay hain, un ka intazaam kartay hain aur haram ki taameer kartay hain.</w:t>
      </w:r>
    </w:p>
    <w:p>
      <w:pPr>
        <w:jc w:val="right"/>
      </w:pPr>
      <w:r>
        <w:t>آتے تھے، ان کو ہم پانی پلاتے ہیں، ان کی خدمت کرتے ہیں، ان کا انتظام کرتے ہیں اور حرم کی تعمیر کرتے ہیں۔</w:t>
      </w:r>
    </w:p>
    <w:p>
      <w:r>
        <w:rPr>
          <w:b/>
        </w:rPr>
        <w:t xml:space="preserve">[15:29] </w:t>
      </w:r>
      <w:r>
        <w:t>is par kaaba par woh ghilaaf charhatay hain, us ki safai kartay hain. is ko bohat bari cheez samjhay hue thay woh.</w:t>
      </w:r>
    </w:p>
    <w:p>
      <w:pPr>
        <w:jc w:val="right"/>
      </w:pPr>
      <w:r>
        <w:t>اس پر کعبہ پر وہ غلاف چڑھاتے ہیں، اس کی صفائی کرتے ہیں۔ اس کو بہت بڑی چیز سمجھے ہوئے تھے وہ۔</w:t>
      </w:r>
    </w:p>
    <w:p>
      <w:r>
        <w:rPr>
          <w:b/>
        </w:rPr>
        <w:t xml:space="preserve">[15:39] </w:t>
      </w:r>
      <w:r>
        <w:t>is liye hum hain deen-e-ibrahim par, hum hain Allah ke deen par. to yeh tha us waqt ka model jo makkah ke logon ne bana rakha tha.</w:t>
      </w:r>
    </w:p>
    <w:p>
      <w:pPr>
        <w:jc w:val="right"/>
      </w:pPr>
      <w:r>
        <w:t>اس لیے ہم ہیں دین ابراہیم پر، ہم ہیں اللہ کے دین پر۔ تو یہ تھا اس وقت کا ماڈل جو مکہ کے لوگوں نے بنا رکھا تھا۔</w:t>
      </w:r>
    </w:p>
    <w:p>
      <w:r>
        <w:rPr>
          <w:b/>
        </w:rPr>
        <w:t xml:space="preserve">[15:50] </w:t>
      </w:r>
      <w:r>
        <w:t>aap</w:t>
      </w:r>
    </w:p>
    <w:p>
      <w:pPr>
        <w:jc w:val="right"/>
      </w:pPr>
      <w:r>
        <w:t>آپ</w:t>
      </w:r>
    </w:p>
    <w:p>
      <w:r>
        <w:rPr>
          <w:b/>
        </w:rPr>
        <w:t xml:space="preserve">[15:51] </w:t>
      </w:r>
      <w:r>
        <w:t>to is ke muqablay mein islam stranger ho gaya, ajnabi ho gaya. kyunke islam mein kya tha? islam mein to yaani tauheed thi, aakhirat thi, jannat thi.</w:t>
      </w:r>
    </w:p>
    <w:p>
      <w:pPr>
        <w:jc w:val="right"/>
      </w:pPr>
      <w:r>
        <w:t>تو اس کے مقابلے میں اسلام اسٹرینجر ہو گیا، اجنبی ہو گیا۔ کیونکہ اسلام میں کیا تھا؟ اسلام میں تو یعنی توحید تھی، آخرت تھی، جنت تھی۔</w:t>
      </w:r>
    </w:p>
    <w:p>
      <w:r>
        <w:rPr>
          <w:b/>
        </w:rPr>
        <w:t xml:space="preserve">[16:04] </w:t>
      </w:r>
      <w:r>
        <w:t>un baaton ka zikr tha. yeh jo ek dhancha bana rakha tha unhon ne, woh dhancha tha nahi islam mein.</w:t>
      </w:r>
    </w:p>
    <w:p>
      <w:pPr>
        <w:jc w:val="right"/>
      </w:pPr>
      <w:r>
        <w:t>ان باتوں کا ذکر تھا۔ یہ جو ایک ڈھانچہ بنا رکھا تھا انہوں نے، وہ ڈھانچہ تھا نہیں اسلام میں۔</w:t>
      </w:r>
    </w:p>
    <w:p>
      <w:r>
        <w:rPr>
          <w:b/>
        </w:rPr>
        <w:t xml:space="preserve">[16:10] </w:t>
      </w:r>
      <w:r>
        <w:t>to khud se unhon ne ek dhancha bana liya tha, samajhtay thay ke yahi deen hai, nabiyon ka deen, Hazrat Ibrahim ka deen. aur yeh to samajhtay thay ke yeh to naya naya nikaal rakha hai unhon ne.</w:t>
      </w:r>
    </w:p>
    <w:p>
      <w:pPr>
        <w:jc w:val="right"/>
      </w:pPr>
      <w:r>
        <w:t>تو خود سے انہوں نے ایک ڈھانچہ بنا لیا تھا، سمجھتے تھے کہ یہی دین ہے، نبیوں کا دین، حضرت ابراہیم کا دین۔ اور یہ تو سمجھتے تھے کہ یہ تو نیا نیا نکال رکھا ہے انہوں نے۔</w:t>
      </w:r>
    </w:p>
    <w:p>
      <w:r>
        <w:rPr>
          <w:b/>
        </w:rPr>
        <w:t xml:space="preserve">[16:24] </w:t>
      </w:r>
      <w:r>
        <w:t>chunancha kitabon mein aata hai ke ek martaba makkah ke sardar ne yahood se poocha ke "ديننا خير دين محمد" ۔</w:t>
      </w:r>
    </w:p>
    <w:p>
      <w:pPr>
        <w:jc w:val="right"/>
      </w:pPr>
      <w:r>
        <w:t>چنانچہ کتابوں میں آتا ہے کہ ایک مرتبہ مکے کے سردار نے یہود سے پوچھا کہ "ديننا خير دين محمد" ۔</w:t>
      </w:r>
    </w:p>
    <w:p>
      <w:r>
        <w:rPr>
          <w:b/>
        </w:rPr>
        <w:t xml:space="preserve">[16:38] </w:t>
      </w:r>
      <w:r>
        <w:t>yeh makkah ke sardar ne poocha tha yahood se ke "ديننا خير دين محمد" ۔ hamara deen behtar hai ke Muhammad ka deen behtar hai?</w:t>
      </w:r>
    </w:p>
    <w:p>
      <w:pPr>
        <w:jc w:val="right"/>
      </w:pPr>
      <w:r>
        <w:t>یہ مکہ کے سردار نے پوچھا تھا یہود سے کہ "ديننا خير دين محمد" ۔ ہمارا دین بہتر ہے کہ محمد کا دین بہتر ہے؟</w:t>
      </w:r>
    </w:p>
    <w:p>
      <w:r>
        <w:rPr>
          <w:b/>
        </w:rPr>
        <w:t xml:space="preserve">[16:49] </w:t>
      </w:r>
      <w:r>
        <w:t>to yehood ne kaha ke tumhara deen behtar hai</w:t>
      </w:r>
    </w:p>
    <w:p>
      <w:pPr>
        <w:jc w:val="right"/>
      </w:pPr>
      <w:r>
        <w:t>تو یہود نے کہا کہ تمہارا دین بہتر ہے</w:t>
      </w:r>
    </w:p>
    <w:p>
      <w:r>
        <w:rPr>
          <w:b/>
        </w:rPr>
        <w:t xml:space="preserve">[16:51] </w:t>
      </w:r>
      <w:r>
        <w:t>yani ke tum ibrahim jo maane hue paighambar hain, unke unke deen par tum qaim ho. Aap jante hain ke hazrat ibrahim se jo log paida hue, woh woh teeno mazhab ka rishta unhi se milta hai yani masihiyat bhi, yahudiyat bhi aur islam bhi.</w:t>
      </w:r>
    </w:p>
    <w:p>
      <w:pPr>
        <w:jc w:val="right"/>
      </w:pPr>
      <w:r>
        <w:t>یعنی کہ تم ابراہیم جو مانے ہوئے پیغمبر ہیں، ان کے ان کے دین پر تم قائم ہو۔ آپ جانتے ہیں کہ حضرت ابراہیم سے جو لوگ پیدا ہوئے، وہ وہ تینوں مذہب کا رشتہ انہی سے ملتا ہے یعنی مسیحیت بھی، یہودیت بھی اور اسلام بھی۔</w:t>
      </w:r>
    </w:p>
    <w:p>
      <w:r>
        <w:rPr>
          <w:b/>
        </w:rPr>
        <w:t xml:space="preserve">[17:16] </w:t>
      </w:r>
      <w:r>
        <w:t>to</w:t>
      </w:r>
    </w:p>
    <w:p>
      <w:pPr>
        <w:jc w:val="right"/>
      </w:pPr>
      <w:r>
        <w:t>تو</w:t>
      </w:r>
    </w:p>
    <w:p>
      <w:r>
        <w:rPr>
          <w:b/>
        </w:rPr>
        <w:t xml:space="preserve">[17:17] </w:t>
      </w:r>
      <w:r>
        <w:t>jab unhone poocha ke "deenana khair deen Muhammad" . To yehood ne kaha ke tumhara deen behtar hai Muhammad ke deen se kyunke tum to Muhammad to baad ki cheez hain, to tum to ibrahim ke deen par qaim ho.</w:t>
      </w:r>
    </w:p>
    <w:p>
      <w:pPr>
        <w:jc w:val="right"/>
      </w:pPr>
      <w:r>
        <w:t>جب انہوں نے پوچھا کہ "ديننا خير دين محمد" ۔ تو یہود نے کہا کہ تمہارا دین بہتر ہے محمد کے دین سے کیونکہ تم تو محمد تو بعد کی چیز ہیں، تو تم تو ابراہیم کے دین پر قائم ہو۔</w:t>
      </w:r>
    </w:p>
    <w:p>
      <w:r>
        <w:rPr>
          <w:b/>
        </w:rPr>
        <w:t xml:space="preserve">[17:31] </w:t>
      </w:r>
      <w:r>
        <w:t>yeh tha woh model deen ka jo bana rakha tha unhone. Choonke hum unko kuffar e makka, mushrik e makka title de rakha hai, hadith aap samajh nahi paate.</w:t>
      </w:r>
    </w:p>
    <w:p>
      <w:pPr>
        <w:jc w:val="right"/>
      </w:pPr>
      <w:r>
        <w:t>یہ تھا وہ ماڈل دین کا جو بنا رکھا تھا انہوں نے۔ چونکہ ہم ان کو کفار مکہ، مشرک مکہ ٹائٹل دے رکھا ہے، حدیث آپ سمجھ نہیں پاتے۔</w:t>
      </w:r>
    </w:p>
    <w:p>
      <w:r>
        <w:rPr>
          <w:b/>
        </w:rPr>
        <w:t xml:space="preserve">[17:43] </w:t>
      </w:r>
      <w:r>
        <w:t>ba taur khud woh unke nazdeek unka case kufar ka case nahi</w:t>
      </w:r>
    </w:p>
    <w:p>
      <w:pPr>
        <w:jc w:val="right"/>
      </w:pPr>
      <w:r>
        <w:t>بطور خود وہ ان کے نزدیک ان کا کیس کفر کا کیس نہیں</w:t>
      </w:r>
    </w:p>
    <w:p>
      <w:r>
        <w:rPr>
          <w:b/>
        </w:rPr>
        <w:t xml:space="preserve">[17:48] </w:t>
      </w:r>
      <w:r>
        <w:t>tha, ba taur khud unka case shirk ka case nahi tha. Apne ailaan ke mutabiq unhone kabhi yeh nahi kaha ke hamara case kufar ka case hai, hamara case shirk ka case hai.</w:t>
      </w:r>
    </w:p>
    <w:p>
      <w:pPr>
        <w:jc w:val="right"/>
      </w:pPr>
      <w:r>
        <w:t>تھا، بطور خود ان کا کیس شرک کا کیس نہیں تھا۔ اپنے اعلان کے مطابق انہوں نے کبھی یہ نہیں کہا کہ ہمارا کیس کفر کا کیس ہے، ہمارا کیس شرک کا کیس ہے۔</w:t>
      </w:r>
    </w:p>
    <w:p>
      <w:r>
        <w:rPr>
          <w:b/>
        </w:rPr>
        <w:t xml:space="preserve">[17:59] </w:t>
      </w:r>
      <w:r>
        <w:t>yeh nahi kaha unhone. Unhone kaha hamara case to deen ibrahim ka case hai. Ibrahim ne jo kaba banaya tha, jo masjid haram banai thi, hum uske waris hain, hum uske mutalliq hain, hum uski khidmat karte hain, hum us pe ghilaf charhate hain waghera waghera.</w:t>
      </w:r>
    </w:p>
    <w:p>
      <w:pPr>
        <w:jc w:val="right"/>
      </w:pPr>
      <w:r>
        <w:t>یہ نہیں کہا انہوں نے۔ انہوں نے کہا ہمارا کیس تو دین ابراہیم کا کیس ہے۔ ابراہیم نے جو کعبہ بنایا تھا، جو مسجد حرام بنائی تھی، ہم اس کے وارث ہیں، ہم اس کے متعلق ہیں، ہم اس کی خدمت کرتے ہیں، ہم اس پہ غلاف چڑھاتے ہیں وغیرہ وغیرہ۔</w:t>
      </w:r>
    </w:p>
    <w:p>
      <w:r>
        <w:rPr>
          <w:b/>
        </w:rPr>
        <w:t xml:space="preserve">[18:18] </w:t>
      </w:r>
      <w:r>
        <w:t>to yeh jo farmaya is hadith mein ke "bada al-islam ghareeban" . Islam jab shuru hua to woh ajnabi tha yani us waqt jo deen qaim tha makka mein hazrat ibrahim ke naam par, uske muqable mein ajnabi.</w:t>
      </w:r>
    </w:p>
    <w:p>
      <w:pPr>
        <w:jc w:val="right"/>
      </w:pPr>
      <w:r>
        <w:t>تو یہ جو فرمایا اس حدیث میں کہ "بدا الاسلام غریبا" ۔ اسلام جب شروع ہوا تو وہ اجنبی تھا یعنی اس وقت جو دین قائم تھا مکہ میں حضرت ابراہیم کے نام پر، اس کے مقابلے میں اجنبی۔</w:t>
      </w:r>
    </w:p>
    <w:p>
      <w:r>
        <w:rPr>
          <w:b/>
        </w:rPr>
        <w:t xml:space="preserve">[18:37] </w:t>
      </w:r>
      <w:r>
        <w:t>ke kaun sa deen nikaal liya unhone? Deen to asal mein yeh hai jo hum ibrahim ke naam par ikhtiyar kiya hua hai. Yeh matlab hai.</w:t>
      </w:r>
    </w:p>
    <w:p>
      <w:pPr>
        <w:jc w:val="right"/>
      </w:pPr>
      <w:r>
        <w:t>کہ کون سا دین نکال لیا انہوں نے؟ دین تو اصل میں یہ ہے جو ہم ابراہیم کے نام پر اختیار کیا ہوا ہے۔ یہ مطلب ہے۔</w:t>
      </w:r>
    </w:p>
    <w:p>
      <w:r>
        <w:rPr>
          <w:b/>
        </w:rPr>
        <w:t xml:space="preserve">[18:47] </w:t>
      </w:r>
      <w:r>
        <w:t>yahi muamla phir yehood ka bhi hua jab rasool Allah sal-lal-lahu alaihi wasallam makka se hijrat kar ke madina aaye. Wahan bhi yeh muamla pesh aaya.</w:t>
      </w:r>
    </w:p>
    <w:p>
      <w:pPr>
        <w:jc w:val="right"/>
      </w:pPr>
      <w:r>
        <w:t>یہی معاملہ پھر یہود کا بھی ہوا جب رسول اللہ صلی اللہ علیہ وسلم مکہ سے ہجرت کر کے مدینہ آئے۔ وہاں بھی یہ معاملہ پیش آیا۔</w:t>
      </w:r>
    </w:p>
    <w:p>
      <w:r>
        <w:rPr>
          <w:b/>
        </w:rPr>
        <w:t xml:space="preserve">[18:57] </w:t>
      </w:r>
      <w:r>
        <w:t>wahan bhi yehood taqreeban adhi abadi madani ki us waqt yehood yehood ki thi. Aap jante hain ke us waqt madine mein teen tribes the, teen jewish tribes the.</w:t>
      </w:r>
    </w:p>
    <w:p>
      <w:pPr>
        <w:jc w:val="right"/>
      </w:pPr>
      <w:r>
        <w:t>وہاں بھی یہود تقریباً ادھی آبادی مدنی کی اس وقت یہود یہود کی تھی۔ آپ جانتے ہیں کہ اس وقت مدینے میں تین ٹرائبس تھے، تین جوئش ٹرائبس تھے۔</w:t>
      </w:r>
    </w:p>
    <w:p>
      <w:r>
        <w:rPr>
          <w:b/>
        </w:rPr>
        <w:t xml:space="preserve">[19:10] </w:t>
      </w:r>
      <w:r>
        <w:t>unki abadi yani roughly half percent thi madine ke population mein.</w:t>
      </w:r>
    </w:p>
    <w:p>
      <w:pPr>
        <w:jc w:val="right"/>
      </w:pPr>
      <w:r>
        <w:t>ان کی آبادی یعنی رفلی ہاف پرسنٹ تھی مدینہ کے پاپولیشن میں۔</w:t>
      </w:r>
    </w:p>
    <w:p>
      <w:r>
        <w:rPr>
          <w:b/>
        </w:rPr>
        <w:t xml:space="preserve">[19:20] </w:t>
      </w:r>
      <w:r>
        <w:t>to woh bhi samajhte the ke hum to musa ki shariyat par hain. Hum unko samajhte hain ke maghzoob yani humne unko de rakha hai laqab ke maghzoob qaum aur kafir qaum.</w:t>
      </w:r>
    </w:p>
    <w:p>
      <w:pPr>
        <w:jc w:val="right"/>
      </w:pPr>
      <w:r>
        <w:t>تو وہ بھی سمجھتے تھے کہ ہم تو موسیٰ کی شریعت پر ہیں۔ ہم ان کو سمجھتے ہیں کہ مغضوب یعنی ہم نے ان کو دے رکھا ہے لقب کہ مغضوب قوم اور کافر قوم۔</w:t>
      </w:r>
    </w:p>
    <w:p>
      <w:r>
        <w:rPr>
          <w:b/>
        </w:rPr>
        <w:t xml:space="preserve">[19:33] </w:t>
      </w:r>
      <w:r>
        <w:t>yeh hamara diya hua laqab hai yani musalmanon ne laqab de rakha hai unko.</w:t>
      </w:r>
    </w:p>
    <w:p>
      <w:pPr>
        <w:jc w:val="right"/>
      </w:pPr>
      <w:r>
        <w:t>یہ ہمارا دیا ہوا لقب ہے یعنی مسلمانوں نے لقب دے رکھا ہے ان کو۔</w:t>
      </w:r>
    </w:p>
    <w:p>
      <w:r>
        <w:rPr>
          <w:b/>
        </w:rPr>
        <w:t xml:space="preserve">[19:39] </w:t>
      </w:r>
      <w:r>
        <w:t>yeh nahi ke woh apne aap ko khud kehte the ke hum maghzoob hain, hum kafir hain. Ab ab unka apna jo ikhtiyar kardah laqab tha, woh yeh nahi tha.</w:t>
      </w:r>
    </w:p>
    <w:p>
      <w:pPr>
        <w:jc w:val="right"/>
      </w:pPr>
      <w:r>
        <w:t>یہ نہیں کہ وہ اپنے آپ کو خود کہتے تھے کہ ہم مغضوب ہیں، ہم کافر ہیں۔ اب اب ان کا اپنا جو اختیار کردہ لقب تھا، وہ یہ نہیں تھا۔</w:t>
      </w:r>
    </w:p>
    <w:p>
      <w:r>
        <w:rPr>
          <w:b/>
        </w:rPr>
        <w:t xml:space="preserve">[19:49] </w:t>
      </w:r>
      <w:r>
        <w:t>wohi kehte the ke hum to musa ki shariyat par hain</w:t>
      </w:r>
    </w:p>
    <w:p>
      <w:pPr>
        <w:jc w:val="right"/>
      </w:pPr>
      <w:r>
        <w:t>وہی کہتے تھے کہ ہم تو موسیٰ کی شریعت پر ہیں</w:t>
      </w:r>
    </w:p>
    <w:p>
      <w:r>
        <w:rPr>
          <w:b/>
        </w:rPr>
        <w:t xml:space="preserve">[19:53] </w:t>
      </w:r>
      <w:r>
        <w:t>jo Muhammad se pehle aaye. Aur hum balkeh woh kehte the ke hum saare nabiyon ke waris hain. Yeh aap ko yeh baat janna hai to aap surah Quran Quran majeed mein jo doosra para hai, uske shuru ki ayatein padhiye tafseeron mein.</w:t>
      </w:r>
    </w:p>
    <w:p>
      <w:pPr>
        <w:jc w:val="right"/>
      </w:pPr>
      <w:r>
        <w:t>جو محمد سے پہلے آئے۔ اور ہم بلکہ وہ کہتے تھے کہ ہم سارے نبیوں کے وارث ہیں۔ یہ آپ کو یہ بات جاننا ہے تو آپ سورہ قرآن قرآن مجید میں جو دوسرا پارہ ہے، اس کے شروع کی آیتیں پڑھیے تفسیروں میں۔</w:t>
      </w:r>
    </w:p>
    <w:p>
      <w:r>
        <w:rPr>
          <w:b/>
        </w:rPr>
        <w:t xml:space="preserve">[20:11] </w:t>
      </w:r>
      <w:r>
        <w:t>"sayakul as-safaa ibn an-nas ma wallah 'an qulubatin kaanu 'alayha" . To is ayat ki tafseer aap padhenge to maloom hoga aap ko ke yehood ka khayal yeh tha ke jo baitul maqdis hai falasteen mein,</w:t>
      </w:r>
    </w:p>
    <w:p>
      <w:pPr>
        <w:jc w:val="right"/>
      </w:pPr>
      <w:r>
        <w:t>"سيقول الصفا ابن الناس ما واللہ عن قلبت کانوا علیہا" ۔ تو اس آیت کی تفسیر آپ پڑھیں گے تو معلوم ہوگا آپ کو کہ یہود کا خیال یہ تھا کہ جو بیت المقدس ہے فلسطین میں،</w:t>
      </w:r>
    </w:p>
    <w:p>
      <w:r>
        <w:rPr>
          <w:b/>
        </w:rPr>
        <w:t xml:space="preserve">[20:26] </w:t>
      </w:r>
      <w:r>
        <w:t>jisko ke tamam israel israeli anbiya ne qibla banaya tha, woh hai asal baitul maqdis.</w:t>
      </w:r>
    </w:p>
    <w:p>
      <w:pPr>
        <w:jc w:val="right"/>
      </w:pPr>
      <w:r>
        <w:t>جس کو کہ تمام اسرائیل اسرائیلی انبیاء نے قبلہ بنایا تھا، وہ ہے اصل بیت المقدس۔</w:t>
      </w:r>
    </w:p>
    <w:p>
      <w:r>
        <w:rPr>
          <w:b/>
        </w:rPr>
        <w:t xml:space="preserve">[20:35] </w:t>
      </w:r>
      <w:r>
        <w:t>jo tamam anbiya ka qibla tha rasool Allah se pehle ka, woh asal hai. Hum uske waris hain,</w:t>
      </w:r>
    </w:p>
    <w:p>
      <w:pPr>
        <w:jc w:val="right"/>
      </w:pPr>
      <w:r>
        <w:t>جو تمام انبیاء کا قبلہ تھا رسول اللہ سے پہلے کا، وہ اصل ہے۔ ہم اس کے وارث ہیں،</w:t>
      </w:r>
    </w:p>
    <w:p>
      <w:r>
        <w:rPr>
          <w:b/>
        </w:rPr>
        <w:t xml:space="preserve">[20:42] </w:t>
      </w:r>
      <w:r>
        <w:t>hum uske mutawalli hain, hum uski khidmat karte hain. To yehood samajhte the ke asal deen woh hai jo hamara hai. Deen ka matlab jo dhancha unka tha, jo dhancha, us dhanchay ko samajhte hain ke yahi deen hai,</w:t>
      </w:r>
    </w:p>
    <w:p>
      <w:pPr>
        <w:jc w:val="right"/>
      </w:pPr>
      <w:r>
        <w:t>ہم اس کے متولی ہیں، ہم اس کی خدمت کرتے ہیں۔ تو یہود سمجھتے تھے کہ اصل دین وہ ہے جو ہمارا ہے۔ دین کا مطلب جو ڈھانچہ ان کا تھا، جو ڈھانچہ، اس ڈھانچے کو سمجھتے ہیں کہ یہی دین ہے،</w:t>
      </w:r>
    </w:p>
    <w:p>
      <w:r>
        <w:rPr>
          <w:b/>
        </w:rPr>
        <w:t xml:space="preserve">[20:56] </w:t>
      </w:r>
      <w:r>
        <w:t>yahi deen yani paighambar ka deen yahi hai aur hum uske muhafiz hain. To iske muqable mein rasool Allah ka deen ajnabi ban gaya tha.</w:t>
      </w:r>
    </w:p>
    <w:p>
      <w:pPr>
        <w:jc w:val="right"/>
      </w:pPr>
      <w:r>
        <w:t>یہی دین یعنی پیغمبر کا دین یہی ہے اور ہم اس کے محافظ ہیں۔ تو اس کے مقابلے میں رسول اللہ کا دین اجنبی بن گیا تھا۔</w:t>
      </w:r>
    </w:p>
    <w:p>
      <w:r>
        <w:rPr>
          <w:b/>
        </w:rPr>
        <w:t xml:space="preserve">[21:07] </w:t>
      </w:r>
      <w:r>
        <w:t>doosre lafzon mein hum yeh kahenge ke ek perverted version deen ka makka mein bhi tha, madina mein bhi tha.</w:t>
      </w:r>
    </w:p>
    <w:p>
      <w:pPr>
        <w:jc w:val="right"/>
      </w:pPr>
      <w:r>
        <w:t>دوسرے لفظوں میں ہم یہ کہیں گے کہ ایک پرورٹڈ ورژن دین کا مکہ میں بھی تھا، مدینہ میں بھی تھا۔</w:t>
      </w:r>
    </w:p>
    <w:p>
      <w:r>
        <w:rPr>
          <w:b/>
        </w:rPr>
        <w:t xml:space="preserve">[21:18] </w:t>
      </w:r>
      <w:r>
        <w:t>perverted version deen ka deen hi ke naam par ek ek ek bana rakha tha unhone. Is perverted version ke muqable mein jo true version tha rasool Allah ka, true version woh ajnabi ban gaya tha.</w:t>
      </w:r>
    </w:p>
    <w:p>
      <w:pPr>
        <w:jc w:val="right"/>
      </w:pPr>
      <w:r>
        <w:t>پرورٹڈ ورژن دین کا دین ہی کے نام پر ایک ایک ایک بنا رکھا تھا انہوں نے۔ اس پرورٹڈ ورژن کے مقابلے میں جو ٹرو ورژن تھا رسول اللہ کا، ٹرو ورژن وہ اجنبی بن گیا تھا۔</w:t>
      </w:r>
    </w:p>
    <w:p>
      <w:r>
        <w:rPr>
          <w:b/>
        </w:rPr>
        <w:t xml:space="preserve">[21:32] </w:t>
      </w:r>
      <w:r>
        <w:t>to chunaanche is ke peeche sadiyon ki tareekh thi,</w:t>
      </w:r>
    </w:p>
    <w:p>
      <w:pPr>
        <w:jc w:val="right"/>
      </w:pPr>
      <w:r>
        <w:t>تو چونکہ اس کے پیچھے صدیوں کی تاریخ تھی،</w:t>
      </w:r>
    </w:p>
    <w:p>
      <w:r>
        <w:rPr>
          <w:b/>
        </w:rPr>
        <w:t xml:space="preserve">[21:35] </w:t>
      </w:r>
      <w:r>
        <w:t>log samajhne lage the ke bhai deen to yeh hai. sadiyon ke riwayat ki bina par yaani makkah walon ke peeche bhi sadiyon ki tareekh thi aur madine mein yahood the, un ke peeche bhi sadiyon ki tareekh thi.</w:t>
      </w:r>
    </w:p>
    <w:p>
      <w:pPr>
        <w:jc w:val="right"/>
      </w:pPr>
      <w:r>
        <w:t>لوگ سمجھنے لگے تھے کہ بھئی دین تو یہ ہے۔ صدیوں کے روایات کی بنا پر یعنی مکہ والوں کے پیچھے بھی صدیوں کی تاریخ تھی اور مدینے میں یہود تھے، ان کے پیچھے بھی صدیوں کی تاریخ تھی۔</w:t>
      </w:r>
    </w:p>
    <w:p>
      <w:r>
        <w:rPr>
          <w:b/>
        </w:rPr>
        <w:t xml:space="preserve">[21:49] </w:t>
      </w:r>
      <w:r>
        <w:t>to tareekh ka jo wazan tha, tareekh ka jo jo tareekh ke zariye jo aadmi ko milti hai, position woh un ko haasil thi.</w:t>
      </w:r>
    </w:p>
    <w:p>
      <w:pPr>
        <w:jc w:val="right"/>
      </w:pPr>
      <w:r>
        <w:t>تو تاریخ کا جو وزن تھا، تاریخ کا جو جو تاریخ کے ذریعے جو آدمی کو ملتی ہے، پوزیشن وہ ان کو حاصل تھی۔</w:t>
      </w:r>
    </w:p>
    <w:p>
      <w:r>
        <w:rPr>
          <w:b/>
        </w:rPr>
        <w:t xml:space="preserve">[22:03] </w:t>
      </w:r>
      <w:r>
        <w:t>to is ke muqable mein rasool Allah ka deen logon ko ajnabi maloom hota tha. ab ab aap ghor kijiye jo baad wala hissa hai.</w:t>
      </w:r>
    </w:p>
    <w:p>
      <w:pPr>
        <w:jc w:val="right"/>
      </w:pPr>
      <w:r>
        <w:t>تو اس کے مقابلے میں رسول اللہ کا دین لوگوں کو اجنبی معلوم ہوتا تھا۔ اب اب آپ غور کیجئے جو بعد والا حصہ ہے۔</w:t>
      </w:r>
    </w:p>
    <w:p>
      <w:r>
        <w:rPr>
          <w:b/>
        </w:rPr>
        <w:t xml:space="preserve">[22:15] </w:t>
      </w:r>
      <w:r>
        <w:t>"wa saood kama bada" . yaani baad ke zamane mein bhi islam ajnabi ho jayega. "wa saood jaisa ke pehle ajnabi tha" .</w:t>
      </w:r>
    </w:p>
    <w:p>
      <w:pPr>
        <w:jc w:val="right"/>
      </w:pPr>
      <w:r>
        <w:t>"وسعود کما بدا" ۔ یعنی بعد کے زمانے میں بھی اسلام اجنبی ہو جائے گا۔ "وسعود جیسا کہ پہلے اجنبی تھا" ۔</w:t>
      </w:r>
    </w:p>
    <w:p>
      <w:r>
        <w:rPr>
          <w:b/>
        </w:rPr>
        <w:t xml:space="preserve">[22:26] </w:t>
      </w:r>
      <w:r>
        <w:t>woh is ka matlab kya hai? baad ke zamane mein ajnabi ho jayega ka matlab kya hai?</w:t>
      </w:r>
    </w:p>
    <w:p>
      <w:pPr>
        <w:jc w:val="right"/>
      </w:pPr>
      <w:r>
        <w:t>وہ اس کا مطلب کیا ہے؟ بعد کے زمانے میں اجنبی ہو جائے گا کا مطلب کیا ہے؟</w:t>
      </w:r>
    </w:p>
    <w:p>
      <w:r>
        <w:rPr>
          <w:b/>
        </w:rPr>
        <w:t xml:space="preserve">[22:33] </w:t>
      </w:r>
      <w:r>
        <w:t>yeh matlab hai khud musalmanon ke darmiyan ajnabi ho jayega. yeh matlab hai. aap is hadees ko doosri hadeeson ko mila kar padhiye ke musalman zawal ke zamane mein jab pohnchenge to woh un ke haan yaani haqeeqi islam ghayeb ho chuka hog</w:t>
      </w:r>
    </w:p>
    <w:p>
      <w:pPr>
        <w:jc w:val="right"/>
      </w:pPr>
      <w:r>
        <w:t>یہ مطلب ہے خود مسلمانوں کے درمیان اجنبی ہو جائے گا۔ یہ مطلب ہے۔ آپ اس حدیث کو دوسری حدیثوں کو ملا کر پڑھیے کہ مسلمان زوال کے زمانے میں جب پہنچیں گے تو وہ ان کے ہاں یعنی حقیقی اسلام غائب ہو چکا ہوگ</w:t>
      </w:r>
    </w:p>
    <w:p>
      <w:r>
        <w:rPr>
          <w:b/>
        </w:rPr>
        <w:t xml:space="preserve">[22:52] </w:t>
      </w:r>
      <w:r>
        <w:t>a. yaani quran ka sirf rasm ul khat hoga aur islam ka sirf naam hoga aur masjidain bhari hongi lekin "wa ya kharab bil huda" .</w:t>
      </w:r>
    </w:p>
    <w:p>
      <w:pPr>
        <w:jc w:val="right"/>
      </w:pPr>
      <w:r>
        <w:t>ا۔ یعنی قرآن کا صرف رسم الخط ہوگا اور اسلام کا صرف نام ہوگا اور مسجدیں بھری ہوں گی لیکن "وَيَا خِرَابٌ بِالْهُدَى" ۔</w:t>
      </w:r>
    </w:p>
    <w:p>
      <w:r>
        <w:rPr>
          <w:b/>
        </w:rPr>
        <w:t xml:space="preserve">[23:04] </w:t>
      </w:r>
      <w:r>
        <w:t>hadees mein aata hai ke "mastrajatuhum aamiran wa ya kharab bil huda" . ek zamana aayega ke jab masjidain bhari hongi lekin wahan hidayat nahi hogi.</w:t>
      </w:r>
    </w:p>
    <w:p>
      <w:pPr>
        <w:jc w:val="right"/>
      </w:pPr>
      <w:r>
        <w:t>حدیث میں آتا ہے کہ "مَاسْتَرَاجَتُهُمْ عَامِرًا وَيَا خِرَابٌ بِالْهُدَى" ۔ ایک زمانہ آئے گا کہ جب مسجدیں بھری ہوں گی لیکن وہاں ہدایت نہیں ہوگی۔</w:t>
      </w:r>
    </w:p>
    <w:p>
      <w:r>
        <w:rPr>
          <w:b/>
        </w:rPr>
        <w:t xml:space="preserve">[23:14] </w:t>
      </w:r>
      <w:r>
        <w:t>hadees mein aata hai ke "hatta la tara khashan" . jo asal spirit hai deen ki, khushu wohi maujood nahi hogi.</w:t>
      </w:r>
    </w:p>
    <w:p>
      <w:pPr>
        <w:jc w:val="right"/>
      </w:pPr>
      <w:r>
        <w:t>حدیث میں آتا ہے کہ "حَتَّىٰ لَا تَرَى خَاشًّا" ۔ جو اصل اسپرٹ ہے دین کی، خشوع وہی موجود نہیں ہوگی۔</w:t>
      </w:r>
    </w:p>
    <w:p>
      <w:r>
        <w:rPr>
          <w:b/>
        </w:rPr>
        <w:t xml:space="preserve">[23:21] </w:t>
      </w:r>
      <w:r>
        <w:t>dhoom dhaam hogi. yeh bhi hai ke hadeeson mein ke hajj aur umrah jo hai woh siyahat ban jayega, tourism ban jayega. yeh sab maujood hai hadeeson mein.</w:t>
      </w:r>
    </w:p>
    <w:p>
      <w:pPr>
        <w:jc w:val="right"/>
      </w:pPr>
      <w:r>
        <w:t>دھوم دھام ہوگی۔ یہ بھی ہے کہ حدیثوں میں کہ حج اور عمرہ جو ہے وہ سیاحت بن جائے گا، ٹورزم بن جائے گا۔ یہ سب موجود ہے حدیثوں میں۔</w:t>
      </w:r>
    </w:p>
    <w:p>
      <w:r>
        <w:rPr>
          <w:b/>
        </w:rPr>
        <w:t xml:space="preserve">[23:32] </w:t>
      </w:r>
      <w:r>
        <w:t>is ka mani yeh hai ke ek yeh hai ke doosra jo tukda hai hadees mein "wa saiyawadu kama bada" . is mein musalman murad hain, daur zawal ke musalman.</w:t>
      </w:r>
    </w:p>
    <w:p>
      <w:pPr>
        <w:jc w:val="right"/>
      </w:pPr>
      <w:r>
        <w:t>اس کا معنی یہ ہے کہ ایک یہ ہے کہ دوسرا جو ٹکڑا ہے حدیث میں "وَسَيَوْدُوا كَمَا بَدَى" ۔ اس میں مسلمان مراد ہیں، دور زوال کے مسلمان۔</w:t>
      </w:r>
    </w:p>
    <w:p>
      <w:r>
        <w:rPr>
          <w:b/>
        </w:rPr>
        <w:t xml:space="preserve">[23:42] </w:t>
      </w:r>
      <w:r>
        <w:t>yaani pehle zamane mein islam ajnabi bana. makkah mein unhone jo perverted version tha is deen ka, us ke muqable mein madine mein woh is ajnabi bana.</w:t>
      </w:r>
    </w:p>
    <w:p>
      <w:pPr>
        <w:jc w:val="right"/>
      </w:pPr>
      <w:r>
        <w:t>یعنی پہلے زمانے میں اسلام اجنبی بنا۔ مکہ میں انہوں نے جو پرورٹڈ ورژن تھا اس دین کا، اس کے مقابلے میں مدینے میں وہ اس اجنبی بنا۔</w:t>
      </w:r>
    </w:p>
    <w:p>
      <w:r>
        <w:rPr>
          <w:b/>
        </w:rPr>
        <w:t xml:space="preserve">[23:57] </w:t>
      </w:r>
      <w:r>
        <w:t>yahood ne jo perverted version bana rakha tha, us ke muqable mein baad ke zamane mein asli islam jo hai woh ajnabi ho jayega musalmanon ke apne perverted version ke muqable mein.</w:t>
      </w:r>
    </w:p>
    <w:p>
      <w:pPr>
        <w:jc w:val="right"/>
      </w:pPr>
      <w:r>
        <w:t>یہود نے جو پرورٹڈ ورژن بنا رکھا تھا، اس کے مقابلے میں بعد کے زمانے میں اصلی اسلام جو ہے وہ اجنبی ہو جائے گا مسلمانوں کے اپنے پرورٹڈ ورژن کے مقابلے میں۔</w:t>
      </w:r>
    </w:p>
    <w:p>
      <w:r>
        <w:rPr>
          <w:b/>
        </w:rPr>
        <w:t xml:space="preserve">[24:10] </w:t>
      </w:r>
      <w:r>
        <w:t>ab woh aaj aap dekh lijiye,</w:t>
      </w:r>
    </w:p>
    <w:p>
      <w:pPr>
        <w:jc w:val="right"/>
      </w:pPr>
      <w:r>
        <w:t>اب وہ آج آپ دیکھ لیجئے،</w:t>
      </w:r>
    </w:p>
    <w:p>
      <w:r>
        <w:rPr>
          <w:b/>
        </w:rPr>
        <w:t xml:space="preserve">[24:12] </w:t>
      </w:r>
      <w:r>
        <w:t>aaj musalmanon ne islam ke naam par khoob dhoom hai lekin islam ghayeb hai.</w:t>
      </w:r>
    </w:p>
    <w:p>
      <w:pPr>
        <w:jc w:val="right"/>
      </w:pPr>
      <w:r>
        <w:t>آج مسلمانوں نے اسلام کے نام پر خوب دھوم ہے لیکن اسلام غائب ہے۔</w:t>
      </w:r>
    </w:p>
    <w:p>
      <w:r>
        <w:rPr>
          <w:b/>
        </w:rPr>
        <w:t xml:space="preserve">[24:20] </w:t>
      </w:r>
      <w:r>
        <w:t>islam ghayeb hai. ab aap ghor kijiye ke criteria kya hai is ko janne ka. yeh jo farmaya ke woh jo hazrat abubakar ne aur hazrat imam malik ne jo farmaya tha ke is ummat ka baad ka hissa bhi isi tarah yaani is ki islaah hogi jis tarah pehle</w:t>
      </w:r>
    </w:p>
    <w:p>
      <w:pPr>
        <w:jc w:val="right"/>
      </w:pPr>
      <w:r>
        <w:t>اسلام غائب ہے۔ اب آپ غور کیجئے کہ کرائٹیریا کیا ہے اس کو جاننے کا۔ یہ جو فرمایا کہ وہ جو حضرت ابوبکر نے اور حضرت امام مالک نے جو فرمایا تھا کہ اس امت کا بعد کا حصہ بھی اسی طرح یعنی اس کی اصلاح ہوگی جس طرح پہلے</w:t>
      </w:r>
    </w:p>
    <w:p>
      <w:r>
        <w:rPr>
          <w:b/>
        </w:rPr>
        <w:t xml:space="preserve">[24:41] </w:t>
      </w:r>
      <w:r>
        <w:t>ki hui thi. is ko le kar ghor kijiye aap</w:t>
      </w:r>
    </w:p>
    <w:p>
      <w:pPr>
        <w:jc w:val="right"/>
      </w:pPr>
      <w:r>
        <w:t>کی ہوئی تھی۔ اس کو لے کر غور کیجئے آپ</w:t>
      </w:r>
    </w:p>
    <w:p>
      <w:r>
        <w:rPr>
          <w:b/>
        </w:rPr>
        <w:t xml:space="preserve">[24:46] </w:t>
      </w:r>
      <w:r>
        <w:t>ke rasool Allah sallallahu alaihi wasallam ka kya tareeqa tha? kya namoona diya unhone? kyunke awwal zamana to wohi hai, awwal zamana to wohi hai.</w:t>
      </w:r>
    </w:p>
    <w:p>
      <w:pPr>
        <w:jc w:val="right"/>
      </w:pPr>
      <w:r>
        <w:t>کہ رسول اللہ صلی اللہ علیہ وسلم کا کیا طریقہ تھا؟ کیا نمونہ دیا انہوں نے؟ کیونکہ اول زمانہ تو وہی ہے، اول زمانہ تو وہی ہے۔</w:t>
      </w:r>
    </w:p>
    <w:p>
      <w:r>
        <w:rPr>
          <w:b/>
        </w:rPr>
        <w:t xml:space="preserve">[24:57] </w:t>
      </w:r>
      <w:r>
        <w:t>to makkah mein jab ke quraish ya makkah ke qadeem log yeh daawa kiye baithe the ke hum hum ibrahim ke deen par hain, hum asli deen hamara hai,</w:t>
      </w:r>
    </w:p>
    <w:p>
      <w:pPr>
        <w:jc w:val="right"/>
      </w:pPr>
      <w:r>
        <w:t>تو مکہ میں جب کہ قریش یا مکہ کے قدیم لوگ یہ دعویٰ کیے بیٹھے تھے کہ ہم ہم ابراہیم کے دین پر ہیں، ہم اصلی دین ہمارا ہے،</w:t>
      </w:r>
    </w:p>
    <w:p>
      <w:r>
        <w:rPr>
          <w:b/>
        </w:rPr>
        <w:t xml:space="preserve">[25:10] </w:t>
      </w:r>
      <w:r>
        <w:t>wahan rasool Allah sallallahu alaihi wasallam ne kis tarah kaam shuru kiya? is ko ghor kijiye. kitabon mein aata hai ke aap wahan jaate the, jahan jahan bhi dekhte the ke kuch chand aadmi ikattha hain, wahan jaate the, wahan farmate the "ayyuha al-nas qoolu la ilaha illa tuflihu" .</w:t>
      </w:r>
    </w:p>
    <w:p>
      <w:pPr>
        <w:jc w:val="right"/>
      </w:pPr>
      <w:r>
        <w:t>وہاں رسول اللہ صلی اللہ علیہ وسلم نے کس طرح کام شروع کیا؟ اس کو غور کیجئے۔ کتابوں میں آتا ہے کہ آپ وہاں جاتے تھے، جہاں جہاں بھی دیکھتے تھے کہ کچھ چند آدمی اکٹھا ہیں، وہاں جاتے تھے، وہاں فرماتے تھے "أَيُّهَا النَّاس قُولُوا لَا إِلَٰهَ إِلَّا تُّفْلُوا" ۔</w:t>
      </w:r>
    </w:p>
    <w:p>
      <w:r>
        <w:rPr>
          <w:b/>
        </w:rPr>
        <w:t xml:space="preserve">[25:31] </w:t>
      </w:r>
      <w:r>
        <w:t>ae logon! kaho ke Allah ke siwa koi ilah nahi, tum falaah paoge.</w:t>
      </w:r>
    </w:p>
    <w:p>
      <w:pPr>
        <w:jc w:val="right"/>
      </w:pPr>
      <w:r>
        <w:t>اے لوگوں! کہو کہ اللہ کے سوا کوئی الہ نہیں، تم فلاح پاؤ گے۔</w:t>
      </w:r>
    </w:p>
    <w:p>
      <w:r>
        <w:rPr>
          <w:b/>
        </w:rPr>
        <w:t xml:space="preserve">[25:37] </w:t>
      </w:r>
      <w:r>
        <w:t>is mein bohat bada khazana hai ilm ka, bohat badi baat hai.</w:t>
      </w:r>
    </w:p>
    <w:p>
      <w:pPr>
        <w:jc w:val="right"/>
      </w:pPr>
      <w:r>
        <w:t>اس میں بہت بڑا خزانہ ہے علم کا، بہت بڑی بات ہے۔</w:t>
      </w:r>
    </w:p>
    <w:p>
      <w:r>
        <w:rPr>
          <w:b/>
        </w:rPr>
        <w:t xml:space="preserve">[25:44] </w:t>
      </w:r>
      <w:r>
        <w:t>dekhein, la ilah ka matlab kya hai? la ilaha illallah ka matlab kya hai? yeh represent karta hai spirit of islam ko, ideology of islam ko.</w:t>
      </w:r>
    </w:p>
    <w:p>
      <w:pPr>
        <w:jc w:val="right"/>
      </w:pPr>
      <w:r>
        <w:t>دیکھیں، لا الہ کا مطلب کیا ہے؟ لا الہ الا اللہ کا مطلب کیا ہے؟ یہ ریپریزنٹ کرتا ہے اسپرٹ آف اسلام کو، آئیڈیالوجی آف اسلام کو۔</w:t>
      </w:r>
    </w:p>
    <w:p>
      <w:r>
        <w:rPr>
          <w:b/>
        </w:rPr>
        <w:t xml:space="preserve">[25:58] </w:t>
      </w:r>
      <w:r>
        <w:t>la ilaha illallah jo hai woh islam ki ideology hai, islam ki spirit hai.</w:t>
      </w:r>
    </w:p>
    <w:p>
      <w:pPr>
        <w:jc w:val="right"/>
      </w:pPr>
      <w:r>
        <w:t>لا الہ الا اللہ جو ہے وہ اسلام کی آئیڈیالوجی ہے، اسلام کی اسپرٹ ہے۔</w:t>
      </w:r>
    </w:p>
    <w:p>
      <w:r>
        <w:rPr>
          <w:b/>
        </w:rPr>
        <w:t xml:space="preserve">[26:06] </w:t>
      </w:r>
      <w:r>
        <w:t>to is mani ke rasool Allah sal Allah aleh wasalam ne jab kaam shuru kiya to aap ne isprit ka ehya kiya, isprit ko revive karna shuru kiya. yeh nahi ke masjidain bhuro, yaani yeh nahi shuru kiya aap ne.</w:t>
      </w:r>
    </w:p>
    <w:p>
      <w:pPr>
        <w:jc w:val="right"/>
      </w:pPr>
      <w:r>
        <w:t>تو اس معنی کہ رسول اللہ صلی اللہ علیہ وسلم نے جب کام شروع کیا تو آپ نے اسپرٹ کا احیاء کیا، اسپرٹ کو ریوائیو کرنا شروع کیا۔ یہ نہیں کہ مسجدیں بھرو، یعنی یہ نہیں شروع کیا آپ نے۔</w:t>
      </w:r>
    </w:p>
    <w:p>
      <w:r>
        <w:rPr>
          <w:b/>
        </w:rPr>
        <w:t xml:space="preserve">[26:18] </w:t>
      </w:r>
      <w:r>
        <w:t>is masjidain bhuro aur nizam qaim karo aur hukoomat qaim karo, is se nahi shuru kiya aap ne. aaj kal jo hangama aap dekh rahe hain, yaani maujooda zamane mein revolution ke naam par bohat si tehreekein uthi hain.</w:t>
      </w:r>
    </w:p>
    <w:p>
      <w:pPr>
        <w:jc w:val="right"/>
      </w:pPr>
      <w:r>
        <w:t>اس مسجدیں بھرو اور نظام قائم کرو اور حکومت قائم کرو، اس سے نہیں شروع کیا آپ نے۔ آج کل جو ہنگامہ آپ دیکھ رہے ہیں، یعنی موجودہ زمانے میں ریوول کے نام پر بہت سی تحریکیں اٹھی ہیں۔</w:t>
      </w:r>
    </w:p>
    <w:p>
      <w:r>
        <w:rPr>
          <w:b/>
        </w:rPr>
        <w:t xml:space="preserve">[26:33] </w:t>
      </w:r>
      <w:r>
        <w:t>maujooda zamane mein kam az kam teen sau saal ke andar</w:t>
      </w:r>
    </w:p>
    <w:p>
      <w:pPr>
        <w:jc w:val="right"/>
      </w:pPr>
      <w:r>
        <w:t>موجودہ زمانے میں کم از کم تین سو سال کے اندر</w:t>
      </w:r>
    </w:p>
    <w:p>
      <w:r>
        <w:rPr>
          <w:b/>
        </w:rPr>
        <w:t xml:space="preserve">[26:36] </w:t>
      </w:r>
      <w:r>
        <w:t>koi kya kar raha hai? hukoomat qaim karne ke hangame jari kiye hue hain. koi kehta hai hum justice ka nizam qaim karenge, koi kaha masjidain bharen ge. tarah tarah ke hangame jari hain lekin rasool Allah sal Allah aleh wasalam ne aisa nahi kiya.</w:t>
      </w:r>
    </w:p>
    <w:p>
      <w:pPr>
        <w:jc w:val="right"/>
      </w:pPr>
      <w:r>
        <w:t>کوئی کیا کر رہا ہے؟ حکومت قائم کرنے کے ہنگامہ جاری کیے ہوئے ہیں۔ کوئی کہتا ہے ہم جسٹس کا نظام قائم کریں گے، کوئی کہا مسجدیں بھریں گے۔ طرح طرح کے ہنگامے جاری ہیں لیکن رسول اللہ صلی اللہ علیہ وسلم نے ایسا نہیں کیا۔</w:t>
      </w:r>
    </w:p>
    <w:p>
      <w:r>
        <w:rPr>
          <w:b/>
        </w:rPr>
        <w:t xml:space="preserve">[26:50] </w:t>
      </w:r>
      <w:r>
        <w:t>rasool Allah sal Allah aleh wasalam ne Islam ki ideology jo hai, Islam ki isprit hai, us ko zinda kiya aap ne. La ilaha ill Allah Islam ki ideology hai, Islam ki isprit hai.</w:t>
      </w:r>
    </w:p>
    <w:p>
      <w:pPr>
        <w:jc w:val="right"/>
      </w:pPr>
      <w:r>
        <w:t>رسول اللہ صلی اللہ علیہ وسلم نے اسلام کی آئیڈیالوجی جو ہے، اسلام کی اسپرٹ ہے، اس کو زندہ کیا آپ نے۔ لا الہ الا اللہ اسلام کی آئیڈیالوجی ہے، اسلام کی اسپرٹ ہے۔</w:t>
      </w:r>
    </w:p>
    <w:p>
      <w:r>
        <w:rPr>
          <w:b/>
        </w:rPr>
        <w:t xml:space="preserve">[27:04] </w:t>
      </w:r>
      <w:r>
        <w:t>yaani us ko doosre lafz aap keh sakte hain ke yaani marifat, marifat ko zinda karne se aap ne aghaz kiya. doosri baat is se kya nikalti hai ke aap jab jaate the logon ke darmiyan, woh kehte the "qullu la ilaha illu tufllu".</w:t>
      </w:r>
    </w:p>
    <w:p>
      <w:pPr>
        <w:jc w:val="right"/>
      </w:pPr>
      <w:r>
        <w:t>یعنی اس کو دوسرے لفظ آپ کہہ سکتے ہیں کہ یعنی معرفت، معرفت کو زندہ کرنے سے آپ نے آغاز کیا۔ دوسری بات اس سے کیا نکلتی ہے کہ آپ جب جاتے تھے لوگوں کے درمیان، وہ کہتے تھے "قُلُوا لَا إِلَهَ إِلَّا تُّفْلُوا" ۔</w:t>
      </w:r>
    </w:p>
    <w:p>
      <w:r>
        <w:rPr>
          <w:b/>
        </w:rPr>
        <w:t xml:space="preserve">[27:21] </w:t>
      </w:r>
      <w:r>
        <w:t>yeh yeh kalma daawat hota tha "ayyuha al-nas qullu la ilaha illu tufllu".</w:t>
      </w:r>
    </w:p>
    <w:p>
      <w:pPr>
        <w:jc w:val="right"/>
      </w:pPr>
      <w:r>
        <w:t>یہ یہ کلمہ دعوت ہوتا تھا "أَيُّهَا النَّاس قُلُوا لَا إِلَهَ إِلَّا تُّفْلُوا" ۔</w:t>
      </w:r>
    </w:p>
    <w:p>
      <w:r>
        <w:rPr>
          <w:b/>
        </w:rPr>
        <w:t xml:space="preserve">[27:30] </w:t>
      </w:r>
      <w:r>
        <w:t>yeh kya hota tha? yeh kalma daawat.</w:t>
      </w:r>
    </w:p>
    <w:p>
      <w:pPr>
        <w:jc w:val="right"/>
      </w:pPr>
      <w:r>
        <w:t>یہ کیا ہوتا تھا؟ یہ کلمہ دعوت۔</w:t>
      </w:r>
    </w:p>
    <w:p>
      <w:r>
        <w:rPr>
          <w:b/>
        </w:rPr>
        <w:t xml:space="preserve">[27:33] </w:t>
      </w:r>
      <w:r>
        <w:t>is ke mani ke is mein do cheezein niklein: marifat aur daawat. marifat aur daawat. rasool Allah sal Allah aleh wasalam ka jo jo pattern hai pehle zamane ka,</w:t>
      </w:r>
    </w:p>
    <w:p>
      <w:pPr>
        <w:jc w:val="right"/>
      </w:pPr>
      <w:r>
        <w:t>اس کے معنی کہ اس میں دو چیزیں نکلیں: معرفت اور دعوت۔ معرفت اور دعوت۔ رسول اللہ صلی اللہ علیہ وسلم کا جو جو پیٹرن ہے پہلے زمانے کا،</w:t>
      </w:r>
    </w:p>
    <w:p>
      <w:r>
        <w:rPr>
          <w:b/>
        </w:rPr>
        <w:t xml:space="preserve">[27:47] </w:t>
      </w:r>
      <w:r>
        <w:t>jis se ke Islam ka aghaz hua, jo doosron ko ajeeb ajnabi ajnabi maloom hota tha, us mein do hi cheezein thin basic: marifat aur daawat.</w:t>
      </w:r>
    </w:p>
    <w:p>
      <w:pPr>
        <w:jc w:val="right"/>
      </w:pPr>
      <w:r>
        <w:t>جس سے کہ اسلام کا آغاز ہوا، جو دوسروں کو عجیب اجنبی اجنبی معلوم ہوتا تھا، اس میں دو ہی چیزیں تھیں بیسک: معرفت اور دعوت۔</w:t>
      </w:r>
    </w:p>
    <w:p>
      <w:r>
        <w:rPr>
          <w:b/>
        </w:rPr>
        <w:t xml:space="preserve">[27:59] </w:t>
      </w:r>
      <w:r>
        <w:t>"ayyuha al-nas qullu la ilaha illu tufllu" . isi mein dono baatein nikal rahi hain.</w:t>
      </w:r>
    </w:p>
    <w:p>
      <w:pPr>
        <w:jc w:val="right"/>
      </w:pPr>
      <w:r>
        <w:t>"أَيُّهَا النَّاس قُلُوا لَا إِلَهَ إِلَّا تُّفْلُوا" ۔ اسی میں دونوں باتیں نکل رہی ہیں۔</w:t>
      </w:r>
    </w:p>
    <w:p>
      <w:r>
        <w:rPr>
          <w:b/>
        </w:rPr>
        <w:t xml:space="preserve">[28:07] </w:t>
      </w:r>
      <w:r>
        <w:t>is se kya sabit hua ke baad ke zamane mein jab ummat mein zawal aa jaye to us waqt dobara jo zinda karne ka kaam hai ummat ko, revive karne ka kaam hai, to yahan se shuru hoga.</w:t>
      </w:r>
    </w:p>
    <w:p>
      <w:pPr>
        <w:jc w:val="right"/>
      </w:pPr>
      <w:r>
        <w:t>اس سے کیا ثابت ہوا کہ بعد کے زمانے میں جب امت میں زوال آ جائے تو اس وقت دوبارہ جو زندہ کرنے کا کام ہے امت کو، ریوائیو کرنے کا کام ہے، تو یہاں سے شروع ہوگا۔</w:t>
      </w:r>
    </w:p>
    <w:p>
      <w:r>
        <w:rPr>
          <w:b/>
        </w:rPr>
        <w:t xml:space="preserve">[28:21] </w:t>
      </w:r>
      <w:r>
        <w:t>yaani marifat aur daawat ke ehya se shuru hoga. yeh</w:t>
      </w:r>
    </w:p>
    <w:p>
      <w:pPr>
        <w:jc w:val="right"/>
      </w:pPr>
      <w:r>
        <w:t>یعنی معرفت اور دعوت کے احیاء سے شروع ہوگا۔ یہ</w:t>
      </w:r>
    </w:p>
    <w:p>
      <w:r>
        <w:rPr>
          <w:b/>
        </w:rPr>
        <w:t xml:space="preserve">[28:26] </w:t>
      </w:r>
      <w:r>
        <w:t>do point hain ke yeh two point formula hai ke baad ki ummat mein in ke andar marifat ko zinda karo aur daawat ko zinda karo.</w:t>
      </w:r>
    </w:p>
    <w:p>
      <w:pPr>
        <w:jc w:val="right"/>
      </w:pPr>
      <w:r>
        <w:t>دو پوائنٹ ہیں کہ یہ ٹو پوائنٹ فارمولا ہے کہ بعد کی امت میں ان کے اندر معرفت کو زندہ کرو اور دعوت کو زندہ کرو۔</w:t>
      </w:r>
    </w:p>
    <w:p>
      <w:r>
        <w:rPr>
          <w:b/>
        </w:rPr>
        <w:t xml:space="preserve">[28:38] </w:t>
      </w:r>
      <w:r>
        <w:t>marifat apni zaat ke aitbar se aur daawat doosre aqwam ke aitbar se. jab bhi musalman honge to zahir hai kuch doosri qoumein bhi hongi, doosre log bhi honge.</w:t>
      </w:r>
    </w:p>
    <w:p>
      <w:pPr>
        <w:jc w:val="right"/>
      </w:pPr>
      <w:r>
        <w:t>معرفت اپنی ذات کے اعتبار سے اور دعوت دوسرے اقوام کے اعتبار سے۔ جب بھی مسلمان ہوں گے تو ظاہر ہے کچھ دوسری قومیں بھی ہوں گی، دوسرے لوگ بھی ہوں گے۔</w:t>
      </w:r>
    </w:p>
    <w:p>
      <w:r>
        <w:rPr>
          <w:b/>
        </w:rPr>
        <w:t xml:space="preserve">[28:51] </w:t>
      </w:r>
      <w:r>
        <w:t>to apne aitbar se marifat ko zinda karna aur doosron ke aitbar se daawat ko zinda karna, yeh hai pehla model jo rasool Allah ke zamane se hamein daryaft hota hai.</w:t>
      </w:r>
    </w:p>
    <w:p>
      <w:pPr>
        <w:jc w:val="right"/>
      </w:pPr>
      <w:r>
        <w:t>تو اپنے اعتبار سے معرفت کو زندہ کرنا اور دوسروں کے اعتبار سے دعوت کو زندہ کرنا، یہ ہے پہلا ماڈل جو رسول اللہ کے زمانے سے ہمیں دریافت ہوتا ہے۔</w:t>
      </w:r>
    </w:p>
    <w:p>
      <w:r>
        <w:rPr>
          <w:b/>
        </w:rPr>
        <w:t xml:space="preserve">[29:04] </w:t>
      </w:r>
      <w:r>
        <w:t>ab aap ghor kijiye ke yeh model jo hai aaj ke zamane ke musalmanon mein phir ajnabi ho gaya hai. in ki samajh mein bhi nahi aata.</w:t>
      </w:r>
    </w:p>
    <w:p>
      <w:pPr>
        <w:jc w:val="right"/>
      </w:pPr>
      <w:r>
        <w:t>اب آپ غور کیجئے کہ یہ ماڈل جو ہے آج کے زمانے کے مسلمانوں میں پھر اجنبی ہو گیا ہے۔ ان کی سمجھ میں بھی نہیں آتا۔</w:t>
      </w:r>
    </w:p>
    <w:p>
      <w:r>
        <w:rPr>
          <w:b/>
        </w:rPr>
        <w:t xml:space="preserve">[29:14] </w:t>
      </w:r>
      <w:r>
        <w:t>ab to in ko samajh mein aata hai ke jalsay ki dhoom aur stage ki dhoom aur masjidon mein masjidon ko bharna aur nizam qaim karo, hukoomat qaim karo, us ke hangame khade karna waghera waghera jo aap jante hain, rozana khabrein aati rehti hain.</w:t>
      </w:r>
    </w:p>
    <w:p>
      <w:pPr>
        <w:jc w:val="right"/>
      </w:pPr>
      <w:r>
        <w:t>اب تو ان کو سمجھ میں آتا ہے کہ جلسے کی دھوم اور اسٹیج کی دھوم اور مسجدوں میں مسجدوں کو بھرنا اور نظام قائم کرو، حکومت قائم کرو، اس کے ہنگامے کھڑے کرنا وغیرہ وغیرہ جو آپ جانتے ہیں، روزانہ خبریں آتی رہتی ہیں۔</w:t>
      </w:r>
    </w:p>
    <w:p>
      <w:r>
        <w:rPr>
          <w:b/>
        </w:rPr>
        <w:t xml:space="preserve">[29:33] </w:t>
      </w:r>
      <w:r>
        <w:t>woh hai model jo bana rakha hai musalmanon ne. is model ke muqable mein yeh model in ko ajnabi maloom hota hai.</w:t>
      </w:r>
    </w:p>
    <w:p>
      <w:pPr>
        <w:jc w:val="right"/>
      </w:pPr>
      <w:r>
        <w:t>وہ ہے ماڈل جو بنا رکھا ہے مسلمانوں نے۔ اس ماڈل کے مقابلے میں یہ ماڈل ان کو اجنبی معلوم ہوتا ہے۔</w:t>
      </w:r>
    </w:p>
    <w:p>
      <w:r>
        <w:rPr>
          <w:b/>
        </w:rPr>
        <w:t xml:space="preserve">[29:41] </w:t>
      </w:r>
      <w:r>
        <w:t>yaani jo model marifat aur daawat par mabni hai, woh in ko ajnabi maloom hota hai. ajnabi. theek wohi soorat haal aaj qaim ho gayi hai jo pehle zamane mein thi ke woh deen, woh deeni model jo rasool Allah ka model tha, jis ke jis ke bunyadi nuqte do the: marifat aur daawat.</w:t>
      </w:r>
    </w:p>
    <w:p>
      <w:pPr>
        <w:jc w:val="right"/>
      </w:pPr>
      <w:r>
        <w:t>یعنی جو ماڈل معرفت اور دعوت پر مبنی ہے، وہ ان کو اجنبی معلوم ہوتا ہے۔ اجنبی۔ ٹھیک وہی صورتحال آج قائم ہو گئی ہے جو پہلے زمانے میں تھی کہ وہ دین، وہ دینی ماڈل جو رسول اللہ کا ماڈل تھا، جس کے جس کے بنیادی نقطے دو تھے: معرفت اور دعوت۔</w:t>
      </w:r>
    </w:p>
    <w:p>
      <w:r>
        <w:rPr>
          <w:b/>
        </w:rPr>
        <w:t xml:space="preserve">[30:01] </w:t>
      </w:r>
      <w:r>
        <w:t>apni nisbat se marifat, doosre ki nisbat se daawat. to yeh model logon ke liye ajnabi ho gaya.</w:t>
      </w:r>
    </w:p>
    <w:p>
      <w:pPr>
        <w:jc w:val="right"/>
      </w:pPr>
      <w:r>
        <w:t>اپنی نسبت سے معرفت، دوسرے کی نسبت سے دعوت۔ تو یہ ماڈل لوگوں کے لیے اجنبی ہو گیا۔</w:t>
      </w:r>
    </w:p>
    <w:p>
      <w:r>
        <w:rPr>
          <w:b/>
        </w:rPr>
        <w:t xml:space="preserve">[30:08] </w:t>
      </w:r>
      <w:r>
        <w:t>ab to yeh hai ke conference karo, jalsay karo aur us woh sarak par, sarak par jaloos nikalo aur masjidain bhuro.</w:t>
      </w:r>
    </w:p>
    <w:p>
      <w:pPr>
        <w:jc w:val="right"/>
      </w:pPr>
      <w:r>
        <w:t>اب تو یہ ہے کہ کانفرنس کرو، جلسے کرو اور اس وہ سڑک پر، سڑک پر جلوس نکالو اور مسجدیں بھرو۔</w:t>
      </w:r>
    </w:p>
    <w:p>
      <w:r>
        <w:rPr>
          <w:b/>
        </w:rPr>
        <w:t xml:space="preserve">[30:20] </w:t>
      </w:r>
      <w:r>
        <w:t>aur isi qism ke hangame. koi koi tumhara bara leader mil jaye to haan, janaze mein bheer bheer karo, hawajat bhar bhar ke jao namaz jame mein shirkat karne ke liye.</w:t>
      </w:r>
    </w:p>
    <w:p>
      <w:pPr>
        <w:jc w:val="right"/>
      </w:pPr>
      <w:r>
        <w:t>اور اسی قسم کے ہنگامے۔ کوئی کوئی تمہارا بڑا لیڈر مل جائے تو ہاں، جنازے میں بھیڑ بھیڑ کرو، حواجات بھر بھر کے جاؤ نماز جامع میں شرکت کرنے کے لیے۔</w:t>
      </w:r>
    </w:p>
    <w:p>
      <w:r>
        <w:rPr>
          <w:b/>
        </w:rPr>
        <w:t xml:space="preserve">[30:34] </w:t>
      </w:r>
      <w:r>
        <w:t>ek is qism ke jo hangame hain jo aap jante hain, jo rozana musalmanon mein hote rehte hain, us ke muqable mein inhe yeh ajnabi maloom hota hai.</w:t>
      </w:r>
    </w:p>
    <w:p>
      <w:pPr>
        <w:jc w:val="right"/>
      </w:pPr>
      <w:r>
        <w:t>ایک اس قسم کے جو ہنگامے ہیں جو آپ جانتے ہیں، جو روزانہ مسلمانوں میں ہوتے رہتے ہیں، اس کے مقابلے میں انہیں یہ اجنبی معلوم ہوتا ہے۔</w:t>
      </w:r>
    </w:p>
    <w:p>
      <w:r>
        <w:rPr>
          <w:b/>
        </w:rPr>
        <w:t xml:space="preserve">[30:45] </w:t>
      </w:r>
      <w:r>
        <w:t>ab aap dekhiye, itne hangame teen sau saal mein musalmanon ne kiye hain aur nateeja zero, nateeja zero.</w:t>
      </w:r>
    </w:p>
    <w:p>
      <w:pPr>
        <w:jc w:val="right"/>
      </w:pPr>
      <w:r>
        <w:t>اب آپ دیکھیے، اتنے ہنگامے تین سو سال میں مسلمانوں نے کیے ہیں اور نتیجہ صفر، نتیجہ زیرو۔</w:t>
      </w:r>
    </w:p>
    <w:p>
      <w:r>
        <w:rPr>
          <w:b/>
        </w:rPr>
        <w:t xml:space="preserve">[30:56] </w:t>
      </w:r>
      <w:r>
        <w:t>bari bari tehreekein uthai</w:t>
      </w:r>
    </w:p>
    <w:p>
      <w:pPr>
        <w:jc w:val="right"/>
      </w:pPr>
      <w:r>
        <w:t>بڑی بڑی تحریکیں اٹھائی</w:t>
      </w:r>
    </w:p>
    <w:p>
      <w:r>
        <w:rPr>
          <w:b/>
        </w:rPr>
        <w:t xml:space="preserve">[30:58] </w:t>
      </w:r>
      <w:r>
        <w:t>gai'n hukoomat qaim karne ke liye, nizaam qaim karne ke liye, masjidain bharne ke liye aur jalsa jaloos ke hangamay karne ke liye.</w:t>
      </w:r>
    </w:p>
    <w:p>
      <w:pPr>
        <w:jc w:val="right"/>
      </w:pPr>
      <w:r>
        <w:t>گئیں حکومت قائم کرنے کے لیے، نظام قائم کرنے کے لیے، مسجدیں بھرنے کے لیے اور جلسہ جلوس کے ہنگامے کرنے کے لیے۔</w:t>
      </w:r>
    </w:p>
    <w:p>
      <w:r>
        <w:rPr>
          <w:b/>
        </w:rPr>
        <w:t xml:space="preserve">[31:08] </w:t>
      </w:r>
      <w:r>
        <w:t>beshumar tehreekein hain, beshumar tehreekein hain khilafat qaim karne ke liye lekin result kuch bhi nahi, result zero hai.</w:t>
      </w:r>
    </w:p>
    <w:p>
      <w:pPr>
        <w:jc w:val="right"/>
      </w:pPr>
      <w:r>
        <w:t>بے شمار تحریکیں ہیں، بے شمار تحریکیں ہیں خلافت قائم کرنے کے لیے لیکن رزلٹ کچھ بھی نہیں، رزلٹ زیرو ہے۔</w:t>
      </w:r>
    </w:p>
    <w:p>
      <w:r>
        <w:rPr>
          <w:b/>
        </w:rPr>
        <w:t xml:space="preserve">[31:17] </w:t>
      </w:r>
      <w:r>
        <w:t>kyun? Allah ki nasrat hasil nahi.</w:t>
      </w:r>
    </w:p>
    <w:p>
      <w:pPr>
        <w:jc w:val="right"/>
      </w:pPr>
      <w:r>
        <w:t>کیوں؟ اللہ کی نصرت حاصل نہیں۔</w:t>
      </w:r>
    </w:p>
    <w:p>
      <w:r>
        <w:rPr>
          <w:b/>
        </w:rPr>
        <w:t xml:space="preserve">[31:21] </w:t>
      </w:r>
      <w:r>
        <w:t>Allah ki jo madad hai, woh aaye gi jab jab ke aap Rasool Allah ke pattern ko zinda karein. Rasool Allah ke pattern ko zinda karein, tab aaye gi madad.</w:t>
      </w:r>
    </w:p>
    <w:p>
      <w:pPr>
        <w:jc w:val="right"/>
      </w:pPr>
      <w:r>
        <w:t>اللہ کی جو مدد ہے، وہ آئے گی جب جب کہ آپ رسول اللہ کے پیٹرن کو زندہ کریں۔ رسول اللہ کے پیٹرن کو زندہ کریں، تب آئے گی مدد۔</w:t>
      </w:r>
    </w:p>
    <w:p>
      <w:r>
        <w:rPr>
          <w:b/>
        </w:rPr>
        <w:t xml:space="preserve">[31:36] </w:t>
      </w:r>
      <w:r>
        <w:t>aap isi hisab se samjhiye ke ab jo log yeh kaam kar rahe hain, hamare mission ke log jo yeh kaam kar rahe hain, woh Musalmanon mein ajnabi ban gaye.</w:t>
      </w:r>
    </w:p>
    <w:p>
      <w:pPr>
        <w:jc w:val="right"/>
      </w:pPr>
      <w:r>
        <w:t>آپ اسی حساب سے سمجھیے کہ اب جو لوگ یہ کام کر رہے ہیں، ہمارے مشن کے لوگ جو یہ کام کر رہے ہیں، وہ مسلمانوں میں اجنبی بن گئے۔</w:t>
      </w:r>
    </w:p>
    <w:p>
      <w:r>
        <w:rPr>
          <w:b/>
        </w:rPr>
        <w:t xml:space="preserve">[31:49] </w:t>
      </w:r>
      <w:r>
        <w:t>woh samajhte hain yeh kya kar rahe ho? kaam kaam toh yeh tha karna. kaam toh yeh hai ke Yahudiyon ke zulm kar rahe hain, un ke khilaf hangama karo. America zulm kar raha hai, us ke khilaf hangama karo.</w:t>
      </w:r>
    </w:p>
    <w:p>
      <w:pPr>
        <w:jc w:val="right"/>
      </w:pPr>
      <w:r>
        <w:t>وہ سمجھتے ہیں یہ کیا کر رہے ہو؟ کام کام تو یہ تھا کرنا۔ کام تو یہ ہے کہ یہودیوں کے ظلم کر رہے ہیں، ان کے خلاف ہنگامہ کرو۔ امریکہ ظلم کر رہا ہے، اس کے خلاف ہنگامہ کرو۔</w:t>
      </w:r>
    </w:p>
    <w:p>
      <w:r>
        <w:rPr>
          <w:b/>
        </w:rPr>
        <w:t xml:space="preserve">[32:00] </w:t>
      </w:r>
      <w:r>
        <w:t>masjidain khali hain, is ko bharo aur aur aur woh bheer kar ke Makkah pahuncho, Hajj karo.</w:t>
      </w:r>
    </w:p>
    <w:p>
      <w:pPr>
        <w:jc w:val="right"/>
      </w:pPr>
      <w:r>
        <w:t>مسجدیں خالی ہیں، اس کو بھرو اور اور اور وہ بھیڑ کر کے مکہ پہنچو، حج کرو۔</w:t>
      </w:r>
    </w:p>
    <w:p>
      <w:r>
        <w:rPr>
          <w:b/>
        </w:rPr>
        <w:t xml:space="preserve">[32:11] </w:t>
      </w:r>
      <w:r>
        <w:t>yaani jo tarah tarah ke hangamay hain. kaam toh yeh hai Muslim empowerment karo.</w:t>
      </w:r>
    </w:p>
    <w:p>
      <w:pPr>
        <w:jc w:val="right"/>
      </w:pPr>
      <w:r>
        <w:t>یعنی جو طرح طرح کے ہنگامے ہیں۔ کام تو یہ ہے مسلم ایمپاورمنٹ کرو۔</w:t>
      </w:r>
    </w:p>
    <w:p>
      <w:r>
        <w:rPr>
          <w:b/>
        </w:rPr>
        <w:t xml:space="preserve">[32:19] </w:t>
      </w:r>
      <w:r>
        <w:t>yeh jo aap toh kar rahe ho, yeh toh un ko ajnabi lagta hai. isi ko farmaya ke "fatuba lil gharabaa" . fatuba lil gharabaa. mubarak hain woh log jo ajnabi ban jayein.</w:t>
      </w:r>
    </w:p>
    <w:p>
      <w:pPr>
        <w:jc w:val="right"/>
      </w:pPr>
      <w:r>
        <w:t>یہ جو آپ تو کر رہے ہو، یہ تو ان کو اجنبی لگتا ہے۔ اسی کو فرمایا کہ "فَطُوبَى لِلْغَرَبَاءِ" ۔ فتوبہ للغرباء۔ مبارک ہیں وہ لوگ جو اجنبی بن جائیں۔</w:t>
      </w:r>
    </w:p>
    <w:p>
      <w:r>
        <w:rPr>
          <w:b/>
        </w:rPr>
        <w:t xml:space="preserve">[32:34] </w:t>
      </w:r>
      <w:r>
        <w:t>masjid toh is ke maani kya hain ke aap in logon ke liye khushkhabri hain jo is is daur mein jab ke Musalman ek khud sakhta model par qaim ho gaye hain, is mein jab woh is model ko zinda karein jo Rasool</w:t>
      </w:r>
    </w:p>
    <w:p>
      <w:pPr>
        <w:jc w:val="right"/>
      </w:pPr>
      <w:r>
        <w:t>مسجد تو اس کے معنی کیا ہیں کہ آپ ان لوگوں کے لیے خوشخبری ہیں جو اس اس دور میں جب کہ مسلمان ایک خود ساختہ ماڈل پر قائم ہو گئے ہیں، اس میں جب وہ اس ماڈل کو زندہ کریں جو رسول</w:t>
      </w:r>
    </w:p>
    <w:p>
      <w:r>
        <w:rPr>
          <w:b/>
        </w:rPr>
        <w:t xml:space="preserve">[32:48] </w:t>
      </w:r>
      <w:r>
        <w:t>Allah ka model hai aur log kahein ke yeh kaun sa model tum pakar rakha hai? yeh kya baat hai? yeh kaun sa tareeqa hai? asal baat toh yeh hai ke bult ke hangamay karo, Musalmanon ke hangamay karo, jaloos nikalo aur hukoomat qaim karo, nizaam qaim karo,</w:t>
      </w:r>
    </w:p>
    <w:p>
      <w:pPr>
        <w:jc w:val="right"/>
      </w:pPr>
      <w:r>
        <w:t>اللہ کا ماڈل ہے اور لوگ کہیں کہ یہ کون سا ماڈل تم پکڑ رکھا ہے؟ یہ کیا بات ہے؟ یہ کون سا طریقہ ہے؟ اصل بات تو یہ ہے کہ بلت کے ہنگامے کرو، مسلمانوں کے ہنگامے کرو، جلوس نکالو اور حکومت قائم کرو، نظام قائم کرو،</w:t>
      </w:r>
    </w:p>
    <w:p>
      <w:r>
        <w:rPr>
          <w:b/>
        </w:rPr>
        <w:t xml:space="preserve">[33:06] </w:t>
      </w:r>
      <w:r>
        <w:t>qitaal karo, ladai bhadai karo, jihad zinda karo.</w:t>
      </w:r>
    </w:p>
    <w:p>
      <w:pPr>
        <w:jc w:val="right"/>
      </w:pPr>
      <w:r>
        <w:t>قتال کرو، لڑائی بھڑائی کرو، جہاد زندہ کرو۔</w:t>
      </w:r>
    </w:p>
    <w:p>
      <w:r>
        <w:rPr>
          <w:b/>
        </w:rPr>
        <w:t xml:space="preserve">[33:10] </w:t>
      </w:r>
      <w:r>
        <w:t>is tarah ke jo Musalmanon mein deen ka model bana hua hai, is mein jo log uthein ge Rasool Allah ke tareeqay ko le kar ke, yaani marifat aur dawat ke tareeqay ko le kar ke, woh ajnabi ho jayein ge.</w:t>
      </w:r>
    </w:p>
    <w:p>
      <w:pPr>
        <w:jc w:val="right"/>
      </w:pPr>
      <w:r>
        <w:t>اس طرح کے جو مسلمانوں میں دین کا ماڈل بنا ہوا ہے، اس میں جو لوگ اٹھیں گے رسول اللہ کے طریقے کو لے کر کے، یعنی معرفت اور دعوت کے طریقے کو لے کر کے، وہ اجنبی ہو جائیں گے۔</w:t>
      </w:r>
    </w:p>
    <w:p>
      <w:r>
        <w:rPr>
          <w:b/>
        </w:rPr>
        <w:t xml:space="preserve">[33:23] </w:t>
      </w:r>
      <w:r>
        <w:t>dobara un ke liye farmaya ke bohat mubarak mubarakbad hain un ke upar, Allah ki blessing hai un ke upar.</w:t>
      </w:r>
    </w:p>
    <w:p>
      <w:pPr>
        <w:jc w:val="right"/>
      </w:pPr>
      <w:r>
        <w:t>دوبارہ ان کے لیے فرمایا کہ بہت مبارک مبارکباد ہیں ان کے اوپر، اللہ کی بلیسنگ ہے ان کے اوپر۔</w:t>
      </w:r>
    </w:p>
    <w:p>
      <w:r>
        <w:rPr>
          <w:b/>
        </w:rPr>
        <w:t xml:space="preserve">[33:33] </w:t>
      </w:r>
      <w:r>
        <w:t>toh yeh history yahan repeat kar rahi hai, tareekh yahan repeat kar rahi hai ke jis tarah Rasool Allah sal Allah alaihi wasallam apne zamane mein jo logon ne model bana rakha tha pichle paighambaron ke naam par, Hazrat Ibrahim ke naam par, Hazrat Musa ke naam par,</w:t>
      </w:r>
    </w:p>
    <w:p>
      <w:pPr>
        <w:jc w:val="right"/>
      </w:pPr>
      <w:r>
        <w:t>تو یہ ہسٹری یہاں ریپیٹ کر رہی ہے، تاریخ یہاں ریپیٹ کر رہی ہے کہ جس طرح رسول اللہ صلی اللہ علیہ وسلم اپنے زمانے میں جو لوگوں نے ماڈل بنا رکھا تھا پچھلے پیغمبروں کے نام پر، حضرت ابراہیم کے نام پر، حضرت موسیٰ کے نام پر،</w:t>
      </w:r>
    </w:p>
    <w:p>
      <w:r>
        <w:rPr>
          <w:b/>
        </w:rPr>
        <w:t xml:space="preserve">[33:52] </w:t>
      </w:r>
      <w:r>
        <w:t>toh un ka jo apna banaya hua model tha, us se jab compare karte the toh Rasool Allah ka tareeqa un ko lagta tha ke yeh toh bohat ajnabi hai, yeh kaun si deen hai?</w:t>
      </w:r>
    </w:p>
    <w:p>
      <w:pPr>
        <w:jc w:val="right"/>
      </w:pPr>
      <w:r>
        <w:t>تو ان کا جو اپنا بنایا ہوا ماڈل تھا، اس سے جب کمپیئر کرتے تھے تو رسول اللہ کا طریقہ ان کو لگتا تھا کہ یہ تو بہت اجنبی ہے، یہ کون سی دین ہے؟</w:t>
      </w:r>
    </w:p>
    <w:p>
      <w:r>
        <w:rPr>
          <w:b/>
        </w:rPr>
        <w:t xml:space="preserve">[34:03] </w:t>
      </w:r>
      <w:r>
        <w:t>yeh</w:t>
      </w:r>
    </w:p>
    <w:p>
      <w:pPr>
        <w:jc w:val="right"/>
      </w:pPr>
      <w:r>
        <w:t>یہ</w:t>
      </w:r>
    </w:p>
    <w:p>
      <w:r>
        <w:rPr>
          <w:b/>
        </w:rPr>
        <w:t xml:space="preserve">[34:05] </w:t>
      </w:r>
      <w:r>
        <w:t>anokha deen khare ho gaye hain yeh log. toh un ko woh mubarakbad ka Allah ki nazar mein woh mubarakbad thehre, Allah ki nazar mein woh mubarak ke qabil thehre.</w:t>
      </w:r>
    </w:p>
    <w:p>
      <w:pPr>
        <w:jc w:val="right"/>
      </w:pPr>
      <w:r>
        <w:t>انوکھا دین کھڑے ہو گئے ہیں یہ لوگ۔ تو ان کو وہ مبارکباد کا اللہ کی نظر میں وہ مبارکباد ٹھہرے، اللہ کی نظر میں وہ مبارک کے قابل ٹھہرے۔</w:t>
      </w:r>
    </w:p>
    <w:p>
      <w:r>
        <w:rPr>
          <w:b/>
        </w:rPr>
        <w:t xml:space="preserve">[34:16] </w:t>
      </w:r>
      <w:r>
        <w:t>woh log ab dobara jo log aisa karein ge ke maujooda zamane mein jo Musalmanon mein bigaad aa chuka hai, jo self-styled version ek hai, un ka banaya hua, us par jo khare hue hain,</w:t>
      </w:r>
    </w:p>
    <w:p>
      <w:pPr>
        <w:jc w:val="right"/>
      </w:pPr>
      <w:r>
        <w:t>وہ لوگ اب دوبارہ جو لوگ ایسا کریں گے کہ موجودہ زمانے میں جو مسلمانوں میں بگاڑ آ چکا ہے، جو سیلف اسٹائلڈ ورژن ایک ہے، ان کا بنایا ہوا، اس پر جو کھڑے ہوئے ہیں،</w:t>
      </w:r>
    </w:p>
    <w:p>
      <w:r>
        <w:rPr>
          <w:b/>
        </w:rPr>
        <w:t xml:space="preserve">[34:31] </w:t>
      </w:r>
      <w:r>
        <w:t>self-styled version of Islam, us par khare hue</w:t>
      </w:r>
    </w:p>
    <w:p>
      <w:pPr>
        <w:jc w:val="right"/>
      </w:pPr>
      <w:r>
        <w:t>سیلف اسٹائل ورژن آف اسلام، اس پر کھڑے ہوئے</w:t>
      </w:r>
    </w:p>
    <w:p>
      <w:r>
        <w:rPr>
          <w:b/>
        </w:rPr>
        <w:t xml:space="preserve">[34:34] </w:t>
      </w:r>
      <w:r>
        <w:t>hain, us ke muqable mein jo log ajnabi ban jayein ge, dobara un ke liye mubarakbad hai, Allah ki blessing hai un ke upar aur Allah ki nasratein un par utrein gi.</w:t>
      </w:r>
    </w:p>
    <w:p>
      <w:pPr>
        <w:jc w:val="right"/>
      </w:pPr>
      <w:r>
        <w:t>ہیں، اس کے مقابلے میں جو لوگ اجنبی بن جائیں گے، دوبارہ ان کے لیے مبارکباد ہے، اللہ کی بلیسنگ ہے ان کے اوپر اور اللہ کی نصرتیں ان پر اتریں گی۔</w:t>
      </w:r>
    </w:p>
    <w:p>
      <w:r>
        <w:rPr>
          <w:b/>
        </w:rPr>
        <w:t xml:space="preserve">[34:45] </w:t>
      </w:r>
      <w:r>
        <w:t>is mein koi is mein shaq nahi. yeh haqeeqat hai jo is hadees mein bayan ki gayi hai.</w:t>
      </w:r>
    </w:p>
    <w:p>
      <w:pPr>
        <w:jc w:val="right"/>
      </w:pPr>
      <w:r>
        <w:t>اس میں کوئی اس میں شک نہیں۔ یہ حقیقت ہے جو اس حدیث میں بیان کی گئی ہے۔</w:t>
      </w:r>
    </w:p>
    <w:p>
      <w:r>
        <w:rPr>
          <w:b/>
        </w:rPr>
        <w:t xml:space="preserve">[34:54] </w:t>
      </w:r>
      <w:r>
        <w:t>ab is ko aap dohraiye jo main ne arz kiya tha ke Allah taala ne nabiyon ke zariye se apna deen bheja, woh deen mehfooz na reh saka.</w:t>
      </w:r>
    </w:p>
    <w:p>
      <w:pPr>
        <w:jc w:val="right"/>
      </w:pPr>
      <w:r>
        <w:t>اب اس کو آپ دہرائیے جو میں نے عرض کیا تھا کہ اللہ تعالیٰ نے نبیوں کے ذریعے سے اپنا دین بھیجا، وہ دین محفوظ نہ رہ سکا۔</w:t>
      </w:r>
    </w:p>
    <w:p>
      <w:r>
        <w:rPr>
          <w:b/>
        </w:rPr>
        <w:t xml:space="preserve">[35:11] </w:t>
      </w:r>
      <w:r>
        <w:t>bar bar nabi aate rahe, phir Rasool Allah sal Allah alaihi wasallam ke zariye se Allah taala ne khusoosi intezaam kiya. mera maanna hai ke woh that was an intervention by God</w:t>
      </w:r>
    </w:p>
    <w:p>
      <w:pPr>
        <w:jc w:val="right"/>
      </w:pPr>
      <w:r>
        <w:t>بار بار نبی آتے رہے، پھر رسول اللہ صلی اللہ علیہ وسلم کے ذریعے سے اللہ تعالیٰ نے خصوصی انتظام کیا۔ میرا ماننا ہے کہ وہ that was an intervention by God</w:t>
      </w:r>
    </w:p>
    <w:p>
      <w:r>
        <w:rPr>
          <w:b/>
        </w:rPr>
        <w:t xml:space="preserve">[35:23] </w:t>
      </w:r>
      <w:r>
        <w:t>Allah Ta'ala ne intervene kar ke khud manage kiya aur Allah Ta'ala ne yeh kiya ke woh jo word of God hai, jo Allah ki jo kitaab hai, jo Quran hai, woh mehfooz ho gayi.</w:t>
      </w:r>
    </w:p>
    <w:p>
      <w:pPr>
        <w:jc w:val="right"/>
      </w:pPr>
      <w:r>
        <w:t>۔ اللہ تعالیٰ نے انٹروین کر کے خود مینج کیا اور اللہ تعالیٰ نے یہ کیا کہ وہ جو ورڈ آف گاڈ ہے، جو اللہ کی جو کتاب ہے، جو قرآن ہے، وہ محفوظ ہو گئی۔</w:t>
      </w:r>
    </w:p>
    <w:p>
      <w:r>
        <w:rPr>
          <w:b/>
        </w:rPr>
        <w:t xml:space="preserve">[35:35] </w:t>
      </w:r>
      <w:r>
        <w:t>Iska text mehfooz ho gaya, iski language mehfooz ho gayi aur saath saath jo model hai, woh Rasool aur Sahaba Rasool ke zariye se woh bhi mehfooz ho gaya.</w:t>
      </w:r>
    </w:p>
    <w:p>
      <w:pPr>
        <w:jc w:val="right"/>
      </w:pPr>
      <w:r>
        <w:t>اس کا ٹیکسٹ محفوظ ہو گیا، اس کی لینگویج محفوظ ہو گئی اور ساتھ ساتھ جو ماڈل ہے، وہ رسول اور صحابہ رسول کے ذریعے سے وہ بھی محفوظ ہو گیا۔</w:t>
      </w:r>
    </w:p>
    <w:p>
      <w:r>
        <w:rPr>
          <w:b/>
        </w:rPr>
        <w:t xml:space="preserve">[35:48] </w:t>
      </w:r>
      <w:r>
        <w:t>Aaj kitabon mein aap sab kuch jaan sakte hain ke Rasool Allah ne aur Sahaba Karam ne kis tarah zindagi guzari, kis tarah mamlaat kiye, woh sab mehfooz hai.</w:t>
      </w:r>
    </w:p>
    <w:p>
      <w:pPr>
        <w:jc w:val="right"/>
      </w:pPr>
      <w:r>
        <w:t>آج کتابوں میں آپ سب کچھ جان سکتے ہیں کہ رسول اللہ نے اور صحابہ کرام نے کس طرح زندگی گزاری، کس طرح معاملات کیے، وہ سب محفوظ ہے۔</w:t>
      </w:r>
    </w:p>
    <w:p>
      <w:r>
        <w:rPr>
          <w:b/>
        </w:rPr>
        <w:t xml:space="preserve">[35:59] </w:t>
      </w:r>
      <w:r>
        <w:t>Lekin jo law of nature hai, woh toh apna kaam karega. Law of nature toh kaam karega. Toh</w:t>
      </w:r>
    </w:p>
    <w:p>
      <w:pPr>
        <w:jc w:val="right"/>
      </w:pPr>
      <w:r>
        <w:t>لیکن جو لاء آف نیچر ہے، وہ تو اپنا کام کرے گا۔ لاء آف نیچر تو کام کرے گا۔ تو</w:t>
      </w:r>
    </w:p>
    <w:p>
      <w:r>
        <w:rPr>
          <w:b/>
        </w:rPr>
        <w:t xml:space="preserve">[36:07] </w:t>
      </w:r>
      <w:r>
        <w:t>Agarche Islam ka version mehfooz hai, lekin phir lekin jo Ummat-e-Muslima hai, ismein toh baad ki naslon mein degeneration hoga, zawal aayega.</w:t>
      </w:r>
    </w:p>
    <w:p>
      <w:pPr>
        <w:jc w:val="right"/>
      </w:pPr>
      <w:r>
        <w:t>اگرچہ اسلام کا ورژن محفوظ ہے، لیکن پھر لیکن جو امت مسلمہ ہے، اس میں تو بعد کی نسلوں میں ڈی جنریشن ہوگا، زوال آئے گا۔</w:t>
      </w:r>
    </w:p>
    <w:p>
      <w:r>
        <w:rPr>
          <w:b/>
        </w:rPr>
        <w:t xml:space="preserve">[36:21] </w:t>
      </w:r>
      <w:r>
        <w:t>Tab jo kaam karna hai, woh yahi kaam karna hai ke aap ko aaghaz karna hai yahan se ke marifat aur dawat ko zinda karein. Marifat aur dawat yeh do buniyadi kalma hain.</w:t>
      </w:r>
    </w:p>
    <w:p>
      <w:pPr>
        <w:jc w:val="right"/>
      </w:pPr>
      <w:r>
        <w:t>تب جو کام کرنا ہے، وہ یہی کام کرنا ہے کہ آپ کو آغاز کرنا ہے یہاں سے کہ معرفت اور دعوت کو زندہ کریں۔ معرفت اور دعوت یہ دو بنیادی کلمہ ہیں۔</w:t>
      </w:r>
    </w:p>
    <w:p>
      <w:r>
        <w:rPr>
          <w:b/>
        </w:rPr>
        <w:t xml:space="preserve">[36:35] </w:t>
      </w:r>
      <w:r>
        <w:t>Jaise ke ab maine arz kiya ke Rasool Allah ka tareeqa yeh tha ke yeh aap wahan par aisa karte the ke logon ke paas jaate ho, kehte the ke "أَيُّهَا النَّاس قُلُوا لَا إِلَهَ إِلَّا تُفْلُوا" ۔</w:t>
      </w:r>
    </w:p>
    <w:p>
      <w:pPr>
        <w:jc w:val="right"/>
      </w:pPr>
      <w:r>
        <w:t>جیسے کہ اب میں نے عرض کیا کہ رسول اللہ کا طریقہ یہ تھا کہ یہ آپ وہاں پر ایسا کرتے تھے کہ لوگوں کے پاس جاتے ہو، کہتے تھے کہ "أَيُّهَا النَّاس قُلُوا لَا إِلَهَ إِلَّا تُفْلُوا" ۔</w:t>
      </w:r>
    </w:p>
    <w:p>
      <w:r>
        <w:rPr>
          <w:b/>
        </w:rPr>
        <w:t xml:space="preserve">[36:50] </w:t>
      </w:r>
      <w:r>
        <w:t>Ae logon! Kaho ke Allah ke siwa koi mabood nahi hai aur tumhare tum falaah paoge. Yeh kalma bohat ahem kalma hai, bohat badi iski meaning hai.</w:t>
      </w:r>
    </w:p>
    <w:p>
      <w:pPr>
        <w:jc w:val="right"/>
      </w:pPr>
      <w:r>
        <w:t>اے لوگوں! کہو کہ اللہ کے سوا کوئی معبود نہیں ہے اور تمہارے تم فلاح پاؤ گے۔ یہ کلمہ بہت اہم کلمہ ہے، بہت بڑی اس کی میننگ ہے۔</w:t>
      </w:r>
    </w:p>
    <w:p>
      <w:r>
        <w:rPr>
          <w:b/>
        </w:rPr>
        <w:t xml:space="preserve">[36:59] </w:t>
      </w:r>
      <w:r>
        <w:t>Meaning</w:t>
      </w:r>
    </w:p>
    <w:p>
      <w:pPr>
        <w:jc w:val="right"/>
      </w:pPr>
      <w:r>
        <w:t>میننگ</w:t>
      </w:r>
    </w:p>
    <w:p>
      <w:r>
        <w:rPr>
          <w:b/>
        </w:rPr>
        <w:t xml:space="preserve">[37:02] </w:t>
      </w:r>
      <w:r>
        <w:t>Ismein maloom hota hai ke jo zinda ki jayegi, jo cheez baad ke daur mein, woh marifat zinda ki jayegi aur iska jo pattern hoga, woh dawati pattern hoga.</w:t>
      </w:r>
    </w:p>
    <w:p>
      <w:pPr>
        <w:jc w:val="right"/>
      </w:pPr>
      <w:r>
        <w:t>اس میں معلوم ہوتا ہے کہ جو زندہ کی جائے گی، جو چیز بعد کے دور میں، وہ معرفت زندہ کی جائے گی اور اس کا جو پیٹرن ہوگا، وہ دعوتی پیٹرن ہوگا۔</w:t>
      </w:r>
    </w:p>
    <w:p>
      <w:r>
        <w:rPr>
          <w:b/>
        </w:rPr>
        <w:t xml:space="preserve">[37:13] </w:t>
      </w:r>
      <w:r>
        <w:t>Marifat aur dawat toh isko jo log le ke khade honge, toh jo Musalman is zamane ke, jo apne daur-e-zawal mein pahunch chuke honge, unko lagega ke bhai yeh kaun sa deen hai?</w:t>
      </w:r>
    </w:p>
    <w:p>
      <w:pPr>
        <w:jc w:val="right"/>
      </w:pPr>
      <w:r>
        <w:t>معرفت اور دعوت تو اس کو جو لوگ لے کے کھڑے ہوں گے، تو جو مسلمان اس زمانے کے، جو اپنے دور زوال میں پہنچ چکے ہوں گے، ان کو لگے گا کہ بھئی یہ کون سا دین ہے؟</w:t>
      </w:r>
    </w:p>
    <w:p>
      <w:r>
        <w:rPr>
          <w:b/>
        </w:rPr>
        <w:t xml:space="preserve">[37:28] </w:t>
      </w:r>
      <w:r>
        <w:t>Yeh kaun sa hai?</w:t>
      </w:r>
    </w:p>
    <w:p>
      <w:pPr>
        <w:jc w:val="right"/>
      </w:pPr>
      <w:r>
        <w:t>یہ کون سا ہے؟</w:t>
      </w:r>
    </w:p>
    <w:p>
      <w:r>
        <w:rPr>
          <w:b/>
        </w:rPr>
        <w:t xml:space="preserve">[37:30] </w:t>
      </w:r>
      <w:r>
        <w:t>Yeh yeh toh kuch aur hi cheez hai. Yeh iski wajah kya hoti hai ke aadmi kuch dinon ke baad is se familiar ho jata hai ya ismein conditioned ho jata hai.</w:t>
      </w:r>
    </w:p>
    <w:p>
      <w:pPr>
        <w:jc w:val="right"/>
      </w:pPr>
      <w:r>
        <w:t>یہ یہ تو کچھ اور ہی چیز ہے۔ یہ اس کی وجہ کیا ہوتی ہے کہ آدمی کچھ دنوں کے بعد اس سے فیبیلیر ہو جاتا ہے یا اس میں کنڈیشن ہو جاتا ہے۔</w:t>
      </w:r>
    </w:p>
    <w:p>
      <w:r>
        <w:rPr>
          <w:b/>
        </w:rPr>
        <w:t xml:space="preserve">[37:43] </w:t>
      </w:r>
      <w:r>
        <w:t>Toh Musalmanon ne jo zawal ke zamane mein jo version banaya ya khud-sakhta taur par jo model banaya, woh sadiyon guzrein.</w:t>
      </w:r>
    </w:p>
    <w:p>
      <w:pPr>
        <w:jc w:val="right"/>
      </w:pPr>
      <w:r>
        <w:t>تو مسلمانوں نے جو زوال کے زمانے میں جو ورژن بنایا یا خود ساختہ طور پر جو ماڈل بنایا، وہ صدیوں گزریں۔</w:t>
      </w:r>
    </w:p>
    <w:p>
      <w:r>
        <w:rPr>
          <w:b/>
        </w:rPr>
        <w:t xml:space="preserve">[37:53] </w:t>
      </w:r>
      <w:r>
        <w:t>Upar sadiyon guzar gayin</w:t>
      </w:r>
    </w:p>
    <w:p>
      <w:pPr>
        <w:jc w:val="right"/>
      </w:pPr>
      <w:r>
        <w:t>اوپر صدیوں گزر گئیں</w:t>
      </w:r>
    </w:p>
    <w:p>
      <w:r>
        <w:rPr>
          <w:b/>
        </w:rPr>
        <w:t xml:space="preserve">[37:56] </w:t>
      </w:r>
      <w:r>
        <w:t>Toh dheere dheere ismein woh familiar ho gaye, isi mein woh conditioned ho gaye. Ab unki soch isi par chalne lagi, is apne khud-sakhta model par.</w:t>
      </w:r>
    </w:p>
    <w:p>
      <w:pPr>
        <w:jc w:val="right"/>
      </w:pPr>
      <w:r>
        <w:t>تو دھیرے دھیرے اس میں وہ فیبیلیر ہو گئے، اسی میں وہ کنڈیشنڈ ہو گئے۔ اب ان کی سوچ اسی پر چلنے لگی، اس اپنے خود ساختہ ماڈل پر۔</w:t>
      </w:r>
    </w:p>
    <w:p>
      <w:r>
        <w:rPr>
          <w:b/>
        </w:rPr>
        <w:t xml:space="preserve">[38:05] </w:t>
      </w:r>
      <w:r>
        <w:t>Ab woh model jo Rasool Allah ka tha, jo Sahaba Karam ka tha, woh unko ajnabi dikhai dega. Apne apne yani condition conditioning ki bina par, kyunke jo conditioning ho gayi apne model mein, iski wajah se aisa hota hai ke Rasool Allah wala model unko ajnabi maloom hota hai.</w:t>
      </w:r>
    </w:p>
    <w:p>
      <w:pPr>
        <w:jc w:val="right"/>
      </w:pPr>
      <w:r>
        <w:t>اب وہ ماڈل جو رسول اللہ کا تھا، جو صحابہ کرام کا تھا، وہ ان کو اجنبی دکھائی دے گا۔ اپنے اپنے یعنی کنڈیشن کنڈیشننگ کی بنا پر، کیونکہ جو کنڈیشننگ ہو گئی اپنے ماڈل میں، اس کی وجہ سے ایسا ہوتا ہے کہ رسول اللہ والا ماڈل ان کو اجنبی معلوم ہوتا ہے۔</w:t>
      </w:r>
    </w:p>
    <w:p>
      <w:r>
        <w:rPr>
          <w:b/>
        </w:rPr>
        <w:t xml:space="preserve">[38:28] </w:t>
      </w:r>
      <w:r>
        <w:t>Toh is Hadees mein se maloom hota hai ke woh tareekh dobara lotegi.</w:t>
      </w:r>
    </w:p>
    <w:p>
      <w:pPr>
        <w:jc w:val="right"/>
      </w:pPr>
      <w:r>
        <w:t>تو اس حدیث میں سے معلوم ہوتا ہے کہ وہ تاریخ دوبارہ لوٹے گی۔</w:t>
      </w:r>
    </w:p>
    <w:p>
      <w:r>
        <w:rPr>
          <w:b/>
        </w:rPr>
        <w:t xml:space="preserve">[38:32] </w:t>
      </w:r>
      <w:r>
        <w:t>"وَسَيَعُودُ كَمَا وَدَعَ" ۔ Tareekh lotegi dobara, lekin farq hoga ek ke pehle zamane mein jo ajnabi hua tha, Allah ka deen woh hua tha Makkah aur Madine ke in logon ke darmiyan jo apne aap ko Hazrat Ibrahim aur Hazrat Musa ke ka deen ka pro mante the.</w:t>
      </w:r>
    </w:p>
    <w:p>
      <w:pPr>
        <w:jc w:val="right"/>
      </w:pPr>
      <w:r>
        <w:t>"وَسَيَعُودُ كَمَا وَدَعَ" ۔ تاریخ لوٹے گی دوبارہ، لیکن فرق ہوگا ایک کہ پہلے زمانے میں جو اجنبی ہوا تھا، اللہ کا دین وہ ہوا تھا مکہ اور مدینے کے ان لوگوں کے درمیان جو اپنے آپ کو حضرت ابراہیم اور حضرت موسیٰ کے کا دین کا پرو مانتے تھے۔</w:t>
      </w:r>
    </w:p>
    <w:p>
      <w:r>
        <w:rPr>
          <w:b/>
        </w:rPr>
        <w:t xml:space="preserve">[38:53] </w:t>
      </w:r>
      <w:r>
        <w:t>Unke darmiyan hua tha. Ab jo baad ke zamane mein jo hoga, woh zawal-yafta Ummat Ummat ke darmiyan</w:t>
      </w:r>
    </w:p>
    <w:p>
      <w:pPr>
        <w:jc w:val="right"/>
      </w:pPr>
      <w:r>
        <w:t>ان کے درمیان ہوا تھا۔ اب جو بعد کے زمانے میں جو ہوگا، وہ زوال یافتہ امت امت کے درمیان</w:t>
      </w:r>
    </w:p>
    <w:p>
      <w:r>
        <w:rPr>
          <w:b/>
        </w:rPr>
        <w:t xml:space="preserve">[39:01] </w:t>
      </w:r>
      <w:r>
        <w:t>Hoga, zawal-yafta Musalmanon ke darmiyan hoga.</w:t>
      </w:r>
    </w:p>
    <w:p>
      <w:pPr>
        <w:jc w:val="right"/>
      </w:pPr>
      <w:r>
        <w:t>ہوگا، زوال یافتہ مسلمانوں کے درمیان ہوگا۔</w:t>
      </w:r>
    </w:p>
    <w:p>
      <w:r>
        <w:rPr>
          <w:b/>
        </w:rPr>
        <w:t xml:space="preserve">[39:06] </w:t>
      </w:r>
      <w:r>
        <w:t>Is ko jab aap sochenge toh aap ko ek yaqeen paida hoga ke hum sachai par hain. Phir aap kisi ki mukhalifat ki parwah nahi karenge, kisi ke kisi ke kaanon ko kuch nahi sunenge.</w:t>
      </w:r>
    </w:p>
    <w:p>
      <w:pPr>
        <w:jc w:val="right"/>
      </w:pPr>
      <w:r>
        <w:t>اس کو جب آپ سوچیں گے تو آپ کو ایک یقین پیدا ہوگا کہ ہم سچائی پر ہیں۔ پھر آپ کسی کی مخالفت کی پرواہ نہیں کریں گے، کسی کے کسی کے کانوں کو کچھ نہیں سنیں گے۔</w:t>
      </w:r>
    </w:p>
    <w:p>
      <w:r>
        <w:rPr>
          <w:b/>
        </w:rPr>
        <w:t xml:space="preserve">[39:23] </w:t>
      </w:r>
      <w:r>
        <w:t>Toh yeh yeh yeh baat jo main arz kar raha hoon, is liye kar raha hoon ke is se aap ko mauqa mile ke aap apni daryaft kar saki</w:t>
      </w:r>
    </w:p>
    <w:p>
      <w:pPr>
        <w:jc w:val="right"/>
      </w:pPr>
      <w:r>
        <w:t>تو یہ یہ یہ بات جو میں عرض کر رہا ہوں، اس لیے کر رہا ہوں کہ اس سے آپ کو موقع ملے کہ آپ اپنی دریافت کر سک</w:t>
      </w:r>
    </w:p>
    <w:p>
      <w:r>
        <w:rPr>
          <w:b/>
        </w:rPr>
        <w:t xml:space="preserve">[39:31] </w:t>
      </w:r>
      <w:r>
        <w:t>en. Yeh apni daryaft hai.</w:t>
      </w:r>
    </w:p>
    <w:p>
      <w:pPr>
        <w:jc w:val="right"/>
      </w:pPr>
      <w:r>
        <w:t>یں۔ یہ اپنی دریافت ہے۔</w:t>
      </w:r>
    </w:p>
    <w:p>
      <w:r>
        <w:rPr>
          <w:b/>
        </w:rPr>
        <w:t xml:space="preserve">[39:36] </w:t>
      </w:r>
      <w:r>
        <w:t>Isi liye main aksar yeh kaha karta hoon ke hamara jo kaam hai, hamare kaam yani ke do bahaz hain, do maidan hain kaam ke.</w:t>
      </w:r>
    </w:p>
    <w:p>
      <w:pPr>
        <w:jc w:val="right"/>
      </w:pPr>
      <w:r>
        <w:t>اسی لیے میں اکثر یہ کہا کرتا ہوں کہ ہمارا جو کام ہے، ہمارے کام یعنی کہ دو بہاظ ہیں، دو میدان ہیں کام کے۔</w:t>
      </w:r>
    </w:p>
    <w:p>
      <w:r>
        <w:rPr>
          <w:b/>
        </w:rPr>
        <w:t xml:space="preserve">[39:49] </w:t>
      </w:r>
      <w:r>
        <w:t>aik hai musalman, aik hai nan muslim. to nan muslim ki nisbat se hum ko yeh karna hai ke hum hum islam ko un ki discovery banaein.</w:t>
      </w:r>
    </w:p>
    <w:p>
      <w:pPr>
        <w:jc w:val="right"/>
      </w:pPr>
      <w:r>
        <w:t>ایک ہے مسلمان، ایک ہے نان مسلم۔ تو نان مسلم کی نسبت سے ہم کو یہ کرنا ہے کہ ہم ہم اسلام کو ان کی ڈسکوری بنائیں۔</w:t>
      </w:r>
    </w:p>
    <w:p>
      <w:r>
        <w:rPr>
          <w:b/>
        </w:rPr>
        <w:t xml:space="preserve">[40:01] </w:t>
      </w:r>
      <w:r>
        <w:t>nan muslim ki nisbat se hamara kaam yeh hai ke hum un ko islam, hum islam ko un ki discovery banaein. aur musalmanon ki nisbat se kya kaam hai? musalmanon ki nisbat se hamara kaam yeh hai ke hum un ko islam ki rediscovery banaein.</w:t>
      </w:r>
    </w:p>
    <w:p>
      <w:pPr>
        <w:jc w:val="right"/>
      </w:pPr>
      <w:r>
        <w:t>نان مسلم کی نسبت سے ہمارا کام یہ ہے کہ ہم ان کو اسلام، ہم اسلام کو ان کی ڈسکوری بنائیں۔ اور مسلمانوں کی نسبت سے کیا کام ہے؟ مسلمانوں کی نسبت سے ہمارا کام یہ ہے کہ ہم ان کو اسلام کی ری ڈسکوری بنائیں۔</w:t>
      </w:r>
    </w:p>
    <w:p>
      <w:r>
        <w:rPr>
          <w:b/>
        </w:rPr>
        <w:t xml:space="preserve">[40:14] </w:t>
      </w:r>
      <w:r>
        <w:t>rediscovery,</w:t>
      </w:r>
    </w:p>
    <w:p>
      <w:pPr>
        <w:jc w:val="right"/>
      </w:pPr>
      <w:r>
        <w:t>ری ڈسکوری،</w:t>
      </w:r>
    </w:p>
    <w:p>
      <w:r>
        <w:rPr>
          <w:b/>
        </w:rPr>
        <w:t xml:space="preserve">[40:15] </w:t>
      </w:r>
      <w:r>
        <w:t>kyunke asal islam ko bhool gaye hain. khud sakhta islam to qaim hai. aaj ke jo musalman hain, woh asal islam ko bhool gaye hain.</w:t>
      </w:r>
    </w:p>
    <w:p>
      <w:pPr>
        <w:jc w:val="right"/>
      </w:pPr>
      <w:r>
        <w:t>کیونکہ اصل اسلام کو بھول گئے ہیں۔ خود ساختہ اسلام تو قائم ہے۔ آج کے جو مسلمان ہیں، وہ اصل اسلام کو بھول گئے ہیں۔</w:t>
      </w:r>
    </w:p>
    <w:p>
      <w:r>
        <w:rPr>
          <w:b/>
        </w:rPr>
        <w:t xml:space="preserve">[40:24] </w:t>
      </w:r>
      <w:r>
        <w:t>woh khud apna, un ka aik self style version hai islam ka, us par qaim hain. woh is liye zaroorat hai ke un ke liye islam ko un ki rediscovery banaya jaye.</w:t>
      </w:r>
    </w:p>
    <w:p>
      <w:pPr>
        <w:jc w:val="right"/>
      </w:pPr>
      <w:r>
        <w:t>وہ خود اپنا، ان کا ایک سیلف اسٹائل ورژن ہے اسلام کا، اس پر قائم ہیں۔ وہ اس لیے ضرورت ہے کہ ان کے لیے اسلام کو ان کی ری ڈسکوری بنایا جائے۔</w:t>
      </w:r>
    </w:p>
    <w:p>
      <w:r>
        <w:rPr>
          <w:b/>
        </w:rPr>
        <w:t xml:space="preserve">[40:37] </w:t>
      </w:r>
      <w:r>
        <w:t>yeh do lafz jo bolta hoon, isi liye bolta hoon ke ghair musalmanon ke liye hamein islam ko un ki discovery banana hai aur musalmanon ke liye hamein un ko islam, un ke liye islam ko un ki rediscovery banana hai.</w:t>
      </w:r>
    </w:p>
    <w:p>
      <w:pPr>
        <w:jc w:val="right"/>
      </w:pPr>
      <w:r>
        <w:t>یہ دو لفظ جو بولتا ہوں، اسی لیے بولتا ہوں کہ غیر مسلموں کے لیے ہمیں اسلام کو ان کی ڈسکوری بنانا ہے اور مسلمانوں کے لیے ہمیں ان کو اسلام، ان کے لیے اسلام کو ان کی ری ڈسکوری بنانا ہے۔</w:t>
      </w:r>
    </w:p>
    <w:p>
      <w:r>
        <w:rPr>
          <w:b/>
        </w:rPr>
        <w:t xml:space="preserve">[40:52] </w:t>
      </w:r>
      <w:r>
        <w:t>yeh baatein jo mein kehta hoon, yeh sab isi hadithon se le kar ke hain. koi meri zaati apj nahi hai, aisa nahi ke meri zaati apj kar rakhi hai.</w:t>
      </w:r>
    </w:p>
    <w:p>
      <w:pPr>
        <w:jc w:val="right"/>
      </w:pPr>
      <w:r>
        <w:t>یہ باتیں جو میں کہتا ہوں، یہ سب اسی حدیثوں سے لے کر کے ہیں۔ کوئی میری ذاتی اپج نہیں ہے، ایسا نہیں کہ میری ذاتی اپج کر رکھی ہے۔</w:t>
      </w:r>
    </w:p>
    <w:p>
      <w:r>
        <w:rPr>
          <w:b/>
        </w:rPr>
        <w:t xml:space="preserve">[41:02] </w:t>
      </w:r>
      <w:r>
        <w:t>hadithon se aur aur quran se baqayeda yeh sabit hai ke ke musalman isi tarah se zawal ka shikar honge jis tarah doosri qomein zawal ka shikar huwein.</w:t>
      </w:r>
    </w:p>
    <w:p>
      <w:pPr>
        <w:jc w:val="right"/>
      </w:pPr>
      <w:r>
        <w:t>حدیثوں سے اور اور قرآن سے باقاعدہ یہ ثابت ہے کہ کہ مسلمان اسی طرح سے زوال کا شکار ہوں گے جس طرح دوسری قومیں زوال کا شکار ہوئیں۔</w:t>
      </w:r>
    </w:p>
    <w:p>
      <w:r>
        <w:rPr>
          <w:b/>
        </w:rPr>
        <w:t xml:space="preserve">[41:14] </w:t>
      </w:r>
      <w:r>
        <w:t>zawal ka matlab kya hota hai? zawal ka matlab yeh hota hai ke jo asal spirit hai, dheere dheere dheere dheere woh khatam ho jati hai.</w:t>
      </w:r>
    </w:p>
    <w:p>
      <w:pPr>
        <w:jc w:val="right"/>
      </w:pPr>
      <w:r>
        <w:t>زوال کا مطلب کیا ہوتا ہے؟ زوال کا مطلب یہ ہوتا ہے کہ جو اصل اسپرٹ ہے، دھیرے دھیرے دھیرے دھیرے وہ ختم ہو جاتی ہے۔</w:t>
      </w:r>
    </w:p>
    <w:p>
      <w:r>
        <w:rPr>
          <w:b/>
        </w:rPr>
        <w:t xml:space="preserve">[41:23] </w:t>
      </w:r>
      <w:r>
        <w:t>bas aik dhancha, aik form reh jata hai. asal spirit jo hai, woh khatam ho jat</w:t>
      </w:r>
    </w:p>
    <w:p>
      <w:pPr>
        <w:jc w:val="right"/>
      </w:pPr>
      <w:r>
        <w:t>بس ایک ڈھانچہ، ایک فارم رہ جاتا ہے۔ اصل اسپرٹ جو ہے، وہ ختم ہو جات</w:t>
      </w:r>
    </w:p>
    <w:p>
      <w:r>
        <w:rPr>
          <w:b/>
        </w:rPr>
        <w:t xml:space="preserve">[41:30] </w:t>
      </w:r>
      <w:r>
        <w:t>i hai. aik aik dhancha reh jata hai, aik form reh jata hai. bas to is form ko islam ka label de dete hain.</w:t>
      </w:r>
    </w:p>
    <w:p>
      <w:pPr>
        <w:jc w:val="right"/>
      </w:pPr>
      <w:r>
        <w:t>ی ہے۔ ایک ایک ڈھانچہ رہ جاتا ہے، ایک فارم رہ جاتا ہے۔ بس تو اس فارم کو اسلام کا لیبل دے دیتے ہیں۔</w:t>
      </w:r>
    </w:p>
    <w:p>
      <w:r>
        <w:rPr>
          <w:b/>
        </w:rPr>
        <w:t xml:space="preserve">[41:38] </w:t>
      </w:r>
      <w:r>
        <w:t>woh woh jo dhancha hai, us ko woh islam ka label de dete hain. is tarah apne aap to khush rehte hain ke hum islam par qaim hain, kyunke sara kaam jo woh karte hain, islam ke naam par karte hain.</w:t>
      </w:r>
    </w:p>
    <w:p>
      <w:pPr>
        <w:jc w:val="right"/>
      </w:pPr>
      <w:r>
        <w:t>وہ وہ جو ڈھانچہ ہے، اس کو وہ اسلام کا لیبل دے دیتے ہیں۔ اس طرح اپنے آپ تو خوش رہتے ہیں کہ ہم اسلام پر قائم ہیں، کیونکہ سارا کام جو وہ کرتے ہیں، اسلام کے نام پر کرتے ہیں۔</w:t>
      </w:r>
    </w:p>
    <w:p>
      <w:r>
        <w:rPr>
          <w:b/>
        </w:rPr>
        <w:t xml:space="preserve">[41:53] </w:t>
      </w:r>
      <w:r>
        <w:t>jaise aaj ka jo musalman ab logon ko dushman tak bana kar lad rahe hain, woh islam par lad rahe hain, jihad ke naam par lad rahe hain. halanke dekhiye,</w:t>
      </w:r>
    </w:p>
    <w:p>
      <w:pPr>
        <w:jc w:val="right"/>
      </w:pPr>
      <w:r>
        <w:t>جیسے آج کا جو مسلمان اب لوگوں کو دشمن تک بنا کر لڑ رہے ہیں، وہ اسلام پر لڑ رہے ہیں، جہاد کے نام پر لڑ رہے ہیں۔ حالانکہ دیکھیے،</w:t>
      </w:r>
    </w:p>
    <w:p>
      <w:r>
        <w:rPr>
          <w:b/>
        </w:rPr>
        <w:t xml:space="preserve">[42:07] </w:t>
      </w:r>
      <w:r>
        <w:t>halanke is ka jihad se koi talluq nahi. to kuch log yeh samajhte hain ke masjidon ko bharo, masjidien bharo, yeh hai islam.</w:t>
      </w:r>
    </w:p>
    <w:p>
      <w:pPr>
        <w:jc w:val="right"/>
      </w:pPr>
      <w:r>
        <w:t>حالانکہ اس کا جہاد سے کوئی تعلق نہیں۔ تو کچھ لوگ یہ سمجھتے ہیں کہ مسجدوں کو بھرو، مسجدیں بھرو، یہ ہے اسلام۔</w:t>
      </w:r>
    </w:p>
    <w:p>
      <w:r>
        <w:rPr>
          <w:b/>
        </w:rPr>
        <w:t xml:space="preserve">[42:16] </w:t>
      </w:r>
      <w:r>
        <w:t>nahi, masjidien bharo, dil mein dil mein logon ke utaro Allah ki mohabbat, Allah ka khauf, Allah ki mohabbat, yeh hai asal kaam.</w:t>
      </w:r>
    </w:p>
    <w:p>
      <w:pPr>
        <w:jc w:val="right"/>
      </w:pPr>
      <w:r>
        <w:t>نہیں، مسجدیں بھرو، دل میں دل میں لوگوں کے اتارو اللہ کی محبت، اللہ کا خوف، اللہ کی معرفت، یہ ہے اصل کام۔</w:t>
      </w:r>
    </w:p>
    <w:p>
      <w:r>
        <w:rPr>
          <w:b/>
        </w:rPr>
        <w:t xml:space="preserve">[42:26] </w:t>
      </w:r>
      <w:r>
        <w:t>masjidien bharna is kaam nahi hai. log samajhte hain ke masjidien bhar jayein to bas kaam ho gaya. dilon mein islam utre, ke dilon mein Allah ka khauf aaye, dilon mein aakhirat ka muhasiba aaye, dilon mein Allah se talluq qaim ho, yeh hai asal cheez.</w:t>
      </w:r>
    </w:p>
    <w:p>
      <w:pPr>
        <w:jc w:val="right"/>
      </w:pPr>
      <w:r>
        <w:t>مسجدیں بھرنا اس کام نہیں ہے۔ لوگ سمجھتے ہیں کہ مسجدیں بھر جائیں تو بس کام ہو گیا۔ دلوں میں اسلام اترے، کہ دلوں میں اللہ کا خوف آئے، دلوں میں آخرت کا محاسبہ آئے، دلوں میں اللہ سے تعلق قائم ہو، یہ ہے اصل چیز۔</w:t>
      </w:r>
    </w:p>
    <w:p>
      <w:r>
        <w:rPr>
          <w:b/>
        </w:rPr>
        <w:t xml:space="preserve">[42:46] </w:t>
      </w:r>
      <w:r>
        <w:t>aise hi dekhiye ke sari dunya ke musalman aaj kal kya soch? un ki soch hai ke doosri qomon ko woh woh declare kiye hue hain ke sab dushman hain, dushman hain hamari.</w:t>
      </w:r>
    </w:p>
    <w:p>
      <w:pPr>
        <w:jc w:val="right"/>
      </w:pPr>
      <w:r>
        <w:t>ایسے ہی دیکھیے کہ ساری دنیا کے مسلمان آج کل کیا سوچ؟ ان کی سوچ ہے کہ دوسری قوموں کو وہ وہ ڈیکلیئر کیے ہوئے ہیں کہ سب دشمن ہیں، دشمن ہیں ہماری۔</w:t>
      </w:r>
    </w:p>
    <w:p>
      <w:r>
        <w:rPr>
          <w:b/>
        </w:rPr>
        <w:t xml:space="preserve">[42:59] </w:t>
      </w:r>
      <w:r>
        <w:t>yahudi dushman, America dushman, hindu dushman, yeh sab dushman hi dushman hain. sab aur phir un ke khilaf nafrat karna, ladai karna, tashaddud karna, sari dunya ke musalman is mein mashgool hain.</w:t>
      </w:r>
    </w:p>
    <w:p>
      <w:pPr>
        <w:jc w:val="right"/>
      </w:pPr>
      <w:r>
        <w:t>یہودی دشمن، امریکہ دشمن، ہندو دشمن، یہ سب دشمن ہی دشمن ہیں۔ سب اور پھر ان کے خلاف نفرت کرنا، لڑائی کرنا، تشدد کرنا، ساری دنیا کے مسلمان اس میں مشغول ہیں۔</w:t>
      </w:r>
    </w:p>
    <w:p>
      <w:r>
        <w:rPr>
          <w:b/>
        </w:rPr>
        <w:t xml:space="preserve">[43:12] </w:t>
      </w:r>
      <w:r>
        <w:t>jo log amalan ladai nahi kar rahe hain, woh bhi is ko justify karte hain apni baaton se, apni taqreeron se. to kuch goye, kuch log jo hain, passive tor par is mein shareek hain, kuch active tor par is mein shareek hain,</w:t>
      </w:r>
    </w:p>
    <w:p>
      <w:pPr>
        <w:jc w:val="right"/>
      </w:pPr>
      <w:r>
        <w:t>جو لوگ عملاً لڑائی نہیں کر رہے ہیں، وہ بھی اس کو جسٹیفائی کرتے ہیں اپنی باتوں سے، اپنی تقریروں سے۔ تو کچھ گوئے، کچھ لوگ جو ہیں، پیسو طور پر اس میں شریک ہیں، کچھ ایکٹیو طور پر اس میں شریک ہیں،</w:t>
      </w:r>
    </w:p>
    <w:p>
      <w:r>
        <w:rPr>
          <w:b/>
        </w:rPr>
        <w:t xml:space="preserve">[43:27] </w:t>
      </w:r>
      <w:r>
        <w:t>sab shareek hain. is ka nuksan kya hai? bohat hi bara nuksan. doosron ko unhon ne jo dushman bana rakha hai, woh to un ke madu hain,</w:t>
      </w:r>
    </w:p>
    <w:p>
      <w:pPr>
        <w:jc w:val="right"/>
      </w:pPr>
      <w:r>
        <w:t>سب شریک ہیں۔ اس کا نقصان کیا ہے؟ بہت ہی بڑا نقصان۔ دوسروں کو انہوں نے جو دشمن بنا رکھا ہے، وہ تو ان کے مدعو ہیں،</w:t>
      </w:r>
    </w:p>
    <w:p>
      <w:r>
        <w:rPr>
          <w:b/>
        </w:rPr>
        <w:t xml:space="preserve">[43:39] </w:t>
      </w:r>
      <w:r>
        <w:t>yani madu ko dushman declare kar rakha hai.</w:t>
      </w:r>
    </w:p>
    <w:p>
      <w:pPr>
        <w:jc w:val="right"/>
      </w:pPr>
      <w:r>
        <w:t>یعنی مدعو کو دشمن ڈیکلیئر کر رکھا ہے۔</w:t>
      </w:r>
    </w:p>
    <w:p>
      <w:r>
        <w:rPr>
          <w:b/>
        </w:rPr>
        <w:t xml:space="preserve">[43:45] </w:t>
      </w:r>
      <w:r>
        <w:t>madu ko dushman declare kar rakha hai, yeh to bilkul jaiz hi nahi. is liye jo log aap ke madu hain, un ko aap kahein ke yeh dushman hain, yeh bilkul jaiz nahi hai.</w:t>
      </w:r>
    </w:p>
    <w:p>
      <w:pPr>
        <w:jc w:val="right"/>
      </w:pPr>
      <w:r>
        <w:t>مدعو کو دشمن ڈیکلیئر کر رکھا ہے، یہ تو بالکل جائز ہی نہیں۔ اس لیے جو لوگ آپ کے مدعو ہیں، ان کو آپ کہیں کہ یہ دشمن ہیں، یہ بالکل جائز نہیں ہے۔</w:t>
      </w:r>
    </w:p>
    <w:p>
      <w:r>
        <w:rPr>
          <w:b/>
        </w:rPr>
        <w:t xml:space="preserve">[43:55] </w:t>
      </w:r>
      <w:r>
        <w:t>isi liye sari ladaiyan hamari jo hain, be faida ho rahi hain. ladaiyon ka koi faida nahi</w:t>
      </w:r>
    </w:p>
    <w:p>
      <w:pPr>
        <w:jc w:val="right"/>
      </w:pPr>
      <w:r>
        <w:t>اسی لیے ساری لڑائیاں ہماری جو ہیں، بے فائدہ ہو رہی ہیں۔ لڑائیوں کا کوئی فائدہ نہیں</w:t>
      </w:r>
    </w:p>
    <w:p>
      <w:r>
        <w:rPr>
          <w:b/>
        </w:rPr>
        <w:t xml:space="preserve">[44:00] </w:t>
      </w:r>
      <w:r>
        <w:t>, itna qurbaniyan, itne nuksan, itni barbadi aur nateeja kuch bhi nahi, kyunke aap woh kaam kar rahe hain jo Allah ko matloob nahi hai.</w:t>
      </w:r>
    </w:p>
    <w:p>
      <w:pPr>
        <w:jc w:val="right"/>
      </w:pPr>
      <w:r>
        <w:t>، اتنا قربانیاں، اتنے نقصان، اتنی بربادی اور نتیجہ کچھ بھی نہیں، کیونکہ آپ وہ کام کر رہے ہیں جو اللہ کو مطلوب نہیں ہے۔</w:t>
      </w:r>
    </w:p>
    <w:p>
      <w:r>
        <w:rPr>
          <w:b/>
        </w:rPr>
        <w:t xml:space="preserve">[44:11] </w:t>
      </w:r>
      <w:r>
        <w:t>Allah ne kaha ke yeh qomein tumhare madu hain, aap kehte hain nahi, hamare dushman hain, to kaise Allah ki madad aap ko aaye gi?</w:t>
      </w:r>
    </w:p>
    <w:p>
      <w:pPr>
        <w:jc w:val="right"/>
      </w:pPr>
      <w:r>
        <w:t>اللہ نے کہا کہ یہ قومیں تمہارے مدعو ہیں، آپ کہتے ہیں نہیں، ہمارے دشمن ہیں، تو کیسے اللہ کی مدد آپ کو آئے گی؟</w:t>
      </w:r>
    </w:p>
    <w:p>
      <w:r>
        <w:rPr>
          <w:b/>
        </w:rPr>
        <w:t xml:space="preserve">[44:19] </w:t>
      </w:r>
      <w:r>
        <w:t>to khulasa yeh hai ke hamein dekhiye, ek taraf logon ke liye islam ko un ki discovery banana hai aur musalmanon ko yeh karna hai ke un ke liye islam ko un ki rediscovery banaein.</w:t>
      </w:r>
    </w:p>
    <w:p>
      <w:pPr>
        <w:jc w:val="right"/>
      </w:pPr>
      <w:r>
        <w:t>تو خلاصہ یہ ہے کہ ہمیں دیکھیے، ایک طرف لوگوں کے لیے اسلام کو ان کی ڈسکوری بنانا ہے اور مسلمانوں کو یہ کرنا ہے کہ ان کے لیے اسلام کو ان کی ری ڈسکوری بنائیں۔</w:t>
      </w:r>
    </w:p>
    <w:p>
      <w:r>
        <w:rPr>
          <w:b/>
        </w:rPr>
        <w:t xml:space="preserve">[44:33] </w:t>
      </w:r>
      <w:r>
        <w:t>ek taraf marifat ko zinda karna hai, doosra dawat ko zinda karna, yeh asal kaam hai. Agar aap ajnabi ho jaein to hone dein, is ki parwah mat kijiye, kyunke aap logon ki nazar mein ajnabi ho ke Allah ki nazar mein maqbool ho jaein ge.</w:t>
      </w:r>
    </w:p>
    <w:p>
      <w:pPr>
        <w:jc w:val="right"/>
      </w:pPr>
      <w:r>
        <w:t>ایک طرف معرفت کو زندہ کرنا ہے، دوسرا دعوت کو زندہ کرنا، یہ اصل کام ہے۔ اگر آپ اجنبی ہو جائیں تو ہونے دیجیے، اس کی پرواہ مت کیجیے، کیونکہ آپ لوگوں کی نظر میں اجنبی ہو کے اللہ کی نظر میں مقبول ہو جائیں گے۔</w:t>
      </w:r>
    </w:p>
    <w:p>
      <w:r>
        <w:rPr>
          <w:b/>
        </w:rPr>
        <w:t xml:space="preserve">[44:51] </w:t>
      </w:r>
      <w:r>
        <w:t>fainnakum fi shirarikum qalilun wa inni fi khiyarikum kathirun to meri dua hai ke Allah taala mujh ko aur aap ko tofeeq de ke hum Allah ki sirat-e-mustaqeem ko jaanen aur is par qaim ho jaein aur Allah ki rehmaten hum ko hasil hain.</w:t>
      </w:r>
    </w:p>
    <w:p>
      <w:pPr>
        <w:jc w:val="right"/>
      </w:pPr>
      <w:r>
        <w:t>فَإِنَّكُمْ فِي شِرَارِكُمُ قَلِيلٌ وَإِنَّي فِي خِيَارِكُمُ كَثِيرٌ تو میری دعا ہے کہ اللہ تعالیٰ مجھ کو اور آپ کو توفیق دے کہ ہم اللہ کی صراط مستقیم کو جانیں اور اس پر قائم ہو جائیں اور اللہ کی رحمتیں ہم کو حاصل ہوں۔</w:t>
      </w:r>
    </w:p>
    <w:p>
      <w:r>
        <w:rPr>
          <w:b/>
        </w:rPr>
        <w:t xml:space="preserve">[45:14] </w:t>
      </w:r>
      <w:r>
        <w:t>aqoolu qawli hadha wa astaghfirullaha li wa lakum ajmaeen</w:t>
      </w:r>
    </w:p>
    <w:p>
      <w:pPr>
        <w:jc w:val="right"/>
      </w:pPr>
      <w:r>
        <w:t>أقول قولي هذا واستغفراللہ لي ولكم اجمعین</w:t>
      </w:r>
    </w:p>
    <w:p>
      <w:r>
        <w:rPr>
          <w:b/>
        </w:rPr>
        <w:t xml:space="preserve">[45:32] </w:t>
      </w:r>
      <w:r>
        <w:t>maulana, yeh sawal aaya hai miss naghma siddiqui ka, dilli se. Unhon ne likha hai: "I have been feeling helpless for a few days.</w:t>
      </w:r>
    </w:p>
    <w:p>
      <w:pPr>
        <w:jc w:val="right"/>
      </w:pPr>
      <w:r>
        <w:t>مولانا، یہ سوال آیا ہے مس نغمہ صدیقی کا، دلی سے۔ انہوں نے لکھا ہے: "I have been feeling helpless for a few days.</w:t>
      </w:r>
    </w:p>
    <w:p>
      <w:r>
        <w:rPr>
          <w:b/>
        </w:rPr>
        <w:t xml:space="preserve">[45:43] </w:t>
      </w:r>
      <w:r>
        <w:t>is this a positive feeling or a negative one?" dekhiye, helplessness ko arabi mein kaha jata hai "ajz". "ajz".</w:t>
      </w:r>
    </w:p>
    <w:p>
      <w:pPr>
        <w:jc w:val="right"/>
      </w:pPr>
      <w:r>
        <w:t>Is this a positive feeling or a negative one?" دیکھیے، helplessness کو عربی میں کہا جاتا ہے "عجز"۔ "عجز"۔</w:t>
      </w:r>
    </w:p>
    <w:p>
      <w:r>
        <w:rPr>
          <w:b/>
        </w:rPr>
        <w:t xml:space="preserve">[45:56] </w:t>
      </w:r>
      <w:r>
        <w:t>"ajz" jo hai, main samajhta hoon ke sab se bari positive quality hai.</w:t>
      </w:r>
    </w:p>
    <w:p>
      <w:pPr>
        <w:jc w:val="right"/>
      </w:pPr>
      <w:r>
        <w:t>"عجز" جو ہے، میں سمجھتا ہوں کہ سب سے بڑی positive quality ہے۔</w:t>
      </w:r>
    </w:p>
    <w:p>
      <w:r>
        <w:rPr>
          <w:b/>
        </w:rPr>
        <w:t xml:space="preserve">[46:02] </w:t>
      </w:r>
      <w:r>
        <w:t>yeh one person bhi negative nahi hai.</w:t>
      </w:r>
    </w:p>
    <w:p>
      <w:pPr>
        <w:jc w:val="right"/>
      </w:pPr>
      <w:r>
        <w:t>یہ one person بھی negative نہیں ہے۔</w:t>
      </w:r>
    </w:p>
    <w:p>
      <w:r>
        <w:rPr>
          <w:b/>
        </w:rPr>
        <w:t xml:space="preserve">[46:08] </w:t>
      </w:r>
      <w:r>
        <w:t>kyunke</w:t>
      </w:r>
    </w:p>
    <w:p>
      <w:pPr>
        <w:jc w:val="right"/>
      </w:pPr>
      <w:r>
        <w:t>کیونکہ</w:t>
      </w:r>
    </w:p>
    <w:p>
      <w:r>
        <w:rPr>
          <w:b/>
        </w:rPr>
        <w:t xml:space="preserve">[46:12] </w:t>
      </w:r>
      <w:r>
        <w:t>reality kya hai? Reality yeh hai ke Allah all powerful hai, hum all powerless hain.</w:t>
      </w:r>
    </w:p>
    <w:p>
      <w:pPr>
        <w:jc w:val="right"/>
      </w:pPr>
      <w:r>
        <w:t>reality کیا ہے؟ Reality یہ ہے کہ اللہ all powerful ہے، ہم all powerless ہیں۔</w:t>
      </w:r>
    </w:p>
    <w:p>
      <w:r>
        <w:rPr>
          <w:b/>
        </w:rPr>
        <w:t xml:space="preserve">[46:23] </w:t>
      </w:r>
      <w:r>
        <w:t>Allah qadir-e-mutlaq hai, hum ajiz-e-mutlaq hain.</w:t>
      </w:r>
    </w:p>
    <w:p>
      <w:pPr>
        <w:jc w:val="right"/>
      </w:pPr>
      <w:r>
        <w:t>اللہ قادر مطلق ہے، ہم عاجز مطلق ہیں۔</w:t>
      </w:r>
    </w:p>
    <w:p>
      <w:r>
        <w:rPr>
          <w:b/>
        </w:rPr>
        <w:t xml:space="preserve">[46:30] </w:t>
      </w:r>
      <w:r>
        <w:t>to Allah ko jab hum discover karte hain to hum qadir-e-mutlaq ko discover karte hain. All powerful ko. Ab doosri jo discovery hai, woh insaan ki discovery hai.</w:t>
      </w:r>
    </w:p>
    <w:p>
      <w:pPr>
        <w:jc w:val="right"/>
      </w:pPr>
      <w:r>
        <w:t>تو اللہ کو جب ہم discover کرتے ہیں تو ہم قادر مطلق کو discover کرتے ہیں۔ All powerful کو۔ اب دوسری جو discovery ہے، وہ انسان کی discovery ہے۔</w:t>
      </w:r>
    </w:p>
    <w:p>
      <w:r>
        <w:rPr>
          <w:b/>
        </w:rPr>
        <w:t xml:space="preserve">[46:45] </w:t>
      </w:r>
      <w:r>
        <w:t>to jab hum insaan ko discover karte hain to hum all powerless ko discover karte hain. Yahi to do cheezen hain. To Allah ki discovery akhirat tak positive hai.</w:t>
      </w:r>
    </w:p>
    <w:p>
      <w:pPr>
        <w:jc w:val="right"/>
      </w:pPr>
      <w:r>
        <w:t>تو جب ہم انسان کو discover کرتے ہیں تو ہم all powerless کو discover کرتے ہیں۔ یہی تو دو چیزیں ہیں۔ تو اللہ کی discovery آخرت تک positive ہے۔</w:t>
      </w:r>
    </w:p>
    <w:p>
      <w:r>
        <w:rPr>
          <w:b/>
        </w:rPr>
        <w:t xml:space="preserve">[46:55] </w:t>
      </w:r>
      <w:r>
        <w:t>to insaan ki discovery bhi akhirat tak positive hai.</w:t>
      </w:r>
    </w:p>
    <w:p>
      <w:pPr>
        <w:jc w:val="right"/>
      </w:pPr>
      <w:r>
        <w:t>تو انسان کی discovery بھی آخرت تک positive ہے۔</w:t>
      </w:r>
    </w:p>
    <w:p>
      <w:r>
        <w:rPr>
          <w:b/>
        </w:rPr>
        <w:t xml:space="preserve">[47:01] </w:t>
      </w:r>
      <w:r>
        <w:t>in mein se dono aqsam taur par positive hain, in mein se koi negative nahi hai. Kyunke Allah se jo aap ka jo ta'alluq hai, us ko jab daryaft karte hain, tabhi to Allah ki nasrat aaye gi aap ko.</w:t>
      </w:r>
    </w:p>
    <w:p>
      <w:pPr>
        <w:jc w:val="right"/>
      </w:pPr>
      <w:r>
        <w:t>ان میں سے دونوں اقسام طور پر positive ہیں، ان میں سے کوئی negative نہیں ہے۔ کیونکہ اللہ سے جو آپ کا جو تعلق ہے، اس کو جب دریافت کرتے ہیں، تبھی تو اللہ کی نصرت آئے گی آپ کو۔</w:t>
      </w:r>
    </w:p>
    <w:p>
      <w:r>
        <w:rPr>
          <w:b/>
        </w:rPr>
        <w:t xml:space="preserve">[47:17] </w:t>
      </w:r>
      <w:r>
        <w:t>jo relationship hai aap ka Allah se, jab us ko daryaft karein ge, tabhi to aap ka Allah se ta'alluq qaim hoga. Tabhi to Allah ki rehmat mile gi aap ko.</w:t>
      </w:r>
    </w:p>
    <w:p>
      <w:pPr>
        <w:jc w:val="right"/>
      </w:pPr>
      <w:r>
        <w:t>جو relationship ہے آپ کا اللہ سے، جب اس کو دریافت کریں گے، تبھی تو آپ کا اللہ سے تعلق قائم ہوگا۔ تبھی تو اللہ کی رحمت ملے گی آپ کو۔</w:t>
      </w:r>
    </w:p>
    <w:p>
      <w:r>
        <w:rPr>
          <w:b/>
        </w:rPr>
        <w:t xml:space="preserve">[47:31] </w:t>
      </w:r>
      <w:r>
        <w:t>to main samajhta hoon ke "ajz" jo hai, "ajz" ain, jeem, zer, "ajz" bilashuba sab se bari positive quality hai.</w:t>
      </w:r>
    </w:p>
    <w:p>
      <w:pPr>
        <w:jc w:val="right"/>
      </w:pPr>
      <w:r>
        <w:t>تو میں سمجھتا ہوں کہ "عجز" جو ہے، "عجز" عین، جیم، زیر، "عجز" بلاشبہ سب سے بڑی positive quality ہے۔</w:t>
      </w:r>
    </w:p>
    <w:p>
      <w:r>
        <w:rPr>
          <w:b/>
        </w:rPr>
        <w:t xml:space="preserve">[47:44] </w:t>
      </w:r>
      <w:r>
        <w:t>balke main kahun ga sab se bari positive daryaft hai.</w:t>
      </w:r>
    </w:p>
    <w:p>
      <w:pPr>
        <w:jc w:val="right"/>
      </w:pPr>
      <w:r>
        <w:t>بلکہ میں کہوں گا سب سے بڑی positive دریافت ہے۔</w:t>
      </w:r>
    </w:p>
    <w:p>
      <w:r>
        <w:rPr>
          <w:b/>
        </w:rPr>
        <w:t xml:space="preserve">[47:49] </w:t>
      </w:r>
      <w:r>
        <w:t>Allah ko daryaft karna jis tarah ek ek positive daryaft hai, usi tarah apne ajz ko daryaft karna bhi ek positive daryaft hai. Is mein negativity ka koi sawal nahi.</w:t>
      </w:r>
    </w:p>
    <w:p>
      <w:pPr>
        <w:jc w:val="right"/>
      </w:pPr>
      <w:r>
        <w:t>اللہ کو دریافت کرنا جس طرح ایک ایک positive دریافت ہے، اسی طرح اپنے عجز کو دریافت کرنا بھی ایک positive دریافت ہے۔ اس میں negativity کا کوئی سوال نہیں۔</w:t>
      </w:r>
    </w:p>
    <w:p>
      <w:r>
        <w:rPr>
          <w:b/>
        </w:rPr>
        <w:t xml:space="preserve">[48:06] </w:t>
      </w:r>
      <w:r>
        <w:t>maulana, agla sawal Pakistan se hai, sajjad nawaz sahib ka. Unhon ne likha hai: "ghor-o-fikr ke douran mein ek point par focus nahi kar pata.</w:t>
      </w:r>
    </w:p>
    <w:p>
      <w:pPr>
        <w:jc w:val="right"/>
      </w:pPr>
      <w:r>
        <w:t>مولانا، اگلا سوال پاکستان سے ہے، سجاد نواز صاحب کا۔ انہوں نے لکھا ہے: "غور و فکر کے دوران میں ایک point پر focus نہیں کر پاتا۔</w:t>
      </w:r>
    </w:p>
    <w:p>
      <w:r>
        <w:rPr>
          <w:b/>
        </w:rPr>
        <w:t xml:space="preserve">[48:18] </w:t>
      </w:r>
      <w:r>
        <w:t>different type ke kai khayalat mere mind mein aa jate hain. Maulana sahib, mere ko guide karein." dekhiye, aap hi ki baat nahi hai, yeh har shakhs ki baat hai.</w:t>
      </w:r>
    </w:p>
    <w:p>
      <w:pPr>
        <w:jc w:val="right"/>
      </w:pPr>
      <w:r>
        <w:t>Different type کے کئی خیالات میرے mind میں آ جاتے ہیں۔ مولانا صاحب، میرے کو guide کریں۔" دیکھیے، آپ ہی کی بات نہیں ہے، یہ ہر شخص کی بات ہے۔</w:t>
      </w:r>
    </w:p>
    <w:p>
      <w:r>
        <w:rPr>
          <w:b/>
        </w:rPr>
        <w:t xml:space="preserve">[48:33] </w:t>
      </w:r>
      <w:r>
        <w:t>yeh har shakhs ki baat hai.</w:t>
      </w:r>
    </w:p>
    <w:p>
      <w:pPr>
        <w:jc w:val="right"/>
      </w:pPr>
      <w:r>
        <w:t>یہ ہر شخص کی بات ہے۔</w:t>
      </w:r>
    </w:p>
    <w:p>
      <w:r>
        <w:rPr>
          <w:b/>
        </w:rPr>
        <w:t xml:space="preserve">[48:35] </w:t>
      </w:r>
      <w:r>
        <w:t>kyunke aap jis duniya mein hain, wahan</w:t>
      </w:r>
    </w:p>
    <w:p>
      <w:pPr>
        <w:jc w:val="right"/>
      </w:pPr>
      <w:r>
        <w:t>کیونکہ آپ جس دنیا میں ہیں، وہاں</w:t>
      </w:r>
    </w:p>
    <w:p>
      <w:r>
        <w:rPr>
          <w:b/>
        </w:rPr>
        <w:t xml:space="preserve">[48:42] </w:t>
      </w:r>
      <w:r>
        <w:t>bahut beshumar qism ki cheezen hain. Aap beshumar cheezon ko dekhte hain, beshumar cheezon ko sunte hain, beshumar cheezon ka tajruba hota hai, beshumar cheezen parhte hain.</w:t>
      </w:r>
    </w:p>
    <w:p>
      <w:pPr>
        <w:jc w:val="right"/>
      </w:pPr>
      <w:r>
        <w:t>بہت بے شمار قسم کی چیزیں ہیں۔ آپ بے شمار چیزوں کو دیکھتے ہیں، بے شمار چیزوں کو سنتے ہیں، بے شمار چیزوں کا تجربہ ہوتا ہے، بے شمار چیزیں پڑھتے ہیں۔</w:t>
      </w:r>
    </w:p>
    <w:p>
      <w:r>
        <w:rPr>
          <w:b/>
        </w:rPr>
        <w:t xml:space="preserve">[48:54] </w:t>
      </w:r>
      <w:r>
        <w:t>woh sab aap ke mind mein jangla ban jata hai. To ek cheez mein focus karne ke ma'ani hain cheezon ko sort out karna.</w:t>
      </w:r>
    </w:p>
    <w:p>
      <w:pPr>
        <w:jc w:val="right"/>
      </w:pPr>
      <w:r>
        <w:t>وہ سب آپ کے mind میں جنگل بن جاتا ہے۔ تو ایک چیز میں focus کرنے کے معنی ہیں چیزوں کو sort out کرنا۔</w:t>
      </w:r>
    </w:p>
    <w:p>
      <w:r>
        <w:rPr>
          <w:b/>
        </w:rPr>
        <w:t xml:space="preserve">[49:04] </w:t>
      </w:r>
      <w:r>
        <w:t>to yeh aasan kaam nahi, is liye aap logon ko train karna parta hai. jo baat aap ki hai, woh sab ki hai. kyun k sab logon ka dimagh jungal hota hai.</w:t>
      </w:r>
    </w:p>
    <w:p>
      <w:pPr>
        <w:jc w:val="right"/>
      </w:pPr>
      <w:r>
        <w:t>تو یہ آسان کام نہیں، اس لیے آپ لوگوں کو train کرنا پڑتا ہے۔ جو بات آپ کی ہے، وہ سب کی ہے۔ کیونکہ سب لوگوں کا دماغ جنگل ہوتا ہے۔</w:t>
      </w:r>
    </w:p>
    <w:p>
      <w:r>
        <w:rPr>
          <w:b/>
        </w:rPr>
        <w:t xml:space="preserve">[49:14] </w:t>
      </w:r>
      <w:r>
        <w:t>jungal hota hi hota hai. agar aap sort out na kar sakein to jungal hi rahega woh. to yeh to aap ko karna hai.</w:t>
      </w:r>
    </w:p>
    <w:p>
      <w:pPr>
        <w:jc w:val="right"/>
      </w:pPr>
      <w:r>
        <w:t>جنگل ہوتا ہی ہوتا ہے۔ اگر آپ sort out نہ کر سکیں تو جنگل ہی رہے گا وہ۔ تو یہ تو آپ کو کرنا ہے۔</w:t>
      </w:r>
    </w:p>
    <w:p>
      <w:r>
        <w:rPr>
          <w:b/>
        </w:rPr>
        <w:t xml:space="preserve">[49:24] </w:t>
      </w:r>
      <w:r>
        <w:t>is jungal se bahir aana hai. cheezon ko sort out karna hai. Allah se dua karna hai.</w:t>
      </w:r>
    </w:p>
    <w:p>
      <w:pPr>
        <w:jc w:val="right"/>
      </w:pPr>
      <w:r>
        <w:t>اس جنگل سے باہر آنا ہے۔ چیزوں کو sort out کرنا ہے۔ اللہ سے دعا کرنا ہے۔</w:t>
      </w:r>
    </w:p>
    <w:p>
      <w:r>
        <w:rPr>
          <w:b/>
        </w:rPr>
        <w:t xml:space="preserve">[49:30] </w:t>
      </w:r>
      <w:r>
        <w:t>to aap ka case koi alag case nahi hai. wahi sab ka case hai. isi wajah se logon ki cheezein parhiye, aap sab k haan confusion hota hai.</w:t>
      </w:r>
    </w:p>
    <w:p>
      <w:pPr>
        <w:jc w:val="right"/>
      </w:pPr>
      <w:r>
        <w:t>تو آپ کا case کوئی الگ case نہیں ہے۔ وہی سب کا case ہے۔ اسی وجہ سے لوگوں کی چیزیں پڑھیے، آپ سب کے ہاں confusion ہوتا ہے۔</w:t>
      </w:r>
    </w:p>
    <w:p>
      <w:r>
        <w:rPr>
          <w:b/>
        </w:rPr>
        <w:t xml:space="preserve">[49:42] </w:t>
      </w:r>
      <w:r>
        <w:t>logon k article parhiye, logon ki kitabein parhiye, logon ki taqreerein sunne. confusion hi confusion, confusion hi confusion.</w:t>
      </w:r>
    </w:p>
    <w:p>
      <w:pPr>
        <w:jc w:val="right"/>
      </w:pPr>
      <w:r>
        <w:t>لوگوں کے آرٹیکل پڑھیے، لوگوں کی کتابیں پڑھیے، لوگوں کی تقریریں سننے۔ Confusion ہی confusion، confusion ہی confusion۔</w:t>
      </w:r>
    </w:p>
    <w:p>
      <w:r>
        <w:rPr>
          <w:b/>
        </w:rPr>
        <w:t xml:space="preserve">[49:53] </w:t>
      </w:r>
      <w:r>
        <w:t>kyun? log sort out nahi kar paate.</w:t>
      </w:r>
    </w:p>
    <w:p>
      <w:pPr>
        <w:jc w:val="right"/>
      </w:pPr>
      <w:r>
        <w:t>کیوں؟ لوگ sort out نہیں کر پاتے۔</w:t>
      </w:r>
    </w:p>
    <w:p>
      <w:r>
        <w:rPr>
          <w:b/>
        </w:rPr>
        <w:t xml:space="preserve">[49:55] </w:t>
      </w:r>
      <w:r>
        <w:t>to aap yeh na samjhiye k aap ka case yeh hai. yeh sab ka case hai. aur is k liye aap logon ko train karna hai. apne ko yani woh salahiyat paida karna hai apne andar.</w:t>
      </w:r>
    </w:p>
    <w:p>
      <w:pPr>
        <w:jc w:val="right"/>
      </w:pPr>
      <w:r>
        <w:t>تو آپ یہ نہ سمجھیے کہ آپ کا case یہ ہے۔ یہ سب کا case ہے۔ اور اس کے لیے آپ لوگوں کو train کرنا ہے۔ اپنے کو یعنی وہ صلاحیت پیدا کرنا ہے اپنے اندر۔</w:t>
      </w:r>
    </w:p>
    <w:p>
      <w:r>
        <w:rPr>
          <w:b/>
        </w:rPr>
        <w:t xml:space="preserve">[50:07] </w:t>
      </w:r>
      <w:r>
        <w:t>jis jis ko mein kehta hoon sort out karna. to to yeh yeh aik aik is ka aik is ko is ka talluq apne ko train karne se hai.</w:t>
      </w:r>
    </w:p>
    <w:p>
      <w:pPr>
        <w:jc w:val="right"/>
      </w:pPr>
      <w:r>
        <w:t>جس جس کو میں کہتا ہوں sort out کرنا۔ تو تو یہ یہ ایک ایک اس کا ایک اس کو اس کا تعلق اپنے کو train کرنے سے ہے۔</w:t>
      </w:r>
    </w:p>
    <w:p>
      <w:r>
        <w:rPr>
          <w:b/>
        </w:rPr>
        <w:t xml:space="preserve">[50:20] </w:t>
      </w:r>
      <w:r>
        <w:t>jab jab tak aap apne ko train nahi karein ge, tab tak kaifiyat baqi rahegi.</w:t>
      </w:r>
    </w:p>
    <w:p>
      <w:pPr>
        <w:jc w:val="right"/>
      </w:pPr>
      <w:r>
        <w:t>جب جب تک آپ اپنے کو train نہیں کریں گے، تب تک کیفیت باقی رہے گی۔</w:t>
      </w:r>
    </w:p>
    <w:p>
      <w:r>
        <w:rPr>
          <w:b/>
        </w:rPr>
        <w:t xml:space="preserve">[50:29] </w:t>
      </w:r>
      <w:r>
        <w:t>Maulana, agla sawal lene se pehle aik comment parhna chahenge jo Bangalore se Kareem Khan sahib ne bheja hai. aur unhone jo comment bheja hai, woh aik American citizen ka hai jo aik school k principal hain Hyderabad mein.</w:t>
      </w:r>
    </w:p>
    <w:p>
      <w:pPr>
        <w:jc w:val="right"/>
      </w:pPr>
      <w:r>
        <w:t>مولانا، اگلا سوال لینے سے پہلے ایک comment پڑھنا چاہیں گے جو بنگلور سے کریم خان صاحب نے بھیجا ہے۔ اور انہوں نے جو comment بھیجا ہے، وہ ایک American citizen کا ہے جو ایک سکول کے principal ہیں حیدرآباد میں۔</w:t>
      </w:r>
    </w:p>
    <w:p>
      <w:r>
        <w:rPr>
          <w:b/>
        </w:rPr>
        <w:t xml:space="preserve">[50:45] </w:t>
      </w:r>
      <w:r>
        <w:t>aur in American citizen ko unhone Spirit of Islam di thi. to is par unhone comment likha tha Kareem Khan sahib ko.</w:t>
      </w:r>
    </w:p>
    <w:p>
      <w:pPr>
        <w:jc w:val="right"/>
      </w:pPr>
      <w:r>
        <w:t>اور ان American citizen کو انہوں نے Spirit of Islam دی تھی۔ تو اس پر انہوں نے comment لکھا تھا کریم خان صاحب کو۔</w:t>
      </w:r>
    </w:p>
    <w:p>
      <w:r>
        <w:rPr>
          <w:b/>
        </w:rPr>
        <w:t xml:space="preserve">[50:53] </w:t>
      </w:r>
      <w:r>
        <w:t>aur woh is tareeqe se hai:</w:t>
      </w:r>
    </w:p>
    <w:p>
      <w:pPr>
        <w:jc w:val="right"/>
      </w:pPr>
      <w:r>
        <w:t>اور وہ اس طریقے سے ہے:</w:t>
      </w:r>
    </w:p>
    <w:p>
      <w:r>
        <w:rPr>
          <w:b/>
        </w:rPr>
        <w:t xml:space="preserve">[50:55] </w:t>
      </w:r>
      <w:r>
        <w:t>"I want to thank you for the magazine Spirit of Islam. It is very inspiring and beautiful in all respects. Most Indian religious publications are of poor quality, that is language, paper layout, etc.</w:t>
      </w:r>
    </w:p>
    <w:p>
      <w:pPr>
        <w:jc w:val="right"/>
      </w:pPr>
      <w:r>
        <w:t>"I want to thank you for the magazine Spirit of Islam. It is very inspiring and beautiful in all respects. Most Indian religious publications are of poor quality, that is language, paper layout, etc.</w:t>
      </w:r>
    </w:p>
    <w:p>
      <w:r>
        <w:rPr>
          <w:b/>
        </w:rPr>
        <w:t xml:space="preserve">[51:12] </w:t>
      </w:r>
      <w:r>
        <w:t>But this one is top-notch. There is a clear and pure spirit behind the efforts." Minhaj Arastu, principal Hyderabad school.</w:t>
      </w:r>
    </w:p>
    <w:p>
      <w:pPr>
        <w:jc w:val="right"/>
      </w:pPr>
      <w:r>
        <w:t>But this one is top-notch. There is a clear and pure spirit behind the efforts." منہاز ارسطو، principal حیدرآباد سکول۔</w:t>
      </w:r>
    </w:p>
    <w:p>
      <w:r>
        <w:rPr>
          <w:b/>
        </w:rPr>
        <w:t xml:space="preserve">[51:23] </w:t>
      </w:r>
      <w:r>
        <w:t>Masha Allah, Jazakum Allah</w:t>
      </w:r>
    </w:p>
    <w:p>
      <w:pPr>
        <w:jc w:val="right"/>
      </w:pPr>
      <w:r>
        <w:t>ماشاءاللہ، جزاکم اللہ</w:t>
      </w:r>
    </w:p>
    <w:p>
      <w:r>
        <w:rPr>
          <w:b/>
        </w:rPr>
        <w:t xml:space="preserve">[51:26] </w:t>
      </w:r>
      <w:r>
        <w:t>. Maulana, agla sawal Dr. Fareeda Khanam ne bheja hai Delhi se. unhone likha hai: "Please explain what is meant by shakhsiyat parasti, that is personality cult, is k bare mein batayein."</w:t>
      </w:r>
    </w:p>
    <w:p>
      <w:pPr>
        <w:jc w:val="right"/>
      </w:pPr>
      <w:r>
        <w:t>۔ مولانا، اگلا سوال ڈاکٹر فریدہ خانم نے بھیجا ہے دلی سے۔ انہوں نے لکھا ہے: "Please explain what is meant by شخصیت پرستی، that is personality cult، اس کے بارے میں بتائیں۔"</w:t>
      </w:r>
    </w:p>
    <w:p>
      <w:r>
        <w:rPr>
          <w:b/>
        </w:rPr>
        <w:t xml:space="preserve">[51:47] </w:t>
      </w:r>
      <w:r>
        <w:t>dekhiye, is mein aik bohat hi ahem masla yeh hai k shakhsiyat parasti aur itraaf dono bohat hi zyada aik thin line dono k beech mein hain.</w:t>
      </w:r>
    </w:p>
    <w:p>
      <w:pPr>
        <w:jc w:val="right"/>
      </w:pPr>
      <w:r>
        <w:t>دیکھیے، اس میں ایک بہت ہی اہم مسئلہ یہ ہے کہ شخصیت پرستی اور اعتراف دونوں بہت ہی زیادہ ایک thin line دونوں کے بیچ میں ہیں۔</w:t>
      </w:r>
    </w:p>
    <w:p>
      <w:r>
        <w:rPr>
          <w:b/>
        </w:rPr>
        <w:t xml:space="preserve">[52:00] </w:t>
      </w:r>
      <w:r>
        <w:t>kai log itraaf is liye nahi kar paate k kai shakhsiyat parasti na ho. nateeja kya hota hai? k woh apne ko tabah kar lete hain. itraaf to farz hai.</w:t>
      </w:r>
    </w:p>
    <w:p>
      <w:pPr>
        <w:jc w:val="right"/>
      </w:pPr>
      <w:r>
        <w:t>کئی لوگ اعتراف اس لیے نہیں کر پاتے کہ کئی شخصیت پرستی نہ ہو۔ نتیجہ کیا ہوتا ہے؟ کہ وہ اپنے کو تباہ کر لیتے ہیں۔ اعتراف تو فرض ہے۔</w:t>
      </w:r>
    </w:p>
    <w:p>
      <w:r>
        <w:rPr>
          <w:b/>
        </w:rPr>
        <w:t xml:space="preserve">[52:12] </w:t>
      </w:r>
      <w:r>
        <w:t>yaad rakhiye, itraaf farz. Alhamdulillah, Rabb-ul-Alameen, itraaf ka kalma hai. woh</w:t>
      </w:r>
    </w:p>
    <w:p>
      <w:pPr>
        <w:jc w:val="right"/>
      </w:pPr>
      <w:r>
        <w:t>یاد رکھیے، اعتراف فرض۔ الحمدللہ، رب العالمین، اعتراف کا کلمہ ہے۔ وہ</w:t>
      </w:r>
    </w:p>
    <w:p>
      <w:r>
        <w:rPr>
          <w:b/>
        </w:rPr>
        <w:t xml:space="preserve">[52:18] </w:t>
      </w:r>
      <w:r>
        <w:t>aap ko itraaf karna hi parega, warna aap ki aap ka development nahi hoga, aap ki shakhsiyat ka irtaqa nahi hoga. aap ko rabbaniyat ka bilkul yani sabay khabar rahenge aap.</w:t>
      </w:r>
    </w:p>
    <w:p>
      <w:pPr>
        <w:jc w:val="right"/>
      </w:pPr>
      <w:r>
        <w:t>آپ کو اعتراف کرنا ہی پڑے گا، ورنہ آپ کی آپ کا development نہیں ہوگا، آپ کی شخصیت کا ارتقاء نہیں ہوگا۔ آپ کو ربانیت کا بالکل یعنی سبے خبر رہیں گے آپ۔</w:t>
      </w:r>
    </w:p>
    <w:p>
      <w:r>
        <w:rPr>
          <w:b/>
        </w:rPr>
        <w:t xml:space="preserve">[52:34] </w:t>
      </w:r>
      <w:r>
        <w:t>to mein manta hoon k shakhsiyat parasti aur itraaf bohat aik thin line dono k beech mein hai. lekin is ko aap paar karna parega.</w:t>
      </w:r>
    </w:p>
    <w:p>
      <w:pPr>
        <w:jc w:val="right"/>
      </w:pPr>
      <w:r>
        <w:t>تو میں مانتا ہوں کہ شخصیت پرستی اور اعتراف بہت ایک thin line دونوں کے بیچ میں ہے۔ لیکن اس کو آپ پار کرنا پڑے گا۔</w:t>
      </w:r>
    </w:p>
    <w:p>
      <w:r>
        <w:rPr>
          <w:b/>
        </w:rPr>
        <w:t xml:space="preserve">[52:42] </w:t>
      </w:r>
      <w:r>
        <w:t>aap ko</w:t>
      </w:r>
    </w:p>
    <w:p>
      <w:pPr>
        <w:jc w:val="right"/>
      </w:pPr>
      <w:r>
        <w:t>آپ کو</w:t>
      </w:r>
    </w:p>
    <w:p>
      <w:r>
        <w:rPr>
          <w:b/>
        </w:rPr>
        <w:t xml:space="preserve">[52:43] </w:t>
      </w:r>
      <w:r>
        <w:t>is dar se k kai shakhs shakhs parasti na ho to apne ko halak kar lenge aap.</w:t>
      </w:r>
    </w:p>
    <w:p>
      <w:pPr>
        <w:jc w:val="right"/>
      </w:pPr>
      <w:r>
        <w:t>اس ڈر سے کہ کئی شخص شخص پرستی نہ ہو تو اپنے کو ہلاک کر لیں گے آپ۔</w:t>
      </w:r>
    </w:p>
    <w:p>
      <w:r>
        <w:rPr>
          <w:b/>
        </w:rPr>
        <w:t xml:space="preserve">[52:51] </w:t>
      </w:r>
      <w:r>
        <w:t>to itraaf hi ko doosre log keh dete hain k dekho, yeh to shakhsiyat parasti ki baat kar rahe hain. halankay woh itraaf hota hai. itraaf mani acknowledge karna.</w:t>
      </w:r>
    </w:p>
    <w:p>
      <w:pPr>
        <w:jc w:val="right"/>
      </w:pPr>
      <w:r>
        <w:t>تو اعتراف ہی کو دوسرے لوگ کہہ دیتے ہیں کہ دیکھو، یہ تو شخصیت پرستی کی بات کر رہے ہیں۔ حالانکہ وہ اعتراف ہوتا ہے۔ اعتراف معنی acknowledge کرنا۔</w:t>
      </w:r>
    </w:p>
    <w:p>
      <w:r>
        <w:rPr>
          <w:b/>
        </w:rPr>
        <w:t xml:space="preserve">[53:03] </w:t>
      </w:r>
      <w:r>
        <w:t>kisi se aap ko sachai mile, hidayat mile to aap ko itraaf karna hi karna parega. aap ko acknowledge karna hoga. bila ma shukra linnasi lamma shukra llah</w:t>
      </w:r>
    </w:p>
    <w:p>
      <w:pPr>
        <w:jc w:val="right"/>
      </w:pPr>
      <w:r>
        <w:t>کسی سے آپ کو سچائی ملے، ہدایت ملے تو آپ کو اعتراف کرنا ہی کرنا پڑے گا۔ آپ کو acknowledge کرنا ہوگا۔ بلَّا مَا شُكُرَ النَّاسُ لَمَّا شُكُرَ اللَّهُ</w:t>
      </w:r>
    </w:p>
    <w:p>
      <w:r>
        <w:rPr>
          <w:b/>
        </w:rPr>
        <w:t xml:space="preserve">[53:13] </w:t>
      </w:r>
      <w:r>
        <w:t>to eteraaf bahut bari neki hai, bahut bara virtue hai, bahut bari ibadat hai. ek baat yeh hai. doosri baat dekhiye, shakhsiat parasti ki definition kya hai?</w:t>
      </w:r>
    </w:p>
    <w:p>
      <w:pPr>
        <w:jc w:val="right"/>
      </w:pPr>
      <w:r>
        <w:t>تو اعتراف بہت بڑی نیکی ہے، بہت بڑا virtue ہے، بہت بڑی عبادت ہے۔ ایک بات یہ ہے۔ دوسری بات دیکھیے، شخصیت پرستی کی definition کیا ہے؟</w:t>
      </w:r>
    </w:p>
    <w:p>
      <w:r>
        <w:rPr>
          <w:b/>
        </w:rPr>
        <w:t xml:space="preserve">[53:28] </w:t>
      </w:r>
      <w:r>
        <w:t>shakhsiat parasti ki difference yeh hai ke agar aap kisi shakhs ke baray mein is quality ko farz kar lein jo quality Allah ki hai, tab yeh shakhs parasti hai.</w:t>
      </w:r>
    </w:p>
    <w:p>
      <w:pPr>
        <w:jc w:val="right"/>
      </w:pPr>
      <w:r>
        <w:t>شخصیت پرستی کی difference یہ ہے کہ اگر آپ کسی شخص کے بارے میں اس quality کو فرض کر لیں جو quality اللہ کی ہے، تب یہ شخص پرستی ہے۔</w:t>
      </w:r>
    </w:p>
    <w:p>
      <w:r>
        <w:rPr>
          <w:b/>
        </w:rPr>
        <w:t xml:space="preserve">[53:41] </w:t>
      </w:r>
      <w:r>
        <w:t>masla yeh hai ke aap kahein ke is ke karne se beta paida ho jaye ga, is ke karne se business chal jaye ga,</w:t>
      </w:r>
    </w:p>
    <w:p>
      <w:pPr>
        <w:jc w:val="right"/>
      </w:pPr>
      <w:r>
        <w:t>مسئلہ یہ ہے کہ آپ کہیں کہ اس کے کرنے سے بیٹا پیدا ہو جائے گا، اس کے کرنے سے business چل جائے گا،</w:t>
      </w:r>
    </w:p>
    <w:p>
      <w:r>
        <w:rPr>
          <w:b/>
        </w:rPr>
        <w:t xml:space="preserve">[53:49] </w:t>
      </w:r>
      <w:r>
        <w:t>is ke karne se job mil jaye ga. yaani jaisa ke maine aware kiya ke Allah all powerful hai. qudrat ya power sab Allah ke ki cheez hai.</w:t>
      </w:r>
    </w:p>
    <w:p>
      <w:pPr>
        <w:jc w:val="right"/>
      </w:pPr>
      <w:r>
        <w:t>اس کے کرنے سے جاب مل جائے گا۔ یعنی جیسا کہ میں نے aware کیا کہ اللہ all powerful ہے۔ قدرت یا power سب اللہ کے کی چیز ہے۔</w:t>
      </w:r>
    </w:p>
    <w:p>
      <w:r>
        <w:rPr>
          <w:b/>
        </w:rPr>
        <w:t xml:space="preserve">[54:03] </w:t>
      </w:r>
      <w:r>
        <w:t>to agar aap kisi shakhs ke baray mein yeh mannay lagein ke is ko koi woh cheez hasil hai jo jo Allah ko hasil hoti hai, yaani qudrat, to woh shakhs parasti hai.</w:t>
      </w:r>
    </w:p>
    <w:p>
      <w:pPr>
        <w:jc w:val="right"/>
      </w:pPr>
      <w:r>
        <w:t>تو اگر آپ کسی شخص کے بارے میں یہ ماننے لگیں کہ اس کو کوئی وہ چیز حاصل ہے جو جو اللہ کو حاصل ہوتی ہے، یعنی قدرت، تو وہ شخصیت پرستی ہے۔</w:t>
      </w:r>
    </w:p>
    <w:p>
      <w:r>
        <w:rPr>
          <w:b/>
        </w:rPr>
        <w:t xml:space="preserve">[54:13] </w:t>
      </w:r>
      <w:r>
        <w:t>otherwise, woh eteraaf hai, acknowledge karna hai.</w:t>
      </w:r>
    </w:p>
    <w:p>
      <w:pPr>
        <w:jc w:val="right"/>
      </w:pPr>
      <w:r>
        <w:t>Otherwise، وہ اعتراف ہے، acknowledge کرنا ہے۔</w:t>
      </w:r>
    </w:p>
    <w:p>
      <w:r>
        <w:rPr>
          <w:b/>
        </w:rPr>
        <w:t xml:space="preserve">[54:19] </w:t>
      </w:r>
      <w:r>
        <w:t>to shakhsiyat parasti jo hai, woh bilashuba ghair matloob hai. lekin eteraaf to bilashuba matloob hai.</w:t>
      </w:r>
    </w:p>
    <w:p>
      <w:pPr>
        <w:jc w:val="right"/>
      </w:pPr>
      <w:r>
        <w:t>تو شخصیت پرستی جو ہے، وہ بلاشبہ غیر مطلوب ہے۔ لیکن اعتراف تو بلاشبہ مطلوب ہے۔</w:t>
      </w:r>
    </w:p>
    <w:p>
      <w:r>
        <w:rPr>
          <w:b/>
        </w:rPr>
        <w:t xml:space="preserve">[54:31] </w:t>
      </w:r>
      <w:r>
        <w:t>eteraaf is baat ka hota hai ke aap ko kisi se hidayat mili, kisi se sachai mili, kisi ne aap ki aankhein kholin, kisi ne aap ko wisdom diya, kisi ne aap ko baseerat di.</w:t>
      </w:r>
    </w:p>
    <w:p>
      <w:pPr>
        <w:jc w:val="right"/>
      </w:pPr>
      <w:r>
        <w:t>اعتراف اس بات کا ہوتا ہے کہ آپ کو کسی سے ہدایت ملی، کسی سے سچائی ملی، کسی نے آپ کی آنکھیں کھولیں، کسی نے آپ کو wisdom دیا، کسی نے آپ کو بصیرت دی۔</w:t>
      </w:r>
    </w:p>
    <w:p>
      <w:r>
        <w:rPr>
          <w:b/>
        </w:rPr>
        <w:t xml:space="preserve">[54:41] </w:t>
      </w:r>
      <w:r>
        <w:t>woh bharpoor eteraaf karna chahiye, open eteraaf, openly eteraaf. yeh is ka kuch bhi ta'alluq shakhsiyat parasti se nahi hai.</w:t>
      </w:r>
    </w:p>
    <w:p>
      <w:pPr>
        <w:jc w:val="right"/>
      </w:pPr>
      <w:r>
        <w:t>وہ بھرپور اعتراف کرنا چاہیے، open اعتراف، openly اعتراف۔ یہ اس کا کچھ بھی تعلق شخصیت پرستی سے نہیں ہے۔</w:t>
      </w:r>
    </w:p>
    <w:p>
      <w:r>
        <w:rPr>
          <w:b/>
        </w:rPr>
        <w:t xml:space="preserve">[54:51] </w:t>
      </w:r>
      <w:r>
        <w:t>shakhsiyat parasti woh hai jab ke aap kisi insaan ke baray mein yeh maanein ke is ko koi khaas qudrat hasil hai, is ke munh se jo nikal jaye ga, woh tareekh ko badal de ga.</w:t>
      </w:r>
    </w:p>
    <w:p>
      <w:pPr>
        <w:jc w:val="right"/>
      </w:pPr>
      <w:r>
        <w:t>شخصیت پرستی وہ ہے جب کہ آپ کسی انسان کے بارے میں یہ مانیں کہ اس کو کوئی خاص قدرت حاصل ہے، اس کے منہ سے جو نکل جائے گا، وہ تاریخ کو بدل دے گا۔</w:t>
      </w:r>
    </w:p>
    <w:p>
      <w:r>
        <w:rPr>
          <w:b/>
        </w:rPr>
        <w:t xml:space="preserve">[55:04] </w:t>
      </w:r>
      <w:r>
        <w:t>yeh sab gumrahi hai.</w:t>
      </w:r>
    </w:p>
    <w:p>
      <w:pPr>
        <w:jc w:val="right"/>
      </w:pPr>
      <w:r>
        <w:t>یہ سب گمراہی ہے۔</w:t>
      </w:r>
    </w:p>
    <w:p>
      <w:r>
        <w:rPr>
          <w:b/>
        </w:rPr>
        <w:t xml:space="preserve">[55:07] </w:t>
      </w:r>
      <w:r>
        <w:t>to aap bharpoor eteraaf kijiye aur kisi ke baray mein yeh mat maanein ke is ko koi qudrat hasil hai, is ke karne se kuch tareekh badal jaye gi, is ke karne se logon ki qismatein badal jayen gi.</w:t>
      </w:r>
    </w:p>
    <w:p>
      <w:pPr>
        <w:jc w:val="right"/>
      </w:pPr>
      <w:r>
        <w:t>تو آپ بھرپور اعتراف کیجیے اور کسی کے بارے میں یہ مت مانیں کہ اس کو کوئی قدرت حاصل ہے، اس کے کرنے سے کچھ تاریخ بدل جائے گی، اس کے کرنے سے لوگوں کی قسمتیں بدل جائیں گی۔</w:t>
      </w:r>
    </w:p>
    <w:p>
      <w:r>
        <w:rPr>
          <w:b/>
        </w:rPr>
        <w:t xml:space="preserve">[55:23] </w:t>
      </w:r>
      <w:r>
        <w:t>yeh mana maniye, kyunke woh hai shakhsiyat parasti.</w:t>
      </w:r>
    </w:p>
    <w:p>
      <w:pPr>
        <w:jc w:val="right"/>
      </w:pPr>
      <w:r>
        <w:t>یہ منا مانیے، کیونکہ وہ ہے شخصیت پرستی۔</w:t>
      </w:r>
    </w:p>
    <w:p>
      <w:r>
        <w:rPr>
          <w:b/>
        </w:rPr>
        <w:t xml:space="preserve">[55:30] </w:t>
      </w:r>
      <w:r>
        <w:t>maulana, agla sawal Chennai se aya hai. Maulana Iqbal Umri ne kiya hai.</w:t>
      </w:r>
    </w:p>
    <w:p>
      <w:pPr>
        <w:jc w:val="right"/>
      </w:pPr>
      <w:r>
        <w:t>مولانا، اگلا سوال چنئی سے آیا ہے۔ مولانا اقبال عمری نے کیا ہے۔</w:t>
      </w:r>
    </w:p>
    <w:p>
      <w:r>
        <w:rPr>
          <w:b/>
        </w:rPr>
        <w:t xml:space="preserve">[55:35] </w:t>
      </w:r>
      <w:r>
        <w:t>unhone likha hai: "Mu'tazila ki rational thinking aur Al-Risala ki thinking mein kya farq hai?" is ke baray mein batayein.</w:t>
      </w:r>
    </w:p>
    <w:p>
      <w:pPr>
        <w:jc w:val="right"/>
      </w:pPr>
      <w:r>
        <w:t>انہوں نے لکھا ہے: "معتزلہ کی rational thinking اور الرسالہ کی thinking میں کیا فرق ہے؟" اس کے بارے میں بتائیں۔</w:t>
      </w:r>
    </w:p>
    <w:p>
      <w:r>
        <w:rPr>
          <w:b/>
        </w:rPr>
        <w:t xml:space="preserve">[55:44] </w:t>
      </w:r>
      <w:r>
        <w:t>kya sawal? Mu'tazila ki rational thinking. kya pehla lafz kya hai? Mu'tazila. Mu'tazila. haan?</w:t>
      </w:r>
    </w:p>
    <w:p>
      <w:pPr>
        <w:jc w:val="right"/>
      </w:pPr>
      <w:r>
        <w:t>کیا سوال؟ معتزلہ کی rational thinking۔ کیا پہلا لفظ کیا ہے؟ معتزلہ۔ معتزلہ۔ ہاں؟</w:t>
      </w:r>
    </w:p>
    <w:p>
      <w:r>
        <w:rPr>
          <w:b/>
        </w:rPr>
        <w:t xml:space="preserve">[55:53] </w:t>
      </w:r>
      <w:r>
        <w:t>Mu'tazila. yaani kya pehla lafz kya parh rahe hain aap? Mu'tazila. acha, Mu'tazila. ji. woh hai lafz Mu'tazila. ji. haan.</w:t>
      </w:r>
    </w:p>
    <w:p>
      <w:pPr>
        <w:jc w:val="right"/>
      </w:pPr>
      <w:r>
        <w:t>معتزلہ۔ یعنی کیا پہلا لفظ کیا پڑھ رہے ہیں آپ؟ معتزلہ۔ اچھا، معتزلہ۔ جی۔ وہ ہے لفظ معتزلہ۔ جی۔ ہاں۔</w:t>
      </w:r>
    </w:p>
    <w:p>
      <w:r>
        <w:rPr>
          <w:b/>
        </w:rPr>
        <w:t xml:space="preserve">[56:03] </w:t>
      </w:r>
      <w:r>
        <w:t>phir se parhiye?</w:t>
      </w:r>
    </w:p>
    <w:p>
      <w:pPr>
        <w:jc w:val="right"/>
      </w:pPr>
      <w:r>
        <w:t>پھر سے پڑھیے؟</w:t>
      </w:r>
    </w:p>
    <w:p>
      <w:r>
        <w:rPr>
          <w:b/>
        </w:rPr>
        <w:t xml:space="preserve">[56:04] </w:t>
      </w:r>
      <w:r>
        <w:t>Mu'tazila ki rational thinking aur Al-Risala ki thinking mein kya farq hai? dekhiye, Mu'tazila ki zabaan mein science wajood mein nahi aayi thi.</w:t>
      </w:r>
    </w:p>
    <w:p>
      <w:pPr>
        <w:jc w:val="right"/>
      </w:pPr>
      <w:r>
        <w:t>معتزلہ کی rational thinking اور الرسالہ کی thinking میں کیا فرق ہے؟ دیکھیے، معتزلہ کی زبان میں سائنس وجود میں نہیں آئی تھی۔</w:t>
      </w:r>
    </w:p>
    <w:p>
      <w:r>
        <w:rPr>
          <w:b/>
        </w:rPr>
        <w:t xml:space="preserve">[56:14] </w:t>
      </w:r>
      <w:r>
        <w:t>Mu'tazila sirf Greek philosophy ko jantay thay. unhein pata hi nahi tha ke rationalism kya hai. woh to hawai ghore daurate thay woh.</w:t>
      </w:r>
    </w:p>
    <w:p>
      <w:pPr>
        <w:jc w:val="right"/>
      </w:pPr>
      <w:r>
        <w:t>معتزلہ صرف گریک فلاسفی کو جانتے تھے۔ انہیں پتہ ہی نہیں تھا کہ rationalism کیا ہے۔ وہ تو ہوائی گھوڑے دوڑاتے تھے وہ۔</w:t>
      </w:r>
    </w:p>
    <w:p>
      <w:r>
        <w:rPr>
          <w:b/>
        </w:rPr>
        <w:t xml:space="preserve">[56:24] </w:t>
      </w:r>
      <w:r>
        <w:t>Mu'tazila ki zabaan mein woh cheez thi jo kehte hain syllogism. syllogism ke douran mein un ki rationalism paida hui thi.</w:t>
      </w:r>
    </w:p>
    <w:p>
      <w:pPr>
        <w:jc w:val="right"/>
      </w:pPr>
      <w:r>
        <w:t>معتزلہ کی زبان میں وہ چیز تھی جو کہتے ہیں syllogism۔ syllogism کے دوران میں ان کی rationalism پیدا ہوئی تھی۔</w:t>
      </w:r>
    </w:p>
    <w:p>
      <w:r>
        <w:rPr>
          <w:b/>
        </w:rPr>
        <w:t xml:space="preserve">[56:33] </w:t>
      </w:r>
      <w:r>
        <w:t>woh rationalism hai hi nahi. aaj jo hum jis dour mein hain, woh science ka dour hai. to scientific reasoning alag cheez hai aur philosophical yaani qasar alag cheez hai.</w:t>
      </w:r>
    </w:p>
    <w:p>
      <w:pPr>
        <w:jc w:val="right"/>
      </w:pPr>
      <w:r>
        <w:t>وہ rationalism ہے ہی نہیں۔ آج جو ہم جس دور میں ہیں، وہ سائنس کا دور ہے۔ تو scientific reasoning الگ چیز ہے اور philosophical یعنی قاصار الگ چیز ہے۔</w:t>
      </w:r>
    </w:p>
    <w:p>
      <w:r>
        <w:rPr>
          <w:b/>
        </w:rPr>
        <w:t xml:space="preserve">[56:46] </w:t>
      </w:r>
      <w:r>
        <w:t>to Mu'tazila to philosophical qasar hi karte thay. aaj hum jo karte hain, woh scientific reasoning hoti hai. dono bohat bara farq hai. is par main kaafi likh chuka hoon, aap parhiye.</w:t>
      </w:r>
    </w:p>
    <w:p>
      <w:pPr>
        <w:jc w:val="right"/>
      </w:pPr>
      <w:r>
        <w:t>تو معتزلہ تو philosophical قاصار ہی کرتے تھے۔ آج ہم جو کرتے ہیں، وہ scientific reasoning ہوتی ہے۔ دونوں بہت بڑا فرق ہے۔ اس پر میں کافی لکھ چکا ہوں، آپ پڑھیے۔</w:t>
      </w:r>
    </w:p>
    <w:p>
      <w:r>
        <w:rPr>
          <w:b/>
        </w:rPr>
        <w:t xml:space="preserve">[56:57] </w:t>
      </w:r>
      <w:r>
        <w:t>abhi ek meri kitab chhap rahi hai, Idara Deen. is mein bhi is par kaafi lambi bahs hai.</w:t>
      </w:r>
    </w:p>
    <w:p>
      <w:pPr>
        <w:jc w:val="right"/>
      </w:pPr>
      <w:r>
        <w:t>ابھی ایک میری کتاب چھپ رہی ہے، ادارہ دین۔ اس میں بھی اس پر کافی لمبی بحث ہے۔</w:t>
      </w:r>
    </w:p>
    <w:p>
      <w:r>
        <w:rPr>
          <w:b/>
        </w:rPr>
        <w:t xml:space="preserve">[57:06] </w:t>
      </w:r>
      <w:r>
        <w:t>maulana, agla sawal lene se pehle ek comment parhna chahenge jo Khwaja Kaleemuddin sahib ne Pennsylvania se bheja hai.</w:t>
      </w:r>
    </w:p>
    <w:p>
      <w:pPr>
        <w:jc w:val="right"/>
      </w:pPr>
      <w:r>
        <w:t>مولانا، اگلا سوال لینے سے پہلے ایک comment پڑھنا چاہیں گے جو خواجہ کلیم الدین صاحب نے Pennsylvania سے بھیجا ہے۔</w:t>
      </w:r>
    </w:p>
    <w:p>
      <w:r>
        <w:rPr>
          <w:b/>
        </w:rPr>
        <w:t xml:space="preserve">[57:15] </w:t>
      </w:r>
      <w:r>
        <w:t>un ko yeh comment aik sahib jin ka naam si ti roohani zoohaiten hai, jo indonesia mein rehte hain, unhon ne likha hai regarding Spirit of Islam.</w:t>
      </w:r>
    </w:p>
    <w:p>
      <w:pPr>
        <w:jc w:val="right"/>
      </w:pPr>
      <w:r>
        <w:t>ان کو یہ comment ایک صاحب جن کا نام سی ٹی روحانی زوہائتن ہے، جو انڈونیشیا میں رہتے ہیں، انہوں نے لکھا ہے regarding Spirit of Islam۔</w:t>
      </w:r>
    </w:p>
    <w:p>
      <w:r>
        <w:rPr>
          <w:b/>
        </w:rPr>
        <w:t xml:space="preserve">[57:26] </w:t>
      </w:r>
      <w:r>
        <w:t>unhon ne likha hai: "Brother Khaja Kalimuddin, thank you very much for sending this precious book.</w:t>
      </w:r>
    </w:p>
    <w:p>
      <w:pPr>
        <w:jc w:val="right"/>
      </w:pPr>
      <w:r>
        <w:t>انہوں نے لکھا ہے: "Brother Khaja Kalimuddin, thank you very much for sending this precious book.</w:t>
      </w:r>
    </w:p>
    <w:p>
      <w:r>
        <w:rPr>
          <w:b/>
        </w:rPr>
        <w:t xml:space="preserve">[57:33] </w:t>
      </w:r>
      <w:r>
        <w:t>I will share this with my colleagues in the faculty of Siaria. I wish you all the best for promoting peaceful Islam." Maulana, agla sawal Shahnawaz Zafar sahib ka hai, Delhi se.</w:t>
      </w:r>
    </w:p>
    <w:p>
      <w:pPr>
        <w:jc w:val="right"/>
      </w:pPr>
      <w:r>
        <w:t>I will share this with my colleagues in the faculty of Siaria. I wish you all the best for promoting peaceful Islam." مولانا، اگلا سوال شاہنواز ظفر صاحب کا ہے، دلی سے۔</w:t>
      </w:r>
    </w:p>
    <w:p>
      <w:r>
        <w:rPr>
          <w:b/>
        </w:rPr>
        <w:t xml:space="preserve">[57:47] </w:t>
      </w:r>
      <w:r>
        <w:t>unhon ne likha hai: "We have available information about the reaction of Sahabas, especially of Hazrat Umar and Hazrat Abu Bakr, at the time of the death of our Prophet.</w:t>
      </w:r>
    </w:p>
    <w:p>
      <w:pPr>
        <w:jc w:val="right"/>
      </w:pPr>
      <w:r>
        <w:t>انہوں نے لکھا ہے: "We have available information about the reaction of Sahabas, especially of Hazrat Umar and Hazrat Abu Bakr, at the time of the death of our Prophet.</w:t>
      </w:r>
    </w:p>
    <w:p>
      <w:r>
        <w:rPr>
          <w:b/>
        </w:rPr>
        <w:t xml:space="preserve">[58:01] </w:t>
      </w:r>
      <w:r>
        <w:t>We know how did they handle and normalize the situation. Do we have any information about the response of Hazrat Aisha when Prophet took his last breath in her lap?</w:t>
      </w:r>
    </w:p>
    <w:p>
      <w:pPr>
        <w:jc w:val="right"/>
      </w:pPr>
      <w:r>
        <w:t>We know how did they handle and normalize the situation. Do we have any information about the response of Hazrat Aisha when Prophet took his last breath in her lap?</w:t>
      </w:r>
    </w:p>
    <w:p>
      <w:r>
        <w:rPr>
          <w:b/>
        </w:rPr>
        <w:t xml:space="preserve">[58:14] </w:t>
      </w:r>
      <w:r>
        <w:t>How did she carry on herself with this tragedy? Do we have anything to learn from her in this regard?" is par aap kitaab parhiye.</w:t>
      </w:r>
    </w:p>
    <w:p>
      <w:pPr>
        <w:jc w:val="right"/>
      </w:pPr>
      <w:r>
        <w:t>How did she carry on herself with this tragedy? Do we have anything to learn from her in this regard?" اس پر آپ کتاب پڑھیے۔</w:t>
      </w:r>
    </w:p>
    <w:p>
      <w:r>
        <w:rPr>
          <w:b/>
        </w:rPr>
        <w:t xml:space="preserve">[58:26] </w:t>
      </w:r>
      <w:r>
        <w:t>Maulana Sheikh Sa'ad Nadvi ki jo kitaab hai</w:t>
      </w:r>
    </w:p>
    <w:p>
      <w:pPr>
        <w:jc w:val="right"/>
      </w:pPr>
      <w:r>
        <w:t>مولانا شیخ سعد ندوی کی جو کتاب ہے</w:t>
      </w:r>
    </w:p>
    <w:p>
      <w:r>
        <w:rPr>
          <w:b/>
        </w:rPr>
        <w:t xml:space="preserve">[58:29] </w:t>
      </w:r>
      <w:r>
        <w:t>Seerat Aisha, aap us ko parhiye. Is mein aap ko inshallah jawab mil jayega aap ka. Maine bhi Hazrat Aisha pe likha hai. Meri jo kitaab hai woh Aurat mein Baar-e-Insaniyat,</w:t>
      </w:r>
    </w:p>
    <w:p>
      <w:pPr>
        <w:jc w:val="right"/>
      </w:pPr>
      <w:r>
        <w:t>سیرت عائشہ، آپ اس کو پڑھیے۔ اس میں آپ کو انشاءاللہ جواب مل جائے گا آپ کا۔ میں نے بھی حضرت عائشہ پہ لکھا ہے۔ میری جو کتاب ہے وہ عورت میں بار انسانیت،</w:t>
      </w:r>
    </w:p>
    <w:p>
      <w:r>
        <w:rPr>
          <w:b/>
        </w:rPr>
        <w:t xml:space="preserve">[58:42] </w:t>
      </w:r>
      <w:r>
        <w:t>to us ko bhi dekhiye aap. Aur Maulana Sheikh Nadvi ki kitaab Seerat Aisha bhi parhiye. Is mein aap ko poora jawab mil jayega.</w:t>
      </w:r>
    </w:p>
    <w:p>
      <w:pPr>
        <w:jc w:val="right"/>
      </w:pPr>
      <w:r>
        <w:t>تو اس کو بھی دیکھیے آپ۔ اور مولانا شیخ ندوی کی کتاب سیرت عائشہ بھی پڑھیے۔ اس میں آپ کو پورا جواب مل جائے گا۔</w:t>
      </w:r>
    </w:p>
    <w:p>
      <w:r>
        <w:rPr>
          <w:b/>
        </w:rPr>
        <w:t xml:space="preserve">[58:54] </w:t>
      </w:r>
      <w:r>
        <w:t>Maulana, agla sawal Ajmer se hai. Doctor Safeena Tabassum ka</w:t>
      </w:r>
    </w:p>
    <w:p>
      <w:pPr>
        <w:jc w:val="right"/>
      </w:pPr>
      <w:r>
        <w:t>مولانا، اگلا سوال اجمیر سے ہے۔ ڈاکٹر سفینہ تبسم کا</w:t>
      </w:r>
    </w:p>
    <w:p>
      <w:r>
        <w:rPr>
          <w:b/>
        </w:rPr>
        <w:t xml:space="preserve">[58:59] </w:t>
      </w:r>
      <w:r>
        <w:t>. Unhon ne likha hai: "Moulana sahib, please tell if there is any reference in the Quran or Hadith which says that goal for individual is intellectual development and for the society it is peace." Dekhiye, intellectual development ka lafz Quran mein nahi milega.</w:t>
      </w:r>
    </w:p>
    <w:p>
      <w:pPr>
        <w:jc w:val="right"/>
      </w:pPr>
      <w:r>
        <w:t>۔ انہوں نے لکھا ہے: "Moulana صاحب, please tell if there is any reference in the Quran or Hadith which says that goal for individual is intellectual development and for the society it is peace." دیکھیے، intellectual development کا لفظ قرآن میں نہیں ملے گا۔</w:t>
      </w:r>
    </w:p>
    <w:p>
      <w:r>
        <w:rPr>
          <w:b/>
        </w:rPr>
        <w:t xml:space="preserve">[59:20] </w:t>
      </w:r>
      <w:r>
        <w:t>lekin tazkiya yahi to hai.</w:t>
      </w:r>
    </w:p>
    <w:p>
      <w:pPr>
        <w:jc w:val="right"/>
      </w:pPr>
      <w:r>
        <w:t>لیکن تزکیہ یہی تو ہے۔</w:t>
      </w:r>
    </w:p>
    <w:p>
      <w:r>
        <w:rPr>
          <w:b/>
        </w:rPr>
        <w:t xml:space="preserve">[59:24] </w:t>
      </w:r>
      <w:r>
        <w:t>Quran mein saaf saaf hai ke jo tazkiya karega, usi ke liye kamyabi hai. To tazkiya kya hai? Isi ko hum ne naya lafz diya hai.</w:t>
      </w:r>
    </w:p>
    <w:p>
      <w:pPr>
        <w:jc w:val="right"/>
      </w:pPr>
      <w:r>
        <w:t>قرآن میں صاف صاف ہے کہ جو تزکیہ کرے گا، اسی کے لیے کامیابی ہے۔ تو تزکیہ کیا ہے؟ اسی کو ہم نے نیا لفظ دیا ہے۔</w:t>
      </w:r>
    </w:p>
    <w:p>
      <w:r>
        <w:rPr>
          <w:b/>
        </w:rPr>
        <w:t xml:space="preserve">[59:34] </w:t>
      </w:r>
      <w:r>
        <w:t>Tazkiya koi yani mysterious cheez nahi hai. Log is ko mysterious banaye hue thay. To hum ne is ki mysteriousness ko nikala hai.</w:t>
      </w:r>
    </w:p>
    <w:p>
      <w:pPr>
        <w:jc w:val="right"/>
      </w:pPr>
      <w:r>
        <w:t>تزکیہ کوئی یعنی mysterious چیز نہیں ہے۔ لوگ اس کو mysterious بنائے ہوئے تھے۔ تو ہم نے اس کی mysteriousness کو نکالا ہے۔</w:t>
      </w:r>
    </w:p>
    <w:p>
      <w:r>
        <w:rPr>
          <w:b/>
        </w:rPr>
        <w:t xml:space="preserve">[59:44] </w:t>
      </w:r>
      <w:r>
        <w:t>Aur isi ka naam hai intellectual development. Koi alag cheez nahi hai.</w:t>
      </w:r>
    </w:p>
    <w:p>
      <w:pPr>
        <w:jc w:val="right"/>
      </w:pPr>
      <w:r>
        <w:t>اور اسی کا نام ہے intellectual development۔ کوئی الگ چیز نہیں ہے۔</w:t>
      </w:r>
    </w:p>
    <w:p>
      <w:r>
        <w:rPr>
          <w:b/>
        </w:rPr>
        <w:t xml:space="preserve">[59:50] </w:t>
      </w:r>
      <w:r>
        <w:t>Same cheez hai. Aur doosra sawal kya hai? Ah, society mein jo target hai woh peace hai. Baqi yeh jo hai ke ke society goal hai, yeh to kahin Quran mein hai hi nahi.</w:t>
      </w:r>
    </w:p>
    <w:p>
      <w:pPr>
        <w:jc w:val="right"/>
      </w:pPr>
      <w:r>
        <w:t>Same چیز ہے۔ اور دوسرا سوال کیا ہے؟ آہ، society میں جو target ہے وہ peace ہے۔ باقی یہ جو ہے کہ کہ society goal ہے، یہ تو کہیں قرآن میں ہے ہی نہیں۔</w:t>
      </w:r>
    </w:p>
    <w:p>
      <w:r>
        <w:rPr>
          <w:b/>
        </w:rPr>
        <w:t xml:space="preserve">[1:00:04] </w:t>
      </w:r>
      <w:r>
        <w:t>Yeh to khud sakhta hai, banawati hai. Goal jo hai fard hai. Apne aap ko apne andar maarifat paida karna.</w:t>
      </w:r>
    </w:p>
    <w:p>
      <w:pPr>
        <w:jc w:val="right"/>
      </w:pPr>
      <w:r>
        <w:t>یہ تو خود ساختہ ہے، بناوٹی ہے۔ Goal جو ہے فرد ہے۔ اپنے آپ کو اپنے اندر معرفت پیدا کرنا۔</w:t>
      </w:r>
    </w:p>
    <w:p>
      <w:r>
        <w:rPr>
          <w:b/>
        </w:rPr>
        <w:t xml:space="preserve">[1:00:14] </w:t>
      </w:r>
      <w:r>
        <w:t>To yani yeh to bohat hi wazeh baat hai ke fard target hai Islam mein.</w:t>
      </w:r>
    </w:p>
    <w:p>
      <w:pPr>
        <w:jc w:val="right"/>
      </w:pPr>
      <w:r>
        <w:t>تو یعنی یہ تو بہت ہی واضح بات ہے کہ فرد target ہے اسلام میں۔</w:t>
      </w:r>
    </w:p>
    <w:p>
      <w:r>
        <w:rPr>
          <w:b/>
        </w:rPr>
        <w:t xml:space="preserve">[1:00:21] </w:t>
      </w:r>
      <w:r>
        <w:t>System ya hukoomat ya society target nahi hai. Yeh to is par bohat aap likha aap parh lijiye. Hamari kitabein Idara Deen jo kitaab chhap rahi hai, us mein bhi is par bahasein hain ke Islam mein jo target hai woh fard hai.</w:t>
      </w:r>
    </w:p>
    <w:p>
      <w:pPr>
        <w:jc w:val="right"/>
      </w:pPr>
      <w:r>
        <w:t>System یا حکومت یا society target نہیں ہے۔ یہ تو اس پر بہت آپ لکھا آپ پڑھ لیجیے۔ ہماری کتابیں ادارہ دین جو کتاب چھپ رہی ہے، اس میں بھی اس پر بحثیں ہیں کہ اسلام میں جو target ہے وہ فرد ہے۔</w:t>
      </w:r>
    </w:p>
    <w:p>
      <w:r>
        <w:rPr>
          <w:b/>
        </w:rPr>
        <w:t xml:space="preserve">[1:00:37] </w:t>
      </w:r>
      <w:r>
        <w:t>Society ya hukoomat ya system yeh yeh target nahi hai. Aur doosri baat likhi hai ke system hai kya? Society hai kya? Woh to fard ke majmoo'ay ka naam hai society.</w:t>
      </w:r>
    </w:p>
    <w:p>
      <w:pPr>
        <w:jc w:val="right"/>
      </w:pPr>
      <w:r>
        <w:t>Society یا حکومت یا system یہ یہ target نہیں ہے۔ اور دوسری بات لکھی ہے کہ system ہے کیا؟ Society ہے کیا؟ وہ تو فرد کے مجموعے کا نام ہے society۔</w:t>
      </w:r>
    </w:p>
    <w:p>
      <w:r>
        <w:rPr>
          <w:b/>
        </w:rPr>
        <w:t xml:space="preserve">[1:00:48] </w:t>
      </w:r>
      <w:r>
        <w:t>Alag se aap society ko address karein to koi kuch kuch bhi nahi kaam ho sakta. Kyun ke society ka alag koi entity nahi hai. Society ki apni koi alag entity nahi hai jis ko aap address karein to us ko baat pahunch jaye.</w:t>
      </w:r>
    </w:p>
    <w:p>
      <w:pPr>
        <w:jc w:val="right"/>
      </w:pPr>
      <w:r>
        <w:t>الگ سے آپ society کو address کریں تو کوئی کچھ کچھ بھی نہیں کام ہو سکتا۔ کیونکہ society کا الگ کوئی entity نہیں ہے۔ Society کی اپنی کوئی الگ entity نہیں ہے جس کو آپ address کریں تو اس کو بات پہنچ جائے۔</w:t>
      </w:r>
    </w:p>
    <w:p>
      <w:r>
        <w:rPr>
          <w:b/>
        </w:rPr>
        <w:t xml:space="preserve">[1:01:04] </w:t>
      </w:r>
      <w:r>
        <w:t>Is ka jo unit unit hai, usi ko address karna parega. Aur individual society ka unit hai. Bohat se afraad ke milne se society banti hai.</w:t>
      </w:r>
    </w:p>
    <w:p>
      <w:pPr>
        <w:jc w:val="right"/>
      </w:pPr>
      <w:r>
        <w:t>اس کا جو unit unit ہے، اسی کو address کرنا پڑے گا۔ اور individual society کا unit ہے۔ بہت سے افراد کے بلنے سے society بنتی ہے۔</w:t>
      </w:r>
    </w:p>
    <w:p>
      <w:r>
        <w:rPr>
          <w:b/>
        </w:rPr>
        <w:t xml:space="preserve">[1:01:16] </w:t>
      </w:r>
      <w:r>
        <w:t>Aise hi sab se bhi hai. System ka system ki apni koi entity nahi hai. Woh bhi afraad banate hain. Hukoomat ki alag koi entity nahi hai. Is ko afraad banate hain.</w:t>
      </w:r>
    </w:p>
    <w:p>
      <w:pPr>
        <w:jc w:val="right"/>
      </w:pPr>
      <w:r>
        <w:t>ایسے ہی سب سے بھی ہے۔ System کا system کی اپنی کوئی entity نہیں ہے۔ وہ بھی افراد بناتے ہیں۔ حکومت کی الگ کوئی entity نہیں ہے۔ اس کو افراد بناتے ہیں۔</w:t>
      </w:r>
    </w:p>
    <w:p>
      <w:r>
        <w:rPr>
          <w:b/>
        </w:rPr>
        <w:t xml:space="preserve">[1:01:26] </w:t>
      </w:r>
      <w:r>
        <w:t>To chahe hukoomat ho, chahe system ho ya society ho, sab yani in the last result woh fardi to hain, individually to hain.</w:t>
      </w:r>
    </w:p>
    <w:p>
      <w:pPr>
        <w:jc w:val="right"/>
      </w:pPr>
      <w:r>
        <w:t>تو چاہے حکومت ہو، چاہے system ہو یا society ہو، سب یعنی in the last result وہ فردی تو ہیں، individually تو ہیں۔</w:t>
      </w:r>
    </w:p>
    <w:p>
      <w:r>
        <w:rPr>
          <w:b/>
        </w:rPr>
        <w:t xml:space="preserve">[1:01:39] </w:t>
      </w:r>
      <w:r>
        <w:t>individual theek hoga to woh theek hoga. Nahi to kuch bhi theek nahi hoga.</w:t>
      </w:r>
    </w:p>
    <w:p>
      <w:pPr>
        <w:jc w:val="right"/>
      </w:pPr>
      <w:r>
        <w:t>individual ٹھیک ہوگا تو وہ ٹھیک ہوگا۔ نہیں تو کچھ بھی ٹھیک نہیں ہوگا۔</w:t>
      </w:r>
    </w:p>
    <w:p>
      <w:r>
        <w:rPr>
          <w:b/>
        </w:rPr>
        <w:t xml:space="preserve">[1:01:46] </w:t>
      </w:r>
      <w:r>
        <w:t>to individual ko target banana jo hai, yeh bohat wisdom ki baat hai. wisdom ki baat hai. yeh koi yani aisa nahi hai ke social problem ko chhodna hai.</w:t>
      </w:r>
    </w:p>
    <w:p>
      <w:pPr>
        <w:jc w:val="right"/>
      </w:pPr>
      <w:r>
        <w:t>تو individual کو target بنانا جو ہے، یہ بہت wisdom کی بات ہے۔ wisdom کی بات ہے۔ یہ کوئی یعنی ایسا نہیں ہے کہ social problem کو چھوڑنا ہے۔</w:t>
      </w:r>
    </w:p>
    <w:p>
      <w:r>
        <w:rPr>
          <w:b/>
        </w:rPr>
        <w:t xml:space="preserve">[1:02:00] </w:t>
      </w:r>
      <w:r>
        <w:t>social problem jo hal honge to is ka starting point hai individual. chahe hukumat ki islaah ho, system ki islaah ho, society ki islaah ho, sab ka starting point yeh hai ke aap individual mein islaah laaen.</w:t>
      </w:r>
    </w:p>
    <w:p>
      <w:pPr>
        <w:jc w:val="right"/>
      </w:pPr>
      <w:r>
        <w:t>social problem جو حل ہوں گے تو اس کا starting point ہے individual. چاہے حکومت کی اصلاح ہو، system کی اصلاح ہو، society کی اصلاح ہو، سب کا starting point یہ ہے کہ آپ individual میں اصلاح لائیں۔</w:t>
      </w:r>
    </w:p>
    <w:p>
      <w:r>
        <w:rPr>
          <w:b/>
        </w:rPr>
        <w:t xml:space="preserve">[1:02:14] </w:t>
      </w:r>
      <w:r>
        <w:t>individual mein reform laaen.</w:t>
      </w:r>
    </w:p>
    <w:p>
      <w:pPr>
        <w:jc w:val="right"/>
      </w:pPr>
      <w:r>
        <w:t>individual میں reform لائیں۔</w:t>
      </w:r>
    </w:p>
    <w:p>
      <w:r>
        <w:rPr>
          <w:b/>
        </w:rPr>
        <w:t xml:space="preserve">[1:02:17] </w:t>
      </w:r>
      <w:r>
        <w:t>hadees mein aata hai ke qumma taqooloona qadhalika yu'alla 'alaykum yani jaise individual honge, wahi society hogi. jaise individual individual honge, waise government hogi.</w:t>
      </w:r>
    </w:p>
    <w:p>
      <w:pPr>
        <w:jc w:val="right"/>
      </w:pPr>
      <w:r>
        <w:t>حدیث میں آتا ہے کہ قُمَّا تَقُولُونَ قَذَالِكَ يُعَلَّى عَلَيْكُمْ یعنی جیسے individual ہوں گے، وہی society ہوگی۔ جیسے individual individual ہوں گے، ویسے government ہوگی۔</w:t>
      </w:r>
    </w:p>
    <w:p>
      <w:r>
        <w:rPr>
          <w:b/>
        </w:rPr>
        <w:t xml:space="preserve">[1:02:26] </w:t>
      </w:r>
      <w:r>
        <w:t>jaise individual honge, waise waise system system hoga.</w:t>
      </w:r>
    </w:p>
    <w:p>
      <w:pPr>
        <w:jc w:val="right"/>
      </w:pPr>
      <w:r>
        <w:t>جیسے individual ہوں گے، ویسے ویسے system system ہوگا۔</w:t>
      </w:r>
    </w:p>
    <w:p>
      <w:r>
        <w:rPr>
          <w:b/>
        </w:rPr>
        <w:t xml:space="preserve">[1:02:33] </w:t>
      </w:r>
      <w:r>
        <w:t>to yeh to bohat hi wazeh hai Quran o hadees mein ke individual yani fard ke banne se majmooa banta hai.</w:t>
      </w:r>
    </w:p>
    <w:p>
      <w:pPr>
        <w:jc w:val="right"/>
      </w:pPr>
      <w:r>
        <w:t>تو یہ تو بہت ہی واضح ہے قرآن و حدیث میں کہ individual یعنی فرد کے بننے سے مجموعہ بنتا ہے۔</w:t>
      </w:r>
    </w:p>
    <w:p>
      <w:r>
        <w:rPr>
          <w:b/>
        </w:rPr>
        <w:t xml:space="preserve">[1:02:43] </w:t>
      </w:r>
      <w:r>
        <w:t>society ya system mein hukumat durust hoti hai. fard theek na ho to sab cheez bigad, sab cheez buri rahegi. yani fard se alag kisi cheez ka koi wajood nahi hai.</w:t>
      </w:r>
    </w:p>
    <w:p>
      <w:pPr>
        <w:jc w:val="right"/>
      </w:pPr>
      <w:r>
        <w:t>society یا system میں حکومت درست ہوتی ہے۔ فرد ٹھیک نہ ہو تو سب چیز بگڑ، سب چیز بری رہے گی۔ یعنی فرد سے الگ کسی چیز کا کوئی وجود نہیں ہے۔</w:t>
      </w:r>
    </w:p>
    <w:p>
      <w:r>
        <w:rPr>
          <w:b/>
        </w:rPr>
        <w:t xml:space="preserve">[1:02:57] </w:t>
      </w:r>
      <w:r>
        <w:t>fard se alag kisi cheez ka koi wajood nahi hai. Maulana, un ka ek aur sawal hai. unhon ne aap se poocha hai ke kya muzakkar personality ko hi strong personality kahenge?</w:t>
      </w:r>
    </w:p>
    <w:p>
      <w:pPr>
        <w:jc w:val="right"/>
      </w:pPr>
      <w:r>
        <w:t>فرد سے الگ کسی چیز کا کوئی وجود نہیں ہے۔ مولانا، ان کا ایک اور سوال ہے۔ انہوں نے آپ سے پوچھا ہے کہ کیا مذکر personality کو ہی strong personality کہیں گے؟</w:t>
      </w:r>
    </w:p>
    <w:p>
      <w:r>
        <w:rPr>
          <w:b/>
        </w:rPr>
        <w:t xml:space="preserve">[1:03:10] </w:t>
      </w:r>
      <w:r>
        <w:t>haan, dono ek hi cheez hain.</w:t>
      </w:r>
    </w:p>
    <w:p>
      <w:pPr>
        <w:jc w:val="right"/>
      </w:pPr>
      <w:r>
        <w:t>ہاں، دونوں ایک ہی چیز ہیں۔</w:t>
      </w:r>
    </w:p>
    <w:p>
      <w:r>
        <w:rPr>
          <w:b/>
        </w:rPr>
        <w:t xml:space="preserve">[1:03:12] </w:t>
      </w:r>
      <w:r>
        <w:t>koi do cheez nahi hain. main sirf yeh karta hoon ke modern medium mein tabdeel karta hoon. kyunke aaj ka jo insaan hai, woh jis term se familiar hai, jin jis language mein woh familiar hai, us mein jab aap baat kahenge, tab is ka mind address hoga.</w:t>
      </w:r>
    </w:p>
    <w:p>
      <w:pPr>
        <w:jc w:val="right"/>
      </w:pPr>
      <w:r>
        <w:t>کوئی دو چیز نہیں ہیں۔ میں صرف یہ کرتا ہوں کہ modern medium میں تبدیل کرتا ہوں۔ کیونکہ آج کا جو انسان ہے، وہ جس term سے familiar ہے، جن جس language میں وہ familiar ہے، اس میں جب آپ بات کہیں گے، تب اس کا mind address ہوگا۔</w:t>
      </w:r>
    </w:p>
    <w:p>
      <w:r>
        <w:rPr>
          <w:b/>
        </w:rPr>
        <w:t xml:space="preserve">[1:03:31] </w:t>
      </w:r>
      <w:r>
        <w:t>warna is ka mind address nahi hoga. aur Quran mein kaha gaya hai ke qul lahum fi anfusihim qawlan balighan yani is tarah baat kaho ke logon ka mind address ho.</w:t>
      </w:r>
    </w:p>
    <w:p>
      <w:pPr>
        <w:jc w:val="right"/>
      </w:pPr>
      <w:r>
        <w:t>ورنہ اس کا mind address نہیں ہوگا۔ اور قرآن میں کہا گیا ہے کہ قُلْ لَهُمْ فِي أَنْفَسِهِمْ قَوْلًا بَلِيغًا یعنی اس طرح بات کہو کہ لوگوں کا mind address ہو۔</w:t>
      </w:r>
    </w:p>
    <w:p>
      <w:r>
        <w:rPr>
          <w:b/>
        </w:rPr>
        <w:t xml:space="preserve">[1:03:41] </w:t>
      </w:r>
      <w:r>
        <w:t>to isi cheez ko hum badalte hain, naya term dete hain taake aaj ke insaan ka mind address ho. warna aap kahenge aur kuch is ko milega nahi, is ko kuch.</w:t>
      </w:r>
    </w:p>
    <w:p>
      <w:pPr>
        <w:jc w:val="right"/>
      </w:pPr>
      <w:r>
        <w:t>تو اسی چیز کو ہم بدلتے ہیں، نیا term دیتے ہیں تاکہ آج کے انسان کا mind address ہو۔ ورنہ آپ کہیں گے اور کچھ اس کو ملے گا نہیں، اس کو کچھ۔</w:t>
      </w:r>
    </w:p>
    <w:p>
      <w:r>
        <w:rPr>
          <w:b/>
        </w:rPr>
        <w:t xml:space="preserve">[1:03:55] </w:t>
      </w:r>
      <w:r>
        <w:t>ek sahabi ne kaha tha ke kallimun naasa 'ala qadri 'uqoolihim logon ko baat karo, logon ke aql ke mutabiq. jo un ki aql agar pakad nahi paayegi to faida kya aap bolne se?</w:t>
      </w:r>
    </w:p>
    <w:p>
      <w:pPr>
        <w:jc w:val="right"/>
      </w:pPr>
      <w:r>
        <w:t>ایک صحابی نے کہا تھا کہ كَلَّمِ النَّاسَ عَلَى قَدْرِ عُقُولِهِمْ لوگوں کو بات کرو، لوگوں کے عقل کے مطابق۔ جو ان کی عقل اگر پکڑ نہیں پائے گی تو فائدہ کیا آپ بولنے سے؟</w:t>
      </w:r>
    </w:p>
    <w:p>
      <w:r>
        <w:rPr>
          <w:b/>
        </w:rPr>
        <w:t xml:space="preserve">[1:04:07] </w:t>
      </w:r>
      <w:r>
        <w:t>bolte nahi ke aap un ki aql ne pakda nahi is ko.</w:t>
      </w:r>
    </w:p>
    <w:p>
      <w:pPr>
        <w:jc w:val="right"/>
      </w:pPr>
      <w:r>
        <w:t>بولتے نہیں کہ آپ ان کی عقل نے پکڑا نہیں اس کو۔</w:t>
      </w:r>
    </w:p>
    <w:p>
      <w:r>
        <w:rPr>
          <w:b/>
        </w:rPr>
        <w:t xml:space="preserve">[1:04:10] </w:t>
      </w:r>
      <w:r>
        <w:t>to koi faida is ka nahi hoga. Maulana, agla sawal hai Sajid Anwar Sahab ka, Roorkee se.</w:t>
      </w:r>
    </w:p>
    <w:p>
      <w:pPr>
        <w:jc w:val="right"/>
      </w:pPr>
      <w:r>
        <w:t>تو کوئی فائدہ اس کا نہیں ہوگا۔ مولانا، اگلا سوال ہے ساجد انور صاحب کا، رڑکی سے۔</w:t>
      </w:r>
    </w:p>
    <w:p>
      <w:r>
        <w:rPr>
          <w:b/>
        </w:rPr>
        <w:t xml:space="preserve">[1:04:18] </w:t>
      </w:r>
      <w:r>
        <w:t>unhon ne likha hai: "Moulana, how can we manage our ego? Please advise us."</w:t>
      </w:r>
    </w:p>
    <w:p>
      <w:pPr>
        <w:jc w:val="right"/>
      </w:pPr>
      <w:r>
        <w:t>انہوں نے لکھا ہے: "Moulana, how can we manage our ego? Please advise us."</w:t>
      </w:r>
    </w:p>
    <w:p>
      <w:r>
        <w:rPr>
          <w:b/>
        </w:rPr>
        <w:t xml:space="preserve">[1:04:29] </w:t>
      </w:r>
      <w:r>
        <w:t>dekhiye, main ego koi buri cheez nahi hai.</w:t>
      </w:r>
    </w:p>
    <w:p>
      <w:pPr>
        <w:jc w:val="right"/>
      </w:pPr>
      <w:r>
        <w:t>دیکھیے، میں ego کوئی بری چیز نہیں ہے۔</w:t>
      </w:r>
    </w:p>
    <w:p>
      <w:r>
        <w:rPr>
          <w:b/>
        </w:rPr>
        <w:t xml:space="preserve">[1:04:34] </w:t>
      </w:r>
      <w:r>
        <w:t>ego se to aadmi ke andar stability aati hai aur determination aata hai. ego se aadmi koi decision le paata hai,</w:t>
      </w:r>
    </w:p>
    <w:p>
      <w:pPr>
        <w:jc w:val="right"/>
      </w:pPr>
      <w:r>
        <w:t>ego سے تو آدمی کے اندر stability آتی ہے اور determination آتا ہے۔ ego سے آدمی کوئی decision لے پاتا ہے،</w:t>
      </w:r>
    </w:p>
    <w:p>
      <w:r>
        <w:rPr>
          <w:b/>
        </w:rPr>
        <w:t xml:space="preserve">[1:04:47] </w:t>
      </w:r>
      <w:r>
        <w:t>kisi challenge ka saamna karta hai. sab egoist to hota hai.</w:t>
      </w:r>
    </w:p>
    <w:p>
      <w:pPr>
        <w:jc w:val="right"/>
      </w:pPr>
      <w:r>
        <w:t>کسی چیلنج کا سامنا کرتا ہے۔ سب egoist تو ہوتا ہے۔</w:t>
      </w:r>
    </w:p>
    <w:p>
      <w:r>
        <w:rPr>
          <w:b/>
        </w:rPr>
        <w:t xml:space="preserve">[1:04:53] </w:t>
      </w:r>
      <w:r>
        <w:t>dekhiye, ego kab bura hai? jab ego se aap ke andar pride aa jaaye. pride.</w:t>
      </w:r>
    </w:p>
    <w:p>
      <w:pPr>
        <w:jc w:val="right"/>
      </w:pPr>
      <w:r>
        <w:t>دیکھیے، ego کب برا ہے؟ جب ego سے آپ کے اندر pride آ جائے۔ pride۔</w:t>
      </w:r>
    </w:p>
    <w:p>
      <w:r>
        <w:rPr>
          <w:b/>
        </w:rPr>
        <w:t xml:space="preserve">[1:05:00] </w:t>
      </w:r>
      <w:r>
        <w:t>apne ko pride se bachaiye to phir ego to phir blessing hi blessing hai.</w:t>
      </w:r>
    </w:p>
    <w:p>
      <w:pPr>
        <w:jc w:val="right"/>
      </w:pPr>
      <w:r>
        <w:t>اپنے کو pride سے بچائیے تو پھر ego تو پھر blessing ہی blessing ہے۔</w:t>
      </w:r>
    </w:p>
    <w:p>
      <w:r>
        <w:rPr>
          <w:b/>
        </w:rPr>
        <w:t xml:space="preserve">[1:05:07] </w:t>
      </w:r>
      <w:r>
        <w:t>ego se apne ko superior samjhen aap aur apne aap ke andar koi ghamand aa jaaye, بڑai ka jazba aa jaaye.</w:t>
      </w:r>
    </w:p>
    <w:p>
      <w:pPr>
        <w:jc w:val="right"/>
      </w:pPr>
      <w:r>
        <w:t>ego سے اپنے کو superior سمجھیں آپ اور اپنے آپ کے اندر کوئی گھمنڈ آ جائے، بڑائی کا جذبہ آ جائے۔</w:t>
      </w:r>
    </w:p>
    <w:p>
      <w:r>
        <w:rPr>
          <w:b/>
        </w:rPr>
        <w:t xml:space="preserve">[1:05:17] </w:t>
      </w:r>
      <w:r>
        <w:t>to that is evil. Otherwise, ego is blessing.</w:t>
      </w:r>
    </w:p>
    <w:p>
      <w:pPr>
        <w:jc w:val="right"/>
      </w:pPr>
      <w:r>
        <w:t>تو that is evil. Otherwise, ego is blessing.</w:t>
      </w:r>
    </w:p>
    <w:p>
      <w:r>
        <w:rPr>
          <w:b/>
        </w:rPr>
        <w:t xml:space="preserve">[1:05:24] </w:t>
      </w:r>
      <w:r>
        <w:t>to ego ek takhleeq hai Allah ke paas. Allah ne paida kiya hai ego. jis ne aankh paida kiya, kaan paida kiya, us ne ego hi paida kiya hai. ego koi alag se nahi aa gayi hai.</w:t>
      </w:r>
    </w:p>
    <w:p>
      <w:pPr>
        <w:jc w:val="right"/>
      </w:pPr>
      <w:r>
        <w:t>تو ego ایک تخلیق ہے اللہ کے پاس۔ اللہ نے پیدا کیا ہے ego۔ جس نے آنکھ پیدا کیا، کان پیدا کیا، اس نے ego ہی پیدا کیا ہے۔ ego کوئی الگ سے نہیں آ گئی ہے۔</w:t>
      </w:r>
    </w:p>
    <w:p>
      <w:r>
        <w:rPr>
          <w:b/>
        </w:rPr>
        <w:t xml:space="preserve">[1:05:35] </w:t>
      </w:r>
      <w:r>
        <w:t>woh khud Allah Ta'ala ki creation hai. woh woh bohat badi cheez hai. ego na ho to aap challenge ka saamna kaise karenge?</w:t>
      </w:r>
    </w:p>
    <w:p>
      <w:pPr>
        <w:jc w:val="right"/>
      </w:pPr>
      <w:r>
        <w:t>وہ خود اللہ تعالیٰ کی creation ہے۔ وہ وہ بہت بڑی چیز ہے۔ ego نہ ہو تو آپ چیلنج کا سامنا کیسے کریں گے؟</w:t>
      </w:r>
    </w:p>
    <w:p>
      <w:r>
        <w:rPr>
          <w:b/>
        </w:rPr>
        <w:t xml:space="preserve">[1:05:45] </w:t>
      </w:r>
      <w:r>
        <w:t>aap determination kahan se aye ga? aap koi decision kaise len ge?</w:t>
      </w:r>
    </w:p>
    <w:p>
      <w:pPr>
        <w:jc w:val="right"/>
      </w:pPr>
      <w:r>
        <w:t>آپ determination کہاں سے آئے گا؟ آپ کوئی decision کیسے لیں گے؟</w:t>
      </w:r>
    </w:p>
    <w:p>
      <w:r>
        <w:rPr>
          <w:b/>
        </w:rPr>
        <w:t xml:space="preserve">[1:05:52] </w:t>
      </w:r>
      <w:r>
        <w:t>lekin lekin ego mein agar yeh shamil ho jaye, yani superiority complex aye, to woh bura hai.</w:t>
      </w:r>
    </w:p>
    <w:p>
      <w:pPr>
        <w:jc w:val="right"/>
      </w:pPr>
      <w:r>
        <w:t>لیکن لیکن ego میں اگر یہ شامل ہو جائے، یعنی superiority complex آ جائے، تو وہ برا ہے۔</w:t>
      </w:r>
    </w:p>
    <w:p>
      <w:r>
        <w:rPr>
          <w:b/>
        </w:rPr>
        <w:t xml:space="preserve">[1:06:03] </w:t>
      </w:r>
      <w:r>
        <w:t>is se apne ko bachaiye. Maulana, agla sawal Miss Shaheen ka hai, Mumbai se. unhon ne likha hai: "Moulana sahib, my father wants me to marry a rich husband, whereas I want to marry an educated husband.</w:t>
      </w:r>
    </w:p>
    <w:p>
      <w:pPr>
        <w:jc w:val="right"/>
      </w:pPr>
      <w:r>
        <w:t>اس سے اپنے کو بچائیے۔ مولانا، اگلا سوال مس شاہین کا ہے، ممبئی سے۔ انہوں نے لکھا ہے: "Moulana صاحب, my father wants me to marry a rich husband, whereas I want to marry an educated husband.</w:t>
      </w:r>
    </w:p>
    <w:p>
      <w:r>
        <w:rPr>
          <w:b/>
        </w:rPr>
        <w:t xml:space="preserve">[1:06:23] </w:t>
      </w:r>
      <w:r>
        <w:t>Please advise me what is important to make a marriage successful." dekhiye, yeh koi criterion nahi hai.</w:t>
      </w:r>
    </w:p>
    <w:p>
      <w:pPr>
        <w:jc w:val="right"/>
      </w:pPr>
      <w:r>
        <w:t>Please advise me what is important to make a marriage successful." دیکھیے، یہ کوئی criterion نہیں ہے۔</w:t>
      </w:r>
    </w:p>
    <w:p>
      <w:r>
        <w:rPr>
          <w:b/>
        </w:rPr>
        <w:t xml:space="preserve">[1:06:35] </w:t>
      </w:r>
      <w:r>
        <w:t>yani aaj ka rich kal ka poor ho jata hai. educated log jo hain, woh har qism ke evil phailate hain.</w:t>
      </w:r>
    </w:p>
    <w:p>
      <w:pPr>
        <w:jc w:val="right"/>
      </w:pPr>
      <w:r>
        <w:t>یعنی آج کا rich کل کا poor ہو جاتا ہے۔ educated لوگ جو ہیں، وہ ہر قسم کے evil پھیلاتے ہیں۔</w:t>
      </w:r>
    </w:p>
    <w:p>
      <w:r>
        <w:rPr>
          <w:b/>
        </w:rPr>
        <w:t xml:space="preserve">[1:06:45] </w:t>
      </w:r>
      <w:r>
        <w:t>to yeh koi criterion nahi hai. criterion yeh hai ke aadmi ke andar wisdom ho.</w:t>
      </w:r>
    </w:p>
    <w:p>
      <w:pPr>
        <w:jc w:val="right"/>
      </w:pPr>
      <w:r>
        <w:t>تو یہ کوئی criterion نہیں ہے۔ criterion یہ ہے کہ آدمی کے اندر wisdom ہو۔</w:t>
      </w:r>
    </w:p>
    <w:p>
      <w:r>
        <w:rPr>
          <w:b/>
        </w:rPr>
        <w:t xml:space="preserve">[1:06:54] </w:t>
      </w:r>
      <w:r>
        <w:t>wisdom ki importance hai. importance wisdom ki hai, na rich hone ki, na educated hone ki.</w:t>
      </w:r>
    </w:p>
    <w:p>
      <w:pPr>
        <w:jc w:val="right"/>
      </w:pPr>
      <w:r>
        <w:t>wisdom کی importance ہے۔ importance wisdom کی ہے، نہ rich ہونے کی، نہ educated ہونے کی۔</w:t>
      </w:r>
    </w:p>
    <w:p>
      <w:r>
        <w:rPr>
          <w:b/>
        </w:rPr>
        <w:t xml:space="preserve">[1:07:05] </w:t>
      </w:r>
      <w:r>
        <w:t>history mein aap dekhiye, sare jo evil hain, phailaye kis ne? jo educated log the. sare evil educated logon ne phailaye hain.</w:t>
      </w:r>
    </w:p>
    <w:p>
      <w:pPr>
        <w:jc w:val="right"/>
      </w:pPr>
      <w:r>
        <w:t>history میں آپ دیکھیے، سارے جو evil ہیں، پھیلائے کس نے؟ جو educated لوگ تھے۔ سارے evil educated لوگوں نے پھیلائے ہیں۔</w:t>
      </w:r>
    </w:p>
    <w:p>
      <w:r>
        <w:rPr>
          <w:b/>
        </w:rPr>
        <w:t xml:space="preserve">[1:07:16] </w:t>
      </w:r>
      <w:r>
        <w:t>aur rich dekhiye, aap bhi. America mein ek aadmi is ke pas aath so billion, yeh kitna paisa tha is</w:t>
      </w:r>
    </w:p>
    <w:p>
      <w:pPr>
        <w:jc w:val="right"/>
      </w:pPr>
      <w:r>
        <w:t>اور rich دیکھیے، آپ بھی۔ امریکہ میں ایک آدمی اس کے پاس آٹھ سو بلین، یہ کتنا پیسہ تھا اس</w:t>
      </w:r>
    </w:p>
    <w:p>
      <w:r>
        <w:rPr>
          <w:b/>
        </w:rPr>
        <w:t xml:space="preserve">[1:07:23] </w:t>
      </w:r>
      <w:r>
        <w:t>ke pas? million. is ne suicide kar liya is ne. abhi this is through the suicide kar liya. aur bohat paisa is ke pas tha. to yeh koi criterion nahi hai.</w:t>
      </w:r>
    </w:p>
    <w:p>
      <w:pPr>
        <w:jc w:val="right"/>
      </w:pPr>
      <w:r>
        <w:t>کے پاس؟ ملین۔ اس نے suicide کر لیا اس نے۔ ابھی this is through the suicide کر لیا۔ اور بہت پیسہ اس کے پاس تھا۔ تو یہ کوئی criterion نہیں ہے۔</w:t>
      </w:r>
    </w:p>
    <w:p>
      <w:r>
        <w:rPr>
          <w:b/>
        </w:rPr>
        <w:t xml:space="preserve">[1:07:33] </w:t>
      </w:r>
      <w:r>
        <w:t>asal cheez hai wisdom. wisdom marriage life mein bhi kaam ati hai, job mein bhi kaam ati hai, aur business mein.</w:t>
      </w:r>
    </w:p>
    <w:p>
      <w:pPr>
        <w:jc w:val="right"/>
      </w:pPr>
      <w:r>
        <w:t>اصل چیز ہے wisdom۔ wisdom marriage life میں بھی کام آتی ہے، جاب میں بھی کام آتی ہے، اور business میں۔</w:t>
      </w:r>
    </w:p>
    <w:p>
      <w:r>
        <w:rPr>
          <w:b/>
        </w:rPr>
        <w:t xml:space="preserve">[1:07:44] </w:t>
      </w:r>
      <w:r>
        <w:t>har jagah wisdom kaam ati hai.</w:t>
      </w:r>
    </w:p>
    <w:p>
      <w:pPr>
        <w:jc w:val="right"/>
      </w:pPr>
      <w:r>
        <w:t>ہر جگہ wisdom کام آتی ہے۔</w:t>
      </w:r>
    </w:p>
    <w:p>
      <w:r>
        <w:rPr>
          <w:b/>
        </w:rPr>
        <w:t xml:space="preserve">[1:07:47] </w:t>
      </w:r>
      <w:r>
        <w:t>ghar ki life, society ki life, aur job, workplace, business. har jagah jo kaam ati hai, wisdom.</w:t>
      </w:r>
    </w:p>
    <w:p>
      <w:pPr>
        <w:jc w:val="right"/>
      </w:pPr>
      <w:r>
        <w:t>گھر کی life, society کی life, اور جاب، workplace، business۔ ہر جگہ جو کام آتی ہے، wisdom۔</w:t>
      </w:r>
    </w:p>
    <w:p>
      <w:r>
        <w:rPr>
          <w:b/>
        </w:rPr>
        <w:t xml:space="preserve">[1:08:00] </w:t>
      </w:r>
      <w:r>
        <w:t>to is mamle ko aap detail waghera samajhna chahen to hamari kuch kitaben parhiye. English mein do kitaben hain: "Simple Wisdom" aur "Moral Vision".</w:t>
      </w:r>
    </w:p>
    <w:p>
      <w:pPr>
        <w:jc w:val="right"/>
      </w:pPr>
      <w:r>
        <w:t>تو اس معاملے کو آپ detail وغیرہ سمجھنا چاہیں تو ہماری کچھ کتابیں پڑھیے۔ انگلش میں دو کتابیں ہیں: "Simple Wisdom" اور "Moral Vision"۔</w:t>
      </w:r>
    </w:p>
    <w:p>
      <w:r>
        <w:rPr>
          <w:b/>
        </w:rPr>
        <w:t xml:space="preserve">[1:08:13] </w:t>
      </w:r>
      <w:r>
        <w:t>Urdu mein char kitaben hain:</w:t>
      </w:r>
    </w:p>
    <w:p>
      <w:pPr>
        <w:jc w:val="right"/>
      </w:pPr>
      <w:r>
        <w:t>اردو میں چار کتابیں ہیں:</w:t>
      </w:r>
    </w:p>
    <w:p>
      <w:r>
        <w:rPr>
          <w:b/>
        </w:rPr>
        <w:t xml:space="preserve">[1:08:17] </w:t>
      </w:r>
      <w:r>
        <w:t>"Raja Hayat", "Tameer Hayat", "Rehnuma Hayat", "Kitab Zindagi". to aap yeh is se bilkul is ko irrelevant samjhiye.</w:t>
      </w:r>
    </w:p>
    <w:p>
      <w:pPr>
        <w:jc w:val="right"/>
      </w:pPr>
      <w:r>
        <w:t>"راجہ حیات"، "تامیر حیات"، "رہنما حیات"، "کتاب زندگی"۔ تو آپ یہ اس سے بالکل اس کو irrelevant سمجھیے۔</w:t>
      </w:r>
    </w:p>
    <w:p>
      <w:r>
        <w:rPr>
          <w:b/>
        </w:rPr>
        <w:t xml:space="preserve">[1:08:26] </w:t>
      </w:r>
      <w:r>
        <w:t>koi matlab is ko zindagi ke success se nahi hai. na education ki ahmiyat koi hai, na rich hone ki ahmiyat koi hai. ahmiyat jo hai, wisdom ki hai. to aap in kitabon ko parhiye.</w:t>
      </w:r>
    </w:p>
    <w:p>
      <w:pPr>
        <w:jc w:val="right"/>
      </w:pPr>
      <w:r>
        <w:t>کوئی مطلب اس کو زندگی کے success سے نہیں ہے۔ نہ education کی اہمیت کوئی ہے، نہ rich ہونے کی اہمیت کوئی ہے۔ اہمیت جو ہے، wisdom کی ہے۔ تو آپ ان کتابوں کو پڑھیے۔</w:t>
      </w:r>
    </w:p>
    <w:p>
      <w:r>
        <w:rPr>
          <w:b/>
        </w:rPr>
        <w:t xml:space="preserve">[1:08:37] </w:t>
      </w:r>
      <w:r>
        <w:t>is se inshallah aap ko is ka, yani is answer ka, is is question ka answer mil jaye ga.</w:t>
      </w:r>
    </w:p>
    <w:p>
      <w:pPr>
        <w:jc w:val="right"/>
      </w:pPr>
      <w:r>
        <w:t>اس سے انشاءاللہ آپ کو اس کا، یعنی اس answer کا، اس اس question کا answer مل جائے گا۔</w:t>
      </w:r>
    </w:p>
    <w:p>
      <w:r>
        <w:rPr>
          <w:b/>
        </w:rPr>
        <w:t xml:space="preserve">[1:08:49] </w:t>
      </w:r>
      <w:r>
        <w:t>Maulana, agla sawal lene se pehle ek comment parhna chahen ge jo Doha, Qatar se Maulana Abdul Basit Omri ne bheja hai.</w:t>
      </w:r>
    </w:p>
    <w:p>
      <w:pPr>
        <w:jc w:val="right"/>
      </w:pPr>
      <w:r>
        <w:t>مولانا، اگلا سوال لینے سے پہلے ایک comment پڑھنا چاہیں گے جو دوحہ، قطر سے مولانا عبدالباسط عمری نے بھیجا ہے۔</w:t>
      </w:r>
    </w:p>
    <w:p>
      <w:r>
        <w:rPr>
          <w:b/>
        </w:rPr>
        <w:t xml:space="preserve">[1:08:58] </w:t>
      </w:r>
      <w:r>
        <w:t>unhon ne likha hai: "Maulana, aaj ke lecture se deen ka ajnabi ho jana kya hai? yeh bohat bohat clear hua.</w:t>
      </w:r>
    </w:p>
    <w:p>
      <w:pPr>
        <w:jc w:val="right"/>
      </w:pPr>
      <w:r>
        <w:t>انہوں نے لکھا ہے: "مولانا، آج کے lecture سے دین کا اجنبی ہو جانا کیا ہے؟ یہ بہت بہت clear ہوا۔</w:t>
      </w:r>
    </w:p>
    <w:p>
      <w:r>
        <w:rPr>
          <w:b/>
        </w:rPr>
        <w:t xml:space="preserve">[1:09:09] </w:t>
      </w:r>
      <w:r>
        <w:t>ise sun kar yaqeen mein aur izafa hua.</w:t>
      </w:r>
    </w:p>
    <w:p>
      <w:pPr>
        <w:jc w:val="right"/>
      </w:pPr>
      <w:r>
        <w:t>اسے سن کر یقین میں اور اضافہ ہوا۔</w:t>
      </w:r>
    </w:p>
    <w:p>
      <w:r>
        <w:rPr>
          <w:b/>
        </w:rPr>
        <w:t xml:space="preserve">[1:09:12] </w:t>
      </w:r>
      <w:r>
        <w:t>yeh hadith is se pehle bhi kai bar parhi thi lekin is bare mein koi clarity nahi thi. aaj mujhe pehli bar achi tarah samajh aya.</w:t>
      </w:r>
    </w:p>
    <w:p>
      <w:pPr>
        <w:jc w:val="right"/>
      </w:pPr>
      <w:r>
        <w:t>یہ حدیث اس سے پہلے بھی کئی بار پڑھی تھی لیکن اس بارے میں کوئی clarity نہیں تھی۔ آج مجھے پہلی بار اچھی طرح سمجھ آیا۔</w:t>
      </w:r>
    </w:p>
    <w:p>
      <w:r>
        <w:rPr>
          <w:b/>
        </w:rPr>
        <w:t xml:space="preserve">[1:09:23] </w:t>
      </w:r>
      <w:r>
        <w:t>Allah aap ko lambi umar aur sehat de." Maulana, agla sawal Delhi se hai. Anas sahib ne kiya hai.</w:t>
      </w:r>
    </w:p>
    <w:p>
      <w:pPr>
        <w:jc w:val="right"/>
      </w:pPr>
      <w:r>
        <w:t>اللہ آپ کو لمبی عمر اور صحت دے۔" مولانا، اگلا سوال دلی سے ہے۔ انس صاحب نے کیا ہے۔</w:t>
      </w:r>
    </w:p>
    <w:p>
      <w:r>
        <w:rPr>
          <w:b/>
        </w:rPr>
        <w:t xml:space="preserve">[1:09:32] </w:t>
      </w:r>
      <w:r>
        <w:t>unhon ne likha hai: "Dawat se marifat mein izafa hota hai. Maulana, kya yeh sahi hai?"</w:t>
      </w:r>
    </w:p>
    <w:p>
      <w:pPr>
        <w:jc w:val="right"/>
      </w:pPr>
      <w:r>
        <w:t>انہوں نے لکھا ہے: "دعوت سے معرفت میں اضافہ ہوتا ہے۔ مولانا، کیا یہ صحیح ہے؟"</w:t>
      </w:r>
    </w:p>
    <w:p>
      <w:r>
        <w:rPr>
          <w:b/>
        </w:rPr>
        <w:t xml:space="preserve">[1:09:42] </w:t>
      </w:r>
      <w:r>
        <w:t>mera kehna sahi hai. bilkul sahi hai. is liye ke dekhiye, dawat kya hai?</w:t>
      </w:r>
    </w:p>
    <w:p>
      <w:pPr>
        <w:jc w:val="right"/>
      </w:pPr>
      <w:r>
        <w:t>میرا کہنا صحیح ہے۔ بالکل صحیح ہے۔ اس لیے کہ دیکھیے، دعوت کیا ہے؟</w:t>
      </w:r>
    </w:p>
    <w:p>
      <w:r>
        <w:rPr>
          <w:b/>
        </w:rPr>
        <w:t xml:space="preserve">[1:09:51] </w:t>
      </w:r>
      <w:r>
        <w:t>dawat announcement ka naam nahi hai. sirf distribution ka naam bhi nahi hai. dawat ek culture hai, ek planning hai, ek soch hai.</w:t>
      </w:r>
    </w:p>
    <w:p>
      <w:pPr>
        <w:jc w:val="right"/>
      </w:pPr>
      <w:r>
        <w:t>دعوت announcement کا نام نہیں ہے۔ صرف distribution کا نام بھی نہیں ہے۔ دعوت ایک culture ہے، ایک planning ہے، ایک سوچ ہے۔</w:t>
      </w:r>
    </w:p>
    <w:p>
      <w:r>
        <w:rPr>
          <w:b/>
        </w:rPr>
        <w:t xml:space="preserve">[1:10:06] </w:t>
      </w:r>
      <w:r>
        <w:t>jis tarah se ek businessman jo hai, acha kamyab businessman jo hai, wo puri zindagi ko lagata hai. wo sochta hai, planning karta hai.</w:t>
      </w:r>
    </w:p>
    <w:p>
      <w:pPr>
        <w:jc w:val="right"/>
      </w:pPr>
      <w:r>
        <w:t>جس طرح سے ایک businessman جو ہے، اچھا کامیاب businessman جو ہے، وہ پوری زندگی کو لگاتا ہے۔ وہ سوچتا ہے، planning کرتا ہے۔</w:t>
      </w:r>
    </w:p>
    <w:p>
      <w:r>
        <w:rPr>
          <w:b/>
        </w:rPr>
        <w:t xml:space="preserve">[1:10:16] </w:t>
      </w:r>
      <w:r>
        <w:t>sare jo aspects iske hain, yani iske negative point, positive point, to phir ek business khara karta hai wo. to sacha dawi jo hai, wo bohat sochega ke meri dawat kis tarah se zyada effective ho.</w:t>
      </w:r>
    </w:p>
    <w:p>
      <w:pPr>
        <w:jc w:val="right"/>
      </w:pPr>
      <w:r>
        <w:t>سارے جو aspects اس کے ہیں، یعنی اس کے negative point، positive point، تو پھر ایک business کھڑا کرتا ہے وہ۔ تو سچا داعی جو ہے، وہ بہت سوچے گا کہ میری دعوت کس طرح سے زیادہ effective ہو۔</w:t>
      </w:r>
    </w:p>
    <w:p>
      <w:r>
        <w:rPr>
          <w:b/>
        </w:rPr>
        <w:t xml:space="preserve">[1:10:32] </w:t>
      </w:r>
      <w:r>
        <w:t>bohat sochega.</w:t>
      </w:r>
    </w:p>
    <w:p>
      <w:pPr>
        <w:jc w:val="right"/>
      </w:pPr>
      <w:r>
        <w:t>بہت سوچے گا۔</w:t>
      </w:r>
    </w:p>
    <w:p>
      <w:r>
        <w:rPr>
          <w:b/>
        </w:rPr>
        <w:t xml:space="preserve">[1:10:34] </w:t>
      </w:r>
      <w:r>
        <w:t>lekin na sochne ki wajah se kitna bara, yani musalman gunah kar rahe hain ke madu ko dushman declare kiya hua hai. main samajhta hoon ke bohat hi bara gunah hai.</w:t>
      </w:r>
    </w:p>
    <w:p>
      <w:pPr>
        <w:jc w:val="right"/>
      </w:pPr>
      <w:r>
        <w:t>لیکن نہ سوچنے کی وجہ سے کتنا بڑا، یعنی مسلمان گناہ کر رہے ہیں کہ مدعو کو دشمن declare کیا ہوا ہے۔ میں سمجھتا ہوں کہ بہت ہی بڑا گناہ ہے۔</w:t>
      </w:r>
    </w:p>
    <w:p>
      <w:r>
        <w:rPr>
          <w:b/>
        </w:rPr>
        <w:t xml:space="preserve">[1:10:44] </w:t>
      </w:r>
      <w:r>
        <w:t>ye crime hai ke madu ko dushman declare karna. kyunke socha nahi hai. aql nahi hai. sochne ki salahiyat hi nahi. to dawat ko jab aap planning bana dein to is mein soch aa jati hai.</w:t>
      </w:r>
    </w:p>
    <w:p>
      <w:pPr>
        <w:jc w:val="right"/>
      </w:pPr>
      <w:r>
        <w:t>یہ crime ہے کہ مدعو کو دشمن declare کرنا۔ کیونکہ سوچا نہیں ہے۔ عقل نہیں ہے۔ سوچنے کی صلاحیت ہی نہیں۔ تو دعوت کو جب آپ planning بنا دیں تو اس میں سوچ آ جاتی ہے۔</w:t>
      </w:r>
    </w:p>
    <w:p>
      <w:r>
        <w:rPr>
          <w:b/>
        </w:rPr>
        <w:t xml:space="preserve">[1:11:00] </w:t>
      </w:r>
      <w:r>
        <w:t>jaise hi aap ye samajh lein ke dawat ek planning ka naam hai, to phir sari soch shamil ho jayegi. ke madu ke mind kya hai?</w:t>
      </w:r>
    </w:p>
    <w:p>
      <w:pPr>
        <w:jc w:val="right"/>
      </w:pPr>
      <w:r>
        <w:t>جیسے ہی آپ یہ سمجھ لیں کہ دعوت ایک planning کا نام ہے، تو پھر ساری سوچ شامل ہو جائے گی۔ کہ مدعو کے mind کیا ہے؟</w:t>
      </w:r>
    </w:p>
    <w:p>
      <w:r>
        <w:rPr>
          <w:b/>
        </w:rPr>
        <w:t xml:space="preserve">[1:11:10] </w:t>
      </w:r>
      <w:r>
        <w:t>madu ka culture kya hai? madu ke liye talif e qalb kaise ki jaye? madu ke mind ko address kaise kiya jaye? to sochenge, sochenge, sochenge.</w:t>
      </w:r>
    </w:p>
    <w:p>
      <w:pPr>
        <w:jc w:val="right"/>
      </w:pPr>
      <w:r>
        <w:t>مدعو کا culture کیا ہے؟ مدعو کے لیے تالیف قلب کیسے کی جائے؟ مدعو کے mind کو address کیسے کیا جائے؟ تو سوچیں گے، سوچیں گے، سوچیں گے۔</w:t>
      </w:r>
    </w:p>
    <w:p>
      <w:r>
        <w:rPr>
          <w:b/>
        </w:rPr>
        <w:t xml:space="preserve">[1:11:21] </w:t>
      </w:r>
      <w:r>
        <w:t>to is se zahir hai ke intellectual development hoga.</w:t>
      </w:r>
    </w:p>
    <w:p>
      <w:pPr>
        <w:jc w:val="right"/>
      </w:pPr>
      <w:r>
        <w:t>تو اس سے ظاہر ہے کہ intellectual development ہوگا۔</w:t>
      </w:r>
    </w:p>
    <w:p>
      <w:r>
        <w:rPr>
          <w:b/>
        </w:rPr>
        <w:t xml:space="preserve">[1:11:24] </w:t>
      </w:r>
      <w:r>
        <w:t>to dawat ek bohat zabardast ek ek exercise hai jis mein pura mind involve hota hai. pura pura mind involve hota hai.</w:t>
      </w:r>
    </w:p>
    <w:p>
      <w:pPr>
        <w:jc w:val="right"/>
      </w:pPr>
      <w:r>
        <w:t>تو دعوت ایک بہت زبردست ایک ایک exercise ہے جس میں پورا mind involve ہوتا ہے۔ پورا پورا mind involve ہوتا ہے۔</w:t>
      </w:r>
    </w:p>
    <w:p>
      <w:r>
        <w:rPr>
          <w:b/>
        </w:rPr>
        <w:t xml:space="preserve">[1:11:36] </w:t>
      </w:r>
      <w:r>
        <w:t>is se ek intellectual development hota hai, spiritual development hota hai, ek personality banti hai. sab kuch hota hai. to main samajhta hoon ke dawat ek ek complete culture ka naam hai.</w:t>
      </w:r>
    </w:p>
    <w:p>
      <w:pPr>
        <w:jc w:val="right"/>
      </w:pPr>
      <w:r>
        <w:t>اس سے ایک intellectual development ہوتا ہے، spiritual development ہوتا ہے، ایک personality بنتی ہے۔ سب کچھ ہوتا ہے۔ تو میں سمجھتا ہوں کہ دعوت ایک ایک complete culture کا نام ہے۔</w:t>
      </w:r>
    </w:p>
    <w:p>
      <w:r>
        <w:rPr>
          <w:b/>
        </w:rPr>
        <w:t xml:space="preserve">[1:11:50] </w:t>
      </w:r>
      <w:r>
        <w:t>complete culture ka naam hai.</w:t>
      </w:r>
    </w:p>
    <w:p>
      <w:pPr>
        <w:jc w:val="right"/>
      </w:pPr>
      <w:r>
        <w:t>complete culture کا نام ہے۔</w:t>
      </w:r>
    </w:p>
    <w:p>
      <w:r>
        <w:rPr>
          <w:b/>
        </w:rPr>
        <w:t xml:space="preserve">[1:11:54] </w:t>
      </w:r>
      <w:r>
        <w:t>maulana, agla sawal dilli se hai. al qamar azad sahab ne kiya hai. unhone likha hai: "What is the true way of rediscovery of Islam?" is ke bare mein bataein.</w:t>
      </w:r>
    </w:p>
    <w:p>
      <w:pPr>
        <w:jc w:val="right"/>
      </w:pPr>
      <w:r>
        <w:t>مولانا، اگلا سوال دلی سے ہے۔ القمر آزاد صاحب نے کیا ہے۔ انہوں نے لکھا ہے: "What is the true way of rediscovery of Islam?" اس کے بارے میں بتائیں۔</w:t>
      </w:r>
    </w:p>
    <w:p>
      <w:r>
        <w:rPr>
          <w:b/>
        </w:rPr>
        <w:t xml:space="preserve">[1:12:07] </w:t>
      </w:r>
      <w:r>
        <w:t>hamari kitabon ko padhiye. kyunke hum ne rediscover kiya hai. hamari kitab ka naam bhi yahi hai: "Islam Rediscovered".</w:t>
      </w:r>
    </w:p>
    <w:p>
      <w:pPr>
        <w:jc w:val="right"/>
      </w:pPr>
      <w:r>
        <w:t>ہماری کتابوں کو پڑھیے۔ کیونکہ ہم نے rediscover کیا ہے۔ ہماری کتاب کا نام بھی یہی ہے: "Islam Rediscovered"۔</w:t>
      </w:r>
    </w:p>
    <w:p>
      <w:r>
        <w:rPr>
          <w:b/>
        </w:rPr>
        <w:t xml:space="preserve">[1:12:16] </w:t>
      </w:r>
      <w:r>
        <w:t>to hum ne puri zindagi isi mein lagai ho. islam ko rediscover karne mein.</w:t>
      </w:r>
    </w:p>
    <w:p>
      <w:pPr>
        <w:jc w:val="right"/>
      </w:pPr>
      <w:r>
        <w:t>تو ہم نے پوری زندگی اسی میں لگائی ہو۔ اسلام کو rediscover کرنے میں۔</w:t>
      </w:r>
    </w:p>
    <w:p>
      <w:r>
        <w:rPr>
          <w:b/>
        </w:rPr>
        <w:t xml:space="preserve">[1:12:22] </w:t>
      </w:r>
      <w:r>
        <w:t>hum ko islam na madrasay mein mila tha, na society mein mila tha, na logon ke zariye mila tha. to hum ne phir se rediscover kiya.</w:t>
      </w:r>
    </w:p>
    <w:p>
      <w:pPr>
        <w:jc w:val="right"/>
      </w:pPr>
      <w:r>
        <w:t>ہم کو اسلام نہ مدرسے میں ملا تھا، نہ society میں ملا تھا، نہ لوگوں کے ذریعے ملا تھا۔ تو ہم نے پھر سے rediscover کیا۔</w:t>
      </w:r>
    </w:p>
    <w:p>
      <w:r>
        <w:rPr>
          <w:b/>
        </w:rPr>
        <w:t xml:space="preserve">[1:12:32] </w:t>
      </w:r>
      <w:r>
        <w:t>tumhari sari kitabon ka ek hi title hai: "Discovery of Islam" ya "Rediscovery of Islam". to is ko padhiye aap. padhne ke baad aap ko koi sawal baqi raha hai to wo kar sakte hain aap.</w:t>
      </w:r>
    </w:p>
    <w:p>
      <w:pPr>
        <w:jc w:val="right"/>
      </w:pPr>
      <w:r>
        <w:t>تمہاری ساری کتابوں کا ایک ہی ٹائٹل ہے: "Discovery of Islam" یا "Rediscovery of Islam"۔ تو اس کو پڑھیے آپ۔ پڑھنے کے بعد آپ کو کوئی سوال باقی رہا ہے تو وہ کر سکتے ہیں آپ۔</w:t>
      </w:r>
    </w:p>
    <w:p>
      <w:r>
        <w:rPr>
          <w:b/>
        </w:rPr>
        <w:t xml:space="preserve">[1:12:45] </w:t>
      </w:r>
      <w:r>
        <w:t>abhi to aap pehla kaam hai ke aap is ko padhein. kyunke hamara kaise hai ke hum ne, yani jo traditional islam tha, wo is ka mutmaeen nahi hue.</w:t>
      </w:r>
    </w:p>
    <w:p>
      <w:pPr>
        <w:jc w:val="right"/>
      </w:pPr>
      <w:r>
        <w:t>ابھی تو آپ پہلا کام ہے کہ آپ اس کو پڑھیں۔ کیونکہ ہمارا کیسے ہے کہ ہم نے، یعنی جو traditional اسلام تھا، وہ اس کا مطمئن نہیں ہوئے۔</w:t>
      </w:r>
    </w:p>
    <w:p>
      <w:r>
        <w:rPr>
          <w:b/>
        </w:rPr>
        <w:t xml:space="preserve">[1:12:55] </w:t>
      </w:r>
      <w:r>
        <w:t>hum ne chaha ke asal islam ko janiye. yani Allah aur rasool wale islam ko janiye. to hum ne puri life laga di isi mein. phir jo islam hum ne discover kiya, us ko hum ne kitabon mein likha.</w:t>
      </w:r>
    </w:p>
    <w:p>
      <w:pPr>
        <w:jc w:val="right"/>
      </w:pPr>
      <w:r>
        <w:t>ہم نے چاہا کہ اصل اسلام کو جانیں۔ یعنی اللہ اور رسول والے اسلام کو جانیں۔ تو ہم نے پوری life لگا دی اسی میں۔ پھر جو اسلام ہم نے discover کیا، اس کو ہم نے کتابوں میں لکھا۔</w:t>
      </w:r>
    </w:p>
    <w:p>
      <w:r>
        <w:rPr>
          <w:b/>
        </w:rPr>
        <w:t xml:space="preserve">[1:13:11] </w:t>
      </w:r>
      <w:r>
        <w:t>to as a test case dekhiye is ko</w:t>
      </w:r>
    </w:p>
    <w:p>
      <w:pPr>
        <w:jc w:val="right"/>
      </w:pPr>
      <w:r>
        <w:t>تو as a test case آپ دیکھیے اس کو</w:t>
      </w:r>
    </w:p>
    <w:p>
      <w:r>
        <w:rPr>
          <w:b/>
        </w:rPr>
        <w:t xml:space="preserve">[1:13:13] </w:t>
      </w:r>
      <w:r>
        <w:t>us ke baad sawal kijiye.</w:t>
      </w:r>
    </w:p>
    <w:p>
      <w:pPr>
        <w:jc w:val="right"/>
      </w:pPr>
      <w:r>
        <w:t>۔ اس کے بعد سوال کیجیے۔</w:t>
      </w:r>
    </w:p>
    <w:p>
      <w:r>
        <w:rPr>
          <w:b/>
        </w:rPr>
        <w:t xml:space="preserve">[1:13:19] </w:t>
      </w:r>
      <w:r>
        <w:t>maulana, ye sawal aaya hai muhammad ilyas sahab ka chennai se. unhone likha hai: "Maulana, ek sahab ne kaha ke iqtadar hamara maqsad nahi, zarurat hai." Maulana, is mein jo mughalta hai, us ko wazeh karein.</w:t>
      </w:r>
    </w:p>
    <w:p>
      <w:pPr>
        <w:jc w:val="right"/>
      </w:pPr>
      <w:r>
        <w:t>مولانا، یہ سوال آیا ہے محمد الیاس صاحب کا چنئی سے۔ انہوں نے لکھا ہے: "مولانا، एक साहब ने कहा कि اقتدار ہمارا مقصد نہیں، ضرورت ہے۔" مولانا، اس میں جو مغالطہ ہے، اس کو واضح کریں۔</w:t>
      </w:r>
    </w:p>
    <w:p>
      <w:r>
        <w:rPr>
          <w:b/>
        </w:rPr>
        <w:t xml:space="preserve">[1:13:36] </w:t>
      </w:r>
      <w:r>
        <w:t>mughalta ye hai ke quran mein hai na, hadith mein hai. yahi mughalta hai.</w:t>
      </w:r>
    </w:p>
    <w:p>
      <w:pPr>
        <w:jc w:val="right"/>
      </w:pPr>
      <w:r>
        <w:t>مغالطہ یہ ہے کہ قرآن میں ہے نا، حدیث میں ہے۔ یہی مغالطہ ہے۔</w:t>
      </w:r>
    </w:p>
    <w:p>
      <w:r>
        <w:rPr>
          <w:b/>
        </w:rPr>
        <w:t xml:space="preserve">[1:13:43] </w:t>
      </w:r>
      <w:r>
        <w:t>ye to mughalta hai. saaf hai. aap apne dimagh se bolein to ye to ek feal haram hua. aap kahein ke namaz is liye hai ke is mein body ko exercise milti hai, to batao.</w:t>
      </w:r>
    </w:p>
    <w:p>
      <w:pPr>
        <w:jc w:val="right"/>
      </w:pPr>
      <w:r>
        <w:t>یہ تو مغالطہ ہے۔ صاف ہے۔ آپ اپنے دماغ سے بولیں تو یہ تو ایک فعل حرام ہوا۔ آپ کہیں کہ نماز اس لیے ہے کہ اس میں body کو exercise ملتی ہے، تو بتاؤ۔</w:t>
      </w:r>
    </w:p>
    <w:p>
      <w:r>
        <w:rPr>
          <w:b/>
        </w:rPr>
        <w:t xml:space="preserve">[1:13:58] </w:t>
      </w:r>
      <w:r>
        <w:t>namaz is liye hoti hai ke is se sehat banti hai, to quran mein kahan likha hua hai? kahan likha hua hai quran? batao. to kahan likha hua hai ke hukumat tumhari zarurat hai, hukumat qaim karo?</w:t>
      </w:r>
    </w:p>
    <w:p>
      <w:pPr>
        <w:jc w:val="right"/>
      </w:pPr>
      <w:r>
        <w:t>نماز اس لیے ہوتی ہے کہ اس سے صحت بنتی ہے، تو قرآن میں کہاں لکھا ہوا ہے؟ کہاں لکھا ہوا ہے قرآن؟ بتاؤ۔ تو کہاں لکھا ہوا ہے کہ حکومت تمہاری ضرورت ہے، حکومت قائم کرو؟</w:t>
      </w:r>
    </w:p>
    <w:p>
      <w:r>
        <w:rPr>
          <w:b/>
        </w:rPr>
        <w:t xml:space="preserve">[1:14:10] </w:t>
      </w:r>
      <w:r>
        <w:t>kahan likha hua hai?</w:t>
      </w:r>
    </w:p>
    <w:p>
      <w:pPr>
        <w:jc w:val="right"/>
      </w:pPr>
      <w:r>
        <w:t>کہاں لکھا ہوا ہے؟</w:t>
      </w:r>
    </w:p>
    <w:p>
      <w:r>
        <w:rPr>
          <w:b/>
        </w:rPr>
        <w:t xml:space="preserve">[1:14:12] </w:t>
      </w:r>
      <w:r>
        <w:t>yeh to gunah se bari cheez hai yeh ke aap aisi baat kahein jo quran mein nahi hai. yeh gunah se, yeh crime hai, crime. koi aisi ayat nahi hai quran majeed mein jo yeh kehti ho ke aye musalmano,</w:t>
      </w:r>
    </w:p>
    <w:p>
      <w:pPr>
        <w:jc w:val="right"/>
      </w:pPr>
      <w:r>
        <w:t>یہ تو گناہ سے بری چیز ہے یہ کہ آپ ایسی بات کہیں جو قرآن میں نہیں ہے۔ یہ گناہ سے، یہ crime ہے، crime۔ کوئی ایسی آیت نہیں ہے قرآن مجید میں جو یہ کہتی ہو کہ اے مسلمانوں،</w:t>
      </w:r>
    </w:p>
    <w:p>
      <w:r>
        <w:rPr>
          <w:b/>
        </w:rPr>
        <w:t xml:space="preserve">[1:14:27] </w:t>
      </w:r>
      <w:r>
        <w:t>hukumat tumhari zaroorat hai, is liye hukumat qaim karo. jo log hukumat muqabil hain, un ko larr kar ke khatam hatao, un ko. aur tum apni hukumat qaim karo.</w:t>
      </w:r>
    </w:p>
    <w:p>
      <w:pPr>
        <w:jc w:val="right"/>
      </w:pPr>
      <w:r>
        <w:t>حکومت تمہاری ضرورت ہے، اس لیے حکومت قائم کرو۔ جو لوگ حکومت مقابل ہیں، ان کو لڑ کر کے ختم ہٹاؤ، ان کو۔ اور تم اپنی حکومت قائم کرو۔</w:t>
      </w:r>
    </w:p>
    <w:p>
      <w:r>
        <w:rPr>
          <w:b/>
        </w:rPr>
        <w:t xml:space="preserve">[1:14:36] </w:t>
      </w:r>
      <w:r>
        <w:t>kahan likha hua hai?</w:t>
      </w:r>
    </w:p>
    <w:p>
      <w:pPr>
        <w:jc w:val="right"/>
      </w:pPr>
      <w:r>
        <w:t>کہاں لکھا ہوا ہے؟</w:t>
      </w:r>
    </w:p>
    <w:p>
      <w:r>
        <w:rPr>
          <w:b/>
        </w:rPr>
        <w:t xml:space="preserve">[1:14:38] </w:t>
      </w:r>
      <w:r>
        <w:t>jo log aap se kehte hain ke woh to allah taala ke haan un ki flagging hogi. ke tum ne woh kaam baat kaise kahi jo quran mein likhi hui nahi thi? apne dimagh se.</w:t>
      </w:r>
    </w:p>
    <w:p>
      <w:pPr>
        <w:jc w:val="right"/>
      </w:pPr>
      <w:r>
        <w:t>جو لوگ آپ سے کہتے ہیں کہ وہ تو اللہ تعالیٰ کے ہاں ان کی flagging ہوگی۔ کہ تم نے وہ کام بات کیسے کہی جو قرآن میں لکھی ہوئی نہیں تھی؟ اپنے دماغ 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