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Sayings of the Prophet-Part 2 (Prophetic Wisdom) 9 April, 2006</w:t>
      </w:r>
    </w:p>
    <w:p>
      <w:r>
        <w:t>https://www.youtube.com/watch?v=pFWZonwLrXs</w:t>
      </w:r>
    </w:p>
    <w:p>
      <w:r>
        <w:rPr>
          <w:b/>
        </w:rPr>
        <w:t xml:space="preserve">[00:11] </w:t>
      </w:r>
      <w:r>
        <w:t>bismillah hir rahman nir rahim, wa salla Allahu ala an-nabiyyil karim. rab ishrah li sadri, wa yassir li amri, wahlu al-uqdata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[00:27] </w:t>
      </w:r>
      <w:r>
        <w:t>yafqa qawli. is waqt hadith-e-rasul par baat chal rahi hai.</w:t>
      </w:r>
    </w:p>
    <w:p>
      <w:pPr>
        <w:jc w:val="right"/>
      </w:pPr>
      <w:r>
        <w:t>یفقہ قولی. اس وقت حدیث رسول پر بات چل رہی ہے۔</w:t>
      </w:r>
    </w:p>
    <w:p>
      <w:r>
        <w:rPr>
          <w:b/>
        </w:rPr>
        <w:t xml:space="preserve">[00:38] </w:t>
      </w:r>
      <w:r>
        <w:t>dekhiye, hadith ka dars aksar masjidon mein, madaris mein, aur jagahon mein diya jata hai.</w:t>
      </w:r>
    </w:p>
    <w:p>
      <w:pPr>
        <w:jc w:val="right"/>
      </w:pPr>
      <w:r>
        <w:t>دیکھیے، حدیث کا درس اکثر مسجدوں میں، مدرسوں میں، اور جگہوں میں دیا جاتا ہے۔</w:t>
      </w:r>
    </w:p>
    <w:p>
      <w:r>
        <w:rPr>
          <w:b/>
        </w:rPr>
        <w:t xml:space="preserve">[00:49] </w:t>
      </w:r>
      <w:r>
        <w:t>yeh koi nai cheez nahi hai. lekin maine dekha hai ke aam taur par technical andaaz mein dars dete hain log, yaani woh andaaz jo madaris mein parhane ke liye istemal hota hai.</w:t>
      </w:r>
    </w:p>
    <w:p>
      <w:pPr>
        <w:jc w:val="right"/>
      </w:pPr>
      <w:r>
        <w:t>یہ کوئی نئی چیز نہیں ہے۔ لیکن میں نے دیکھا ہے کہ عام طور پر ٹیکنیکل انداز میں درس دیتے ہیں لوگ، یعنی وہ انداز جو مدرسوں میں پڑھانے کے لیے استعمال ہوتا ہے۔</w:t>
      </w:r>
    </w:p>
    <w:p>
      <w:r>
        <w:rPr>
          <w:b/>
        </w:rPr>
        <w:t xml:space="preserve">[01:03] </w:t>
      </w:r>
      <w:r>
        <w:t>aap jante hain ke madaris mein baqayda ek shakh al-hadith hote hain, woh hadith parhate hain. to wahan jo hadith parhane ka andaaz hai, woh hai technical, yaani fanni.</w:t>
      </w:r>
    </w:p>
    <w:p>
      <w:pPr>
        <w:jc w:val="right"/>
      </w:pPr>
      <w:r>
        <w:t>آپ جانتے ہیں کہ مدرسوں میں باقاعدہ ایک شاخ الحدیث ہوتے ہیں، وہ حدیث پڑھاتے ہیں۔ تو وہاں جو حدیث پڑھانے کا انداز ہے، وہ ہے ٹیکنیکل، یعنی فنی۔</w:t>
      </w:r>
    </w:p>
    <w:p>
      <w:r>
        <w:rPr>
          <w:b/>
        </w:rPr>
        <w:t xml:space="preserve">[01:17] </w:t>
      </w:r>
      <w:r>
        <w:t>to madrasa ke liye to theek hai, woh madrasa mein, jis tarah university mein hota hai, universityon mein bhi yeh hota hai ke kisi subject ko technical andaaz mein lete hain.</w:t>
      </w:r>
    </w:p>
    <w:p>
      <w:pPr>
        <w:jc w:val="right"/>
      </w:pPr>
      <w:r>
        <w:t>تو مدرسے کے لیے تو ٹھیک ہے، وہ مدرسے میں، جس طرح یونیورسٹی میں ہوتا ہے، یونیورسٹیوں میں بھی یہ ہوتا ہے کہ کسی سبجیکٹ کو ٹیکنیکل انداز میں لیتے ہیں۔</w:t>
      </w:r>
    </w:p>
    <w:p>
      <w:r>
        <w:rPr>
          <w:b/>
        </w:rPr>
        <w:t xml:space="preserve">[01:33] </w:t>
      </w:r>
      <w:r>
        <w:t>to educational institution mein yahi sahih hai. lekin is waqt jo hum kar rahe hain, yeh</w:t>
      </w:r>
    </w:p>
    <w:p>
      <w:pPr>
        <w:jc w:val="right"/>
      </w:pPr>
      <w:r>
        <w:t>تو ایجوکیشنل انسٹیٹیوشن میں یہی صحیح ہے۔ لیکن اس وقت جو ہم کر رہے ہیں، یہ</w:t>
      </w:r>
    </w:p>
    <w:p>
      <w:r>
        <w:rPr>
          <w:b/>
        </w:rPr>
        <w:t xml:space="preserve">[01:43] </w:t>
      </w:r>
      <w:r>
        <w:t>koi madrasa ka dars nahi hai, balke yeh is liye hai ke aadmi ko is se kuch lesson mile, koi sabak mile, us ki rooh ko koi food mile, koi spiritual food, koi divine food mile.</w:t>
      </w:r>
    </w:p>
    <w:p>
      <w:pPr>
        <w:jc w:val="right"/>
      </w:pPr>
      <w:r>
        <w:t>کوئی مدرسے کا درس نہیں ہے، بلکہ یہ اس لیے ہے کہ آدمی کو اس سے کچھ لیسن ملے، کوئی سبق ملے، اس کی روح کو کوئی فوڈ ملے، کوئی سپریچول فوڈ، کوئی ڈیوائن فوڈ ملے۔</w:t>
      </w:r>
    </w:p>
    <w:p>
      <w:r>
        <w:rPr>
          <w:b/>
        </w:rPr>
        <w:t xml:space="preserve">[02:01] </w:t>
      </w:r>
      <w:r>
        <w:t>to hamara maqsad yeh hai. is liye</w:t>
      </w:r>
    </w:p>
    <w:p>
      <w:pPr>
        <w:jc w:val="right"/>
      </w:pPr>
      <w:r>
        <w:t>تو ہمارا مقصد یہ ہے۔ اس لیے</w:t>
      </w:r>
    </w:p>
    <w:p>
      <w:r>
        <w:rPr>
          <w:b/>
        </w:rPr>
        <w:t xml:space="preserve">[02:08] </w:t>
      </w:r>
      <w:r>
        <w:t>hamari dars-e-hadith ka tareeqa bilkul alag hai.</w:t>
      </w:r>
    </w:p>
    <w:p>
      <w:pPr>
        <w:jc w:val="right"/>
      </w:pPr>
      <w:r>
        <w:t>ہماری درس حدیث کا طریقہ بالکل الگ ہے۔</w:t>
      </w:r>
    </w:p>
    <w:p>
      <w:r>
        <w:rPr>
          <w:b/>
        </w:rPr>
        <w:t xml:space="preserve">[02:16] </w:t>
      </w:r>
      <w:r>
        <w:t>technical jo aspect hai, us ko hum chhod kar ke, us ko avoid kar ke, sirf un baaton ko le rahe hain jis mein aadmi ko kuch learning ho,</w:t>
      </w:r>
    </w:p>
    <w:p>
      <w:pPr>
        <w:jc w:val="right"/>
      </w:pPr>
      <w:r>
        <w:t>ٹیکنیکل جو اسپیکٹ ہے، اس کو ہم چھوڑ کر کے، اس کو اوائڈ کر کے، صرف ان باتوں کو لے رہے ہیں جس میں آدمی کو کچھ لرننگ ہو،</w:t>
      </w:r>
    </w:p>
    <w:p>
      <w:r>
        <w:rPr>
          <w:b/>
        </w:rPr>
        <w:t xml:space="preserve">[02:30] </w:t>
      </w:r>
      <w:r>
        <w:t>kuch is ka spiritual development ho, kuch is ko Khuda ki yaad aaye, aakhirat ki yaad aaye. yeh maqsad hai hamara.</w:t>
      </w:r>
    </w:p>
    <w:p>
      <w:pPr>
        <w:jc w:val="right"/>
      </w:pPr>
      <w:r>
        <w:t>کچھ اس کا سپریچول ڈیولپمنٹ ہو، کچھ اس کو خدا کی یاد آئے، آخرت کی یاد آئے۔ یہ مقصد ہے ہمارا۔</w:t>
      </w:r>
    </w:p>
    <w:p>
      <w:r>
        <w:rPr>
          <w:b/>
        </w:rPr>
        <w:t xml:space="preserve">[02:45] </w:t>
      </w:r>
      <w:r>
        <w:t>to main is waqt aap ko kuch hadith sunata hoon. jaisa ke maine arz kiya, hadith koi aisi kitab nahi hai jo kehte hain coherent book, aisi kitab nahi hai.</w:t>
      </w:r>
    </w:p>
    <w:p>
      <w:pPr>
        <w:jc w:val="right"/>
      </w:pPr>
      <w:r>
        <w:t>تو میں اس وقت آپ کو کچھ حدیثیں سنا رہا ہوں۔ جیسا کہ میں نے عرض کیا، حدیث کوئی ایسی کتاب نہیں ہے جو کہتے ہیں کوہرنٹ بک، ایسی کتاب نہیں ہے۔</w:t>
      </w:r>
    </w:p>
    <w:p>
      <w:r>
        <w:rPr>
          <w:b/>
        </w:rPr>
        <w:t xml:space="preserve">[03:00] </w:t>
      </w:r>
      <w:r>
        <w:t>woh collection of sayings hai. jitni bhi hadith ki kitaben hain, woh collection of sayings hain.</w:t>
      </w:r>
    </w:p>
    <w:p>
      <w:pPr>
        <w:jc w:val="right"/>
      </w:pPr>
      <w:r>
        <w:t>وہ کلیکشن آف سینگز ہے۔ جتنی بھی حدیث کی کتابیں ہیں، وہ کلیکشن آف سینگز ہیں۔</w:t>
      </w:r>
    </w:p>
    <w:p>
      <w:r>
        <w:rPr>
          <w:b/>
        </w:rPr>
        <w:t xml:space="preserve">[03:11] </w:t>
      </w:r>
      <w:r>
        <w:t>to is mein aap agar yeh dhoondhein ke koi coherent book ki tarah se koi is mein silsile war koi baat ho, A se Z tak, to woh kitab mein nahi milegi aap ko.</w:t>
      </w:r>
    </w:p>
    <w:p>
      <w:pPr>
        <w:jc w:val="right"/>
      </w:pPr>
      <w:r>
        <w:t>تو اس میں آپ اگر یہ ڈھونڈیں کہ کوئی کوہرنٹ بک کی طرح سے کوئی اس میں سلسلے وار کوئی بات ہو، اے سے زیڈ تک، تو وہ کتاب میں نہیں ملے گی آپ کو۔</w:t>
      </w:r>
    </w:p>
    <w:p>
      <w:r>
        <w:rPr>
          <w:b/>
        </w:rPr>
        <w:t xml:space="preserve">[03:22] </w:t>
      </w:r>
      <w:r>
        <w:t>lekin agar aap chahein ke kuch seekhna, to har page par, balke har har line mein aap ko koi baat mil jayegi aisi jis se aap kuch apni learning ko badha saken.</w:t>
      </w:r>
    </w:p>
    <w:p>
      <w:pPr>
        <w:jc w:val="right"/>
      </w:pPr>
      <w:r>
        <w:t>لیکن اگر آپ چاہیں کہ کچھ سیکھنا، تو ہر پیج پر، بلکہ ہر ہر لائن میں آپ کو کوئی بات مل جائے گی ایسی جس سے آپ کچھ اپنی لرننگ کو بڑھا سکیں۔</w:t>
      </w:r>
    </w:p>
    <w:p>
      <w:r>
        <w:rPr>
          <w:b/>
        </w:rPr>
        <w:t xml:space="preserve">[03:37] </w:t>
      </w:r>
      <w:r>
        <w:t>to isi maqsad ke liye main is waqt kuch hadith aap ki khidmat mein pesh kar raha hoon.</w:t>
      </w:r>
    </w:p>
    <w:p>
      <w:pPr>
        <w:jc w:val="right"/>
      </w:pPr>
      <w:r>
        <w:t>تو اسی مقصد کے لیے میں اس وقت کچھ حدیثیں آپ کی خدمت میں پیش کر رہا ہوں۔</w:t>
      </w:r>
    </w:p>
    <w:p>
      <w:r>
        <w:rPr>
          <w:b/>
        </w:rPr>
        <w:t xml:space="preserve">[03:50] </w:t>
      </w:r>
      <w:r>
        <w:t>dekhiye, ek hadith hai.</w:t>
      </w:r>
    </w:p>
    <w:p>
      <w:pPr>
        <w:jc w:val="right"/>
      </w:pPr>
      <w:r>
        <w:t>دیکھیے، ایک حدیث ہے۔</w:t>
      </w:r>
    </w:p>
    <w:p>
      <w:r>
        <w:rPr>
          <w:b/>
        </w:rPr>
        <w:t xml:space="preserve">[03:56] </w:t>
      </w:r>
      <w:r>
        <w:t>yeh hadith hai, hadith qudsi jo kehte hain. hadith qudsi ka matlab yeh hota hai ke hadithon mein kuch woh hadith hain jo khud Rasul Allah ki zuban se hain, kuch hadith woh hain jo Khuda ki zuban se hain.</w:t>
      </w:r>
    </w:p>
    <w:p>
      <w:pPr>
        <w:jc w:val="right"/>
      </w:pPr>
      <w:r>
        <w:t>یہ حدیث ہے، حدیث قدسی جو کہتے ہیں۔ حدیث قدسی کا مطلب یہ ہوتا ہے کہ حدیثوں میں کچھ وہ حدیثیں ہیں جو خود رسول اللہ کی زبان سے ہیں، کچھ حدیثیں وہ ہیں جو خدا کی زبان سے ہیں۔</w:t>
      </w:r>
    </w:p>
    <w:p>
      <w:r>
        <w:rPr>
          <w:b/>
        </w:rPr>
        <w:t xml:space="preserve">[04:14] </w:t>
      </w:r>
      <w:r>
        <w:t>to jo hadith Khuda ki zuban se hain, us ko kaha jata hai hadith qudsi.</w:t>
      </w:r>
    </w:p>
    <w:p>
      <w:pPr>
        <w:jc w:val="right"/>
      </w:pPr>
      <w:r>
        <w:t>تو جو حدیثیں خدا کی زبان سے ہیں، اس کو کہا جاتا ہے حدیث قدسی۔</w:t>
      </w:r>
    </w:p>
    <w:p>
      <w:r>
        <w:rPr>
          <w:b/>
        </w:rPr>
        <w:t xml:space="preserve">[04:21] </w:t>
      </w:r>
      <w:r>
        <w:t>to yeh isi qism ki ek hadith hai.</w:t>
      </w:r>
    </w:p>
    <w:p>
      <w:pPr>
        <w:jc w:val="right"/>
      </w:pPr>
      <w:r>
        <w:t>تو یہ اسی قسم کی ایک حدیث ہے۔</w:t>
      </w:r>
    </w:p>
    <w:p>
      <w:r>
        <w:rPr>
          <w:b/>
        </w:rPr>
        <w:t xml:space="preserve">[04:28] </w:t>
      </w:r>
      <w:r>
        <w:t>Allah taala ne farmaya: "kullu bani adama khattaun wa khairu al-khattain at-tawwabun".</w:t>
      </w:r>
    </w:p>
    <w:p>
      <w:pPr>
        <w:jc w:val="right"/>
      </w:pPr>
      <w:r>
        <w:t>اللہ تعالی نے فرمایا: "کل بنی آدم خطاون و خیر الخطائین التوابون"۔</w:t>
      </w:r>
    </w:p>
    <w:p>
      <w:r>
        <w:rPr>
          <w:b/>
        </w:rPr>
        <w:t xml:space="preserve">[04:42] </w:t>
      </w:r>
      <w:r>
        <w:t>is ka translation yeh hai ke sare insan,</w:t>
      </w:r>
    </w:p>
    <w:p>
      <w:pPr>
        <w:jc w:val="right"/>
      </w:pPr>
      <w:r>
        <w:t>اس کا ٹرانسلیشن یہ ہے کہ سارے انسان،</w:t>
      </w:r>
    </w:p>
    <w:p>
      <w:r>
        <w:rPr>
          <w:b/>
        </w:rPr>
        <w:t xml:space="preserve">[04:52] </w:t>
      </w:r>
      <w:r>
        <w:t>sare insanon se ghalati hoti hai. yaani ghalati jo hai, woh jaisa kehte hain ke "to err is human", ghalati karna insan ke nature mein hai.</w:t>
      </w:r>
    </w:p>
    <w:p>
      <w:pPr>
        <w:jc w:val="right"/>
      </w:pPr>
      <w:r>
        <w:t>سارے انسانوں سے غلطی ہوتی ہے۔ یعنی غلطی جو ہے، وہ جیسے کہتے ہیں کہ "ٹویر از ہیومن"، غلطی کرنا انسان کے نیچر میں ہے۔</w:t>
      </w:r>
    </w:p>
    <w:p>
      <w:r>
        <w:rPr>
          <w:b/>
        </w:rPr>
        <w:t xml:space="preserve">[05:06] </w:t>
      </w:r>
      <w:r>
        <w:t>to farmaya ke sare insan ghalati karte hain, lekin sab se achha ghalati karne wala woh hai jo ghalati karne ke baad palat aaye,</w:t>
      </w:r>
    </w:p>
    <w:p>
      <w:pPr>
        <w:jc w:val="right"/>
      </w:pPr>
      <w:r>
        <w:t>تو فرمایا کہ سارے انسان غلطی کرتے ہیں، لیکن سب سے اچھا غلطی کرنے والا وہ ہے جو غلطی کرنے کے بعد پلٹ آئے،</w:t>
      </w:r>
    </w:p>
    <w:p>
      <w:r>
        <w:rPr>
          <w:b/>
        </w:rPr>
        <w:t xml:space="preserve">[05:22] </w:t>
      </w:r>
      <w:r>
        <w:t>tooba karey. tooba ka matlab hai palat aana. is sey yeh maloom hua keh ghalati karna bura nahi hai, ghalati kar key lot na lotna yeh bura hai.</w:t>
      </w:r>
    </w:p>
    <w:p>
      <w:pPr>
        <w:jc w:val="right"/>
      </w:pPr>
      <w:r>
        <w:t>توبہ کرے۔ توبہ کا مطلب ہے پلٹ آنا۔ اس سے یہ معلوم ہوا کہ غلطی کرنا برا نہیں ہے، غلطی کر کے لوٹ نہ لوٹنا یہ برا ہے۔</w:t>
      </w:r>
    </w:p>
    <w:p>
      <w:r>
        <w:rPr>
          <w:b/>
        </w:rPr>
        <w:t xml:space="preserve">[05:37] </w:t>
      </w:r>
      <w:r>
        <w:t>aur mein samajhta hoon keh ghalati karna rakha Allah taala ney nature mein insaan key, is liye keh ghalati karne sey aap ko aik opportunity milti hai aik bara reward lene ki,</w:t>
      </w:r>
    </w:p>
    <w:p>
      <w:pPr>
        <w:jc w:val="right"/>
      </w:pPr>
      <w:r>
        <w:t>اور میں سمجھتا ہوں کہ غلطی کرنا رکھا اللہ تعالی نے نیچر میں انسان کے، اس لیے کہ غلطی کرنے سے آپ کو ایک اپرچونیٹی ملتی ہے ایک بڑا ریوارڈ لینے کی،</w:t>
      </w:r>
    </w:p>
    <w:p>
      <w:r>
        <w:rPr>
          <w:b/>
        </w:rPr>
        <w:t xml:space="preserve">[05:54] </w:t>
      </w:r>
      <w:r>
        <w:t>aik bara sawab kamane ki. misaal ke taur par yeh bohat bara sawab hai keh aadmi apni ghalati ka etraaf karey, etraaf, confess karna, yeh manna keh mein ney ghalati ki thi.</w:t>
      </w:r>
    </w:p>
    <w:p>
      <w:pPr>
        <w:jc w:val="right"/>
      </w:pPr>
      <w:r>
        <w:t>ایک بڑا ثواب کمانے کی۔ مثلاً یہ بہت بڑا ثواب ہے کہ آدمی اپنی غلطی کا اعتراف کرے، اعتراف، کانفیس کرنا، یہ ماننا کہ میں نے غلطی کی تھی۔</w:t>
      </w:r>
    </w:p>
    <w:p>
      <w:r>
        <w:rPr>
          <w:b/>
        </w:rPr>
        <w:t xml:space="preserve">[06:11] </w:t>
      </w:r>
      <w:r>
        <w:t>yeh bohat bara saza sawab is ke oopar hai. kyunke jab aap kehte hain keh "I was wrong" to aap spiritual development ka aik zeena tay karte hain.</w:t>
      </w:r>
    </w:p>
    <w:p>
      <w:pPr>
        <w:jc w:val="right"/>
      </w:pPr>
      <w:r>
        <w:t>یہ بہت بڑا سزا ثواب اس کے اوپر ہے۔ کیونکہ جب آپ کہتے ہیں کہ "آئی واز رونگ" تو آپ سپریچول ڈیولپمنٹ کا ایک زینہ طے کرتے ہیں۔</w:t>
      </w:r>
    </w:p>
    <w:p>
      <w:r>
        <w:rPr>
          <w:b/>
        </w:rPr>
        <w:t xml:space="preserve">[06:26] </w:t>
      </w:r>
      <w:r>
        <w:t>deconditioning ka aik jo process chalana chahiye aap ke andar, woh chal parta hai.</w:t>
      </w:r>
    </w:p>
    <w:p>
      <w:pPr>
        <w:jc w:val="right"/>
      </w:pPr>
      <w:r>
        <w:t>ڈی کنڈیشننگ کا ایک جو پروسیس چلانا چاہیے آپ کے اندر، وہ چل پڑتا ہے۔</w:t>
      </w:r>
    </w:p>
    <w:p>
      <w:r>
        <w:rPr>
          <w:b/>
        </w:rPr>
        <w:t xml:space="preserve">[06:33] </w:t>
      </w:r>
      <w:r>
        <w:t>lekin mein yahan arz kar doon keh English culture mein jo hai, sorry sorry, is sey yeh kuch bhi nahi, woh to aik minors hain, social manners.</w:t>
      </w:r>
    </w:p>
    <w:p>
      <w:pPr>
        <w:jc w:val="right"/>
      </w:pPr>
      <w:r>
        <w:t>لیکن میں یہاں عرض کر دوں کہ انگلش کلچر میں جو ہے، سوری سوری، اس سے یہ کچھ بھی نہیں، وہ تو ایک مائنرز ہیں، سوشل مائنرز۔</w:t>
      </w:r>
    </w:p>
    <w:p>
      <w:r>
        <w:rPr>
          <w:b/>
        </w:rPr>
        <w:t xml:space="preserve">[06:43] </w:t>
      </w:r>
      <w:r>
        <w:t>yeh saari jo kaha jata hai aaj kal, woh social manners hain. is ki koi religious value nahi hai, is ki koi spiritual value nahi hai.</w:t>
      </w:r>
    </w:p>
    <w:p>
      <w:pPr>
        <w:jc w:val="right"/>
      </w:pPr>
      <w:r>
        <w:t>یہ ساری جو کہا جاتا ہے آج کل، وہ سوشل مائنرز ہیں۔ اس کی کوئی ریلیجس ویلیو نہیں ہے، اس کی کوئی سپریچول ویلیو نہیں ہے۔</w:t>
      </w:r>
    </w:p>
    <w:p>
      <w:r>
        <w:rPr>
          <w:b/>
        </w:rPr>
        <w:t xml:space="preserve">[06:54] </w:t>
      </w:r>
      <w:r>
        <w:t>merey nazdeek woh mehaz lip service hota hai, lip service. yeh social etiquettes hain, social manners hain, bas.</w:t>
      </w:r>
    </w:p>
    <w:p>
      <w:pPr>
        <w:jc w:val="right"/>
      </w:pPr>
      <w:r>
        <w:t>میرے نزدیک وہ محض لپ سروس ہوتا ہے، لپ سروس۔ یہ سوشل ایٹیکیٹس ہیں، سوشل مائنرز ہیں، بس۔</w:t>
      </w:r>
    </w:p>
    <w:p>
      <w:r>
        <w:rPr>
          <w:b/>
        </w:rPr>
        <w:t xml:space="preserve">[07:06] </w:t>
      </w:r>
      <w:r>
        <w:t>to mein saari ko kuch bhi nahi samajhta, balkey mein saari ko bura manta hoon. koi mujh sey saari agar kehta hai to yaqeen kijiye, mujhe khushi nahi hoti. mujhe lagta hai keh is ney pathar maar diya.</w:t>
      </w:r>
    </w:p>
    <w:p>
      <w:pPr>
        <w:jc w:val="right"/>
      </w:pPr>
      <w:r>
        <w:t>تو میں ساری کو کچھ بھی نہیں سمجھتا، بلکہ میں ساری کو برا مانتا ہوں۔ کوئی مجھ سے ساری اگر کہتا ہے تو یقین کیجئے، مجھے خوشی نہیں ہوتی۔ مجھے لگتا ہے کہ اس نے پتھر مار دیا۔</w:t>
      </w:r>
    </w:p>
    <w:p>
      <w:r>
        <w:rPr>
          <w:b/>
        </w:rPr>
        <w:t xml:space="preserve">[07:19] </w:t>
      </w:r>
      <w:r>
        <w:t>yaani koi aadmi ghalati karey aur mujh sey kahe keh saari, to mujhe lagta hai keh is ney pathar maar diya.</w:t>
      </w:r>
    </w:p>
    <w:p>
      <w:pPr>
        <w:jc w:val="right"/>
      </w:pPr>
      <w:r>
        <w:t>یعنی کوئی آدمی غلطی کرے اور مجھ سے کہے کہ ساری، تو مجھے لگتا ہے کہ اس نے پتھر مارا۔</w:t>
      </w:r>
    </w:p>
    <w:p>
      <w:r>
        <w:rPr>
          <w:b/>
        </w:rPr>
        <w:t xml:space="preserve">[07:28] </w:t>
      </w:r>
      <w:r>
        <w:t>kyunke lip service kiya hai? is sey acha to aadmi chup rahe. aadmi ko kehna chahiye: "I was wrong, I was wrong, I was wrong".</w:t>
      </w:r>
    </w:p>
    <w:p>
      <w:pPr>
        <w:jc w:val="right"/>
      </w:pPr>
      <w:r>
        <w:t>کیونکہ لپ سروس کیا ہے؟ اس سے اچھا تو آدمی چپ رہے۔ آدمی کو کہنا چاہے: "آئی واز رونگ، آئی واز رونگ، آئی واز رونگ"۔</w:t>
      </w:r>
    </w:p>
    <w:p>
      <w:r>
        <w:rPr>
          <w:b/>
        </w:rPr>
        <w:t xml:space="preserve">[07:42] </w:t>
      </w:r>
      <w:r>
        <w:t>mein samajhta hoon keh lip service, yaani saari jo hai, woh lip service hai. aur "I was wrong" kehna dil ki tarp ka zuban sey zahir hona hai.</w:t>
      </w:r>
    </w:p>
    <w:p>
      <w:pPr>
        <w:jc w:val="right"/>
      </w:pPr>
      <w:r>
        <w:t>میں سمجھتا ہوں کہ لپ سروس، یعنی ساری جو ہے، وہ لپ سروس ہے۔ اور "آئی واز رونگ" کہنا دل کی تڑپ کا زبان سے ظاہر ہونا ہے۔</w:t>
      </w:r>
    </w:p>
    <w:p>
      <w:r>
        <w:rPr>
          <w:b/>
        </w:rPr>
        <w:t xml:space="preserve">[07:57] </w:t>
      </w:r>
      <w:r>
        <w:t>aadmi ke andar aik storm aata hai keh "oho, mujh sey itni bari ghalati ho gayi". aik storm uthta hai aadmi ke andar keh mein ney ghalati kar dali.</w:t>
      </w:r>
    </w:p>
    <w:p>
      <w:pPr>
        <w:jc w:val="right"/>
      </w:pPr>
      <w:r>
        <w:t>آدمی کے اندر ایک سٹارم آتا ہے کہ "اوہو، مجھ سے اتنی بڑی غلطی ہو گئی"۔ ایک سٹارم اٹھتا ہے آدمی کے اندر کہ میں نے غلطی کر ڈالی۔</w:t>
      </w:r>
    </w:p>
    <w:p>
      <w:r>
        <w:rPr>
          <w:b/>
        </w:rPr>
        <w:t xml:space="preserve">[08:10] </w:t>
      </w:r>
      <w:r>
        <w:t>is storm ka aik zuban par aik thoda sa zahir hota hai jahan aadmi kehta hai keh "I was wrong".</w:t>
      </w:r>
    </w:p>
    <w:p>
      <w:pPr>
        <w:jc w:val="right"/>
      </w:pPr>
      <w:r>
        <w:t>اس سٹارم کا ایک زبان پر ایک تھوڑا سا ظاہر ہوتا ہے جہاں آدمی کہتا ہے کہ "آئی واز رونگ"۔</w:t>
      </w:r>
    </w:p>
    <w:p>
      <w:r>
        <w:rPr>
          <w:b/>
        </w:rPr>
        <w:t xml:space="preserve">[08:21] </w:t>
      </w:r>
      <w:r>
        <w:t>to jo ghalati ka etraaf lip service ho, woh to aik aur ghalati ka izafa hai. aik ghalati ke baad doosri ghalati karna hai.</w:t>
      </w:r>
    </w:p>
    <w:p>
      <w:pPr>
        <w:jc w:val="right"/>
      </w:pPr>
      <w:r>
        <w:t>تو جو غلطی کا اعتراف لپ سروس ہو، وہ تو ایک اور غلطی کا اضافہ ہے۔ ایک غلطی کے بعد دوسری غلطی کرنا ہے۔</w:t>
      </w:r>
    </w:p>
    <w:p>
      <w:r>
        <w:rPr>
          <w:b/>
        </w:rPr>
        <w:t xml:space="preserve">[08:34] </w:t>
      </w:r>
      <w:r>
        <w:t>lekin jo ghalati dil ki tarp ke saath juri hui ho,</w:t>
      </w:r>
    </w:p>
    <w:p>
      <w:pPr>
        <w:jc w:val="right"/>
      </w:pPr>
      <w:r>
        <w:t>لیکن جو غلطی دل کی تڑپ کے ساتھ جڑی ہوئی ہو،</w:t>
      </w:r>
    </w:p>
    <w:p>
      <w:r>
        <w:rPr>
          <w:b/>
        </w:rPr>
        <w:t xml:space="preserve">[08:44] </w:t>
      </w:r>
      <w:r>
        <w:t>jo etraaf dil ki ghalati ke saath, jo etraaf dil ki tarp ke saath jura hua ho, jo etraaf aadmi ke dil ki pukaar ho,</w:t>
      </w:r>
    </w:p>
    <w:p>
      <w:pPr>
        <w:jc w:val="right"/>
      </w:pPr>
      <w:r>
        <w:t>جو اعتراف دل کی غلطی کے ساتھ، جو اعتراف دل کی تڑپ کے ساتھ جڑا ہوا ہو، جو اعتراف آدمی کے دل کی پکار ہو،</w:t>
      </w:r>
    </w:p>
    <w:p>
      <w:r>
        <w:rPr>
          <w:b/>
        </w:rPr>
        <w:t xml:space="preserve">[08:57] </w:t>
      </w:r>
      <w:r>
        <w:t>woh ghalati ka etraaf hai aur bilashuba is par bohat bara reward hai. sochiye keh aisa kyun hai? is ki wajah yeh hai keh ghalati agarche insaan ke saath hoti hai, lekin yaad rakhiye,</w:t>
      </w:r>
    </w:p>
    <w:p>
      <w:pPr>
        <w:jc w:val="right"/>
      </w:pPr>
      <w:r>
        <w:t>وہ غلطی کا اعتراف ہے اور بلاشبہ اس پر بہت بڑا ریوارڈ ہے۔ سوچیے کہ ایسا کیوں ہے؟ اس کی وجہ یہ ہے کہ غلطی اگرچہ انسان کے ساتھ ہوتی ہے، لیکن یاد رکھیے،</w:t>
      </w:r>
    </w:p>
    <w:p>
      <w:r>
        <w:rPr>
          <w:b/>
        </w:rPr>
        <w:t xml:space="preserve">[09:17] </w:t>
      </w:r>
      <w:r>
        <w:t>ghalati ka etraaf Khuda ke samne karna parta hai.</w:t>
      </w:r>
    </w:p>
    <w:p>
      <w:pPr>
        <w:jc w:val="right"/>
      </w:pPr>
      <w:r>
        <w:t>غلطی کا اعتراف خدا کے سامنے کرنا پڑتا ہے۔</w:t>
      </w:r>
    </w:p>
    <w:p>
      <w:r>
        <w:rPr>
          <w:b/>
        </w:rPr>
        <w:t xml:space="preserve">[09:27] </w:t>
      </w:r>
      <w:r>
        <w:t>aap ke samne aik insaan hota hai to aap kehte hain: "sorry sorry". lekin sochiye keh aap ke samne agar Khuda khara hua ho, tab bhi aap "sorry" kahenge?</w:t>
      </w:r>
    </w:p>
    <w:p>
      <w:pPr>
        <w:jc w:val="right"/>
      </w:pPr>
      <w:r>
        <w:t>آپ کے سامنے ایک انسان ہوتا ہے تو آپ کہتے ہیں: "سوری سوری"۔ لیکن سوچیے کہ آپ کے سامنے اگر خدا کھڑا ہوا ہو، تب بھی آپ "سوری" کہیں گے؟</w:t>
      </w:r>
    </w:p>
    <w:p>
      <w:r>
        <w:rPr>
          <w:b/>
        </w:rPr>
        <w:t xml:space="preserve">[09:41] </w:t>
      </w:r>
      <w:r>
        <w:t>kya Khuda ke samne "sorry" kaha jata hai?</w:t>
      </w:r>
    </w:p>
    <w:p>
      <w:pPr>
        <w:jc w:val="right"/>
      </w:pPr>
      <w:r>
        <w:t>کیا خدا کے سامنے "سوری" کہا جاتا ہے؟</w:t>
      </w:r>
    </w:p>
    <w:p>
      <w:r>
        <w:rPr>
          <w:b/>
        </w:rPr>
        <w:t xml:space="preserve">[09:47] </w:t>
      </w:r>
      <w:r>
        <w:t>Khuda ke samne to aadmi dhaa parta hai keh "Khudaya, mujh sey bohat bari ghalati ho gayi".</w:t>
      </w:r>
    </w:p>
    <w:p>
      <w:pPr>
        <w:jc w:val="right"/>
      </w:pPr>
      <w:r>
        <w:t>خدا کے سامنے تو آدمی ڈھا پڑتا ہے کہ "خدایا، مجھ سے بہت بڑی غلطی ہو گئی"۔</w:t>
      </w:r>
    </w:p>
    <w:p>
      <w:r>
        <w:rPr>
          <w:b/>
        </w:rPr>
        <w:t xml:space="preserve">[09:56] </w:t>
      </w:r>
      <w:r>
        <w:t>log chunke samjhein, log chunke samajhte hain keh woh kisi insaan ke samne</w:t>
      </w:r>
    </w:p>
    <w:p>
      <w:pPr>
        <w:jc w:val="right"/>
      </w:pPr>
      <w:r>
        <w:t>لوگ چونکہ سمجھیں، لوگ چونکہ سمجھتے ہیں کہ وہ کسی انسان کے سامنے</w:t>
      </w:r>
    </w:p>
    <w:p>
      <w:r>
        <w:rPr>
          <w:b/>
        </w:rPr>
        <w:t xml:space="preserve">[10:04] </w:t>
      </w:r>
      <w:r>
        <w:t>bol rahe hain, kisi kisi insaan ke samne apni ghalati ko maan rahe hain, to woh "sorry sorry" kehte hain.</w:t>
      </w:r>
    </w:p>
    <w:p>
      <w:pPr>
        <w:jc w:val="right"/>
      </w:pPr>
      <w:r>
        <w:t>بول رہے ہیں، کسی کسی انسان کے سامنے اپنی غلطی کو مان رہے ہیں، تو وہ "ساری ساری" کہتے ہیں۔</w:t>
      </w:r>
    </w:p>
    <w:p>
      <w:r>
        <w:rPr>
          <w:b/>
        </w:rPr>
        <w:t xml:space="preserve">[10:13] </w:t>
      </w:r>
      <w:r>
        <w:t>aisa hargiz nahi hai.</w:t>
      </w:r>
    </w:p>
    <w:p>
      <w:pPr>
        <w:jc w:val="right"/>
      </w:pPr>
      <w:r>
        <w:t>ایسا ہرگز نہیں ہے۔</w:t>
      </w:r>
    </w:p>
    <w:p>
      <w:r>
        <w:rPr>
          <w:b/>
        </w:rPr>
        <w:t xml:space="preserve">[10:19] </w:t>
      </w:r>
      <w:r>
        <w:t>kyun? jo ghalti aap ne ki hai, woh haqiqatan khuda ki ghalti hai. yaani khuda, khuda ke bare mein ghalti hai. kyun?</w:t>
      </w:r>
    </w:p>
    <w:p>
      <w:pPr>
        <w:jc w:val="right"/>
      </w:pPr>
      <w:r>
        <w:t>کیوں؟ جو غلطی آپ نے کی ہے، وہ حقیقتاً خدا کی غلطی ہے۔ یعنی خدا، خدا کے بارے میں غلطی ہے۔ کیوں؟</w:t>
      </w:r>
    </w:p>
    <w:p>
      <w:r>
        <w:rPr>
          <w:b/>
        </w:rPr>
        <w:t xml:space="preserve">[10:29] </w:t>
      </w:r>
      <w:r>
        <w:t>woh ghalti is liye hai ke khuda ne kaha hai ke ghalti hai. kisi insaan ko aap ne gaali di, kisi insaan ko aap ne takleef pahunchai, kisi insaan ke sath aap ne koi burai ki,</w:t>
      </w:r>
    </w:p>
    <w:p>
      <w:pPr>
        <w:jc w:val="right"/>
      </w:pPr>
      <w:r>
        <w:t>وہ غلطی اس لیے ہے کہ خدا نے کہا ہے کہ غلطی ہے۔ کسی انسان کو آپ نے گالی دی، کسی انسان کو آپ نے تکلیف پہنچائی، کسی انسان کے ساتھ آپ نے کوئی برائی کی،</w:t>
      </w:r>
    </w:p>
    <w:p>
      <w:r>
        <w:rPr>
          <w:b/>
        </w:rPr>
        <w:t xml:space="preserve">[10:43] </w:t>
      </w:r>
      <w:r>
        <w:t>to woh burai kyun hai? is liye ke khuda ne is se aap ko mana kiya hai. khuda ne yeh kaha hai ke kisi insaan ko takleef na do.</w:t>
      </w:r>
    </w:p>
    <w:p>
      <w:pPr>
        <w:jc w:val="right"/>
      </w:pPr>
      <w:r>
        <w:t>تو وہ برائی کیوں ہے؟ اس لیے کہ خدا نے اس سے آپ کو منع کیا ہے۔ خدا نے یہ کہا ہے کہ کسی انسان کو تکلیف نہ دو۔</w:t>
      </w:r>
    </w:p>
    <w:p>
      <w:r>
        <w:rPr>
          <w:b/>
        </w:rPr>
        <w:t xml:space="preserve">[10:57] </w:t>
      </w:r>
      <w:r>
        <w:t>hadees mein aata hai ke:</w:t>
      </w:r>
    </w:p>
    <w:p>
      <w:pPr>
        <w:jc w:val="right"/>
      </w:pPr>
      <w:r>
        <w:t>حدیث میں آتا ہے کہ:</w:t>
      </w:r>
    </w:p>
    <w:p>
      <w:r>
        <w:rPr>
          <w:b/>
        </w:rPr>
        <w:t xml:space="preserve">[11:01] </w:t>
      </w:r>
      <w:r>
        <w:t>"wallah la yoman, wallah la yoman, wallah la yoman allazi la yaman jahro waq".</w:t>
      </w:r>
    </w:p>
    <w:p>
      <w:pPr>
        <w:jc w:val="right"/>
      </w:pPr>
      <w:r>
        <w:t>"واللہ لا یومن، واللہ لا یومن، واللہ لا یومن الذی لا یامن جارہ بواق"۔</w:t>
      </w:r>
    </w:p>
    <w:p>
      <w:r>
        <w:rPr>
          <w:b/>
        </w:rPr>
        <w:t xml:space="preserve">[11:11] </w:t>
      </w:r>
      <w:r>
        <w:t>he is not a believer, he is not a momin who creates problems for his neighbors.</w:t>
      </w:r>
    </w:p>
    <w:p>
      <w:pPr>
        <w:jc w:val="right"/>
      </w:pPr>
      <w:r>
        <w:t>ہی از ناٹ ا بلیور، ہی از ناٹ ا مومن ہو کریٹس پرابلم فار ہز نیبرز۔</w:t>
      </w:r>
    </w:p>
    <w:p>
      <w:r>
        <w:rPr>
          <w:b/>
        </w:rPr>
        <w:t xml:space="preserve">[11:26] </w:t>
      </w:r>
      <w:r>
        <w:t>apne agar dost, dost kisi doosre ke liye problem create karna, is se aap ka imaan khatam ho jata hai.</w:t>
      </w:r>
    </w:p>
    <w:p>
      <w:pPr>
        <w:jc w:val="right"/>
      </w:pPr>
      <w:r>
        <w:t>اپنے اگر دوست، دوست کسی دوسرے کے لیے پرابلم کریٹ کرنا، اس سے آپ کا ایمانی ختم ہو جاتا ہے۔</w:t>
      </w:r>
    </w:p>
    <w:p>
      <w:r>
        <w:rPr>
          <w:b/>
        </w:rPr>
        <w:t xml:space="preserve">[11:41] </w:t>
      </w:r>
      <w:r>
        <w:t>yeh kis ne kaha hai? yeh khuda ne kaha hai.</w:t>
      </w:r>
    </w:p>
    <w:p>
      <w:pPr>
        <w:jc w:val="right"/>
      </w:pPr>
      <w:r>
        <w:t>یہ کس نے کہا ہے؟ یہ خدا نے کہا ہے۔</w:t>
      </w:r>
    </w:p>
    <w:p>
      <w:r>
        <w:rPr>
          <w:b/>
        </w:rPr>
        <w:t xml:space="preserve">[11:47] </w:t>
      </w:r>
      <w:r>
        <w:t>is liye jab aap kisi ke samne ghalti karen, kisi se aap, kisi ke bare mein aap se koi ghalti ho jaye, to aap ne ghalti ki hai, khuda ke hukum ke hatne ki ghalti ki hai.</w:t>
      </w:r>
    </w:p>
    <w:p>
      <w:pPr>
        <w:jc w:val="right"/>
      </w:pPr>
      <w:r>
        <w:t>اس لیے جب آپ کسی کے سامنے غلطی کریں، کسی سے آپ، کسی کے بارے میں آپ سے کوئی غلطی ہو جائے، تو آپ نے غلطی کی ہے، خدا کے حکم کے ہٹنے کی غلطی کی ہے۔</w:t>
      </w:r>
    </w:p>
    <w:p>
      <w:r>
        <w:rPr>
          <w:b/>
        </w:rPr>
        <w:t xml:space="preserve">[12:01] </w:t>
      </w:r>
      <w:r>
        <w:t>aap</w:t>
      </w:r>
    </w:p>
    <w:p>
      <w:pPr>
        <w:jc w:val="right"/>
      </w:pPr>
      <w:r>
        <w:t>آپ</w:t>
      </w:r>
    </w:p>
    <w:p>
      <w:r>
        <w:rPr>
          <w:b/>
        </w:rPr>
        <w:t xml:space="preserve">[12:04] </w:t>
      </w:r>
      <w:r>
        <w:t>kisi ko takleef pahuncha kar aap khuda ke hukum se hat gaye hain, to maafi to mangna hai khuda se. insaan samne hai, insaan ke samne aap bolenge, lekin aslan woh aap ka manna khuda ke liye hota hai.</w:t>
      </w:r>
    </w:p>
    <w:p>
      <w:pPr>
        <w:jc w:val="right"/>
      </w:pPr>
      <w:r>
        <w:t>کسی کو تکلیف پہنچا کر آپ خدا کے حکم سے ہٹ گئے ہیں، تو معافی تو مانگنا ہے خدا سے۔ انسان سامنے ہے، انسان کے سامنے آپ بولیں گے، لیکن اصلاً وہ آپ کا ماننا خدا کے لیے ہوتا ہے۔</w:t>
      </w:r>
    </w:p>
    <w:p>
      <w:r>
        <w:rPr>
          <w:b/>
        </w:rPr>
        <w:t xml:space="preserve">[12:22] </w:t>
      </w:r>
      <w:r>
        <w:t>aur aap sochiye ke jab aap kisi insaan se keh rahe hote hain ke "sorry sorry", to isi liye keh rahe hote hain ke woh insaan aap ke samne dikhai parta hai.</w:t>
      </w:r>
    </w:p>
    <w:p>
      <w:pPr>
        <w:jc w:val="right"/>
      </w:pPr>
      <w:r>
        <w:t>اور آپ سوچیے کہ جب آپ کسی انسان سے کہہ رہے ہوتے ہیں کہ "سوری سوری"، تو اسی لیے کہہ رہے ہوتے ہیں کہ وہ انسان آپ کے سامنے دکھائی پڑتا ہے۔</w:t>
      </w:r>
    </w:p>
    <w:p>
      <w:r>
        <w:rPr>
          <w:b/>
        </w:rPr>
        <w:t xml:space="preserve">[12:35] </w:t>
      </w:r>
      <w:r>
        <w:t>agar aap ko yeh dikhai de ke wahan par khuda khara hua hai, wahan par khuda dekh raha hai,</w:t>
      </w:r>
    </w:p>
    <w:p>
      <w:pPr>
        <w:jc w:val="right"/>
      </w:pPr>
      <w:r>
        <w:t>اگر آپ کو یہ دکھائی دے کہ وہاں پر خدا کھڑا ہوا ہے، وہاں پر خدا دیکھ رہا ہے،</w:t>
      </w:r>
    </w:p>
    <w:p>
      <w:r>
        <w:rPr>
          <w:b/>
        </w:rPr>
        <w:t xml:space="preserve">[12:45] </w:t>
      </w:r>
      <w:r>
        <w:t>to aap kabhi bhi "sorry" nahi kahenge. phir aap ki zuban se niklega ke "khudaya, maine bohat bhari ghalti kar di, bhari bhool mujh se ho gayi".</w:t>
      </w:r>
    </w:p>
    <w:p>
      <w:pPr>
        <w:jc w:val="right"/>
      </w:pPr>
      <w:r>
        <w:t>تو آپ کبھی بھی "سوری" نہیں کہیں گے۔ پھر آپ کی زبان سے نکلے گا کہ "خدایا، میں نے بہت بھاری غلطی کر دی، بھاری بھول مجھ سے ہو گئی"۔</w:t>
      </w:r>
    </w:p>
    <w:p>
      <w:r>
        <w:rPr>
          <w:b/>
        </w:rPr>
        <w:t xml:space="preserve">[12:57] </w:t>
      </w:r>
      <w:r>
        <w:t>"i was wrong" se bhi ziyada koi aur bari aur ziyada kade shabd hon to woh aap ki zuban se niklega.</w:t>
      </w:r>
    </w:p>
    <w:p>
      <w:pPr>
        <w:jc w:val="right"/>
      </w:pPr>
      <w:r>
        <w:t>"آئی واز رونگ" سے بھی زیادہ کوئی اور بڑی اور زیادہ کڑے शब्द ہوں تو وہ آپ کی زبان سے نکلے گا۔</w:t>
      </w:r>
    </w:p>
    <w:p>
      <w:r>
        <w:rPr>
          <w:b/>
        </w:rPr>
        <w:t xml:space="preserve">[13:07] </w:t>
      </w:r>
      <w:r>
        <w:t>to yaad rakhiye, ghalti ko manna ek virtue hai, lekin sorry kehna virtue nahi hai. dil ki gehraiyon ke sath, dil ki tarap ke sath</w:t>
      </w:r>
    </w:p>
    <w:p>
      <w:pPr>
        <w:jc w:val="right"/>
      </w:pPr>
      <w:r>
        <w:t>تو یاد رکھیے، غلطی کو ماننا ایک ورچو ہے، لیکن سوری کہنا ورچو نہیں ہے۔ دل کی گہرائیوں کے ساتھ، دل کی تڑپ کے ساتھ</w:t>
      </w:r>
    </w:p>
    <w:p>
      <w:r>
        <w:rPr>
          <w:b/>
        </w:rPr>
        <w:t xml:space="preserve">[13:25] </w:t>
      </w:r>
      <w:r>
        <w:t>keh uthna ke "mujh se bohat bhari bhari ghalti ho gayi" aur "aainda mein is ghalti ko repeat nahi karunga", tab woh virtue banti hai, warna virtue nahi banti.</w:t>
      </w:r>
    </w:p>
    <w:p>
      <w:pPr>
        <w:jc w:val="right"/>
      </w:pPr>
      <w:r>
        <w:t>کہہ اٹھنا کہ "مجھ سے بہت بھاری بھاری غلطی ہو گئی" اور "آئندہ میں اس غلطی کو ریپیٹ نہیں کروں گا"، تب وہ ورچو بنتی ہے، ورنہ ورچو نہیں بنتی۔</w:t>
      </w:r>
    </w:p>
    <w:p>
      <w:r>
        <w:rPr>
          <w:b/>
        </w:rPr>
        <w:t xml:space="preserve">[13:40] </w:t>
      </w:r>
      <w:r>
        <w:t>ek bohat hi basic principle jo diya gaya hai hadees mein social life ke liye.</w:t>
      </w:r>
    </w:p>
    <w:p>
      <w:pPr>
        <w:jc w:val="right"/>
      </w:pPr>
      <w:r>
        <w:t>ایک بہت ہی بیسک پرنسپل جو دیا گیا ہے حدیث میں سوشل لائف کے لیے۔</w:t>
      </w:r>
    </w:p>
    <w:p>
      <w:r>
        <w:rPr>
          <w:b/>
        </w:rPr>
        <w:t xml:space="preserve">[13:48] </w:t>
      </w:r>
      <w:r>
        <w:t>society mein aap jeete hain, doosron ke sath aap jeete hain, to kaise rahen?</w:t>
      </w:r>
    </w:p>
    <w:p>
      <w:pPr>
        <w:jc w:val="right"/>
      </w:pPr>
      <w:r>
        <w:t>سوسائٹی میں آپ جیتے ہیں، دوسروں کے ساتھ آپ جیتے ہیں، تو کیسے رہیں؟</w:t>
      </w:r>
    </w:p>
    <w:p>
      <w:r>
        <w:rPr>
          <w:b/>
        </w:rPr>
        <w:t xml:space="preserve">[13:58] </w:t>
      </w:r>
      <w:r>
        <w:t>ek bohat hi basic principle: "antab bil khairul li nafsik" ke tum doosron ke sath wohi karo jo tum apne liye pasand karte ho.</w:t>
      </w:r>
    </w:p>
    <w:p>
      <w:pPr>
        <w:jc w:val="right"/>
      </w:pPr>
      <w:r>
        <w:t>ایک بہت ہی بیسک پرنسپل: "انتہب بالاخیر بول نفسک" کہ تم دوسروں کے ساتھ وہی کرو جو تم اپنے لئے پسند کرتے ہو۔</w:t>
      </w:r>
    </w:p>
    <w:p>
      <w:r>
        <w:rPr>
          <w:b/>
        </w:rPr>
        <w:t xml:space="preserve">[14:15] </w:t>
      </w:r>
      <w:r>
        <w:t>kitna simple aur kitna, yaani bara hai yeh principle.</w:t>
      </w:r>
    </w:p>
    <w:p>
      <w:pPr>
        <w:jc w:val="right"/>
      </w:pPr>
      <w:r>
        <w:t>کتنا سمپل اور کتنا، یعنی بڑا ہے یہ پرنسپل۔</w:t>
      </w:r>
    </w:p>
    <w:p>
      <w:r>
        <w:rPr>
          <w:b/>
        </w:rPr>
        <w:t xml:space="preserve">[14:24] </w:t>
      </w:r>
      <w:r>
        <w:t>kyun? is liye ke har aadmi ko pata hai ke use kya acha lagta hai, kya bura lagta hai. har aadmi ko pata hai.</w:t>
      </w:r>
    </w:p>
    <w:p>
      <w:pPr>
        <w:jc w:val="right"/>
      </w:pPr>
      <w:r>
        <w:t>کیوں؟ اس لیے کہ ہر آدمی کو پتہ ہے کہ اسے کیا اچھا لگتا ہے، کیا برا لگتا ہے۔ ہر آدمی کو پتہ ہے۔</w:t>
      </w:r>
    </w:p>
    <w:p>
      <w:r>
        <w:rPr>
          <w:b/>
        </w:rPr>
        <w:t xml:space="preserve">[14:34] </w:t>
      </w:r>
      <w:r>
        <w:t>aap se koi kada bole to aap ko bura lagega. bas aap samajh lijiye ke aap ko bhi doosron se kada nahi bolna hai.</w:t>
      </w:r>
    </w:p>
    <w:p>
      <w:pPr>
        <w:jc w:val="right"/>
      </w:pPr>
      <w:r>
        <w:t>آپ سے کوئی کڑا بولے تو آپ کو برا لگے گا۔ بس آپ سمجھ لیجئے کہ آپ کو بھی دوسروں سے کڑا نہیں بولنا ہے۔</w:t>
      </w:r>
    </w:p>
    <w:p>
      <w:r>
        <w:rPr>
          <w:b/>
        </w:rPr>
        <w:t xml:space="preserve">[14:45] </w:t>
      </w:r>
      <w:r>
        <w:t>aap se koi meetha bole to aap ko acha lagega. to aap samajh lijiye ke doosre ke sath aap ko meetha bolna hai. aap ko koi nuksan pahunchaye to aap ko bohat takleef hogi.</w:t>
      </w:r>
    </w:p>
    <w:p>
      <w:pPr>
        <w:jc w:val="right"/>
      </w:pPr>
      <w:r>
        <w:t>آپ سے کوئی میٹھا بولے تو آپ کو اچھا لگے گا۔ تو آپ سمجھ لیجئے کہ دوسرے کے ساتھ آپ کو میٹھا بولنا ہے۔ آپ کو کوئی نقصان پہنچائے تو آپ کو بہت تکلیف ہوگی۔</w:t>
      </w:r>
    </w:p>
    <w:p>
      <w:r>
        <w:rPr>
          <w:b/>
        </w:rPr>
        <w:t xml:space="preserve">[14:59] </w:t>
      </w:r>
      <w:r>
        <w:t>to samajh lijiye ke aap ko bhi doosron ko nuksan nahi pahunchana hai. aap ko koi faida pahunchaye to aap bohat khush honge.</w:t>
      </w:r>
    </w:p>
    <w:p>
      <w:pPr>
        <w:jc w:val="right"/>
      </w:pPr>
      <w:r>
        <w:t>تو سمجھ لیجئے کہ آپ کو بھی دوسروں کو نقصان نہیں پہنچانا ہے۔ آپ کو کوئی فائدہ پہنچائے تو آپ بہت خوش ہوں گے۔</w:t>
      </w:r>
    </w:p>
    <w:p>
      <w:r>
        <w:rPr>
          <w:b/>
        </w:rPr>
        <w:t xml:space="preserve">[15:08] </w:t>
      </w:r>
      <w:r>
        <w:t>to samajh lijiyay kay aap ko bhi doosron kay liye useful banna hai.</w:t>
      </w:r>
    </w:p>
    <w:p>
      <w:pPr>
        <w:jc w:val="right"/>
      </w:pPr>
      <w:r>
        <w:t>تو سمجھ لیجئے کہ آپ کو بھی دوسروں کے لیے یوزفل بننا ہے۔</w:t>
      </w:r>
    </w:p>
    <w:p>
      <w:r>
        <w:rPr>
          <w:b/>
        </w:rPr>
        <w:t xml:space="preserve">[15:15] </w:t>
      </w:r>
      <w:r>
        <w:t>yani society mein aap aik giver person ban kar rahay hain, na kay taker person. yeh hai is ka matlab. kitna simple aur kitna compressive, comprehensive hai yeh teaching.</w:t>
      </w:r>
    </w:p>
    <w:p>
      <w:pPr>
        <w:jc w:val="right"/>
      </w:pPr>
      <w:r>
        <w:t>یعنی سوسائٹی میں آپ ایک گیور پرسن بن کر رہے ہیں، نہ کہ ٹیکر پرسن۔ یہ ہے اس کا مطلب۔ کتنا سمپل اور کتنا کمپریسو، کمپرہنسیو ہے یہ ٹیچنگ۔</w:t>
      </w:r>
    </w:p>
    <w:p>
      <w:r>
        <w:rPr>
          <w:b/>
        </w:rPr>
        <w:t xml:space="preserve">[15:31] </w:t>
      </w:r>
      <w:r>
        <w:t>is aik baat ko agar aadmi pakar lay to</w:t>
      </w:r>
    </w:p>
    <w:p>
      <w:pPr>
        <w:jc w:val="right"/>
      </w:pPr>
      <w:r>
        <w:t>اس ایک بات کو اگر آدمی پکڑ لے تو</w:t>
      </w:r>
    </w:p>
    <w:p>
      <w:r>
        <w:rPr>
          <w:b/>
        </w:rPr>
        <w:t xml:space="preserve">[15:37] </w:t>
      </w:r>
      <w:r>
        <w:t>mein samajhta hoon kay zindagi jo hai,</w:t>
      </w:r>
    </w:p>
    <w:p>
      <w:pPr>
        <w:jc w:val="right"/>
      </w:pPr>
      <w:r>
        <w:t>میں سمجھتا ہوں کہ زندگی جو ہے،</w:t>
      </w:r>
    </w:p>
    <w:p>
      <w:r>
        <w:rPr>
          <w:b/>
        </w:rPr>
        <w:t xml:space="preserve">[15:46] </w:t>
      </w:r>
      <w:r>
        <w:t>99 par jayay gi.</w:t>
      </w:r>
    </w:p>
    <w:p>
      <w:pPr>
        <w:jc w:val="right"/>
      </w:pPr>
      <w:r>
        <w:t>99 پر جائے گی۔</w:t>
      </w:r>
    </w:p>
    <w:p>
      <w:r>
        <w:rPr>
          <w:b/>
        </w:rPr>
        <w:t xml:space="preserve">[15:52] </w:t>
      </w:r>
      <w:r>
        <w:t>ab mein aap ko chand baatein kahoon ga kay hadith ki study mein aap ko kay liye guideline kya hai. hadith ki study kaisay karain aap?</w:t>
      </w:r>
    </w:p>
    <w:p>
      <w:pPr>
        <w:jc w:val="right"/>
      </w:pPr>
      <w:r>
        <w:t>اب میں آپ کو چند باتیں کہوں گا کہ حدیث کی اسٹڈی میں آپ کو کے لیے گائیڈ لائن کیا ہے۔ حدیث کی اسٹڈی کیسے کریں آپ؟</w:t>
      </w:r>
    </w:p>
    <w:p>
      <w:r>
        <w:rPr>
          <w:b/>
        </w:rPr>
        <w:t xml:space="preserve">[16:04] </w:t>
      </w:r>
      <w:r>
        <w:t>yeh baat hadithi kay liye sahi nahi hai, hadithi kay liye nahi, balkay har kitab kay liye.</w:t>
      </w:r>
    </w:p>
    <w:p>
      <w:pPr>
        <w:jc w:val="right"/>
      </w:pPr>
      <w:r>
        <w:t>یہ بات حدیثی کے لیے صحیح نہیں ہے، حدیثی کے لیے نہیں، بلکہ ہر کتاب کے لیے۔</w:t>
      </w:r>
    </w:p>
    <w:p>
      <w:r>
        <w:rPr>
          <w:b/>
        </w:rPr>
        <w:t xml:space="preserve">[16:12] </w:t>
      </w:r>
      <w:r>
        <w:t>har kitab kay liye kuch principle hotay hain, kuch guideline hoti hain. woh aap agar aap us ko follow karain to aap kitab ko samajh saktay hain, unhay samajh nahi sakeen gay.</w:t>
      </w:r>
    </w:p>
    <w:p>
      <w:pPr>
        <w:jc w:val="right"/>
      </w:pPr>
      <w:r>
        <w:t>ہر کتاب کے لیے کچھ پرنسپل ہوتے ہیں، کچھ گائیڈ لائن ہوتی ہیں۔ وہ آپ اگر آپ اس کو فالو کریں تو آپ کتاب کو سمجھ سکتے ہیں، انہیں سمجھ نہیں سکیں گے۔</w:t>
      </w:r>
    </w:p>
    <w:p>
      <w:r>
        <w:rPr>
          <w:b/>
        </w:rPr>
        <w:t xml:space="preserve">[16:22] </w:t>
      </w:r>
      <w:r>
        <w:t>wohi yahan bhi hai.</w:t>
      </w:r>
    </w:p>
    <w:p>
      <w:pPr>
        <w:jc w:val="right"/>
      </w:pPr>
      <w:r>
        <w:t>وہی یہاں بھی ہے۔</w:t>
      </w:r>
    </w:p>
    <w:p>
      <w:r>
        <w:rPr>
          <w:b/>
        </w:rPr>
        <w:t xml:space="preserve">[16:26] </w:t>
      </w:r>
      <w:r>
        <w:t>aik hadith mein bataya gaya hai kay quran kay baray mein kay " لكل آية منها زهر وبطن " yani har quran kay har warth ka</w:t>
      </w:r>
    </w:p>
    <w:p>
      <w:pPr>
        <w:jc w:val="right"/>
      </w:pPr>
      <w:r>
        <w:t>ایک حدیث میں بتایا گیا ہے کہ قرآن کے بارے میں کہ "لکل آیت منہا زہر وبطن" یعنی ہر قرآن کے ہر ورث کا</w:t>
      </w:r>
    </w:p>
    <w:p>
      <w:r>
        <w:rPr>
          <w:b/>
        </w:rPr>
        <w:t xml:space="preserve">[16:39] </w:t>
      </w:r>
      <w:r>
        <w:t>aik matlab hai lines mein aur aik matlab hai between the lines. yani kuch us kay lafzon mein hai aur kuch lafzon mein chupa hua hai,</w:t>
      </w:r>
    </w:p>
    <w:p>
      <w:pPr>
        <w:jc w:val="right"/>
      </w:pPr>
      <w:r>
        <w:t>ایک مطلب ہے لائنز میں اور ایک مطلب ہے بٹوین دا لائنز۔ یعنی کچھ اس کے لفظوں میں ہے اور کچھ لفظوں میں چھپا ہوا ہے،</w:t>
      </w:r>
    </w:p>
    <w:p>
      <w:r>
        <w:rPr>
          <w:b/>
        </w:rPr>
        <w:t xml:space="preserve">[16:55] </w:t>
      </w:r>
      <w:r>
        <w:t>jis ko kehtay hain lines aur between the lines. to jab aap samajhna chahain gehrai kay sath kisi hadith ko to aap ko us ko samnay rakh kar sochna chahiye.</w:t>
      </w:r>
    </w:p>
    <w:p>
      <w:pPr>
        <w:jc w:val="right"/>
      </w:pPr>
      <w:r>
        <w:t>جس کو کہتے ہیں لائنز اور بٹوین دا لائنز۔ تو جب آپ سمجھنا چاہیں گہرائی کے ساتھ کسی حدیث کو تو آپ کو اس کو سامنے رکھ کر سوچنا چاہیے۔</w:t>
      </w:r>
    </w:p>
    <w:p>
      <w:r>
        <w:rPr>
          <w:b/>
        </w:rPr>
        <w:t xml:space="preserve">[17:08] </w:t>
      </w:r>
      <w:r>
        <w:t>jaisay mein kuch misaal deta hoon aap ko.</w:t>
      </w:r>
    </w:p>
    <w:p>
      <w:pPr>
        <w:jc w:val="right"/>
      </w:pPr>
      <w:r>
        <w:t>جیسے میں کچھ مثال دیتا ہوں آپ کو۔</w:t>
      </w:r>
    </w:p>
    <w:p>
      <w:r>
        <w:rPr>
          <w:b/>
        </w:rPr>
        <w:t xml:space="preserve">[17:15] </w:t>
      </w:r>
      <w:r>
        <w:t>aik hadith hai kay aap nay bataya: "التقوى ها هنا" dil ki taraf ishara kartay hue aap nay kaha: "التقوى ها هنا".</w:t>
      </w:r>
    </w:p>
    <w:p>
      <w:pPr>
        <w:jc w:val="right"/>
      </w:pPr>
      <w:r>
        <w:t>ایک حدیث ہے کہ آپ نے بتایا: "التقویٰ ہاں ہونا" دل کی طرف اشارہ کرتے ہوئے آپ نے کہا: "التقویٰ ہاں ہونا"۔</w:t>
      </w:r>
    </w:p>
    <w:p>
      <w:r>
        <w:rPr>
          <w:b/>
        </w:rPr>
        <w:t xml:space="preserve">[17:28] </w:t>
      </w:r>
      <w:r>
        <w:t>taqwa yahan hai. taqwa ka matlab kya hai? yani achhai, burai, us ka ehsas hona.</w:t>
      </w:r>
    </w:p>
    <w:p>
      <w:pPr>
        <w:jc w:val="right"/>
      </w:pPr>
      <w:r>
        <w:t>تقویٰ یہاں ہے۔ تقویٰ کا مطلب کیا ہے؟ یعنی اچھائی، برائی، اس کا احساس ہونا۔</w:t>
      </w:r>
    </w:p>
    <w:p>
      <w:r>
        <w:rPr>
          <w:b/>
        </w:rPr>
        <w:t xml:space="preserve">[17:40] </w:t>
      </w:r>
      <w:r>
        <w:t>to aap nay kaha kay "التقوى ها هنا" yani oopri tor par kuch karna kay lamba kurta pehan lay, oonchi topi pehan lay, lambi daari barha lay, to yeh taqwa nahi hai.</w:t>
      </w:r>
    </w:p>
    <w:p>
      <w:pPr>
        <w:jc w:val="right"/>
      </w:pPr>
      <w:r>
        <w:t>تو آپ نے کہا کہ "التقویٰ ہاں ہونا" یعنی اوپری طور پر کچھ کرنا کہ لمبا کرتا پہن لے، اونچی ٹوپی پہن لے، لمبی داڑھی بڑھا لے، تو یہ تقویٰ نہیں ہے۔</w:t>
      </w:r>
    </w:p>
    <w:p>
      <w:r>
        <w:rPr>
          <w:b/>
        </w:rPr>
        <w:t xml:space="preserve">[17:50] </w:t>
      </w:r>
      <w:r>
        <w:t>taqwa yahan hai. to hadith mein agarche yeh nahi hai kay "التقوى ها هنا", is mein aur barha lijiyay kay "الشر ها هنا".</w:t>
      </w:r>
    </w:p>
    <w:p>
      <w:pPr>
        <w:jc w:val="right"/>
      </w:pPr>
      <w:r>
        <w:t>تقویٰ یہاں ہے۔ تو حدیث میں اگرچہ یہ نہیں ہے کہ "التقویٰ ہاں ہونا"، اس میں اور بڑھا لیجئے کہ "الشر ہاں ہونا"۔</w:t>
      </w:r>
    </w:p>
    <w:p>
      <w:r>
        <w:rPr>
          <w:b/>
        </w:rPr>
        <w:t xml:space="preserve">[18:00] </w:t>
      </w:r>
      <w:r>
        <w:t>matlab dili say shar bhi niklta hai, wohi say khair bhi niklta hai. achhai bhi ka source bhi wohi hai, burai ka source bhi wohi hai.</w:t>
      </w:r>
    </w:p>
    <w:p>
      <w:pPr>
        <w:jc w:val="right"/>
      </w:pPr>
      <w:r>
        <w:t>مطلب دلی سے شر بھی نکلتا ہے، وہی سے خیر بھی نکلتا ہے۔ اچھائی بھی کا سورس بھی وہی ہے، برائی کا سورس بھی وہی ہے۔</w:t>
      </w:r>
    </w:p>
    <w:p>
      <w:r>
        <w:rPr>
          <w:b/>
        </w:rPr>
        <w:t xml:space="preserve">[18:11] </w:t>
      </w:r>
      <w:r>
        <w:t>kyun kay aap jantay hain kay jab aadmi koi achhai karay ya burai karay to pehlay woh sochta hai, pehlay woh planning karta hai, phir woh cheez action mein aati hai.</w:t>
      </w:r>
    </w:p>
    <w:p>
      <w:pPr>
        <w:jc w:val="right"/>
      </w:pPr>
      <w:r>
        <w:t>کیونکہ آپ جانتے ہیں کہ جب آدمی کوئی اچھائی کرے یا برائی کرے تو پہلے وہ سوچتا ہے، پہلے وہ پلاننگ کرتا ہے، پھر وہ چیز ایکشن میں آتی ہے۔</w:t>
      </w:r>
    </w:p>
    <w:p>
      <w:r>
        <w:rPr>
          <w:b/>
        </w:rPr>
        <w:t xml:space="preserve">[18:27] </w:t>
      </w:r>
      <w:r>
        <w:t>to agar aap ki soch achhi hai to aap ka action bhi achha hoga. aap ki soch buri hai to aap ka action bhi bura hoga.</w:t>
      </w:r>
    </w:p>
    <w:p>
      <w:pPr>
        <w:jc w:val="right"/>
      </w:pPr>
      <w:r>
        <w:t>تو اگر آپ کی سوچ اچھی ہے تو آپ کا ایکشن بھی اچھا ہوگا۔ آپ کی سوچ بری ہے تو آپ کا ایکشن بھی برا ہوگا۔</w:t>
      </w:r>
    </w:p>
    <w:p>
      <w:r>
        <w:rPr>
          <w:b/>
        </w:rPr>
        <w:t xml:space="preserve">[18:42] </w:t>
      </w:r>
      <w:r>
        <w:t>aisi aik hadith hai: "حبك يعمي ويصم" . kisi cheez say mohabbat tum ko andha aur behra bana deti hai.</w:t>
      </w:r>
    </w:p>
    <w:p>
      <w:pPr>
        <w:jc w:val="right"/>
      </w:pPr>
      <w:r>
        <w:t>ایسی ایک حدیث ہے: "حبک یومی ویسم"۔ کسی چیز سے محبت تم کو اندھا اور بہرا بنا دیتی ہے۔</w:t>
      </w:r>
    </w:p>
    <w:p>
      <w:r>
        <w:rPr>
          <w:b/>
        </w:rPr>
        <w:t xml:space="preserve">[18:56] </w:t>
      </w:r>
      <w:r>
        <w:t>maslan aap ko apnay betay say bohat mohabbat hai aur beta kehta hai kay "bhai, mujhe to nai model car chahiye" aur aap kay pas paisa nahi hai, to aap kya karain gay?</w:t>
      </w:r>
    </w:p>
    <w:p>
      <w:pPr>
        <w:jc w:val="right"/>
      </w:pPr>
      <w:r>
        <w:t>مثلاً آپ کو اپنے بیٹے سے بہت محبت ہے اور بیٹا کہتا ہے کہ "بھائی، مجھے تو نئی ماڈل کار چاہیے" اور آپ کے پاس پیسہ نہیں ہے، تو آپ کیا کریں گے؟</w:t>
      </w:r>
    </w:p>
    <w:p>
      <w:r>
        <w:rPr>
          <w:b/>
        </w:rPr>
        <w:t xml:space="preserve">[19:09] </w:t>
      </w:r>
      <w:r>
        <w:t>rishwat lain gay office mein ja kar kay taakay beti ki farmaish poori ho. biwi kahay gi kay "mujhe to apni beti ki shadi karna hai dhoom dham say".</w:t>
      </w:r>
    </w:p>
    <w:p>
      <w:pPr>
        <w:jc w:val="right"/>
      </w:pPr>
      <w:r>
        <w:t>رشوت لیں گے آفس میں جا کر کے تاکہ بیٹی کی فرمائش پوری ہو۔ بیوی کہے گی کہ "مجھے تو اپنی بیٹی کی شادی کرنا ہے دھوم دھام سے"۔</w:t>
      </w:r>
    </w:p>
    <w:p>
      <w:r>
        <w:rPr>
          <w:b/>
        </w:rPr>
        <w:t xml:space="preserve">[19:20] </w:t>
      </w:r>
      <w:r>
        <w:t>to aap kay pas paisa nahi hai, to aap kya karain gay? office mein ja kar kay rishtein lain gay. "حبك يعمي ويصم" . jab aap ko kisi say bohat ziyada mohabbat ho jaye to us kay mamlay mein aap andhay behray ho jatay hain.</w:t>
      </w:r>
    </w:p>
    <w:p>
      <w:pPr>
        <w:jc w:val="right"/>
      </w:pPr>
      <w:r>
        <w:t>تو آپ کے پاس پیسہ نہیں ہے، تو آپ کیا کریں گے؟ آفس میں جا کر کے رشوتیں لیں گے۔ "حبک یومی ویسم"۔ جب آپ کو کسی سے بہت زیادہ محبت ہو جائے تو اس کے معاملے میں آپ اندھے بہرے ہو جاتے ہیں۔</w:t>
      </w:r>
    </w:p>
    <w:p>
      <w:r>
        <w:rPr>
          <w:b/>
        </w:rPr>
        <w:t xml:space="preserve">[19:39] </w:t>
      </w:r>
      <w:r>
        <w:t>"حبك يعمي ويصم" . is mein aik aur cheez chupi hui hai, woh hai "بغضك يعمي ويصم" . yani kisi kay sath dushmani tum ko andha behra bana deti hai.</w:t>
      </w:r>
    </w:p>
    <w:p>
      <w:pPr>
        <w:jc w:val="right"/>
      </w:pPr>
      <w:r>
        <w:t>"حبک یومی ویسم"۔ اس میں ایک اور چیز چھپی ہوئی ہے، وہ ہے "بغضک یومی ویسم"۔ یعنی کسی کے ساتھ دشمنی تم کو اندھا بہرا بنا دیتی ہے۔</w:t>
      </w:r>
    </w:p>
    <w:p>
      <w:r>
        <w:rPr>
          <w:b/>
        </w:rPr>
        <w:t xml:space="preserve">[19:52] </w:t>
      </w:r>
      <w:r>
        <w:t>andhaa pan aur bahraa pan donon taraf se aata hai. agar aap ko bohat ziyaada muhabbat ho jaaye, tab bhi aap ke andar wahi baat aa jaayegi: andhaa pan aur bahraa pan.</w:t>
      </w:r>
    </w:p>
    <w:p>
      <w:pPr>
        <w:jc w:val="right"/>
      </w:pPr>
      <w:r>
        <w:t>اندھا پن اور بہرا پن دونوں طرف سے آتا ہے۔ اگر آپ کو بہت زیادہ محبت ہو جائے، تب بھی آپ کے اندر وہی بات آ جائے گی: اندھا پن اور بہرا پن۔</w:t>
      </w:r>
    </w:p>
    <w:p>
      <w:r>
        <w:rPr>
          <w:b/>
        </w:rPr>
        <w:t xml:space="preserve">[20:03] </w:t>
      </w:r>
      <w:r>
        <w:t>jo woh kahega, bas woh theek hai. jo woh kahega, wahi aap ko karna hai. isi tarah se agar aap kisi se bughz ho jaaye, dushmani ho jaaye, kisi ke khilaaf aap ke andar negative thought aa jaaye, tab bhi aap andhe bahre ho jaate hain.</w:t>
      </w:r>
    </w:p>
    <w:p>
      <w:pPr>
        <w:jc w:val="right"/>
      </w:pPr>
      <w:r>
        <w:t>جو وہ کہے گا، بس وہ ٹھیک ہے۔ جو وہ کہے گا، وہی آپ کو کرنا ہے۔ اسی طرح سے اگر آپ کسی سے بغض ہو جائے، دشمنی ہو جائے، کسی کے خلاف آپ کے اندر نیگیٹیو تھاٹ آ جائے، تب بھی آپ اندھے بہرے ہو جاتے ہیں۔</w:t>
      </w:r>
    </w:p>
    <w:p>
      <w:r>
        <w:rPr>
          <w:b/>
        </w:rPr>
        <w:t xml:space="preserve">[20:18] </w:t>
      </w:r>
      <w:r>
        <w:t>iski har baat aap ko kharaab lagti hai, iski har baat aap ko buri lagti hai. toh yeh ek principle is mein se nikla. yeh principle nikla ke tum</w:t>
      </w:r>
    </w:p>
    <w:p>
      <w:pPr>
        <w:jc w:val="right"/>
      </w:pPr>
      <w:r>
        <w:t>اس کی ہر بات آپ کو خراب لگتی ہے، اس کی ہر بات آپ کو بری لگتی ہے۔ تو یہ ایک پرنسپل اس میں سے نکلا۔ یہ پرنسپل نکلا کہ تم</w:t>
      </w:r>
    </w:p>
    <w:p>
      <w:r>
        <w:rPr>
          <w:b/>
        </w:rPr>
        <w:t xml:space="preserve">[20:35] </w:t>
      </w:r>
      <w:r>
        <w:t>na toh bohat ziyaada muhabbat mein parro, tab bhi burai paida hogi. na bohat ziyaada bughz karo kisi ke saath, tab bhi burai paida hogi.</w:t>
      </w:r>
    </w:p>
    <w:p>
      <w:pPr>
        <w:jc w:val="right"/>
      </w:pPr>
      <w:r>
        <w:t>نہ تو بہت زیادہ محبت میں پڑو، تب بھی برائی پیدا ہوگی۔ نہ بہت زیادہ بغض کرو کسی کے ساتھ، تب بھی برائی پیدا ہوگی۔</w:t>
      </w:r>
    </w:p>
    <w:p>
      <w:r>
        <w:rPr>
          <w:b/>
        </w:rPr>
        <w:t xml:space="preserve">[20:45] </w:t>
      </w:r>
      <w:r>
        <w:t>normal tareeqe se duniya mein raho.</w:t>
      </w:r>
    </w:p>
    <w:p>
      <w:pPr>
        <w:jc w:val="right"/>
      </w:pPr>
      <w:r>
        <w:t>نارمل طریقے سے دنیا میں رہو۔</w:t>
      </w:r>
    </w:p>
    <w:p>
      <w:r>
        <w:rPr>
          <w:b/>
        </w:rPr>
        <w:t xml:space="preserve">[20:50] </w:t>
      </w:r>
      <w:r>
        <w:t>isi tarah se ek hadith hai: "ahib habibak hawma". "asaani yakoon bughzak yawma". "abghaz bughzak yawma".</w:t>
      </w:r>
    </w:p>
    <w:p>
      <w:pPr>
        <w:jc w:val="right"/>
      </w:pPr>
      <w:r>
        <w:t>اسی طرح سے ایک حدیث ہے: "احب حبیبک حونما"۔ "اساں یکون بغضک یومما"۔ "ابغض بغضک یومما"۔</w:t>
      </w:r>
    </w:p>
    <w:p>
      <w:r>
        <w:rPr>
          <w:b/>
        </w:rPr>
        <w:t xml:space="preserve">[21:01] </w:t>
      </w:r>
      <w:r>
        <w:t>"abghaz bughzak hawma". "asaani yakoon habibak hawma". iska matlab yeh hai ke kisi se</w:t>
      </w:r>
    </w:p>
    <w:p>
      <w:pPr>
        <w:jc w:val="right"/>
      </w:pPr>
      <w:r>
        <w:t>"ابغض بغضک حونما"۔ "اساں یکون حبیبک حونما"۔ اس کا مطلب یہ ہے کہ کسی سے</w:t>
      </w:r>
    </w:p>
    <w:p>
      <w:r>
        <w:rPr>
          <w:b/>
        </w:rPr>
        <w:t xml:space="preserve">[21:14] </w:t>
      </w:r>
      <w:r>
        <w:t>dosti karo toh dosti dheeme tareeqe se karo. kyunke ho sakta hai kabhi woh tumhara dushman ban jaaye. aap saara bhed bata diya usko aap ne, aur kai baar aisa hota hai ke aaj ka dost kal ka dushman ban jaata hai.</w:t>
      </w:r>
    </w:p>
    <w:p>
      <w:pPr>
        <w:jc w:val="right"/>
      </w:pPr>
      <w:r>
        <w:t>دوستی کرو تو دوستی دھیمے طریقے سے کرو۔ کیونکہ ہو سکتا ہے کبھی وہ تمہارا دشمن بن جائے۔ آپ سارا بھید بتا دیا اس کو آپ نے، اور کئی بار ایسا ہوتا ہے کہ آج کا دوست کل کا دشمن بن جاتا ہے۔</w:t>
      </w:r>
    </w:p>
    <w:p>
      <w:r>
        <w:rPr>
          <w:b/>
        </w:rPr>
        <w:t xml:space="preserve">[21:30] </w:t>
      </w:r>
      <w:r>
        <w:t>toh aap ke bhedon ko le kar exploit karta hai aap ko. toh farmaya ke kisi se dosti karo toh normal tareeqe se karo, dheeme tareeqe se karo.</w:t>
      </w:r>
    </w:p>
    <w:p>
      <w:pPr>
        <w:jc w:val="right"/>
      </w:pPr>
      <w:r>
        <w:t>تو آپ کے بھیدوں کو لے کر ایکسپلائٹ کرتا ہے آپ کو۔ تو فرمایا کہ کسی سے دوستی کرو تو نارمل طریقے سے کرو، دھیمے طریقے سے کرو۔</w:t>
      </w:r>
    </w:p>
    <w:p>
      <w:r>
        <w:rPr>
          <w:b/>
        </w:rPr>
        <w:t xml:space="preserve">[21:42] </w:t>
      </w:r>
      <w:r>
        <w:t>ek dum bohat ziyaada bahar na ho jaao dosti karne mein. kyunke ho sakta hai kisi din woh aap ko dushman ban jaaye, toh phir woh problem ban jaayega tumhare liye.</w:t>
      </w:r>
    </w:p>
    <w:p>
      <w:pPr>
        <w:jc w:val="right"/>
      </w:pPr>
      <w:r>
        <w:t>ایک دم بہت زیادہ باہر نہ ہو جاؤ دوستی کرنے میں۔ کیونکہ ہو سکتا ہے کسی دن وہ آپ کو دشمن بن جائے، تو پھر وہ پرابلم بن جائے گا تمہارے لیے۔</w:t>
      </w:r>
    </w:p>
    <w:p>
      <w:r>
        <w:rPr>
          <w:b/>
        </w:rPr>
        <w:t xml:space="preserve">[21:52] </w:t>
      </w:r>
      <w:r>
        <w:t>isi tarah farmaya ke kisi se dushmani karo, tab bhi dheeme tareeqe se karo. ek limit ke andar reh kar dushmani karo.</w:t>
      </w:r>
    </w:p>
    <w:p>
      <w:pPr>
        <w:jc w:val="right"/>
      </w:pPr>
      <w:r>
        <w:t>اسی طرح فرمایا کہ کسی سے دشمنی کرو، تب بھی دھیمے طریقے سے کرو۔ ایک لمٹ کے اندر رہ کر دشمنی کرو۔</w:t>
      </w:r>
    </w:p>
    <w:p>
      <w:r>
        <w:rPr>
          <w:b/>
        </w:rPr>
        <w:t xml:space="preserve">[22:01] </w:t>
      </w:r>
      <w:r>
        <w:t>kyun? ho sakta hai kabhi woh tumhara dost ban jaaye. ab farz kiye aap ne uski aag phod di hai, haath tod diya hai. toh jis din woh aap ka dost ban jaayega, toh aap ko bara afsos hoga.</w:t>
      </w:r>
    </w:p>
    <w:p>
      <w:pPr>
        <w:jc w:val="right"/>
      </w:pPr>
      <w:r>
        <w:t>کیوں؟ ہو سکتا ہے کبھی وہ تمہارا دوست بن جائے۔ اب فرض کیے آپ نے اس کی آگ پھوڑ دی ہے، ہاتھ توڑ دیا ہے۔ تو جس دن وہ آپ کا دوست بن جائے گا، تو آپ کو بڑا افسوس ہوگا۔</w:t>
      </w:r>
    </w:p>
    <w:p>
      <w:r>
        <w:rPr>
          <w:b/>
        </w:rPr>
        <w:t xml:space="preserve">[22:14] </w:t>
      </w:r>
      <w:r>
        <w:t>bohat afsos hoga.</w:t>
      </w:r>
    </w:p>
    <w:p>
      <w:pPr>
        <w:jc w:val="right"/>
      </w:pPr>
      <w:r>
        <w:t>بہت افسوس ہوگا۔</w:t>
      </w:r>
    </w:p>
    <w:p>
      <w:r>
        <w:rPr>
          <w:b/>
        </w:rPr>
        <w:t xml:space="preserve">[22:18] </w:t>
      </w:r>
      <w:r>
        <w:t>main meerut gaya toh wahan par bohat barson ke pehle ki baat hai. toh do saahab the ek hi mohalle mein. donon ki bol chaal band thi, kai saal se band thi bol chaal.</w:t>
      </w:r>
    </w:p>
    <w:p>
      <w:pPr>
        <w:jc w:val="right"/>
      </w:pPr>
      <w:r>
        <w:t>میں میرٹھ گیا تو وہاں پر بہت برسوں کے پہلے کی بات ہے۔ تو دو صاحب تھے ایک ہی محلے میں۔ دونوں کی بول چال بند تھی، کئی سال سے بند تھی بول چال۔</w:t>
      </w:r>
    </w:p>
    <w:p>
      <w:r>
        <w:rPr>
          <w:b/>
        </w:rPr>
        <w:t xml:space="preserve">[22:30] </w:t>
      </w:r>
      <w:r>
        <w:t>bol chaal nahi, salaam kalaam nahi, kuch bhi nahi. woh unko dushman samajhte hain, woh unko dushman samajhte hain. toh maine ek saahab ko, jo hamara magazine padhte the, unse kaha ke aap yeh khatam kijiye isko.</w:t>
      </w:r>
    </w:p>
    <w:p>
      <w:pPr>
        <w:jc w:val="right"/>
      </w:pPr>
      <w:r>
        <w:t>بول چال نہیں، سلام کلام نہیں، کچھ بھی نہیں۔ وہ ان کو دشمن سمجھتے ہیں، وہ ان کو دشمن سمجھتے ہیں۔ تو میں نے ایک صاحب کو، جو ہمارا میگزین پڑھتے تھے، ان سے کہا کہ آپ یہ ختم کیجئے اس کو۔</w:t>
      </w:r>
    </w:p>
    <w:p>
      <w:r>
        <w:rPr>
          <w:b/>
        </w:rPr>
        <w:t xml:space="preserve">[22:48] </w:t>
      </w:r>
      <w:r>
        <w:t>unhone kaha ke main kaise khatam karoon? iski taraf se bhi toh kuch hona chahiye. matlab 50 percent mein, 50 percent woh. maine kaha, maine kaha yeh koi practical formula nahi hai.</w:t>
      </w:r>
    </w:p>
    <w:p>
      <w:pPr>
        <w:jc w:val="right"/>
      </w:pPr>
      <w:r>
        <w:t>انہوں نے کہا کہ میں کیسے ختم کروں؟ اس کی طرف سے بھی تو کچھ ہونا چاہیے۔ مطلب 50 پرسنٹ میں، 50 پرسنٹ وہ۔ میں نے کہا، میں نے کہا یہ کوئی پریکٹیکل فارمولا نہیں ہے۔</w:t>
      </w:r>
    </w:p>
    <w:p>
      <w:r>
        <w:rPr>
          <w:b/>
        </w:rPr>
        <w:t xml:space="preserve">[23:01] </w:t>
      </w:r>
      <w:r>
        <w:t>practical formula aaj duniya mein sirf ek hi hai, woh hai unilateralism pe jo base kare, wahi formula hai. bilateralism pe jo base kare, woh formula nahi hai.</w:t>
      </w:r>
    </w:p>
    <w:p>
      <w:pPr>
        <w:jc w:val="right"/>
      </w:pPr>
      <w:r>
        <w:t>پریکٹیکل فارمولا آج دنیا میں صرف ایک ہی ہے، وہ ہے یونیلیٹرزم پہ جو بیس کرے، وہی فارمولا ہے۔ بائی لیٹرزم پہ جو بیس کرے، وہ فارمولا نہیں ہے۔</w:t>
      </w:r>
    </w:p>
    <w:p>
      <w:r>
        <w:rPr>
          <w:b/>
        </w:rPr>
        <w:t xml:space="preserve">[23:12] </w:t>
      </w:r>
      <w:r>
        <w:t>woh practical hi nahi hai. kehne ke liye toh aap kahein ke bhai donon taraf se hona chahiye. kehte rahiye, hone wala toh hai nahi. toh maine kaha aap apni hi, apne upar le lijiye is baat ko ke aap ko is dushmani ko khatam karna hai.</w:t>
      </w:r>
    </w:p>
    <w:p>
      <w:pPr>
        <w:jc w:val="right"/>
      </w:pPr>
      <w:r>
        <w:t>وہ پریکٹیکل ہی نہیں ہے۔ کہنے کے لیے تو آپ کہیں کہ بھئی دونوں طرف سے ہونا چاہیے۔ کہتے رہیے، ہونے والا تو ہے نہیں۔ تو میں نے کہا آپ اپنی ہی، اپنے اوپر لے لیجئے اس بات کو کہ آپ کو اس دشمنی کو ختم کرنا ہے۔</w:t>
      </w:r>
    </w:p>
    <w:p>
      <w:r>
        <w:rPr>
          <w:b/>
        </w:rPr>
        <w:t xml:space="preserve">[23:27] </w:t>
      </w:r>
      <w:r>
        <w:t>toh unhone kaha woh kaise? unhone kaha aap ke ghar jaaiye, yaar jaa ke kahiye ke bhai maaf karo, main apne dil ko saaf kar liya tumhare liye, tum bhi apne dil ko meri taraf saaf kar lo.</w:t>
      </w:r>
    </w:p>
    <w:p>
      <w:pPr>
        <w:jc w:val="right"/>
      </w:pPr>
      <w:r>
        <w:t>تو انہوں نے کہا وہ کیسے؟ انہوں نے کہا آپ کے گھر جائیے، یار جا کے کہیے کہ بھائی معاف کرو، میں اپنے دل کو صاف کر لیا تمہارے لیے، تم بھی اپنے دل کو میری طرف صاف کر لو۔</w:t>
      </w:r>
    </w:p>
    <w:p>
      <w:r>
        <w:rPr>
          <w:b/>
        </w:rPr>
        <w:t xml:space="preserve">[23:39] </w:t>
      </w:r>
      <w:r>
        <w:t>aaj se hum donon dushmani ko khatam karte hain. maine kaha, unhone kaha ke woh na khatam kare toh maine kaha aap jhoot bol rahe hain.</w:t>
      </w:r>
    </w:p>
    <w:p>
      <w:pPr>
        <w:jc w:val="right"/>
      </w:pPr>
      <w:r>
        <w:t>آج سے ہم دونوں دشمنی کو ختم کرتے ہیں۔ میں نے کہا، انہوں نے کہا کہ وہ نہ ختم کرے تو میں نے کہا آپ جھوٹ بول رہے ہیں۔</w:t>
      </w:r>
    </w:p>
    <w:p>
      <w:r>
        <w:rPr>
          <w:b/>
        </w:rPr>
        <w:t xml:space="preserve">[23:49] </w:t>
      </w:r>
      <w:r>
        <w:t>jhoot is liye ke nature ke khilaaf hi hai. aap jisse yeh kahenge, woh patthar nahi hai, woh insaan hai. iske andar ek nature hai.</w:t>
      </w:r>
    </w:p>
    <w:p>
      <w:pPr>
        <w:jc w:val="right"/>
      </w:pPr>
      <w:r>
        <w:t>جھوٹ اس لیے کہ نیچر کے خلاف ہی ہے۔ آپ جس سے یہ کہیں گے، وہ پتھر نہیں ہے، وہ انسان ہے۔ اس کے اندر ایک نیچر ہے۔</w:t>
      </w:r>
    </w:p>
    <w:p>
      <w:r>
        <w:rPr>
          <w:b/>
        </w:rPr>
        <w:t xml:space="preserve">[23:59] </w:t>
      </w:r>
      <w:r>
        <w:t>toh maine kaha is baat ko jaaniye ke insaan patthar nahi hota. insaan, insaan hota hai, pighal jaata hai, woh asar qubool karta hai.</w:t>
      </w:r>
    </w:p>
    <w:p>
      <w:pPr>
        <w:jc w:val="right"/>
      </w:pPr>
      <w:r>
        <w:t>تو میں نے کہا اس بات کو جانیے کہ انسان پتھر نہیں ہوتا۔ انسان، انسان ہوتا ہے، پگھل جاتا ہے، وہ اثر قبول کرتا ہے۔</w:t>
      </w:r>
    </w:p>
    <w:p>
      <w:r>
        <w:rPr>
          <w:b/>
        </w:rPr>
        <w:t xml:space="preserve">[24:10] </w:t>
      </w:r>
      <w:r>
        <w:t>toh khair, woh gaye aur uske baad woh bohat khush hua. aur uske baad donon mein itni dosti hui ke donon ne business mein ek business kiya, partnership mein.</w:t>
      </w:r>
    </w:p>
    <w:p>
      <w:pPr>
        <w:jc w:val="right"/>
      </w:pPr>
      <w:r>
        <w:t>تو خیر، وہ گئے اور اس کے بعد وہ بہت خوش ہوا۔ اور اس کے بعد دونوں میں اتنی دوستی ہوئی کہ دونوں نے بزنس میں ایک بزنس کیا، پارٹنرشپ میں۔</w:t>
      </w:r>
    </w:p>
    <w:p>
      <w:r>
        <w:rPr>
          <w:b/>
        </w:rPr>
        <w:t xml:space="preserve">[24:23] </w:t>
      </w:r>
      <w:r>
        <w:t>yeh baat kai barson pehle ki hai aur aaj tak unka business partnership, unki jo hai, bohat achha chal rahi hai. toh yahi batai gayi is hadith mein ke aaj ka dushman kal ka dost ho sakta hai.</w:t>
      </w:r>
    </w:p>
    <w:p>
      <w:pPr>
        <w:jc w:val="right"/>
      </w:pPr>
      <w:r>
        <w:t>یہ بات کئی برس پہلے کی ہے اور آج تک ان کا بزنس پارٹنرشپ، ان کی جو ہے، بہت اچھا چل رہی ہے۔ تو یہی بتائی گئی اس حدیث میں کہ آج کا دشمن کل کا دوست ہو سکتا ہے۔</w:t>
      </w:r>
    </w:p>
    <w:p>
      <w:r>
        <w:rPr>
          <w:b/>
        </w:rPr>
        <w:t xml:space="preserve">[24:38] </w:t>
      </w:r>
      <w:r>
        <w:t>aaj ka dost kal ka dushman ho sakta hai. is liye donon haalat mein bohat hi eitdaal ke saath kaam karo, normal tareeqe se kaam karo.</w:t>
      </w:r>
    </w:p>
    <w:p>
      <w:pPr>
        <w:jc w:val="right"/>
      </w:pPr>
      <w:r>
        <w:t>آج کا دوست کل کا دشمن ہو سکتا ہے۔ اس لیے دونوں حالتوں میں بہت ہی اعتدال کے ساتھ کام کرو، نارمل طریقے سے کام کرو۔</w:t>
      </w:r>
    </w:p>
    <w:p>
      <w:r>
        <w:rPr>
          <w:b/>
        </w:rPr>
        <w:t xml:space="preserve">[24:46] </w:t>
      </w:r>
      <w:r>
        <w:t>ek limit ke andar rehte hue dosti bhi karo, ek limit ke andar rehte hue dushmani bhi karo. yeh ek usool hai zindagi ka.</w:t>
      </w:r>
    </w:p>
    <w:p>
      <w:pPr>
        <w:jc w:val="right"/>
      </w:pPr>
      <w:r>
        <w:t>ایک لمٹ کے اندر رہتے ہوئے دوستی بھی کرو، ایک لمٹ کے اندر رہتے ہوئے دشمنی بھی کرو۔ یہ ایک اصول ہے زندگی کا۔</w:t>
      </w:r>
    </w:p>
    <w:p>
      <w:r>
        <w:rPr>
          <w:b/>
        </w:rPr>
        <w:t xml:space="preserve">[25:04] </w:t>
      </w:r>
      <w:r>
        <w:t>isi tarah se main aap arz karoon, ek sahab hamare haan aaye, bahut daadhi wale aur bahut hi mazhabi qism ke. to khane ka waqt tha, un ke liye khana mangaya main ne.</w:t>
      </w:r>
    </w:p>
    <w:p>
      <w:pPr>
        <w:jc w:val="right"/>
      </w:pPr>
      <w:r>
        <w:t>اسی طرح سے میں آپ عرض کروں، ایک صاحب ہمارے ہاں آئے، بہت داڑھی والے اور بہت ہی مذہبی قسم کے۔ تو کھانے کا وقت تھا، ان کے لیے کھانا منگایا میں نے۔</w:t>
      </w:r>
    </w:p>
    <w:p>
      <w:r>
        <w:rPr>
          <w:b/>
        </w:rPr>
        <w:t xml:space="preserve">[25:18] </w:t>
      </w:r>
      <w:r>
        <w:t>to woh jaldi jaldi joota utarne lagay. matlab mez par khana tha aur joota utar ke khana chahte thay woh. to maine kaha ke bhai joota kyun utar rahe hain?</w:t>
      </w:r>
    </w:p>
    <w:p>
      <w:pPr>
        <w:jc w:val="right"/>
      </w:pPr>
      <w:r>
        <w:t>تو وہ جلدی جلدی جوتا اتارنے لگے۔ مطلب میز پر کھانا تھا اور جوتا اتار کے کھانا چاہتے تھے وہ۔ تو میں نے کہا کہ بھئی جوتا کیوں اتار رہے ہیں؟</w:t>
      </w:r>
    </w:p>
    <w:p>
      <w:r>
        <w:rPr>
          <w:b/>
        </w:rPr>
        <w:t xml:space="preserve">[25:29] </w:t>
      </w:r>
      <w:r>
        <w:t>khana to mez par hai. to unhone kaha ke hadith mein aata hai ke "akhlu akhlu nialakum". apne joote ko utar do khane ke waqt.</w:t>
      </w:r>
    </w:p>
    <w:p>
      <w:pPr>
        <w:jc w:val="right"/>
      </w:pPr>
      <w:r>
        <w:t>کھانا تو میز پر ہے۔ تو انہوں نے کہا کہ حدیث میں آتا ہے کہ "اخلو اخلو نعالکم"۔ اپنے جوتے کو اتار دو کھانے کے وقت۔</w:t>
      </w:r>
    </w:p>
    <w:p>
      <w:r>
        <w:rPr>
          <w:b/>
        </w:rPr>
        <w:t xml:space="preserve">[25:41] </w:t>
      </w:r>
      <w:r>
        <w:t>"akhlu nialakum". khane ke waqt apne joote ko utar do. to maine kaha ke aap adhi hadith padhi aap ne aur adhi chhod di.</w:t>
      </w:r>
    </w:p>
    <w:p>
      <w:pPr>
        <w:jc w:val="right"/>
      </w:pPr>
      <w:r>
        <w:t>"اخلو نعالکم"۔ کھانے کے وقت اپنے جوتے کو اتار دو۔ تو میں نے کہا کہ آپ ادھی حدیث پڑھی آپ نے اور ادھی چھوڑ دیا۔</w:t>
      </w:r>
    </w:p>
    <w:p>
      <w:r>
        <w:rPr>
          <w:b/>
        </w:rPr>
        <w:t xml:space="preserve">[25:52] </w:t>
      </w:r>
      <w:r>
        <w:t>poori hadith is tarah se hai ke "akhlu nialakum feenaha auroh laqdami kum".</w:t>
      </w:r>
    </w:p>
    <w:p>
      <w:pPr>
        <w:jc w:val="right"/>
      </w:pPr>
      <w:r>
        <w:t>پوری حدیث اس طرح سے ہے کہ "اخلو نعالکم فینہا اروہ لاقدامکم"۔</w:t>
      </w:r>
    </w:p>
    <w:p>
      <w:r>
        <w:rPr>
          <w:b/>
        </w:rPr>
        <w:t xml:space="preserve">[26:02] </w:t>
      </w:r>
      <w:r>
        <w:t>joota utar do kyunke is mein tumhare paon ke liye zyada rahat hai, zyada relief hai, zyada comfortable hai.</w:t>
      </w:r>
    </w:p>
    <w:p>
      <w:pPr>
        <w:jc w:val="right"/>
      </w:pPr>
      <w:r>
        <w:t>جوتا اتار دو کیونکہ اس میں تمہارے پاؤں کے لیے زیادہ راحت ہے، زیادہ ریلیف ہے، زیادہ کمفرٹیبل ہے۔</w:t>
      </w:r>
    </w:p>
    <w:p>
      <w:r>
        <w:rPr>
          <w:b/>
        </w:rPr>
        <w:t xml:space="preserve">[26:11] </w:t>
      </w:r>
      <w:r>
        <w:t>woh tumhare liye joota utar kar khana. to maine kaha ke dekhiye, is mein jo crucial word hai, woh auroh hai. yaani rahat, comfortable hona.</w:t>
      </w:r>
    </w:p>
    <w:p>
      <w:pPr>
        <w:jc w:val="right"/>
      </w:pPr>
      <w:r>
        <w:t>وہ تمہارے لیے جوتا اتار کر کھانا۔ تو میں نے کہا کہ دیکھیے، اس میں جو کروشل ورڈ ہے، وہ اروہ ہے۔ یعنی راحت، کمفرٹیبل ہونا۔</w:t>
      </w:r>
    </w:p>
    <w:p>
      <w:r>
        <w:rPr>
          <w:b/>
        </w:rPr>
        <w:t xml:space="preserve">[26:23] </w:t>
      </w:r>
      <w:r>
        <w:t>to asal cheez yeh nahi ke joota utaro. asal cheez yeh hai ke jis mein rahat ho, woh karo. to maine kaha ke is waqt sardi ka zamana hai, aap joota pehne hue hain, paon garam hai is ke andar aap ka.</w:t>
      </w:r>
    </w:p>
    <w:p>
      <w:pPr>
        <w:jc w:val="right"/>
      </w:pPr>
      <w:r>
        <w:t>تو اصل چیز یہ نہیں کہ جوتا اتارو۔ اصل چیز یہ ہے کہ جس میں راحت ہو، وہ کرو۔ تو میں نے کہا کہ اس وقت سردی کا زمانہ ہے، آپ جوتا پہنے ہوئے ہیں، پاؤں گرم ہے اس کے اندر آپ کا۔</w:t>
      </w:r>
    </w:p>
    <w:p>
      <w:r>
        <w:rPr>
          <w:b/>
        </w:rPr>
        <w:t xml:space="preserve">[26:36] </w:t>
      </w:r>
      <w:r>
        <w:t>to khwamkhwah aap ne paon aap ko thanda kar rahe hain. jab khana aap ko mez par hai. to hadith ko samajhne ke liye dekhiye, aqal bhi chahiye.</w:t>
      </w:r>
    </w:p>
    <w:p>
      <w:pPr>
        <w:jc w:val="right"/>
      </w:pPr>
      <w:r>
        <w:t>تو خوامخواہ آپ نے پاؤں آپ کو ٹھنڈا کر رہے ہیں۔ جب کھانا آپ کو میز پر ہے۔ تو حدیث کو سمجھنے کے لیے دیکھیے، عقل بھی چاہیے۔</w:t>
      </w:r>
    </w:p>
    <w:p>
      <w:r>
        <w:rPr>
          <w:b/>
        </w:rPr>
        <w:t xml:space="preserve">[26:49] </w:t>
      </w:r>
      <w:r>
        <w:t>ek persian ka ek maqola hai, ek saying hai ke "yek man ilm ra daham man bait".</w:t>
      </w:r>
    </w:p>
    <w:p>
      <w:pPr>
        <w:jc w:val="right"/>
      </w:pPr>
      <w:r>
        <w:t>ایک پرشین کا ایک مقولہ ہے، ایک سینگ ہے کہ "یک من علم را دہم نقل من بیت"۔</w:t>
      </w:r>
    </w:p>
    <w:p>
      <w:r>
        <w:rPr>
          <w:b/>
        </w:rPr>
        <w:t xml:space="preserve">[27:05] </w:t>
      </w:r>
      <w:r>
        <w:t>"yek man ilm ra daham man bait" ke</w:t>
      </w:r>
    </w:p>
    <w:p>
      <w:pPr>
        <w:jc w:val="right"/>
      </w:pPr>
      <w:r>
        <w:t>"یک من علم را دہم نقل من بیت" کہ</w:t>
      </w:r>
    </w:p>
    <w:p>
      <w:r>
        <w:rPr>
          <w:b/>
        </w:rPr>
        <w:t xml:space="preserve">[27:11] </w:t>
      </w:r>
      <w:r>
        <w:t>ek man, ek ek quintal aap ke paas agar knowledge hai to das quintal aap ke andar wisdom hona chahiye.</w:t>
      </w:r>
    </w:p>
    <w:p>
      <w:pPr>
        <w:jc w:val="right"/>
      </w:pPr>
      <w:r>
        <w:t>ایک من، ایک ایک کوئنٹل آپ کے پاس اگر نالج ہے تو دس کوئنٹل آپ کے اندر وزڈم ہونا چاہیے۔</w:t>
      </w:r>
    </w:p>
    <w:p>
      <w:r>
        <w:rPr>
          <w:b/>
        </w:rPr>
        <w:t xml:space="preserve">[27:23] </w:t>
      </w:r>
      <w:r>
        <w:t>ek quintal</w:t>
      </w:r>
    </w:p>
    <w:p>
      <w:pPr>
        <w:jc w:val="right"/>
      </w:pPr>
      <w:r>
        <w:t>ایک کوئنٹل</w:t>
      </w:r>
    </w:p>
    <w:p>
      <w:r>
        <w:rPr>
          <w:b/>
        </w:rPr>
        <w:t xml:space="preserve">[27:27] </w:t>
      </w:r>
      <w:r>
        <w:t>knowledge hai to aap ko das quintal wisdom hona chahiye. agar aap ke paas sirf knowledge hai, sirf formation hai aur wisdom nahi hai to kisi bhi baat ko aap samajh nahi sakte.</w:t>
      </w:r>
    </w:p>
    <w:p>
      <w:pPr>
        <w:jc w:val="right"/>
      </w:pPr>
      <w:r>
        <w:t>نالج ہے تو آپ کو دس کوئنٹل وزڈم ہونا چاہیے۔ اگر آپ کے پاس صرف نالج ہے، صرف فارمیشن ہے اور وزڈم نہیں ہے تو کسی بھی بات کو آپ سمجھ نہیں سکتے۔</w:t>
      </w:r>
    </w:p>
    <w:p>
      <w:r>
        <w:rPr>
          <w:b/>
        </w:rPr>
        <w:t xml:space="preserve">[27:40] </w:t>
      </w:r>
      <w:r>
        <w:t>chahe koi worldly baat ho, chahe koi deeni baat ho.</w:t>
      </w:r>
    </w:p>
    <w:p>
      <w:pPr>
        <w:jc w:val="right"/>
      </w:pPr>
      <w:r>
        <w:t>چاہے کوئی ورڈلی بات ہو، چاہے کوئی للجن کی بات ہو۔</w:t>
      </w:r>
    </w:p>
    <w:p>
      <w:r>
        <w:rPr>
          <w:b/>
        </w:rPr>
        <w:t xml:space="preserve">[27:47] </w:t>
      </w:r>
      <w:r>
        <w:t>aise hi dekhiye, aksar aap sunte honge ke rasool Allah ko yeh khana pasand tha, woh khana pasand tha. koi kehta hai ke meetha pasand tha, koi kehta hai ke loki pasand thi, koi kehta hai gosht pasand tha,</w:t>
      </w:r>
    </w:p>
    <w:p>
      <w:pPr>
        <w:jc w:val="right"/>
      </w:pPr>
      <w:r>
        <w:t>ایسے ہی دیکھیے، اکثر آپ سنتے ہوں گے کہ رسول اللہ کو یہ کھانا پسند تھا، وہ کھانا پسند تھا۔ کوئی کہتا ہے کہ میٹھا پسند تھا، کوئی کہتا ہے کہ لوکی پسند تھی، کوئی کہتا ہے گوشت پسند تھا،</w:t>
      </w:r>
    </w:p>
    <w:p>
      <w:r>
        <w:rPr>
          <w:b/>
        </w:rPr>
        <w:t xml:space="preserve">[28:02] </w:t>
      </w:r>
      <w:r>
        <w:t>koi khata hai khajoor pasand thi.</w:t>
      </w:r>
    </w:p>
    <w:p>
      <w:pPr>
        <w:jc w:val="right"/>
      </w:pPr>
      <w:r>
        <w:t>کوئی کھاتا ہے کھجور پسند تھی۔</w:t>
      </w:r>
    </w:p>
    <w:p>
      <w:r>
        <w:rPr>
          <w:b/>
        </w:rPr>
        <w:t xml:space="preserve">[28:06] </w:t>
      </w:r>
      <w:r>
        <w:t>to main sochta hoon ke common sense ko use kijiye aap ke to kitabon mein, kitabon ke reference mein yeh baat kahi jati hai.</w:t>
      </w:r>
    </w:p>
    <w:p>
      <w:pPr>
        <w:jc w:val="right"/>
      </w:pPr>
      <w:r>
        <w:t>تو میں سوچتا ہوں کہ کہ کامن سینس کو یوز کیجئے آپ کہ تو کتابوں میں، کتابوں کے ریفرنس میں یہ بات کہی جاتی ہے۔</w:t>
      </w:r>
    </w:p>
    <w:p>
      <w:r>
        <w:rPr>
          <w:b/>
        </w:rPr>
        <w:t xml:space="preserve">[28:20] </w:t>
      </w:r>
      <w:r>
        <w:t>to kitabon mein jo aata hai to jitne available khane thay madina mein, woh sab aaye hain ke yeh pasand tha aap ko. aap ghor kijiye ke jab sab kuch pasand tha to napasand kya tha?</w:t>
      </w:r>
    </w:p>
    <w:p>
      <w:pPr>
        <w:jc w:val="right"/>
      </w:pPr>
      <w:r>
        <w:t>تو کتابوں میں جو آتا ہے تو جتنے اویلیبل کھانے تھے مدینہ میں، وہ سب آئے ہیں کہ یہ پسند تھا آپ کو۔ آپ غور کیجئے کہ جب سب کچھ پسند تھا تو ناپسند کیا تھا؟</w:t>
      </w:r>
    </w:p>
    <w:p>
      <w:r>
        <w:rPr>
          <w:b/>
        </w:rPr>
        <w:t xml:space="preserve">[28:35] </w:t>
      </w:r>
      <w:r>
        <w:t>jab aap yeh kahein ke mujhe khajoor pasand hai to koi aur cheez hogi jo aap ko kam pasand hogi aap ko.</w:t>
      </w:r>
    </w:p>
    <w:p>
      <w:pPr>
        <w:jc w:val="right"/>
      </w:pPr>
      <w:r>
        <w:t>جب آپ یہ کہیں کہ مجھے کھجور پسند ہے تو کوئی اور چیز ہوگی جو آپ کو کم پسند ہوگی آپ کو۔</w:t>
      </w:r>
    </w:p>
    <w:p>
      <w:r>
        <w:rPr>
          <w:b/>
        </w:rPr>
        <w:t xml:space="preserve">[28:45] </w:t>
      </w:r>
      <w:r>
        <w:t>to saare khane jo madine mein available thay, sab ke bare mein aata hai ke rasool Allah ko yeh pasand tha. to koi kisi koi ek cheez le leta hai, koi doosri cheez le leta hai.</w:t>
      </w:r>
    </w:p>
    <w:p>
      <w:pPr>
        <w:jc w:val="right"/>
      </w:pPr>
      <w:r>
        <w:t>تو سارے کھانے جو مدینے میں اویلیبل تھے، سب کے بارے میں آتا ہے کہ رسول اللہ کو یہ پسند تھا۔ تو کوئی کسی کوئی ایک چیز لے لیتا ہے، کوئی دوسری چیز لے لیتا ہے۔</w:t>
      </w:r>
    </w:p>
    <w:p>
      <w:r>
        <w:rPr>
          <w:b/>
        </w:rPr>
        <w:t xml:space="preserve">[28:55] </w:t>
      </w:r>
      <w:r>
        <w:t>ab sab log yeh nikale hue hain. woh samajhte hain ke yeh jo hum kha rahe hain, sweet ya khajoor ya koi cheez, to woh hum rasool Allah ki sunnat poori kar rahe hain.</w:t>
      </w:r>
    </w:p>
    <w:p>
      <w:pPr>
        <w:jc w:val="right"/>
      </w:pPr>
      <w:r>
        <w:t>اب سب لوگ یہ نکالے ہوئے ہیں۔ وہ سمجھتے ہیں کہ یہ جو ہم کھا رہے ہیں، سویٹ یا کھجور یا کوئی چیز، تو وہ ہم رسول اللہ کی سنت پوری کر رہے ہیں۔</w:t>
      </w:r>
    </w:p>
    <w:p>
      <w:r>
        <w:rPr>
          <w:b/>
        </w:rPr>
        <w:t xml:space="preserve">[29:08] </w:t>
      </w:r>
      <w:r>
        <w:t>bilkul galat hai yeh, 100 percent galat hai yeh baat. maine kafi study ki is ki to pata chala? pata yeh chala ke madina mein aisa hua tha ke wahan par, yaani wahan ki population bahut badh gayi thi.</w:t>
      </w:r>
    </w:p>
    <w:p>
      <w:pPr>
        <w:jc w:val="right"/>
      </w:pPr>
      <w:r>
        <w:t>بالکل غلط ہے یہ، 100 پرسنٹ غلط ہے یہ بات۔ میں نے کافی سٹڈی کی اس کی تو پتہ کیا چلا؟ پتہ یہ چلا کہ مدینہ میں ایسا ہوا تھا کہ وہاں پر، یعنی وہاں کی پاپولیشن بہت بڑھ گئی تھی۔</w:t>
      </w:r>
    </w:p>
    <w:p>
      <w:r>
        <w:rPr>
          <w:b/>
        </w:rPr>
        <w:t xml:space="preserve">[29:27] </w:t>
      </w:r>
      <w:r>
        <w:t>resources bahut kam thay. aaj kal ke zamana tha nahi ke transport se ek jagah agar koi kami pad jaye to bahar se transport ke zariye cheezein aati hain.</w:t>
      </w:r>
    </w:p>
    <w:p>
      <w:pPr>
        <w:jc w:val="right"/>
      </w:pPr>
      <w:r>
        <w:t>ریسورسز بہت کم تھے۔ آج کل کے زمانہ تھا نہیں کہ ٹرانسپورٹ سے ایک جگہ اگر کوئی کمی پڑ جائے تو باہر سے ٹرانسپورٹ کے ذریعے چیزیں آتی ہیں۔</w:t>
      </w:r>
    </w:p>
    <w:p>
      <w:r>
        <w:rPr>
          <w:b/>
        </w:rPr>
        <w:t xml:space="preserve">[29:36] </w:t>
      </w:r>
      <w:r>
        <w:t>ghalla ya phool ya koi cheez ya sabzi. tab aisa nahi tha. to ek town tha madina, bohat hi limited resources thay is ke.</w:t>
      </w:r>
    </w:p>
    <w:p>
      <w:pPr>
        <w:jc w:val="right"/>
      </w:pPr>
      <w:r>
        <w:t>غلہ یا پھل یا کوئی چیز یا سبزی۔ تب ایسا نہیں تھا۔ تو ایک ٹاؤن تھا مدینہ، بہت ہی لمیٹڈ ریسورسز تھے اس کے۔</w:t>
      </w:r>
    </w:p>
    <w:p>
      <w:r>
        <w:rPr>
          <w:b/>
        </w:rPr>
        <w:t xml:space="preserve">[29:48] </w:t>
      </w:r>
      <w:r>
        <w:t>ab makka se bohat se log aa gaye, kai so ki tadad mein. to khane ka saman to itna hi tha aur khane wale zyada ho gaye.</w:t>
      </w:r>
    </w:p>
    <w:p>
      <w:pPr>
        <w:jc w:val="right"/>
      </w:pPr>
      <w:r>
        <w:t>اب مکہ سے بہت سے لوگ آ گئے، کئی سو کی تعداد میں۔ تو کھانے کا سامان تو اتنا ہی تھا اور کھانے والے زیادہ ہو گئے۔</w:t>
      </w:r>
    </w:p>
    <w:p>
      <w:r>
        <w:rPr>
          <w:b/>
        </w:rPr>
        <w:t xml:space="preserve">[29:59] </w:t>
      </w:r>
      <w:r>
        <w:t>is wajah se wahan scarcity paida ho gayi, khane ki kami. to kya hua? wahan par is tarah ke qisse padhenge aap kitabon mein ke rasool Allah ya aap ke sahabi Hazrat Umar ya Hazrat Abu Bakr do waqt se khana nahi khaya unhon ne.</w:t>
      </w:r>
    </w:p>
    <w:p>
      <w:pPr>
        <w:jc w:val="right"/>
      </w:pPr>
      <w:r>
        <w:t>اس وجہ سے وہاں اسکرسٹی پیدا ہو گئی، کھانے کی کمی۔ تو کیا ہوا؟ وہاں پر اس طرح کے قصے پڑھیں گے آپ کتابوں میں کہ رسول اللہ یا آپ کے صحابی حضرت عمر یا حضرت ابوبکر دو وقت سے کھانا نہیں کھایا انہوں نے۔</w:t>
      </w:r>
    </w:p>
    <w:p>
      <w:r>
        <w:rPr>
          <w:b/>
        </w:rPr>
        <w:t xml:space="preserve">[30:20] </w:t>
      </w:r>
      <w:r>
        <w:t>to ek ansari ko pata chala, ansari ka matlab hota hai local, madine ke local aadmi ke rasool Allah ne khana nahi khaya do waqt se.</w:t>
      </w:r>
    </w:p>
    <w:p>
      <w:pPr>
        <w:jc w:val="right"/>
      </w:pPr>
      <w:r>
        <w:t>تو ایک انصاری کو پتہ چلا، انصاری کا مطلب ہوتا ہے لوکل، مدینے کے لوکل آدمی کہ رسول اللہ نے کھانا نہیں کھایا دو وقت سے۔</w:t>
      </w:r>
    </w:p>
    <w:p>
      <w:r>
        <w:rPr>
          <w:b/>
        </w:rPr>
        <w:t xml:space="preserve">[30:29] </w:t>
      </w:r>
      <w:r>
        <w:t>to daura hua aata hai ke rasool Allah mere ghar chaliye aur mere ghar aap khana khaiye. ab wo kahin bahar tha, wahin se daura hua aap ke paas chala aaya.</w:t>
      </w:r>
    </w:p>
    <w:p>
      <w:pPr>
        <w:jc w:val="right"/>
      </w:pPr>
      <w:r>
        <w:t>تو دوڑا ہوا آتا ہے کہ رسول اللہ میرے گھر چلیے اور میرے گھر آپ کھانا کھائیے۔ اب وہ کہیں باہر تھا، وہیں سے دوڑا ہوا آپ کے پاس چلا آیا۔</w:t>
      </w:r>
    </w:p>
    <w:p>
      <w:r>
        <w:rPr>
          <w:b/>
        </w:rPr>
        <w:t xml:space="preserve">[30:41] </w:t>
      </w:r>
      <w:r>
        <w:t>yani ghar ja kar ke koi intezam nahi kiya is ne. ab bahar suna ke rasool Allah wahan par hain aur wo do waqt se unhon ne khana nahi khaya hai. to kahin bahar se tha, wahin se daura hua chala aaya aap ke paas aur le ke gaya.</w:t>
      </w:r>
    </w:p>
    <w:p>
      <w:pPr>
        <w:jc w:val="right"/>
      </w:pPr>
      <w:r>
        <w:t>یعنی گھر جا کر کے کوئی اہتمام نہیں کیا اس نے۔ اب باہر سنا کہ رسول اللہ وہاں پر ہیں اور وہ دو وقت سے انہوں نے کھانا نہیں کھایا ہے۔ تو کہیں باہر سے تھا، وہیں سے دوڑا ہوا چلا آیا آپ کے پاس اور لے کے گیا۔</w:t>
      </w:r>
    </w:p>
    <w:p>
      <w:r>
        <w:rPr>
          <w:b/>
        </w:rPr>
        <w:t xml:space="preserve">[30:55] </w:t>
      </w:r>
      <w:r>
        <w:t>ab jab le ke gaya to andar ja kar biwi se kehta hai ke bhai rasool Allah aaye hain, un ke sath do aadmi aur hain, kuch khana do. to kehte hain, "yaar, to kuch hai hi nahi yahan par. tum pehle bataya hota ke jo hai wahi do." ab wo kehti hai bechari ghar ki house wife ke bhai kya is waqt thoda sa khajoor hai?</w:t>
      </w:r>
    </w:p>
    <w:p>
      <w:pPr>
        <w:jc w:val="right"/>
      </w:pPr>
      <w:r>
        <w:t>اب جب لے کے گیا تو اندر جا کے بیوی سے کہتا ہے کہ بھئی رسول اللہ آئے ہیں، ان کے ساتھ دو آدمی اور ہیں، کچھ کھانا دو۔ تو کہتے ہیں، "یار، تو کچھ ہے ہی نہیں یہاں پر۔ تم پہلے بتایا ہوتا کہ جو ہے وہی دو۔" اب وہ کہتی ہے بیچاری گھر کی ہاؤس وائف کہ بھئی کیا اس وقت تھوڑا سا کھجور ہے؟</w:t>
      </w:r>
    </w:p>
    <w:p>
      <w:r>
        <w:rPr>
          <w:b/>
        </w:rPr>
        <w:t xml:space="preserve">[31:13] </w:t>
      </w:r>
      <w:r>
        <w:t>yeh kaha hai, "thoda sa doodh hai." yeh kaha hai, "thoda sa lauki ka salan hai." yeh kaha hai, "thodi si roti hai." lo, wahi do, wahi do, wahi do. ab ghar mein jo cheez thi available is waqt, us ko le kar bahar chala aaya.</w:t>
      </w:r>
    </w:p>
    <w:p>
      <w:pPr>
        <w:jc w:val="right"/>
      </w:pPr>
      <w:r>
        <w:t>یہ کہا ہے، "تھوڑا سا دودھ ہے۔" یہ کہا ہے، "تھوڑا سا لوکی کا سالن ہے۔" یہ کہا ہے، "تھوڑی سی روٹی ہے۔" لو، وہی دو، وہی دو، وہی دو۔ اب گھر میں جو چیز تھی اویلیبل اس وقت، اس کو لے کر باہر چلا آیا۔</w:t>
      </w:r>
    </w:p>
    <w:p>
      <w:r>
        <w:rPr>
          <w:b/>
        </w:rPr>
        <w:t xml:space="preserve">[31:28] </w:t>
      </w:r>
      <w:r>
        <w:t>aur sharmate sharmate kehta hai ke rasool Allah is waqt to yahi tha. to rasool Allah us ko</w:t>
      </w:r>
    </w:p>
    <w:p>
      <w:pPr>
        <w:jc w:val="right"/>
      </w:pPr>
      <w:r>
        <w:t>اور شرماتے شرماتے کہتا ہے کہ رسول اللہ اس وقت تو یہی تھا۔ تو رسول اللہ اس کو</w:t>
      </w:r>
    </w:p>
    <w:p>
      <w:r>
        <w:rPr>
          <w:b/>
        </w:rPr>
        <w:t xml:space="preserve">[31:38] </w:t>
      </w:r>
      <w:r>
        <w:t>yeh keh kar khana shuru kar dete thay ke yeh to bohat acha khana hai, yeh bohat acha khana hai. yani is ki sharmindagi ko door karne ke liye, apni pasand ko batane ke liye nahi.</w:t>
      </w:r>
    </w:p>
    <w:p>
      <w:pPr>
        <w:jc w:val="right"/>
      </w:pPr>
      <w:r>
        <w:t>یہ کہہ کر کھانا شروع کر دیتے تھے کہ یہ تو بہت اچھا کھانا ہے، یہ بہت اچھا کھانا ہے۔ یعنی اس کی شرمندگی کو دور کرنے کے لیے، اپنی پسند کو بتانے کے لیے نہیں۔</w:t>
      </w:r>
    </w:p>
    <w:p>
      <w:r>
        <w:rPr>
          <w:b/>
        </w:rPr>
        <w:t xml:space="preserve">[31:53] </w:t>
      </w:r>
      <w:r>
        <w:t>yani he wanted to keep his prestige, na ke apni pasand batane ke liye ke jo bhi wo laya hai, us ki tareef kar rahe hain.</w:t>
      </w:r>
    </w:p>
    <w:p>
      <w:pPr>
        <w:jc w:val="right"/>
      </w:pPr>
      <w:r>
        <w:t>یعنی ہی وانٹڈ ٹو کیپ ہز پریسٹیج، نہ کہ اپنی پسند بتانے کے لیے کہ جو بھی وہ لایا ہے، اس کی تعریف کر رہے ہیں۔</w:t>
      </w:r>
    </w:p>
    <w:p>
      <w:r>
        <w:rPr>
          <w:b/>
        </w:rPr>
        <w:t xml:space="preserve">[32:02] </w:t>
      </w:r>
      <w:r>
        <w:t>aap bhai, yeh to bara acha salan hai, yeh to bara acha khana hai. yeh baat jo main keh raha hoon, bohat bohat dinon ki study ke baad keh raha hoon.</w:t>
      </w:r>
    </w:p>
    <w:p>
      <w:pPr>
        <w:jc w:val="right"/>
      </w:pPr>
      <w:r>
        <w:t>آپ بھئی، یہ تو بڑا اچھا سالن ہے، یہ تو بڑا اچھا کھانا ہے۔ یہ بات جو میں کہہ رہا ہوں، بہت بہت دنوں کی سٹڈی کے بعد کہہ رہا ہوں۔</w:t>
      </w:r>
    </w:p>
    <w:p>
      <w:r>
        <w:rPr>
          <w:b/>
        </w:rPr>
        <w:t xml:space="preserve">[32:13] </w:t>
      </w:r>
      <w:r>
        <w:t>sare waqiat maine ikatha kiye aur nateeja nikala. to khulasa yeh maine paya ke aap ne is tarah ke jo baatein farmayi thi, wo apni pasand ko batane ke liye nahi.</w:t>
      </w:r>
    </w:p>
    <w:p>
      <w:pPr>
        <w:jc w:val="right"/>
      </w:pPr>
      <w:r>
        <w:t>سارے واقعات میں نے اکٹھا کیے اور نتیجہ نکالا۔ تو خلاصہ یہ میں نے پایا کہ آپ نے اس طرح کے جو باتیں فرمائی تھیں، وہ اپنی پسند کو بتانے کے لیے نہیں۔</w:t>
      </w:r>
    </w:p>
    <w:p>
      <w:r>
        <w:rPr>
          <w:b/>
        </w:rPr>
        <w:t xml:space="preserve">[32:28] </w:t>
      </w:r>
      <w:r>
        <w:t>wo to ek cheez le kar bechara aaya tha.</w:t>
      </w:r>
    </w:p>
    <w:p>
      <w:pPr>
        <w:jc w:val="right"/>
      </w:pPr>
      <w:r>
        <w:t>وہ تو ایک چیز لے کے بیچارہ آیا تھا۔</w:t>
      </w:r>
    </w:p>
    <w:p>
      <w:r>
        <w:rPr>
          <w:b/>
        </w:rPr>
        <w:t xml:space="preserve">[32:33] </w:t>
      </w:r>
      <w:r>
        <w:t>yeh baat bhi maine kab samjhi? ek mujh par ek ek tajurba guzra. chand ulma hazrat ke sath main gaya.</w:t>
      </w:r>
    </w:p>
    <w:p>
      <w:pPr>
        <w:jc w:val="right"/>
      </w:pPr>
      <w:r>
        <w:t>یہ بات بھی میں نے کب سمجھی؟ ایک مجھ پر ایک ایک تجربہ گزرا۔ چند علماء حضرات کے ساتھ میں گیا۔</w:t>
      </w:r>
    </w:p>
    <w:p>
      <w:r>
        <w:rPr>
          <w:b/>
        </w:rPr>
        <w:t xml:space="preserve">[32:44] </w:t>
      </w:r>
      <w:r>
        <w:t>ajmer ke pas ek maqam hai, us ko kehte hain Mirat, M I R A T Mirat. wo bohat hi pichra hua area hai. wahan education nahi, wahan kuch bhi nahi.</w:t>
      </w:r>
    </w:p>
    <w:p>
      <w:pPr>
        <w:jc w:val="right"/>
      </w:pPr>
      <w:r>
        <w:t>اجمیر کے پاس ایک مقام ہے، اس کو کہتے ہیں میرات، ایم آئی آر اے ٹی میرات۔ وہ بہت ہی پچھڑا ہوا ایریا ہے۔ وہاں ایجوکیشن نہیں، وہاں کچھ بھی نہیں۔</w:t>
      </w:r>
    </w:p>
    <w:p>
      <w:r>
        <w:rPr>
          <w:b/>
        </w:rPr>
        <w:t xml:space="preserve">[32:56] </w:t>
      </w:r>
      <w:r>
        <w:t>bohat hi pichra hua, yani bohat zyada pichra hua. to wahan hum log pohanche. hum mein se ek aadmi jo tha, uska ek aadmi se kuch pehchan thi.</w:t>
      </w:r>
    </w:p>
    <w:p>
      <w:pPr>
        <w:jc w:val="right"/>
      </w:pPr>
      <w:r>
        <w:t>بہت ہی پچھڑا ہوا، یعنی بہت زیادہ پچھڑا ہوا۔ تو وہاں ہم لوگ پہنچے۔ ہم میں سے ایک آدمی جو تھا، اس کا ایک آدمی سے کچھ پہچان تھی۔</w:t>
      </w:r>
    </w:p>
    <w:p>
      <w:r>
        <w:rPr>
          <w:b/>
        </w:rPr>
        <w:t xml:space="preserve">[33:09] </w:t>
      </w:r>
      <w:r>
        <w:t>us ke ghar pohanche to hum log shayad teen aadmi thay. us bechare se mulaqat hui to us ne ek jagah hum ko bithaya.</w:t>
      </w:r>
    </w:p>
    <w:p>
      <w:pPr>
        <w:jc w:val="right"/>
      </w:pPr>
      <w:r>
        <w:t>اس کے گھر پہنچے تو ہم لوگ شاید تین آدمی تھے۔ اس بیچارے سے ملاقات ہوئی تو اس نے ایک جگہ ہم کو بٹھایا۔</w:t>
      </w:r>
    </w:p>
    <w:p>
      <w:r>
        <w:rPr>
          <w:b/>
        </w:rPr>
        <w:t xml:space="preserve">[33:23] </w:t>
      </w:r>
      <w:r>
        <w:t>ab bithaa kar ke wo chala gaya. ab hamare sath jo log thay, wo samajhte thay wo gaya hai chaye lene ke liye. ab bohat der ho gayi, wo chaye le kar nahi aaya.</w:t>
      </w:r>
    </w:p>
    <w:p>
      <w:pPr>
        <w:jc w:val="right"/>
      </w:pPr>
      <w:r>
        <w:t>اب بٹھا کر کے وہ چلا گیا۔ اب ہمارے ساتھ جو لوگ تھے، وہ سمجھتے تھے وہ گیا ہے چائے لینے کے لیے۔ اب بہت دیر ہو گئی، وہ چائے لے کر نہیں آیا۔</w:t>
      </w:r>
    </w:p>
    <w:p>
      <w:r>
        <w:rPr>
          <w:b/>
        </w:rPr>
        <w:t xml:space="preserve">[33:34] </w:t>
      </w:r>
      <w:r>
        <w:t>hum pohanche to wahan maghrib ke waqt, maghrib ki namaz padhi. ab intezar kar rahe hain ke chaye le ke aata hoga. to isha ka waqt ho gaya, isha ki namaz padhi.</w:t>
      </w:r>
    </w:p>
    <w:p>
      <w:pPr>
        <w:jc w:val="right"/>
      </w:pPr>
      <w:r>
        <w:t>ہم پہنچے تو وہاں مغرب کے وقت، مغرب کی نماز پڑھی۔ اب انتظار کر رہے ہیں کہ چائے لے کے آتا ہوگا۔ تو عشاء کا وقت ہو گیا، عشاء کی نماز پڑھی۔</w:t>
      </w:r>
    </w:p>
    <w:p>
      <w:r>
        <w:rPr>
          <w:b/>
        </w:rPr>
        <w:t xml:space="preserve">[33:43] </w:t>
      </w:r>
      <w:r>
        <w:t>abhi bhi kuch nahi laya wo. aakhir mein wo laya to hamara sham ka khana, yani dinner. lekin wo kya tha?</w:t>
      </w:r>
    </w:p>
    <w:p>
      <w:pPr>
        <w:jc w:val="right"/>
      </w:pPr>
      <w:r>
        <w:t>ابھی بھی کچھ نہیں لایا وہ۔ آخر میں وہ لایا تو ہمارا شام کا کھانا، یعنی ڈنر۔ لیکن وہ کیا تھا؟</w:t>
      </w:r>
    </w:p>
    <w:p>
      <w:r>
        <w:rPr>
          <w:b/>
        </w:rPr>
        <w:t xml:space="preserve">[33:53] </w:t>
      </w:r>
      <w:r>
        <w:t>agar aap log yeh zuban jante hon, yeh dehati zuban hai ke arhar ki daal aur gul gulla. mujhe nahi maloom ke dilli wale is ko samajhte hain ke nahi samajhte.</w:t>
      </w:r>
    </w:p>
    <w:p>
      <w:pPr>
        <w:jc w:val="right"/>
      </w:pPr>
      <w:r>
        <w:t>اگر آپ لوگ یہ زبان جانتے ہوں، یہ دیہاتی زبان ہے کہ ارہر کی دال اور گلگلہ۔ مجھے نہیں معلوم کہ دلی والے اس کو سمجھتے ہیں کہ نہیں سمجھتے۔</w:t>
      </w:r>
    </w:p>
    <w:p>
      <w:r>
        <w:rPr>
          <w:b/>
        </w:rPr>
        <w:t xml:space="preserve">[34:03] </w:t>
      </w:r>
      <w:r>
        <w:t>arhar ki daal aur gul gulla, arhar ki sadah daal, baghair masale ke, baghair ghee ke, bilkul sadah, jo pani mein daal kar pakayi jati hai.</w:t>
      </w:r>
    </w:p>
    <w:p>
      <w:pPr>
        <w:jc w:val="right"/>
      </w:pPr>
      <w:r>
        <w:t>ارہر کی دال اور گلگلہ، ارہر کی سادہ دال، بغیر مصالحے کے، بغیر گھی کے، بالکل سادہ، جو پانی میں ڈال کر پکائی جاتی ہے۔</w:t>
      </w:r>
    </w:p>
    <w:p>
      <w:r>
        <w:rPr>
          <w:b/>
        </w:rPr>
        <w:t xml:space="preserve">[34:14] </w:t>
      </w:r>
      <w:r>
        <w:t>pani mein daal kar paka diya, thoda sa namak daal diya, wo arhar ki daal aur gul gulla jo gur se banaya jata hai. ab log jo sathi hamare thay, bohat ghussa hue ke itni der us ne laga di, koi chaye pani bhi nahi kiya aur khana laya.</w:t>
      </w:r>
    </w:p>
    <w:p>
      <w:pPr>
        <w:jc w:val="right"/>
      </w:pPr>
      <w:r>
        <w:t>پانی میں ڈال کر پکا دیا، تھوڑا سا نمک ڈال دیا، وہ ارہر کی دال اور گلگلہ جو گڑ سے بنایا جاتا ہے۔ اب لوگ جو ساتھی ہمارے تھے، بہت غصہ ہوئے کہ اتنی دیر اس نے لگا دی، کوئی چائے پانی بھی نہیں کیا اور کھانا لایا۔</w:t>
      </w:r>
    </w:p>
    <w:p>
      <w:r>
        <w:rPr>
          <w:b/>
        </w:rPr>
        <w:t xml:space="preserve">[34:29] </w:t>
      </w:r>
      <w:r>
        <w:t>to khana kya ke arhar ki daal aur gul gulla, us ka kya combination hai? yani arhar aur daal, arhar ki daal aur gul gulla, koi combination nahi.</w:t>
      </w:r>
    </w:p>
    <w:p>
      <w:pPr>
        <w:jc w:val="right"/>
      </w:pPr>
      <w:r>
        <w:t>تو کھانا کیا کہ ارہر کی دال اور گلگلہ، اس کا کیا کمبینیشن ہے؟ یعنی ارہر اور دال، ارہر کی دال اور گلگلہ، کوئی کمبینیشن نہیں۔</w:t>
      </w:r>
    </w:p>
    <w:p>
      <w:r>
        <w:rPr>
          <w:b/>
        </w:rPr>
        <w:t xml:space="preserve">[34:39] </w:t>
      </w:r>
      <w:r>
        <w:t>to ghussa hue, woh koi kha nahin raha tha is ko. to maine kaha ke is is tajrube se maine jana ke kya guzarta hoga madine mein.</w:t>
      </w:r>
    </w:p>
    <w:p>
      <w:pPr>
        <w:jc w:val="right"/>
      </w:pPr>
      <w:r>
        <w:t>تو غصہ ہوئے، وہ کوئی کھا نہیں رہا تھا اس کو۔ تو میں نے کہا کہ اس اس تجربے سے میں نے جانا کہ کیا گزرتا ہوگا مدینے میں۔</w:t>
      </w:r>
    </w:p>
    <w:p>
      <w:r>
        <w:rPr>
          <w:b/>
        </w:rPr>
        <w:t xml:space="preserve">[34:49] </w:t>
      </w:r>
      <w:r>
        <w:t>achanak mere dil mein aaya, bhai yeh to behtareen khana hai, yeh to behtareen khana hai.</w:t>
      </w:r>
    </w:p>
    <w:p>
      <w:pPr>
        <w:jc w:val="right"/>
      </w:pPr>
      <w:r>
        <w:t>اچانک میرے دل میں آیا، بھئی یہ تو بہترین کھانا ہے، یہ تو بہترین کھانا ہے۔</w:t>
      </w:r>
    </w:p>
    <w:p>
      <w:r>
        <w:rPr>
          <w:b/>
        </w:rPr>
        <w:t xml:space="preserve">[34:58] </w:t>
      </w:r>
      <w:r>
        <w:t>to i wanted to keep his prestige, apna pasand batana nahin tha mujhe, us ki us ki bechari ki izzat rakhna tha, us ko riayat karna tha.</w:t>
      </w:r>
    </w:p>
    <w:p>
      <w:pPr>
        <w:jc w:val="right"/>
      </w:pPr>
      <w:r>
        <w:t>تو آئی وانٹڈ ٹو کیپ ہز پریسٹیج، اپنا پسند بتانا نہیں تھا مجھے، اس کی اس کی بیچاری کی عزت رکھنا تھا، اس کو رعایت کرنا تھا۔</w:t>
      </w:r>
    </w:p>
    <w:p>
      <w:r>
        <w:rPr>
          <w:b/>
        </w:rPr>
        <w:t xml:space="preserve">[35:07] </w:t>
      </w:r>
      <w:r>
        <w:t>maine kaha yeh to behtareen khana hai, is se acha khana kya ho sakta hai? ab maine khana shuru kar diya, arhar ki daal aur gilgila bila bila khana shuru kar diya aur tareef karne laga.</w:t>
      </w:r>
    </w:p>
    <w:p>
      <w:pPr>
        <w:jc w:val="right"/>
      </w:pPr>
      <w:r>
        <w:t>میں نے کہا یہ تو بہترین کھانا ہے، اس سے اچھا کھانا کیا ہو سکتا ہے؟ اب میں نے کھانا شروع کر دیا، ارہر کی دال اور گلگلہ بلا بلا کھانا شروع کر دیا اور تعریف کرنے لگا۔</w:t>
      </w:r>
    </w:p>
    <w:p>
      <w:r>
        <w:rPr>
          <w:b/>
        </w:rPr>
        <w:t xml:space="preserve">[35:19] </w:t>
      </w:r>
      <w:r>
        <w:t>main khoob tareef karne laga to jab main tareef kar ke khane laga to baqi log bhi khane lage, sab log. tab main samjha ke rasool Allah sal Allah alaihi wasallam madine mein jo tareef karte the, us ka matlab kya tha?</w:t>
      </w:r>
    </w:p>
    <w:p>
      <w:pPr>
        <w:jc w:val="right"/>
      </w:pPr>
      <w:r>
        <w:t>میں خوب تعریف کرنے لگا تو جب میں تعریف کر کے کھانے لگا تو باقی لوگ بھی کھانے لگے، سب لوگ۔ تب میں سمجھا کہ رسول اللہ صلی اللہ علیہ وسلم مدینے میں جو تعریف کرتے تھے، اس کا مطلب کیا تھا؟</w:t>
      </w:r>
    </w:p>
    <w:p>
      <w:r>
        <w:rPr>
          <w:b/>
        </w:rPr>
        <w:t xml:space="preserve">[35:33] </w:t>
      </w:r>
      <w:r>
        <w:t>woh absolute sense mein nahin tha. jaise maine jo kahi baat, woh absolute sense mein nahin thi. is bechare ka dil rakhna tha, us ki riayat karna tha.</w:t>
      </w:r>
    </w:p>
    <w:p>
      <w:pPr>
        <w:jc w:val="right"/>
      </w:pPr>
      <w:r>
        <w:t>وہ ایبسولیوٹ سینس میں نہیں تھا۔ جیسے میں نے جو کہی بات، وہ ایبسولیوٹ سینس میں نہیں تھی۔ اس بیچارے کا دل رکھنا تھا، اس کی رعایت کرنا تھا۔</w:t>
      </w:r>
    </w:p>
    <w:p>
      <w:r>
        <w:rPr>
          <w:b/>
        </w:rPr>
        <w:t xml:space="preserve">[35:46] </w:t>
      </w:r>
      <w:r>
        <w:t>yeh hai sara qissa jo main kafi study ke baad aap ki khidmat arz kar raha hoon. is ko logon ne bana liya hai ke rasool Allah ko yeh pasand tha, rasool Allah ko woh pasand tha.</w:t>
      </w:r>
    </w:p>
    <w:p>
      <w:pPr>
        <w:jc w:val="right"/>
      </w:pPr>
      <w:r>
        <w:t>یہ ہے سارا قصہ جو میں کافی سٹڈی کے بعد آپ کی خدمت عرض کر رہا ہوں۔ اس کو لوگوں نے بنا لیا ہے کہ رسول اللہ کو یہ پسند تھا، رسول اللہ کو وہ پسند تھا۔</w:t>
      </w:r>
    </w:p>
    <w:p>
      <w:r>
        <w:rPr>
          <w:b/>
        </w:rPr>
        <w:t xml:space="preserve">[35:56] </w:t>
      </w:r>
      <w:r>
        <w:t>yakeen kijiye, rasool Allah ko sirf insan ki khair khwahi pasand thi aur kuch nahin, na khana, na kapra. rasool Allah ko yeh in ka underestimate karna hai ke aap ko yeh pasand tha, woh pasand tha.</w:t>
      </w:r>
    </w:p>
    <w:p>
      <w:pPr>
        <w:jc w:val="right"/>
      </w:pPr>
      <w:r>
        <w:t>یقین کیجئے، رسول اللہ کو صرف انسان کی خیر خواہی پسند تھی اور کچھ نہیں، نہ کھانا، نہ کپڑا۔ رسول اللہ کو یہ ان کا انڈر ایسٹیمیٹ کرنا ہے کہ آپ کو یہ پسند تھا، وہ پسند تھا۔</w:t>
      </w:r>
    </w:p>
    <w:p>
      <w:r>
        <w:rPr>
          <w:b/>
        </w:rPr>
        <w:t xml:space="preserve">[36:13] </w:t>
      </w:r>
      <w:r>
        <w:t>yeh underestimate karna hai Khuda ke prophet ko. aap kya samajhte hain Khuda ke prophet ko? Khuda ka prophet woh hai jo jo Khuda ke presence mein jeeta hai.</w:t>
      </w:r>
    </w:p>
    <w:p>
      <w:pPr>
        <w:jc w:val="right"/>
      </w:pPr>
      <w:r>
        <w:t>یہ انڈر ایسٹیمیٹ کرنا ہے خدا کے پرافٹ کو۔ آپ کیا سمجھتے ہیں خدا کے پرافٹ کو؟ خدا کا پرافٹ وہ ہے جو جو خدا کے پریزنس میں جیتا ہے۔</w:t>
      </w:r>
    </w:p>
    <w:p>
      <w:r>
        <w:rPr>
          <w:b/>
        </w:rPr>
        <w:t xml:space="preserve">[36:24] </w:t>
      </w:r>
      <w:r>
        <w:t>Khuda ke presence mein jeeta hai. woh kya? us woh aise hi hoga? aise hi hoga? woh</w:t>
      </w:r>
    </w:p>
    <w:p>
      <w:pPr>
        <w:jc w:val="right"/>
      </w:pPr>
      <w:r>
        <w:t>خدا کے پریزنس میں جیتا ہے۔ وہ کیا؟ اس وہ ایسے ہی ہوگا؟ ایسے ہی ہوگا؟ وہ</w:t>
      </w:r>
    </w:p>
    <w:p>
      <w:r>
        <w:rPr>
          <w:b/>
        </w:rPr>
        <w:t xml:space="preserve">[36:35] </w:t>
      </w:r>
      <w:r>
        <w:t>Khuda ki sab se pasand yeh hai ke insan ke sath khair khwahi ki jaye,</w:t>
      </w:r>
    </w:p>
    <w:p>
      <w:pPr>
        <w:jc w:val="right"/>
      </w:pPr>
      <w:r>
        <w:t>خدا کی سب سے پسند یہ ہے کہ انسان کے ساتھ خیر خواہی کی جائے،</w:t>
      </w:r>
    </w:p>
    <w:p>
      <w:r>
        <w:rPr>
          <w:b/>
        </w:rPr>
        <w:t xml:space="preserve">[36:41] </w:t>
      </w:r>
      <w:r>
        <w:t>us ki burai ko maaf kiya jaye, dushman ko dost samjha jaye.</w:t>
      </w:r>
    </w:p>
    <w:p>
      <w:pPr>
        <w:jc w:val="right"/>
      </w:pPr>
      <w:r>
        <w:t>اس کی برائی کو معاف کیا جائے، دشمن کو دوست سمجھا جائے۔</w:t>
      </w:r>
    </w:p>
    <w:p>
      <w:r>
        <w:rPr>
          <w:b/>
        </w:rPr>
        <w:t xml:space="preserve">[36:48] </w:t>
      </w:r>
      <w:r>
        <w:t>koi aap ko gaali de to aap ke liye dua karein, aap us ke liye.</w:t>
      </w:r>
    </w:p>
    <w:p>
      <w:pPr>
        <w:jc w:val="right"/>
      </w:pPr>
      <w:r>
        <w:t>کوئی آپ کو گالی دے تو آپ کے لیے دعا کریں، آپ اس کے لیے۔</w:t>
      </w:r>
    </w:p>
    <w:p>
      <w:r>
        <w:rPr>
          <w:b/>
        </w:rPr>
        <w:t xml:space="preserve">[36:55] </w:t>
      </w:r>
      <w:r>
        <w:t>kisi shayar ne bohat sahi kaha hai ke</w:t>
      </w:r>
    </w:p>
    <w:p>
      <w:pPr>
        <w:jc w:val="right"/>
      </w:pPr>
      <w:r>
        <w:t>کسی شاعر نے بہت صحیح کہا ہے کہ</w:t>
      </w:r>
    </w:p>
    <w:p>
      <w:r>
        <w:rPr>
          <w:b/>
        </w:rPr>
        <w:t xml:space="preserve">[37:00] </w:t>
      </w:r>
      <w:r>
        <w:t>raah mein jis ne kaante bichaye, gaali di, pathar barsaye, us par chhidki pyar ki shabnam, sal Allah alaihi wasallam.</w:t>
      </w:r>
    </w:p>
    <w:p>
      <w:pPr>
        <w:jc w:val="right"/>
      </w:pPr>
      <w:r>
        <w:t>راہ میں جس نے کانٹے بچھائے، گالی دی، پتھر برسائے، اس پر چھڑکی پیار کی شبنم، صلی اللہ علیہ وسلم۔</w:t>
      </w:r>
    </w:p>
    <w:p>
      <w:r>
        <w:rPr>
          <w:b/>
        </w:rPr>
        <w:t xml:space="preserve">[37:13] </w:t>
      </w:r>
      <w:r>
        <w:t>to yeh Khuda ke prophet ko underestimate karna hai ke woh meetha pasand karta tha, woh gosht pasand karta tha, is ko khajoor pasand thi aur is ko yeh pasand tha, is ko woh pasand tha.</w:t>
      </w:r>
    </w:p>
    <w:p>
      <w:pPr>
        <w:jc w:val="right"/>
      </w:pPr>
      <w:r>
        <w:t>تو یہ خدا کے پرافٹ کو انڈر ایسٹیمیٹ کرنا ہے کہ وہ میٹھا پسند کرتا تھا، وہ گوشت پسند کرتا تھا، اس کو کھجور پسند تھی اور اس کو یہ پسند تھا، اس کو وہ پسند تھا۔</w:t>
      </w:r>
    </w:p>
    <w:p>
      <w:r>
        <w:rPr>
          <w:b/>
        </w:rPr>
        <w:t xml:space="preserve">[37:30] </w:t>
      </w:r>
      <w:r>
        <w:t>yeh sab kuch bhi nahin. is ko pasand yeh tha ke logon ko jannat aur jahannum se agah kiya jaye, logon ko bataya jaye ke Khuda ka creation plan kya hai, Khuda ne kyun paida kiya insan ko, Khuda kya chahta hai un se,</w:t>
      </w:r>
    </w:p>
    <w:p>
      <w:pPr>
        <w:jc w:val="right"/>
      </w:pPr>
      <w:r>
        <w:t>یہ سب کچھ بھی نہیں۔ اس کو پسند یہ تھا کہ لوگوں کو جنت اور جہنم سے آگاہ کیا جائے، لوگوں کو بتایا جائے کہ خدا کا کریشن پلان کیا ہے، خدا نے کیوں پیدا کیا انسان کو، خدا کیا چاہتا ہے ان سے،</w:t>
      </w:r>
    </w:p>
    <w:p>
      <w:r>
        <w:rPr>
          <w:b/>
        </w:rPr>
        <w:t xml:space="preserve">[37:52] </w:t>
      </w:r>
      <w:r>
        <w:t>pre death period kya hai, post death period kya hai.</w:t>
      </w:r>
    </w:p>
    <w:p>
      <w:pPr>
        <w:jc w:val="right"/>
      </w:pPr>
      <w:r>
        <w:t>پری ڈیتھ پیریڈ کیا ہے، پوسٹ ڈیتھ پیریڈ کیا ہے۔</w:t>
      </w:r>
    </w:p>
    <w:p>
      <w:r>
        <w:rPr>
          <w:b/>
        </w:rPr>
        <w:t xml:space="preserve">[37:58] </w:t>
      </w:r>
      <w:r>
        <w:t>insan ka khair khwah banna yeh hai Khuda ke rasool ki pasand aur yeh sab Khuda ke rasool ki pasand nahin hai jis ko log samajhte hain.</w:t>
      </w:r>
    </w:p>
    <w:p>
      <w:pPr>
        <w:jc w:val="right"/>
      </w:pPr>
      <w:r>
        <w:t>انسان کا خیر خواہ بننا یہ ہے خدا کے رسول کی پسند اور یہ سب خدا کے رسول کی پسند نہیں ہے جس کو لوگ سمجھتے ہیں۔</w:t>
      </w:r>
    </w:p>
    <w:p>
      <w:r>
        <w:rPr>
          <w:b/>
        </w:rPr>
        <w:t xml:space="preserve">[38:13] </w:t>
      </w:r>
      <w:r>
        <w:t>ek bar aisa hua ke rasool Allah ne dekhiye, Islam mein jo tasawwur hai, jo concept hai prophet ka, woh yeh nahin ke woh kuch, woh khud hi khud hi God hota hai,</w:t>
      </w:r>
    </w:p>
    <w:p>
      <w:pPr>
        <w:jc w:val="right"/>
      </w:pPr>
      <w:r>
        <w:t>ایک بار ایسا ہوا کہ رسول اللہ نے دیکھیے، اسلام میں جو تصور ہے، جو کانسیپٹ ہے پرافٹ کا، وہ یہ نہیں کہ وہ کچھ، وہ خود ہی خود ہی گاڈ ہوتا ہے،</w:t>
      </w:r>
    </w:p>
    <w:p>
      <w:r>
        <w:rPr>
          <w:b/>
        </w:rPr>
        <w:t xml:space="preserve">[38:27] </w:t>
      </w:r>
      <w:r>
        <w:t>woh sirf ek insan hota hai, ek bashar hota hai.</w:t>
      </w:r>
    </w:p>
    <w:p>
      <w:pPr>
        <w:jc w:val="right"/>
      </w:pPr>
      <w:r>
        <w:t>وہ صرف ایک انسان ہوتا ہے، ایک بشر ہوتا ہے۔</w:t>
      </w:r>
    </w:p>
    <w:p>
      <w:r>
        <w:rPr>
          <w:b/>
        </w:rPr>
        <w:t xml:space="preserve">[38:34] </w:t>
      </w:r>
      <w:r>
        <w:t>is ka matlab yeh hai ke wohi jab cheezein us pe guzarti hain jo bashar pe guzarti hain, us ke sentiment, bashar wale sentiment hote hain, us ka experience, bashar wala experience hota hai.</w:t>
      </w:r>
    </w:p>
    <w:p>
      <w:pPr>
        <w:jc w:val="right"/>
      </w:pPr>
      <w:r>
        <w:t>اس کا مطلب یہ ہے کہ وہی جب چیزیں اس پہ گزرتی ہیں جو بشر پہ گزرتی ہیں، اس کے سینٹیمنٹ، بشر والے سینٹیمنٹ ہوتے ہیں، اس کا ایکسپیرینس، بشر والا ایکسپیرینس ہوتا ہے۔</w:t>
      </w:r>
    </w:p>
    <w:p>
      <w:r>
        <w:rPr>
          <w:b/>
        </w:rPr>
        <w:t xml:space="preserve">[38:51] </w:t>
      </w:r>
      <w:r>
        <w:t>albata Khuda us ko apni apna revelation bhejta hai taake woh Khuda se le kar insanon ko bataye. to ek bar aisa hua ke rasool Allah ne kisi se loan liya,</w:t>
      </w:r>
    </w:p>
    <w:p>
      <w:pPr>
        <w:jc w:val="right"/>
      </w:pPr>
      <w:r>
        <w:t>البتہ خدا اس کو اپنی اپنا ریولیشن بھیجتا ہے تاکہ وہ خدا سے لے کر انسانوں کو بتائے۔ تو ایک بار ایسا ہوا کہ رسول اللہ نے کسی سے لون لیا،</w:t>
      </w:r>
    </w:p>
    <w:p>
      <w:r>
        <w:rPr>
          <w:b/>
        </w:rPr>
        <w:t xml:space="preserve">[39:06] </w:t>
      </w:r>
      <w:r>
        <w:t>qarz liya</w:t>
      </w:r>
    </w:p>
    <w:p>
      <w:pPr>
        <w:jc w:val="right"/>
      </w:pPr>
      <w:r>
        <w:t>قرض لیا</w:t>
      </w:r>
    </w:p>
    <w:p>
      <w:r>
        <w:rPr>
          <w:b/>
        </w:rPr>
        <w:t xml:space="preserve">[39:10] </w:t>
      </w:r>
      <w:r>
        <w:t>aur ek muddat thi, ek period tha, maslan ek mahina, woh period guzar gaya. woh admi aaya to aap kisi wajah se period ke andar woh loan nahin de sake the.</w:t>
      </w:r>
    </w:p>
    <w:p>
      <w:pPr>
        <w:jc w:val="right"/>
      </w:pPr>
      <w:r>
        <w:t>اور ایک مدت تھی، ایک پیریڈ تھا، مثلاً ایک مہینہ، وہ پیریڈ گزر گیا۔ وہ آدمی آیا تو آپ کسی وجہ سے پیریڈ کے اندر وہ لون نہیں دے سکے تھے۔</w:t>
      </w:r>
    </w:p>
    <w:p>
      <w:r>
        <w:rPr>
          <w:b/>
        </w:rPr>
        <w:t xml:space="preserve">[39:23] </w:t>
      </w:r>
      <w:r>
        <w:t>to aadmi aaya, woh laga aap ko bura bhala kehne, bura bhala kehne laga ke aap ne lon liya tha aur time is ka ho gaya, abhi tak diya nahi aap ne, aap ka sara khandan aise hi hai aur abdul mutalib ki sari aulad nadahind hai.</w:t>
      </w:r>
    </w:p>
    <w:p>
      <w:pPr>
        <w:jc w:val="right"/>
      </w:pPr>
      <w:r>
        <w:t>تو آدمی آیا، وہ لگا آپ کو برا بھلا کہنے، برا بھلا کہنے لگا کہ آپ نے لون لیا تھا اور ٹائم اس کا ہو گیا، ابھی تک دیا نہیں آپ نے، آپ کا سارا خاندان ایسے ہی ہے اور عبدالمطلب کی ساری اولاد نادہند ہے۔</w:t>
      </w:r>
    </w:p>
    <w:p>
      <w:r>
        <w:rPr>
          <w:b/>
        </w:rPr>
        <w:t xml:space="preserve">[39:40] </w:t>
      </w:r>
      <w:r>
        <w:t>is tarah ki baatein bolne laga to aap ke jo companion the, unhone chaha ke is ko pakrein, maarein is ko ke tum aisi gustakhi karte ho, yaani munh par gustakhi kar raha hai.</w:t>
      </w:r>
    </w:p>
    <w:p>
      <w:pPr>
        <w:jc w:val="right"/>
      </w:pPr>
      <w:r>
        <w:t>اس طرح کی باتیں بولنے لگا تو آپ کے جو کمپینین تھے، انہوں نے چاہا کہ اس کو پکڑیں، ماریں اس کو کہ تم ایسی گستاخی کرتے ہو، یعنی منہ پر گستاخی کر رہا ہے۔</w:t>
      </w:r>
    </w:p>
    <w:p>
      <w:r>
        <w:rPr>
          <w:b/>
        </w:rPr>
        <w:t xml:space="preserve">[39:53] </w:t>
      </w:r>
      <w:r>
        <w:t>woh munh par</w:t>
      </w:r>
    </w:p>
    <w:p>
      <w:pPr>
        <w:jc w:val="right"/>
      </w:pPr>
      <w:r>
        <w:t>وہ منہ پر</w:t>
      </w:r>
    </w:p>
    <w:p>
      <w:r>
        <w:rPr>
          <w:b/>
        </w:rPr>
        <w:t xml:space="preserve">[39:56] </w:t>
      </w:r>
      <w:r>
        <w:t>yahan tak is ne kaha ke abdul mutalib ki sari aulad nadahind hai, matlab aap ka pura khandan hi aisa hi hai ke paisa lena aur phir lotana nahi, lon lena aur waqt par na dena, kuch bhi jo munh mein aaya kehta chala gaya.</w:t>
      </w:r>
    </w:p>
    <w:p>
      <w:pPr>
        <w:jc w:val="right"/>
      </w:pPr>
      <w:r>
        <w:t>یہاں تک اس نے کہا کہ عبدالمطلب کی ساری اولاد نادہند ہے، مطلب آپ کا پورا خاندان ہی ایسا ہی ہے کہ پیسہ لینا اور پھر لوٹانا نہیں، لون لینا اور وقت پر نہ دینا، کچھ بھی جو منہ میں آیا کہتا چلا گیا۔</w:t>
      </w:r>
    </w:p>
    <w:p>
      <w:r>
        <w:rPr>
          <w:b/>
        </w:rPr>
        <w:t xml:space="preserve">[40:11] </w:t>
      </w:r>
      <w:r>
        <w:t>woh</w:t>
      </w:r>
    </w:p>
    <w:p>
      <w:pPr>
        <w:jc w:val="right"/>
      </w:pPr>
      <w:r>
        <w:t>وہ</w:t>
      </w:r>
    </w:p>
    <w:p>
      <w:r>
        <w:rPr>
          <w:b/>
        </w:rPr>
        <w:t xml:space="preserve">[40:14] </w:t>
      </w:r>
      <w:r>
        <w:t>to is gustakhi par aisa nahi hua ke in ko logon ne koi aap ne kaha ise koda maro, yeh gustakhi kar raha hai meri shaan mein. Aap ne kaha ke chodo is ko, in sahib ul haqq ke maqalan, is to bohat ziyada sochne ki baat hai ke aap ne kaha ke mat is ko kuch karo,</w:t>
      </w:r>
    </w:p>
    <w:p>
      <w:pPr>
        <w:jc w:val="right"/>
      </w:pPr>
      <w:r>
        <w:t>تو اس گستاخی پر ایسا نہیں ہوا کہ ان کو لوگوں نے کوئی آپ نے کہا اسے کوڑا مارو، یہ گستاخی کر رہا ہے میری شان میں۔ آپ نے کہا کہ چھوڑو اس کو، ان لصاحب الحق کے مقالاً، اس تو بہت زیادہ سوچنے کی بات ہے کہ آپ نے کہا کہ مت اس کو کچھ کرو،</w:t>
      </w:r>
    </w:p>
    <w:p>
      <w:r>
        <w:rPr>
          <w:b/>
        </w:rPr>
        <w:t xml:space="preserve">[40:36] </w:t>
      </w:r>
      <w:r>
        <w:t>is ko chhod do, in sahib ul haqq ke maqalan,</w:t>
      </w:r>
    </w:p>
    <w:p>
      <w:pPr>
        <w:jc w:val="right"/>
      </w:pPr>
      <w:r>
        <w:t>اس کو چھوڑ دو، ان لصاحب الحق کے مقالاً،</w:t>
      </w:r>
    </w:p>
    <w:p>
      <w:r>
        <w:rPr>
          <w:b/>
        </w:rPr>
        <w:t xml:space="preserve">[40:43] </w:t>
      </w:r>
      <w:r>
        <w:t>jis ka koi haq hamare upar aata ho to us ke bolne ka right hai, bol sakta hai. Woh hum ne jab is ka lon nahi ada kiya to is ko haq hai ke woh bole, in sahib ul haqq ke maqalan,</w:t>
      </w:r>
    </w:p>
    <w:p>
      <w:pPr>
        <w:jc w:val="right"/>
      </w:pPr>
      <w:r>
        <w:t>جس کا کوئی حق ہمارے اوپر آتا ہو تو اس کے بولنے کا رائٹ ہے، بول سکتا ہے۔ وہ ہم نے جب اس کا لون نہیں ادا کیا تو اس کو حق ہے کہ وہ بولے، ان لصاحب الحق کے مقالاً،</w:t>
      </w:r>
    </w:p>
    <w:p>
      <w:r>
        <w:rPr>
          <w:b/>
        </w:rPr>
        <w:t xml:space="preserve">[40:57] </w:t>
      </w:r>
      <w:r>
        <w:t>haqdar ko bolne ka haq hai. Ab dekhiye ke is mein kis qadar insaniyat ka kitna ooncha darja hai, yeh</w:t>
      </w:r>
    </w:p>
    <w:p>
      <w:pPr>
        <w:jc w:val="right"/>
      </w:pPr>
      <w:r>
        <w:t>حقدار کو بولنے کا حق ہے۔ اب دیکھیے کہ اس میں کس قدر انسانیت کا کتنا اونچا درجہ ہے، یہ</w:t>
      </w:r>
    </w:p>
    <w:p>
      <w:r>
        <w:rPr>
          <w:b/>
        </w:rPr>
        <w:t xml:space="preserve">[41:09] </w:t>
      </w:r>
      <w:r>
        <w:t>insaniyat ka kitna ooncha darja hai. Yeh aap ne ek lafz nahi kaha ke tum ne gustakhi kar rahe ho, tum gaali de rahe ho, tum yeh ho, tum woh ho, balke yeh keh rahe hain ke jab hum ne is ka paisa liya aur time par is ko ada nahi, adaaigi nahi hui to behal is ko haq hai ke woh kahe, woh kyun nahi kahe ga.</w:t>
      </w:r>
    </w:p>
    <w:p>
      <w:pPr>
        <w:jc w:val="right"/>
      </w:pPr>
      <w:r>
        <w:t>انسانیت کا کتنا اونچا درجہ ہے۔ یہ آپ نے ایک لفظ نہیں کہا کہ تم نے گستاخی کر رہے ہو، تم گالی دے رہے ہو، تم یہ ہو، تم وہ ہو، بلکہ یہ کہہ رہے ہیں کہ جب ہم نے اس کا پیسہ لیا اور ٹائم پر اس کو ادا نہیں، ادائیگی نہیں ہوئی تو بہرحال اس کو حق ہے کہ وہ کہے، وہ کیوں نہیں کہے گا۔</w:t>
      </w:r>
    </w:p>
    <w:p>
      <w:r>
        <w:rPr>
          <w:b/>
        </w:rPr>
        <w:t xml:space="preserve">[41:28] </w:t>
      </w:r>
      <w:r>
        <w:t>woh</w:t>
      </w:r>
    </w:p>
    <w:p>
      <w:pPr>
        <w:jc w:val="right"/>
      </w:pPr>
      <w:r>
        <w:t>وہ</w:t>
      </w:r>
    </w:p>
    <w:p>
      <w:r>
        <w:rPr>
          <w:b/>
        </w:rPr>
        <w:t xml:space="preserve">[41:35] </w:t>
      </w:r>
      <w:r>
        <w:t>yeh hai woh character jo prophet ne hamein sikhaya hai.</w:t>
      </w:r>
    </w:p>
    <w:p>
      <w:pPr>
        <w:jc w:val="right"/>
      </w:pPr>
      <w:r>
        <w:t>یہ ہے وہ کریکٹر جو پرافٹ نے ہمیں سکھایا ہے۔</w:t>
      </w:r>
    </w:p>
    <w:p>
      <w:r>
        <w:rPr>
          <w:b/>
        </w:rPr>
        <w:t xml:space="preserve">[41:45] </w:t>
      </w:r>
      <w:r>
        <w:t>ek hadith hai ke kafaa bil mar'i kaziban kullu ma sami'a, bohat hi ziyada tarpane wali yeh hadith hai kyunke sabhi log is mein mubtala hain,</w:t>
      </w:r>
    </w:p>
    <w:p>
      <w:pPr>
        <w:jc w:val="right"/>
      </w:pPr>
      <w:r>
        <w:t>ایک حدیث ہے کہ کفاب المر کذبا کل ما سمیع، بہت ہی زیادہ تڑپانے والی یہ حدیث ہے کیونکہ سبھی لوگ اس میں مبتلا ہیں،</w:t>
      </w:r>
    </w:p>
    <w:p>
      <w:r>
        <w:rPr>
          <w:b/>
        </w:rPr>
        <w:t xml:space="preserve">[42:00] </w:t>
      </w:r>
      <w:r>
        <w:t>sabhi log mere tajrube mein to sabhi log is mein mubtala hain. Kafaa bil mar'i kaziban kullu ma sami'a,</w:t>
      </w:r>
    </w:p>
    <w:p>
      <w:pPr>
        <w:jc w:val="right"/>
      </w:pPr>
      <w:r>
        <w:t>سبھی لوگ میرے تجربے میں تو سبھی لوگ اس میں مبتلا ہیں۔ کفاب المر کذبا کل ما سمیع،</w:t>
      </w:r>
    </w:p>
    <w:p>
      <w:r>
        <w:rPr>
          <w:b/>
        </w:rPr>
        <w:t xml:space="preserve">[42:14] </w:t>
      </w:r>
      <w:r>
        <w:t>kisi aadmi ke jhoota hone ke liye yahi baat kaafi hai ke woh jo kuch suna hai, us ko bayan karne lage.</w:t>
      </w:r>
    </w:p>
    <w:p>
      <w:pPr>
        <w:jc w:val="right"/>
      </w:pPr>
      <w:r>
        <w:t>کسی آدمی کے جھوٹا ہونے کے لیے یہی بات کافی ہے کہ وہ جو کچھ سنا ہے، اس کو بیان کرنے لگے۔</w:t>
      </w:r>
    </w:p>
    <w:p>
      <w:r>
        <w:rPr>
          <w:b/>
        </w:rPr>
        <w:t xml:space="preserve">[42:27] </w:t>
      </w:r>
      <w:r>
        <w:t>kisi aadmi ke jhoota hone ke liye yeh baat kaafi hai ke woh jo kuch suna hai, us ko bayan karne lage. Aaj kal samaaj mein main samajhta hoon ke sabhi log aise hi ho gaye hain, jo suna, us ko bol rahe hain, jo suna, us ko bata rahe hain.</w:t>
      </w:r>
    </w:p>
    <w:p>
      <w:pPr>
        <w:jc w:val="right"/>
      </w:pPr>
      <w:r>
        <w:t>کسی آدمی کے جھوٹا ہونے کے لیے یہ بات کافی ہے کہ وہ جو کچھ سنا ہے، اس کو بیان کرنے لگے۔ آج کل سماج میں میں سمجھتا ہوں کہ سبھی لوگ ایسے ہی ہو گئے ہیں، جو سنا، اس کو بول رہے ہیں، جو سنا، اس کو بتا رہے ہیں۔</w:t>
      </w:r>
    </w:p>
    <w:p>
      <w:r>
        <w:rPr>
          <w:b/>
        </w:rPr>
        <w:t xml:space="preserve">[42:42] </w:t>
      </w:r>
      <w:r>
        <w:t>koi is ki secretary nahi karta, koi is ko tehqeeq nahi karta, koi poochta poochta nahi ke bhai kya kaun hi is ka witness hai, kya is mein aur baatein kya kya hain, bas suna aur bayan karne lage.</w:t>
      </w:r>
    </w:p>
    <w:p>
      <w:pPr>
        <w:jc w:val="right"/>
      </w:pPr>
      <w:r>
        <w:t>کوئی اس کی سکرٹری نہیں کرتا، کوئی اس کو تحقیق نہیں کرتا، کوئی پوچھتا پوچھتا نہیں کہ بھئی کیا کون ہی اس کا وٹنس ہے، کیا اس میں اور باتیں کیا کیا ہیں، بس سنا اور بیان کرنے لگے۔</w:t>
      </w:r>
    </w:p>
    <w:p>
      <w:r>
        <w:rPr>
          <w:b/>
        </w:rPr>
        <w:t xml:space="preserve">[42:55] </w:t>
      </w:r>
      <w:r>
        <w:t>to aap ne farmaya ke jo aadmi aisa kare, woh jhoota hai, woh Allah ke nazdeek main kaazib hoon. Kafaa bil mar'i kaziban kullu ma sami'a,</w:t>
      </w:r>
    </w:p>
    <w:p>
      <w:pPr>
        <w:jc w:val="right"/>
      </w:pPr>
      <w:r>
        <w:t>تو آپ نے فرمایا کہ جو آدمی ایسا کرے، وہ جھوٹا ہے، وہ اللہ کے نزدیک میں کاذب ہے۔ کفاب المر کذبا کل ما سمیع،</w:t>
      </w:r>
    </w:p>
    <w:p>
      <w:r>
        <w:rPr>
          <w:b/>
        </w:rPr>
        <w:t xml:space="preserve">[43:10] </w:t>
      </w:r>
      <w:r>
        <w:t>kaisi ajeeb baat hai. Lehaza aasani se hum suno hi baat ko dohrate hain aur yeh nahi sochte ke suno hi baat ko dohrana apne aap ko Khuda ki nazar mein jhoota dikhana hai.</w:t>
      </w:r>
    </w:p>
    <w:p>
      <w:pPr>
        <w:jc w:val="right"/>
      </w:pPr>
      <w:r>
        <w:t>کیسی عجیب بات ہے۔ لہذا آسانی سے ہم سنو ہی بات کو دہراتے ہیں اور یہ نہیں سوچتے کہ سنو ہی بات کو دہرانا اپنے آپ کو خدا کی نظر میں جھوٹا دکھانا ہے۔</w:t>
      </w:r>
    </w:p>
    <w:p>
      <w:r>
        <w:rPr>
          <w:b/>
        </w:rPr>
        <w:t xml:space="preserve">[43:22] </w:t>
      </w:r>
      <w:r>
        <w:t>yeh kehna hai ke Khuda hai, main jhoota hoon.</w:t>
      </w:r>
    </w:p>
    <w:p>
      <w:pPr>
        <w:jc w:val="right"/>
      </w:pPr>
      <w:r>
        <w:t>یہ کہنا ہے کہ خدا ہے، میں جھوٹا ہوں۔</w:t>
      </w:r>
    </w:p>
    <w:p>
      <w:r>
        <w:rPr>
          <w:b/>
        </w:rPr>
        <w:t xml:space="preserve">[43:28] </w:t>
      </w:r>
      <w:r>
        <w:t>aisi ek hadith hai ke kisi ke khilaaf badgumaani na karo, fa inna zan akzabul hadeeth, kyunke badgumaani karna sab se bada jhooti baat hai.</w:t>
      </w:r>
    </w:p>
    <w:p>
      <w:pPr>
        <w:jc w:val="right"/>
      </w:pPr>
      <w:r>
        <w:t>ایسی ایک حدیث ہے کہ کسی کے خلاف بدگمانی نہ کرو، فان زن اکذب الحدیث، کیونکہ بدگمانی کرنا سب سے بڑا جھوٹی بات ہے۔</w:t>
      </w:r>
    </w:p>
    <w:p>
      <w:r>
        <w:rPr>
          <w:b/>
        </w:rPr>
        <w:t xml:space="preserve">[43:46] </w:t>
      </w:r>
      <w:r>
        <w:t>lekin ek hai ke koi bohat hi solid baat ho, tab aap is ke bare mein ek rai banayein. Lekin yeh hai ke bas aisi mamooli baatein aap ke samne aayin aur aap ne ek buri rai bana li is ke bare mein.</w:t>
      </w:r>
    </w:p>
    <w:p>
      <w:pPr>
        <w:jc w:val="right"/>
      </w:pPr>
      <w:r>
        <w:t>لیکن ایک ہے کہ کوئی بہت ہی سولڈ بات ہو، تب آپ اس کے بارے میں ایک رائے بنائیں۔ لیکن یہ ہے کہ بس ایسی معمولی باتیں آپ کے سامنے آئیں اور آپ نے ایک بری رائے بنا لی اس کے بارے میں۔</w:t>
      </w:r>
    </w:p>
    <w:p>
      <w:r>
        <w:rPr>
          <w:b/>
        </w:rPr>
        <w:t xml:space="preserve">[44:04] </w:t>
      </w:r>
      <w:r>
        <w:t>to buri rai qaim karna kisi ke bare mein apne aap ko Khuda ki nazar mein jhoota saabit karna hai, jhoota.</w:t>
      </w:r>
    </w:p>
    <w:p>
      <w:pPr>
        <w:jc w:val="right"/>
      </w:pPr>
      <w:r>
        <w:t>تو بری رائے قائم کرنا کسی کے بارے میں اپنے آپ کو خدا کی نظر میں جھوٹا ثابت کرنا ہے، جھوٹا۔</w:t>
      </w:r>
    </w:p>
    <w:p>
      <w:r>
        <w:rPr>
          <w:b/>
        </w:rPr>
        <w:t xml:space="preserve">[44:22] </w:t>
      </w:r>
      <w:r>
        <w:t>yeh sab baatein bohat ziyada sochne ki hain, bohat ziyada sochne ki hain. Ek tabi'i ne kaha, yaani unhein ek sahabi ne kaha, tabi'i ke zamane mein aap jante hain ke jo companion the prophet ko, un ko sahabi kaha jata hai aur jo companion ke companion the, un ko tabi'i kaha jata hai, yaani second generation.</w:t>
      </w:r>
    </w:p>
    <w:p>
      <w:pPr>
        <w:jc w:val="right"/>
      </w:pPr>
      <w:r>
        <w:t>یہ سب باتیں بہت زیادہ سوچنے کی ہیں، بہت زیادہ سوچنے کی ہیں۔ ایک تابعی نے کہا، یعنی انہیں ایک صحابی نے کہا، تابعی کے زمانے میں آپ جانتے ہیں کہ جو کمپینین تھے پرافٹ کو، ان کو صحابی کہا جاتا ہے اور جو کمپینین کے کمپینین تھے، ان کو تابعی کہا جاتا ہے، یعنی سیکنڈ جنریشن۔</w:t>
      </w:r>
    </w:p>
    <w:p>
      <w:r>
        <w:rPr>
          <w:b/>
        </w:rPr>
        <w:t xml:space="preserve">[44:49] </w:t>
      </w:r>
      <w:r>
        <w:t>to first generation ko sahabi kehte hain aur second generation ko tabi'i kehte hain. To second generation jab aa gayi, is ki baat ek kitaab mein aati hai ke ek sahabi ne apne zamane ke logon se kaha ke tum log jin baaton ko nihayat aasani se bol dete ho, mujh se</w:t>
      </w:r>
    </w:p>
    <w:p>
      <w:pPr>
        <w:jc w:val="right"/>
      </w:pPr>
      <w:r>
        <w:t>تو فرسٹ جنریشن کو صحابی کہتے ہیں اور سیکنڈ جنریشن کو تابعی کہتے ہیں۔ تو سیکنڈ جنریشن جب آ گئی، اس کی بات ایک کتاب میں آتی ہے کہ ایک صحابی نے اپنے زمانے کے لوگوں سے کہا کہ تم لوگ جن باتوں کو نہایت آسانی سے بول دیتے ہو، مجھ سے</w:t>
      </w:r>
    </w:p>
    <w:p>
      <w:r>
        <w:rPr>
          <w:b/>
        </w:rPr>
        <w:t xml:space="preserve">[45:13] </w:t>
      </w:r>
      <w:r>
        <w:t>kna naوذہم من البوبقات۔ rasool Allah ke zamane mein hum ko samajhte the ke yeh to bilkul hum tabaah ho gaye, hum halaak ho gaye, hum khatam ho gaye.</w:t>
      </w:r>
    </w:p>
    <w:p>
      <w:pPr>
        <w:jc w:val="right"/>
      </w:pPr>
      <w:r>
        <w:t>کنا نعوذہم من البوبقات۔ رسول اللہ کے زمانے میں ہم کو سمجھتے تھے کہ یہ تو بالکل ہم تباہ ہو گئے، ہم ہلاک ہو گئے، ہم ختم ہو گئے۔</w:t>
      </w:r>
    </w:p>
    <w:p>
      <w:r>
        <w:rPr>
          <w:b/>
        </w:rPr>
        <w:t xml:space="preserve">[45:29] </w:t>
      </w:r>
      <w:r>
        <w:t>hadees mein kai cheezon ke baray mein mein bataunga ke is ko samajhne ke liye ek baat jaanna chahiye, maslan</w:t>
      </w:r>
    </w:p>
    <w:p>
      <w:pPr>
        <w:jc w:val="right"/>
      </w:pPr>
      <w:r>
        <w:t>حدیث میں کئی چیزوں کے بارے میں میں بتاؤں گا کہ اس کو سمجھنے کے لیے ایک بات جاننا چاہیے، مثلاً</w:t>
      </w:r>
    </w:p>
    <w:p>
      <w:r>
        <w:rPr>
          <w:b/>
        </w:rPr>
        <w:t xml:space="preserve">[45:38] </w:t>
      </w:r>
      <w:r>
        <w:t>izzat ke baray mein aayega ke momin ki izzat karo, musalman ki izzat karo. to kai log is is mein samajhte hain ke bas musalman ki izzat karo aur kisi aur ki izzat karne ki zaroorat nahi hai.</w:t>
      </w:r>
    </w:p>
    <w:p>
      <w:pPr>
        <w:jc w:val="right"/>
      </w:pPr>
      <w:r>
        <w:t>عزت کے بارے میں آئے گا کہ مومن کی عزت کرو، مسلمان کی عزت کرو۔ تو کئی لوگ اس اس میں سمجھتے ہیں کہ بس مسلمان کی عزت کرو اور کسی اور کی عزت کرنے کی ضرورت نہیں ہے۔</w:t>
      </w:r>
    </w:p>
    <w:p>
      <w:r>
        <w:rPr>
          <w:b/>
        </w:rPr>
        <w:t xml:space="preserve">[45:56] </w:t>
      </w:r>
      <w:r>
        <w:t>dekhiye, image yeh hadeesen immediate reference mein hoti hain, saamne musalman baithe hue hain, aap ek ek baat bata rahe hain ke do kapai musalman, ek musalman ko doosre musalman ki izzat karna chahiye.</w:t>
      </w:r>
    </w:p>
    <w:p>
      <w:pPr>
        <w:jc w:val="right"/>
      </w:pPr>
      <w:r>
        <w:t>دیکھیے، امیج یہ حدیثیں امیڈیٹ ریفرنس میں ہوتی ہیں، سامنے مسلمان بیٹھے ہوئے ہیں، آپ ایک ایک بات بتا رہے ہیں کہ دو کپائی مسلمان، ایک مسلمان کو دوسرے مسلمان کی عزت کرنا چاہیے۔</w:t>
      </w:r>
    </w:p>
    <w:p>
      <w:r>
        <w:rPr>
          <w:b/>
        </w:rPr>
        <w:t xml:space="preserve">[46:11] </w:t>
      </w:r>
      <w:r>
        <w:t>yeh immediate reference mein yeh baat kahi gayi hai, lekin is ka aap ko jaanna chahiye ke yeh ek principle bataya aap ne ke ek insaan ko chahiye ke doosre insaan ki izzat kare.</w:t>
      </w:r>
    </w:p>
    <w:p>
      <w:pPr>
        <w:jc w:val="right"/>
      </w:pPr>
      <w:r>
        <w:t>یہ امیڈیٹ ریفرنس میں یہ بات کہی گئی ہے، لیکن اس کا آپ کو جاننا چاہیے کہ یہ ایک پرنسپل بتایا آپ نے کہ ایک انسان کو چاہیے کہ دوسرے انسان کی عزت کرے۔</w:t>
      </w:r>
    </w:p>
    <w:p>
      <w:r>
        <w:rPr>
          <w:b/>
        </w:rPr>
        <w:t xml:space="preserve">[46:21] </w:t>
      </w:r>
      <w:r>
        <w:t>yeh baat is tarah samajh mein aati hai ke ek jagah agar aayega lafz muslim ka, doosri jagah word aayega insaan ka. yeh maine bahut zyada dekha hai is tarah ki hadeeson mein ke wahi same baat ek jagah aati hai muslim ke sath, ek jagah aati hai insaan ke sath.</w:t>
      </w:r>
    </w:p>
    <w:p>
      <w:pPr>
        <w:jc w:val="right"/>
      </w:pPr>
      <w:r>
        <w:t>یہ بات اس طرح سمجھ میں آتی ہے کہ ایک جگہ اگر آئے گا لفظ مسلم کا، دوسری جگہ ورڈ آئے گا انسان کا۔ یہ میں نے بہت زیادہ دیکھا ہے اس طرح کی حدیثوں میں کہ وہی سیم بات ایک جگہ آتی ہے مسلم کے ساتھ، ایک جگہ آتی ہے انسان کے ساتھ۔</w:t>
      </w:r>
    </w:p>
    <w:p>
      <w:r>
        <w:rPr>
          <w:b/>
        </w:rPr>
        <w:t xml:space="preserve">[46:40] </w:t>
      </w:r>
      <w:r>
        <w:t>to yeh hai baat immediate reference ki. to immediate immediate reference ke taur par aap ne wahan muslim ka naam le liya, lekin asal jo is ka jo kehna tha aap ko, woh yeh hai ke ek insaan ko chahiye ke woh doosre insaan ki izzat kare.</w:t>
      </w:r>
    </w:p>
    <w:p>
      <w:pPr>
        <w:jc w:val="right"/>
      </w:pPr>
      <w:r>
        <w:t>تو یہ ہے بات امیڈیٹ ریفرنس کی۔ تو امیڈیٹ امیڈیٹ ریفرنس کے طور پر آپ نے وہاں مسلم کا نام لے لیا، لیکن اصل جو اس کا جو کہنا تھا آپ کو، وہ یہ ہے کہ ایک انسان کو چاہیے کہ وہ دوسرے انسان کی عزت کرے۔</w:t>
      </w:r>
    </w:p>
    <w:p>
      <w:r>
        <w:rPr>
          <w:b/>
        </w:rPr>
        <w:t xml:space="preserve">[46:59] </w:t>
      </w:r>
      <w:r>
        <w:t>kisi insaan ko doosre insaan ko haqeer nahi samajhna chahiye.</w:t>
      </w:r>
    </w:p>
    <w:p>
      <w:pPr>
        <w:jc w:val="right"/>
      </w:pPr>
      <w:r>
        <w:t>کسی انسان کو دوسرے انسان کو حقیر نہیں سمجھنا چاہیے۔</w:t>
      </w:r>
    </w:p>
    <w:p>
      <w:r>
        <w:rPr>
          <w:b/>
        </w:rPr>
        <w:t xml:space="preserve">[47:06] </w:t>
      </w:r>
      <w:r>
        <w:t>al muslim man salima al nasu min lisanihi wa yadihi, muslim woh hai jis ke haath se aur us ki zabaan se log peace mein rahen, log aman mein rahen.</w:t>
      </w:r>
    </w:p>
    <w:p>
      <w:pPr>
        <w:jc w:val="right"/>
      </w:pPr>
      <w:r>
        <w:t>المسلم من سلم الناس من لسانہ ویدہ، مسلم وہ ہے جس کے ہاتھ سے اور اس کی زبان سے لوگ پیس میں رہیں، لوگ امن میں رہیں۔</w:t>
      </w:r>
    </w:p>
    <w:p>
      <w:r>
        <w:rPr>
          <w:b/>
        </w:rPr>
        <w:t xml:space="preserve">[47:24] </w:t>
      </w:r>
      <w:r>
        <w:t>ek hadees hai ke Khuda ko sab se zyada pasand hai woh log jo dhul wajhain hon, ek se kuch kehna, doosre se kuch kehna. dhul wajhain yaani be character ka aadmi.</w:t>
      </w:r>
    </w:p>
    <w:p>
      <w:pPr>
        <w:jc w:val="right"/>
      </w:pPr>
      <w:r>
        <w:t>ایک حدیث ہے کہ خدا کو سب سے زیادہ پسند ہے وہ لوگ جو ذوالوجہین ہوں، ایک سے کچھ کہنا، دوسرے سے کچھ کہنا۔ ذوالوجہین یعنی بے کریکٹر کا آدمی۔</w:t>
      </w:r>
    </w:p>
    <w:p>
      <w:r>
        <w:rPr>
          <w:b/>
        </w:rPr>
        <w:t xml:space="preserve">[47:38] </w:t>
      </w:r>
      <w:r>
        <w:t>jab aadmi character wale hote hain, woh aisa nahi karenge ke ek baat bayan karein kisi se, doosre zabaan bol rahe hain, doosre se keh rahe hain, doosri zabaan bol rahe hain.</w:t>
      </w:r>
    </w:p>
    <w:p>
      <w:pPr>
        <w:jc w:val="right"/>
      </w:pPr>
      <w:r>
        <w:t>جب آدمی کریکٹر والے ہوتے ہیں، وہ ایسا نہیں کریں گے کہ ایک بات بیان کریں کسی سے، دوسرے زبان بول رہے ہیں، دوسرے سے کہہ رہے ہیں، دوسری زبان بول رہے ہیں۔</w:t>
      </w:r>
    </w:p>
    <w:p>
      <w:r>
        <w:rPr>
          <w:b/>
        </w:rPr>
        <w:t xml:space="preserve">[47:51] </w:t>
      </w:r>
      <w:r>
        <w:t>yeh dhul wajhain, do chehre wale. dhul wajhain ka matlab hota hai do chehre wale, double face. to hadees mein aata hai ke Khuda ko aise log bahut napasand hain jo double face wale hon, jo double talk karte hon, ek se kuch kahein, doosre se kuch kahein.</w:t>
      </w:r>
    </w:p>
    <w:p>
      <w:pPr>
        <w:jc w:val="right"/>
      </w:pPr>
      <w:r>
        <w:t>یہ ذوالوجہین، دو چہرے والے۔ ذوالوجہین کا مطلب ہوتا ہے دو چہرے والے، ڈبل فیس۔ تو حدیث میں آتا ہے کہ خدا کو ایسے لوگ بہت ناپسند ہیں جو ڈبل فیس والے ہوں، جو ڈبل ٹاک کرتے ہوں، ایک سے کچھ کہیں، دوسرے سے کچھ کہیں۔</w:t>
      </w:r>
    </w:p>
    <w:p>
      <w:r>
        <w:rPr>
          <w:b/>
        </w:rPr>
        <w:t xml:space="preserve">[48:11] </w:t>
      </w:r>
      <w:r>
        <w:t>yaani character less, be character. principled character hona chahiye ek sachche insaan ka, principled behaviour hona chahiye ek sachche insaan ka.</w:t>
      </w:r>
    </w:p>
    <w:p>
      <w:pPr>
        <w:jc w:val="right"/>
      </w:pPr>
      <w:r>
        <w:t>یعنی کریکٹر لیس، بے کریکٹر۔ پرنسپلڈ کریکٹر ہونا چاہیے ایک سچے انسان کا، پرنسپلڈ بیہیویئر ہونا چاہیے ایک سچے انسان کا۔</w:t>
      </w:r>
    </w:p>
    <w:p>
      <w:r>
        <w:rPr>
          <w:b/>
        </w:rPr>
        <w:t xml:space="preserve">[48:24] </w:t>
      </w:r>
      <w:r>
        <w:t>aap jo bolein, aap jo aap ka jo behaviour ho, aap ka jo action ho, sab kuch govern ho raha ho principle se, interest se nahi, khwahish se nahi,</w:t>
      </w:r>
    </w:p>
    <w:p>
      <w:pPr>
        <w:jc w:val="right"/>
      </w:pPr>
      <w:r>
        <w:t>آپ جو بولیں، آپ جو آپ کا جو بیہیویئر ہو، آپ کا جو ایکشن ہو، سب کچھ گورن ہو رہا ہو پرنسپل سے، انٹرسٹ سے نہیں، خواہش سے نہیں،</w:t>
      </w:r>
    </w:p>
    <w:p>
      <w:r>
        <w:rPr>
          <w:b/>
        </w:rPr>
        <w:t xml:space="preserve">[48:38] </w:t>
      </w:r>
      <w:r>
        <w:t>socha samjha principle.</w:t>
      </w:r>
    </w:p>
    <w:p>
      <w:pPr>
        <w:jc w:val="right"/>
      </w:pPr>
      <w:r>
        <w:t>سوچا سمجھا پرنسپل۔</w:t>
      </w:r>
    </w:p>
    <w:p>
      <w:r>
        <w:rPr>
          <w:b/>
        </w:rPr>
        <w:t xml:space="preserve">[48:43] </w:t>
      </w:r>
      <w:r>
        <w:t>yeh hai sachche insaan ki definition. sachcha insaan principle pe chalta hai aur jhootha insaan apni khwahish pe chalta hai.</w:t>
      </w:r>
    </w:p>
    <w:p>
      <w:pPr>
        <w:jc w:val="right"/>
      </w:pPr>
      <w:r>
        <w:t>یہ ہے سچے انسان کی ڈیفینیشن۔ سچا انسان پرنسپل پہ چلتا ہے اور جھوٹا انسان اپنی خواہش پہ چلتا ہے۔</w:t>
      </w:r>
    </w:p>
    <w:p>
      <w:r>
        <w:rPr>
          <w:b/>
        </w:rPr>
        <w:t xml:space="preserve">[48:57] </w:t>
      </w:r>
      <w:r>
        <w:t>ek lafz mein agar kehna ho to yahi tareef hai sachche insaan ki aur jhoothe insaan ki ke principled behaviour hota hai sachche insaan ka aur jo sachcha insaan na ho, woh apni khwahish pe chalta hai.</w:t>
      </w:r>
    </w:p>
    <w:p>
      <w:pPr>
        <w:jc w:val="right"/>
      </w:pPr>
      <w:r>
        <w:t>ایک لفظ میں اگر کہنا ہو تو یہی تعریف ہے سچے انسان کی اور جھوٹے انسان کی کہ پرنسپلڈ بیہیویئر ہوتا ہے سچے انسان کا اور جو سچا انسان نہ ہو، وہ اپنی خواہش پہ چلتا ہے۔</w:t>
      </w:r>
    </w:p>
    <w:p>
      <w:r>
        <w:rPr>
          <w:b/>
        </w:rPr>
        <w:t xml:space="preserve">[49:10] </w:t>
      </w:r>
      <w:r>
        <w:t>jab khwahish chalega to is ka koi ek principle nahi hoga, kabhi aisa, kabhi waisa.</w:t>
      </w:r>
    </w:p>
    <w:p>
      <w:pPr>
        <w:jc w:val="right"/>
      </w:pPr>
      <w:r>
        <w:t>جب خواہش چلے گا تو اس کا کوئی ایک پرنسپل نہیں ہوگا، کبھی ایسا، کبھی ویسا۔</w:t>
      </w:r>
    </w:p>
    <w:p>
      <w:r>
        <w:rPr>
          <w:b/>
        </w:rPr>
        <w:t xml:space="preserve">[49:17] </w:t>
      </w:r>
      <w:r>
        <w:t>Allah taala mujh ko aur aap ko tofeeq de ke hum Khuda ke sachche raaste par chalen taake humein Khuda ki blessing milay. aqool qawli haza wastaghfirullaha li walakum ajmaeen.</w:t>
      </w:r>
    </w:p>
    <w:p>
      <w:pPr>
        <w:jc w:val="right"/>
      </w:pPr>
      <w:r>
        <w:t>اللہ تعالی مجھ کو اور آپ کو توفیق دے کہ ہم خدا کے سچے راستے پر چلیں تاکہ ہمیں خدا کی بلیسنگ ملے۔ اقول قولیھذا واستغفراللہ لی ولكم اجمعین۔</w:t>
      </w:r>
    </w:p>
    <w:p>
      <w:r>
        <w:rPr>
          <w:b/>
        </w:rPr>
        <w:t xml:space="preserve">[49:41] </w:t>
      </w:r>
      <w:r>
        <w:t>okay, the first question is by priya. the question is what is the difference between knowledge and wisdom?</w:t>
      </w:r>
    </w:p>
    <w:p>
      <w:pPr>
        <w:jc w:val="right"/>
      </w:pPr>
      <w:r>
        <w:t>اوکے، دا فرسٹ کوئسچن از بائے پریا۔ دا کوئسچن از واٹ از دا ڈیفرنس بٹوین نالج اینڈ وزڈم؟</w:t>
      </w:r>
    </w:p>
    <w:p>
      <w:r>
        <w:rPr>
          <w:b/>
        </w:rPr>
        <w:t xml:space="preserve">[49:55] </w:t>
      </w:r>
      <w:r>
        <w:t>dekhen, jahan tak yaani is tarah ka difference jo hota hai, bahut zyada hard and fast tareeqe se nahi bayan kar sakta.</w:t>
      </w:r>
    </w:p>
    <w:p>
      <w:pPr>
        <w:jc w:val="right"/>
      </w:pPr>
      <w:r>
        <w:t>دیکھیں، جہاں تک یعنی اس طرح کا ڈیفرنس جو ہوتا ہے، بہت زیادہ ہارڈ اینڈ فاسٹ طریقے سے نہیں بیان کر سکتا۔</w:t>
      </w:r>
    </w:p>
    <w:p>
      <w:r>
        <w:rPr>
          <w:b/>
        </w:rPr>
        <w:t xml:space="preserve">[50:07] </w:t>
      </w:r>
      <w:r>
        <w:t>mic,</w:t>
      </w:r>
    </w:p>
    <w:p>
      <w:pPr>
        <w:jc w:val="right"/>
      </w:pPr>
      <w:r>
        <w:t>مائیک،</w:t>
      </w:r>
    </w:p>
    <w:p>
      <w:r>
        <w:rPr>
          <w:b/>
        </w:rPr>
        <w:t xml:space="preserve">[50:10] </w:t>
      </w:r>
      <w:r>
        <w:t>is tarah ka jo difference hota hai, woh bilkul hard and fast tareeqe se nahi bayan kar sakta.</w:t>
      </w:r>
    </w:p>
    <w:p>
      <w:pPr>
        <w:jc w:val="right"/>
      </w:pPr>
      <w:r>
        <w:t>اس طرح کا جو ڈیفرنس ہوتا ہے، وہ بالکل ہارڈ اینڈ فاسٹ طریقے سے نہیں بیان کر سکتا۔</w:t>
      </w:r>
    </w:p>
    <w:p>
      <w:r>
        <w:rPr>
          <w:b/>
        </w:rPr>
        <w:t xml:space="preserve">[50:20] </w:t>
      </w:r>
      <w:r>
        <w:t>lekin jahan tak bas samajhta hoon, knowledge se murad hai information aur wisdom se murad hai yaani knowledge ko digest kar ke, is ka analysis kar ke jo baat aap jante hain,</w:t>
      </w:r>
    </w:p>
    <w:p>
      <w:pPr>
        <w:jc w:val="right"/>
      </w:pPr>
      <w:r>
        <w:t>لیکن جہاں تک بس سمجھتا ہوں، نالج سے مراد ہے انفارمیشن اور وزڈم سے مراد ہے یعنی نالج کو ڈائجسٹ کر کے، اس کا انالیسز کر کے جو بات آپ جانتے ہیں،</w:t>
      </w:r>
    </w:p>
    <w:p>
      <w:r>
        <w:rPr>
          <w:b/>
        </w:rPr>
        <w:t xml:space="preserve">[50:37] </w:t>
      </w:r>
      <w:r>
        <w:t>is ka naam hai wisdom.</w:t>
      </w:r>
    </w:p>
    <w:p>
      <w:pPr>
        <w:jc w:val="right"/>
      </w:pPr>
      <w:r>
        <w:t>اس کا نام ہے وزڈم۔</w:t>
      </w:r>
    </w:p>
    <w:p>
      <w:r>
        <w:rPr>
          <w:b/>
        </w:rPr>
        <w:t xml:space="preserve">[50:42] </w:t>
      </w:r>
      <w:r>
        <w:t>nalagej to pepar par hoti hai, lekin wisdom aap ke andar se aati hai. to jab tak aap ke andar analysis ka power na ho aur digest kar ke khud kuch baat is mein add karne ki taqat na ho,</w:t>
      </w:r>
    </w:p>
    <w:p>
      <w:pPr>
        <w:jc w:val="right"/>
      </w:pPr>
      <w:r>
        <w:t>نالج تو پیپر پر ہوتی ہے، لیکن وزڈم آپ کے اندر سے آتی ہے۔ تو جب تک آپ کے اندر انالیسز کا پاور نہ ہو اور ڈائجسٹ کر کے خود کچھ بات اس میں ایڈ کرنے کی طاقت نہ ہو،</w:t>
      </w:r>
    </w:p>
    <w:p>
      <w:r>
        <w:rPr>
          <w:b/>
        </w:rPr>
        <w:t xml:space="preserve">[50:57] </w:t>
      </w:r>
      <w:r>
        <w:t>aap wisdom tak nahin pahunch sakte.</w:t>
      </w:r>
    </w:p>
    <w:p>
      <w:pPr>
        <w:jc w:val="right"/>
      </w:pPr>
      <w:r>
        <w:t>آپ وزڈم تک نہیں پہنچ سکتے۔</w:t>
      </w:r>
    </w:p>
    <w:p>
      <w:r>
        <w:rPr>
          <w:b/>
        </w:rPr>
        <w:t xml:space="preserve">[51:03] </w:t>
      </w:r>
      <w:r>
        <w:t>to nalagej to aati hai kitabon ko padh kar ya report ko padh kar, lekin wisdom aati hai aap ke andar se, jis ko urdu mein kehte hain baseerat.</w:t>
      </w:r>
    </w:p>
    <w:p>
      <w:pPr>
        <w:jc w:val="right"/>
      </w:pPr>
      <w:r>
        <w:t>تو نالج تو آتی ہے کتابوں کو پڑھ کر یا رپورٹ کو پڑھ کر، لیکن وزڈم آتی ہے آپ کے اندر سے، جس کو اردو میں کہتے ہیں بصیرت۔</w:t>
      </w:r>
    </w:p>
    <w:p>
      <w:r>
        <w:rPr>
          <w:b/>
        </w:rPr>
        <w:t xml:space="preserve">[51:13] </w:t>
      </w:r>
      <w:r>
        <w:t>yani urdu ke lehaz se agar hum istemal karen lafz to kahenge maloomat aur baseerat.</w:t>
      </w:r>
    </w:p>
    <w:p>
      <w:pPr>
        <w:jc w:val="right"/>
      </w:pPr>
      <w:r>
        <w:t>یعنی اردو کے لحاظ سے اگر ہم استعمال کریں لفظ تو کہیں گے معلومات اور بصیرت۔</w:t>
      </w:r>
    </w:p>
    <w:p>
      <w:r>
        <w:rPr>
          <w:b/>
        </w:rPr>
        <w:t xml:space="preserve">[51:22] </w:t>
      </w:r>
      <w:r>
        <w:t>next question is by bilal. the question is how do we differentiate between true hadith and false hadith</w:t>
      </w:r>
    </w:p>
    <w:p>
      <w:pPr>
        <w:jc w:val="right"/>
      </w:pPr>
      <w:r>
        <w:t>نیکسٹ کوئسچن از بائے بلال۔ دا کوئسچن از ہاؤ ڈو وی ڈیفرنشیٹ بٹوین ٹرو حدیث اینڈ فالس حدی</w:t>
      </w:r>
    </w:p>
    <w:p>
      <w:r>
        <w:rPr>
          <w:b/>
        </w:rPr>
        <w:t xml:space="preserve">[51:29] </w:t>
      </w:r>
      <w:r>
        <w:t>th? what is the right source?</w:t>
      </w:r>
    </w:p>
    <w:p>
      <w:pPr>
        <w:jc w:val="right"/>
      </w:pPr>
      <w:r>
        <w:t>ث؟ واٹ از دی رائٹ سورس؟</w:t>
      </w:r>
    </w:p>
    <w:p>
      <w:r>
        <w:rPr>
          <w:b/>
        </w:rPr>
        <w:t xml:space="preserve">[51:35] </w:t>
      </w:r>
      <w:r>
        <w:t>dekhen, yeh to bahut hi jani hui baat hai ke kisi hadith ko janchne ke liye ek pura discipline hai, jo kehte hain fan-e-rijal.</w:t>
      </w:r>
    </w:p>
    <w:p>
      <w:pPr>
        <w:jc w:val="right"/>
      </w:pPr>
      <w:r>
        <w:t>دیکھیں، یہ تو بہت ہی جانی ہوئی بات ہے کہ کسی حدیث کو جانچنے کے لیے ایک پورا ڈسپلن ہے، جو کہتے ہیں فن رجال۔</w:t>
      </w:r>
    </w:p>
    <w:p>
      <w:r>
        <w:rPr>
          <w:b/>
        </w:rPr>
        <w:t xml:space="preserve">[51:50] </w:t>
      </w:r>
      <w:r>
        <w:t>fan-e-rijal mein paanch lakh aadmiyon ka haal bataya gaya hai, paanch lakh.</w:t>
      </w:r>
    </w:p>
    <w:p>
      <w:pPr>
        <w:jc w:val="right"/>
      </w:pPr>
      <w:r>
        <w:t>فن رجال میں پانچ لاکھ آدمیوں کا حال بتایا گیا ہے، پانچ لاکھ۔</w:t>
      </w:r>
    </w:p>
    <w:p>
      <w:r>
        <w:rPr>
          <w:b/>
        </w:rPr>
        <w:t xml:space="preserve">[51:59] </w:t>
      </w:r>
      <w:r>
        <w:t>to aap janchiye is ko ke jo jo aap</w:t>
      </w:r>
    </w:p>
    <w:p>
      <w:pPr>
        <w:jc w:val="right"/>
      </w:pPr>
      <w:r>
        <w:t>تو آپ جانچیے اس کو کہ جو جو آپ</w:t>
      </w:r>
    </w:p>
    <w:p>
      <w:r>
        <w:rPr>
          <w:b/>
        </w:rPr>
        <w:t xml:space="preserve">[52:13] </w:t>
      </w:r>
      <w:r>
        <w:t>yeh baat aisi hai jo aap agar koi janna chahe to</w:t>
      </w:r>
    </w:p>
    <w:p>
      <w:pPr>
        <w:jc w:val="right"/>
      </w:pPr>
      <w:r>
        <w:t>یہ بات ایسی ہے جو آپ اگر کوئی جاننا چاہے تو</w:t>
      </w:r>
    </w:p>
    <w:p>
      <w:r>
        <w:rPr>
          <w:b/>
        </w:rPr>
        <w:t xml:space="preserve">[52:23] </w:t>
      </w:r>
      <w:r>
        <w:t>jis ko kehte hain rawi, narrators.</w:t>
      </w:r>
    </w:p>
    <w:p>
      <w:pPr>
        <w:jc w:val="right"/>
      </w:pPr>
      <w:r>
        <w:t>جس کو کہتے ہیں راوی، نیریٹرز۔</w:t>
      </w:r>
    </w:p>
    <w:p>
      <w:r>
        <w:rPr>
          <w:b/>
        </w:rPr>
        <w:t xml:space="preserve">[52:29] </w:t>
      </w:r>
      <w:r>
        <w:t>paanch lakh narrators ke life likhi gayi hai fan-e-rijal mein. to aap is mein janch kar ke jaan sakte hain ke kaun si hadith jo hai</w:t>
      </w:r>
    </w:p>
    <w:p>
      <w:pPr>
        <w:jc w:val="right"/>
      </w:pPr>
      <w:r>
        <w:t>پانچ لاکھ نیریٹرز کے لائف لکھی گئی ہے فن رجال میں۔ تو آپ اس میں جانچ کر کے جان سکتے ہیں کہ کون سی حدیث جو ہے</w:t>
      </w:r>
    </w:p>
    <w:p>
      <w:r>
        <w:rPr>
          <w:b/>
        </w:rPr>
        <w:t xml:space="preserve">[52:45] </w:t>
      </w:r>
      <w:r>
        <w:t>sahih logon se hamein mili hai, kaun si aisi hadith jis par hum bharosa nahin kar sakte. the next question is by mahboob from mumbai.</w:t>
      </w:r>
    </w:p>
    <w:p>
      <w:pPr>
        <w:jc w:val="right"/>
      </w:pPr>
      <w:r>
        <w:t>صحیح لوگوں سے ہمیں ملی ہے، کون سی ایسی حدیث جس پر ہم بھروسہ نہیں کر سکتے۔ دی نیکسٹ کوئسچن از بائے محبوب فرام ممبئی۔</w:t>
      </w:r>
    </w:p>
    <w:p>
      <w:r>
        <w:rPr>
          <w:b/>
        </w:rPr>
        <w:t xml:space="preserve">[52:53] </w:t>
      </w:r>
      <w:r>
        <w:t>what is the meaning of taghoot? what is the difference between taghoot and nafs? explain with examples and kindly suggest the way to control them.</w:t>
      </w:r>
    </w:p>
    <w:p>
      <w:pPr>
        <w:jc w:val="right"/>
      </w:pPr>
      <w:r>
        <w:t>واٹ از دا میننگ اف طاغوت؟ واٹ از دا ڈیفرنس بٹوین طاغوت اینڈ نفس؟ ایکسپلین ود ایگزیمپلز اینڈ کائنڈلی سجیسٹ دا وے ٹو کنٹرول دیم۔</w:t>
      </w:r>
    </w:p>
    <w:p>
      <w:r>
        <w:rPr>
          <w:b/>
        </w:rPr>
        <w:t xml:space="preserve">[53:08] </w:t>
      </w:r>
      <w:r>
        <w:t>yeh taghoot jo hai, taghoot. taghoot ke maani hote hain bahut zyada sarkash.</w:t>
      </w:r>
    </w:p>
    <w:p>
      <w:pPr>
        <w:jc w:val="right"/>
      </w:pPr>
      <w:r>
        <w:t>یہ طاغوت جو ہے، ٹی اے جی ایچ یو ٹی۔ طاغوت کے معنی ہوتے ہیں بہت زیادہ سرکش۔</w:t>
      </w:r>
    </w:p>
    <w:p>
      <w:r>
        <w:rPr>
          <w:b/>
        </w:rPr>
        <w:t xml:space="preserve">[53:19] </w:t>
      </w:r>
      <w:r>
        <w:t>yeh quran mein satan ke liye aaya hai. yani satan ko quran mein taghoot kaha gaya hai. aur nafs jo hai woh aadmi ke andar ki khwahish hoti hai.</w:t>
      </w:r>
    </w:p>
    <w:p>
      <w:pPr>
        <w:jc w:val="right"/>
      </w:pPr>
      <w:r>
        <w:t>یہ قرآن میں سیٹن کے لیے آیا ہے۔ یعنی سیٹن کو قرآن میں طاغوت کہا گیا ہے۔ اور نفس جو ہے وہ آدمی کے اندر کی خواہش ہوتی ہے۔</w:t>
      </w:r>
    </w:p>
    <w:p>
      <w:r>
        <w:rPr>
          <w:b/>
        </w:rPr>
        <w:t xml:space="preserve">[53:30] </w:t>
      </w:r>
      <w:r>
        <w:t>to satan jo hai woh aap ke andar jo khwahishen hain, desires hain, un ko activate karta hai.</w:t>
      </w:r>
    </w:p>
    <w:p>
      <w:pPr>
        <w:jc w:val="right"/>
      </w:pPr>
      <w:r>
        <w:t>تو شیطان جو ہے وہ آپ کے اندر جو خواہشیں ہیں، ڈیزائرز ہیں، ان کو ایکٹیویٹ کرتا ہے۔</w:t>
      </w:r>
    </w:p>
    <w:p>
      <w:r>
        <w:rPr>
          <w:b/>
        </w:rPr>
        <w:t xml:space="preserve">[53:39] </w:t>
      </w:r>
      <w:r>
        <w:t>to taghoot ka matlab hai satan aur nafs ka matlab hai aap ke andar ki khwahishen. to aadmi ko aap taghoot par yani satan par to control nahin kar sakte, woh aap ke control se bahar hai.</w:t>
      </w:r>
    </w:p>
    <w:p>
      <w:pPr>
        <w:jc w:val="right"/>
      </w:pPr>
      <w:r>
        <w:t>تو طاغوت کا مطلب ہے شیطان اور نفس کا مطلب ہے آپ کے اندر کی خواہشیں۔ تو آدمی کو آپ طاغوت پر یعنی شیطان پر تو کنٹرول نہیں کر سکتے، وہ آپ کے کنٹرول سے باہر ہے۔</w:t>
      </w:r>
    </w:p>
    <w:p>
      <w:r>
        <w:rPr>
          <w:b/>
        </w:rPr>
        <w:t xml:space="preserve">[53:55] </w:t>
      </w:r>
      <w:r>
        <w:t>lekin aap apne aap ko is se bacha sakte hain ke aap satan ke influence mein na aayen. jab satan aap ko behkaye to aap pehchan len ke yeh satan behka raha hai.</w:t>
      </w:r>
    </w:p>
    <w:p>
      <w:pPr>
        <w:jc w:val="right"/>
      </w:pPr>
      <w:r>
        <w:t>لیکن آپ اپنے آپ کو اس سے بچا سکتے ہیں کہ آپ سیٹن کے انفلوئنس میں نہ آئیں۔ جب سیٹن آپ کو بہکائے تو آپ پہچان لیں کہ یہ سیٹن بہکا رہا ہے۔</w:t>
      </w:r>
    </w:p>
    <w:p>
      <w:r>
        <w:rPr>
          <w:b/>
        </w:rPr>
        <w:t xml:space="preserve">[54:11] </w:t>
      </w:r>
      <w:r>
        <w:t>kyunki satan ka jo tareeqa hai woh quran mein is ko tazeen yani beautify karna, burai ko beautify karna.</w:t>
      </w:r>
    </w:p>
    <w:p>
      <w:pPr>
        <w:jc w:val="right"/>
      </w:pPr>
      <w:r>
        <w:t>کیونکہ سیٹن کا جو طریقہ ہے وہ قرآن میں اس کو تزین یعنی بیوٹیفائی کرنا، برائی کو بیوٹیفائی کرنا۔</w:t>
      </w:r>
    </w:p>
    <w:p>
      <w:r>
        <w:rPr>
          <w:b/>
        </w:rPr>
        <w:t xml:space="preserve">[54:22] </w:t>
      </w:r>
      <w:r>
        <w:t>misal ke taur par ek aadmi ne aap se bura kiya, ab aap se koi kahe ke bhai sabr kar lo to aap kahenge woh sabr kaise kar len?</w:t>
      </w:r>
    </w:p>
    <w:p>
      <w:pPr>
        <w:jc w:val="right"/>
      </w:pPr>
      <w:r>
        <w:t>مثلاً ایک آدمی نے آپ سے برا کیا، اب آپ سے کوئی کہے کہ بھئی صبر کر لو تو آپ کہیں گے وہ صبر کیسے کر لیں؟</w:t>
      </w:r>
    </w:p>
    <w:p>
      <w:r>
        <w:rPr>
          <w:b/>
        </w:rPr>
        <w:t xml:space="preserve">[54:35] </w:t>
      </w:r>
      <w:r>
        <w:t>sabr to buzdi hai. sabr karenge to woh aadmi aur zyada share ho jayega aur zyada hamare upar zulm karega. yahi hai satan ka kaam.</w:t>
      </w:r>
    </w:p>
    <w:p>
      <w:pPr>
        <w:jc w:val="right"/>
      </w:pPr>
      <w:r>
        <w:t>صبر تو بزدلی ہے۔ صبر کریں گے تو وہ آدمی اور زیادہ شیئر ہو جائے گا اور زیادہ ہمارے اوپر ظلم کرے گا۔ یہی ہے سیٹن کا کام۔</w:t>
      </w:r>
    </w:p>
    <w:p>
      <w:r>
        <w:rPr>
          <w:b/>
        </w:rPr>
        <w:t xml:space="preserve">[54:45] </w:t>
      </w:r>
      <w:r>
        <w:t>yani satan jo hai kya kar raha hai? galat kaam ko beautify kar raha hai. yani sabr ka tareeqa na ikhtiyar kar ke aap revenge lenge aur is se ladne bhidne lagenge to yeh satan is isi ko beautify kar raha hai ke yeh tumhari bahaduri hai aur yeh in ko dabana hai.</w:t>
      </w:r>
    </w:p>
    <w:p>
      <w:pPr>
        <w:jc w:val="right"/>
      </w:pPr>
      <w:r>
        <w:t>یعنی سیٹن جو ہے کیا کر رہا ہے؟ غلط کام کو بیوٹیفائی کر رہا ہے۔ یعنی صبر کا طریقہ نہ اختیار کر کے آپ ریونج لیں گے اور اس سے لڑنے بھنڈنے لگیں گے تو یہ سیٹن اس اسی کو بیوٹیفائی کر رہا ہے کہ یہ تمہاری بہادری ہے اور یہ ان کو دبانا ہے۔</w:t>
      </w:r>
    </w:p>
    <w:p>
      <w:r>
        <w:rPr>
          <w:b/>
        </w:rPr>
        <w:t xml:space="preserve">[55:05] </w:t>
      </w:r>
      <w:r>
        <w:t>nahin dabao ge to woh aur tumhare upar share ho jayenge. hamesha yahi hota hai ke aap ke andar koi bura thought aata hai, us ko satan beautify kar ke isi mein aap ko phansa deta hai.</w:t>
      </w:r>
    </w:p>
    <w:p>
      <w:pPr>
        <w:jc w:val="right"/>
      </w:pPr>
      <w:r>
        <w:t>نہیں دباؤ گے تو وہ اور تمہارے اوپر شیئر ہو جائیں گے۔ ہمیشہ یہی ہوتا ہے کہ آپ کے اندر کوئی برا تھاٹ آتا ہے، اس کو سیٹن بیوٹیفائی کر کے اسی میں آپ کو پھنسا دیتا ہے۔</w:t>
      </w:r>
    </w:p>
    <w:p>
      <w:r>
        <w:rPr>
          <w:b/>
        </w:rPr>
        <w:t xml:space="preserve">[55:18] </w:t>
      </w:r>
      <w:r>
        <w:t>to wohi waqt hota hai jab ke aap pehchanen ke yeh is waqt mein satan ke influence mein aa gaya hoon. pehchan kar ke aap kahen Allahu a'uzu bik min hamazat al-shayateen.</w:t>
      </w:r>
    </w:p>
    <w:p>
      <w:pPr>
        <w:jc w:val="right"/>
      </w:pPr>
      <w:r>
        <w:t>تو وہی وقت ہوتا ہے جب کہ آپ پہچانیں کہ یہ اس وقت میں سیٹن کے انفلوئنس میں آ گیا ہوں۔ پہچان کر کے آپ کہیں اللہ منعوذ بک من حمد الشیاطین۔</w:t>
      </w:r>
    </w:p>
    <w:p>
      <w:r>
        <w:rPr>
          <w:b/>
        </w:rPr>
        <w:t xml:space="preserve">[55:30] </w:t>
      </w:r>
      <w:r>
        <w:t>is tarah shaitan ko bhagaen. next question is by anwar hussain. the question is what is the criteria and prerequisite to understand the hadith between the lines?</w:t>
      </w:r>
    </w:p>
    <w:p>
      <w:pPr>
        <w:jc w:val="right"/>
      </w:pPr>
      <w:r>
        <w:t>اس طرح شیطان کو بھگائیں۔ نیکسٹ کوئسچن از بائے انور حسین۔ دا کوئسچن از واٹ از دی کرائٹیریا اینڈ پری ریکوزٹ ٹو انڈرسٹینڈ دی حدیث بٹوین دا لائنز؟</w:t>
      </w:r>
    </w:p>
    <w:p>
      <w:r>
        <w:rPr>
          <w:b/>
        </w:rPr>
        <w:t xml:space="preserve">[55:43] </w:t>
      </w:r>
      <w:r>
        <w:t>what is the criteria and prerequisite to understand the hadith between lines? dekhen, is ka koi criteria nahin hota hai.</w:t>
      </w:r>
    </w:p>
    <w:p>
      <w:pPr>
        <w:jc w:val="right"/>
      </w:pPr>
      <w:r>
        <w:t>واٹ از دی کرائٹیریا اینڈ پری ریکوزٹ ٹو انڈرسٹینڈ دی حدیث بٹوین لائنز؟ دیکھیں، اس کا کوئی کرائٹیریا نہیں ہوتا ہے۔</w:t>
      </w:r>
    </w:p>
    <w:p>
      <w:r>
        <w:rPr>
          <w:b/>
        </w:rPr>
        <w:t xml:space="preserve">[55:54] </w:t>
      </w:r>
      <w:r>
        <w:t>between the line jo cheez hai, us ko parhne ka koi criteria nahin hota hai. yeh between the line wali baat har jagah hoti hai. us ko woh parh payega jo bohat zyada is par soche,</w:t>
      </w:r>
    </w:p>
    <w:p>
      <w:pPr>
        <w:jc w:val="right"/>
      </w:pPr>
      <w:r>
        <w:t>بٹوین دا لائن جو چیز ہے، اس کو پڑھنے کا کوئی کرائٹیریا نہیں ہوتا ہے۔ یہ بٹوین دا لائن والی بات ہر جگہ ہوتی ہے۔ اس کو وہ پڑھ پائے گا جو بہت زیادہ اس پر سوچے،</w:t>
      </w:r>
    </w:p>
    <w:p>
      <w:r>
        <w:rPr>
          <w:b/>
        </w:rPr>
        <w:t xml:space="preserve">[56:08] </w:t>
      </w:r>
      <w:r>
        <w:t>bohat zyada is mein dhyan de, bohat apne mind ko lagaye. misaal ke taur par main bataoon ke main quran ki ayaton ko ya hadithon ko barabar apne mind mein rakhta hoon, raat din, raat din, raat din.</w:t>
      </w:r>
    </w:p>
    <w:p>
      <w:pPr>
        <w:jc w:val="right"/>
      </w:pPr>
      <w:r>
        <w:t>بہت زیادہ اس میں دھیان دے، بہت اپنے مائنڈ کو لگائے۔ مثلاً میں بتاؤں کہ میں قرآن کی آیتوں کو یا حدیثوں کو برابر اپنے مائنڈ میں رکھتا ہوں، رات دن، رات دن، رات دن۔</w:t>
      </w:r>
    </w:p>
    <w:p>
      <w:r>
        <w:rPr>
          <w:b/>
        </w:rPr>
        <w:t xml:space="preserve">[56:24] </w:t>
      </w:r>
      <w:r>
        <w:t>aur kai baar aisa hota hai ke barson barson beet jate hain between the line ko parhne ke. abhi kal ki baat hai, maine apni ladki fareeda se bataya ek baat.</w:t>
      </w:r>
    </w:p>
    <w:p>
      <w:pPr>
        <w:jc w:val="right"/>
      </w:pPr>
      <w:r>
        <w:t>اور کئی بار ایسا ہوتا ہے کہ برسوں برسوں بیت جاتے ہیں بٹوین دا لائن کو پڑھنے کے۔ ابھی کل کی بات ہے، میں نے اپنی لڑکی فریدہ سے بتایا ایک بات۔</w:t>
      </w:r>
    </w:p>
    <w:p>
      <w:r>
        <w:rPr>
          <w:b/>
        </w:rPr>
        <w:t xml:space="preserve">[56:35] </w:t>
      </w:r>
      <w:r>
        <w:t>maine kaha ke is baat ko discover karne mein meri poori umar khatam ho gayi. poori poori umar khatam ho gayi, tab samajh mein aayi yeh baat.</w:t>
      </w:r>
    </w:p>
    <w:p>
      <w:pPr>
        <w:jc w:val="right"/>
      </w:pPr>
      <w:r>
        <w:t>میں نے کہا کہ اس بات کو ڈسکور کرنے میں میری پوری عمر ختم ہوگئی۔ پوری پوری عمر ختم ہوگئی، تب سمجھ میں آئی یہ بات۔</w:t>
      </w:r>
    </w:p>
    <w:p>
      <w:r>
        <w:rPr>
          <w:b/>
        </w:rPr>
        <w:t xml:space="preserve">[56:44] </w:t>
      </w:r>
      <w:r>
        <w:t>woh between the line jo thi, between the line ko parhne ka raaz hai concentration. ek hi baat par focus karna.</w:t>
      </w:r>
    </w:p>
    <w:p>
      <w:pPr>
        <w:jc w:val="right"/>
      </w:pPr>
      <w:r>
        <w:t>وہ بٹوین دا لائن جو تھی، بٹوین دا لائن کو پڑھنے کا راز ہے کنسنٹریشن۔ ایک ہی بات پر فوکس کرنا۔</w:t>
      </w:r>
    </w:p>
    <w:p>
      <w:r>
        <w:rPr>
          <w:b/>
        </w:rPr>
        <w:t xml:space="preserve">[56:53] </w:t>
      </w:r>
      <w:r>
        <w:t>jin jin logon ke andar yeh ho ke koi bhi cheez unhein woh hata deti ho line se, distract kar deti ho, to woh kabhi bhi between the line ko parh nahin sakte.</w:t>
      </w:r>
    </w:p>
    <w:p>
      <w:pPr>
        <w:jc w:val="right"/>
      </w:pPr>
      <w:r>
        <w:t>جس جن لوگوں کے اندر یہ ہو کہ کوئی بھی چیز انہیں وہ ہٹا دیتی ہو لائن سے، ڈسٹریکٹ کر دیتی ہو، تو وہ کبھی بھی بٹوین دا لائن کو پڑھ نہیں سکتے۔</w:t>
      </w:r>
    </w:p>
    <w:p>
      <w:r>
        <w:rPr>
          <w:b/>
        </w:rPr>
        <w:t xml:space="preserve">[57:08] </w:t>
      </w:r>
      <w:r>
        <w:t>har doosri cheez se apni soch ko hata kar ke ek focus pe lagaye rehna.</w:t>
      </w:r>
    </w:p>
    <w:p>
      <w:pPr>
        <w:jc w:val="right"/>
      </w:pPr>
      <w:r>
        <w:t>ہر دوسری چیز سے اپنی سوچ کو ہٹا کر کے ایک فوکس پہ لگائے رہنا۔</w:t>
      </w:r>
    </w:p>
    <w:p>
      <w:r>
        <w:rPr>
          <w:b/>
        </w:rPr>
        <w:t xml:space="preserve">[57:16] </w:t>
      </w:r>
      <w:r>
        <w:t>jaise is ka ek example yeh hai ke arjun ka jo qissa hai mashhoor ke kai yani mahal ke kai ladke the, un ko sikhate the ek ustaad teer chalana.</w:t>
      </w:r>
    </w:p>
    <w:p>
      <w:pPr>
        <w:jc w:val="right"/>
      </w:pPr>
      <w:r>
        <w:t>جیسے اس کا ایک ایگزیمپل یہ ہے کہ ارجن کا جو قصہ ہے مشہور کہ کئی یعنی محل کے کئی لڑکے تھے، ان کو سکھاتے تھے ایک استاد تیر چلانا۔</w:t>
      </w:r>
    </w:p>
    <w:p>
      <w:r>
        <w:rPr>
          <w:b/>
        </w:rPr>
        <w:t xml:space="preserve">[57:30] </w:t>
      </w:r>
      <w:r>
        <w:t>to arjun ko woh bohat mante the. to doosre jo log the, un ko shikayat thi ke arjun ko zyada mante hain. to unhon ne kya kiya ke ek din peharr par ek lakri ki chidiya banayi aur peharr par rakha.</w:t>
      </w:r>
    </w:p>
    <w:p>
      <w:pPr>
        <w:jc w:val="right"/>
      </w:pPr>
      <w:r>
        <w:t>تو ارجن کو وہ بہت مانتے تھے۔ تو دوسرے جو لوگ تھے، ان کو شکایت تھی کہ ارجن کو زیادہ مانتے ہیں۔ تو انہوں نے کیا کیا کہ ایک دن پہڑ پر ایک لکڑی کی چڑیا بنائی اور پہڑ پر رکھا۔</w:t>
      </w:r>
    </w:p>
    <w:p>
      <w:r>
        <w:rPr>
          <w:b/>
        </w:rPr>
        <w:t xml:space="preserve">[57:43] </w:t>
      </w:r>
      <w:r>
        <w:t>to use sab se kaha ke is par nishana lagao. sab ne lagaya yani kaman mein teer lagaya, us ko nishana is taraf maada. to doosron se poocha ke tum ko kya dikhai de raha hai?</w:t>
      </w:r>
    </w:p>
    <w:p>
      <w:pPr>
        <w:jc w:val="right"/>
      </w:pPr>
      <w:r>
        <w:t>تو اسے سب سے کہا کہ اس پر نشانہ لگاؤ۔ سب نے لگایا یعنی کمان میں تیر لگایا، اس کو نشانہ اس طرف مادا۔ تو دوسروں سے پوچھا کہ تم کو کیا دکھائی دے رہا ہے؟</w:t>
      </w:r>
    </w:p>
    <w:p>
      <w:r>
        <w:rPr>
          <w:b/>
        </w:rPr>
        <w:t xml:space="preserve">[57:55] </w:t>
      </w:r>
      <w:r>
        <w:t>to ustaad ne kaha ke is ki aankh par nishana lagao, aankh par. to log keh log kya bolte the? peharr dikhai de raha hai, suraj dikhai de raha hai, patti dikhai de rahi hai, chidiya dikhai de rahi hai, aankh dikhai de rahi hai.</w:t>
      </w:r>
    </w:p>
    <w:p>
      <w:pPr>
        <w:jc w:val="right"/>
      </w:pPr>
      <w:r>
        <w:t>تو استاد نے کہا کہ اس کی آنکھ پر نشانہ لگاؤ، آنکھ پر۔ تو لوگ کہہ لوگ کیا بولتے تھے؟ پہڑ دکھائی دے رہا ہے، سورج دکھائی دے رہا ہے، پتی دکھائی دے رہی ہے، چڑیا دکھائی دے رہی ہے، آنکھ دکھائی دے رہی ہے۔</w:t>
      </w:r>
    </w:p>
    <w:p>
      <w:r>
        <w:rPr>
          <w:b/>
        </w:rPr>
        <w:t xml:space="preserve">[58:08] </w:t>
      </w:r>
      <w:r>
        <w:t>is se poocha arjun se, to us ne kaha chidiya ki aankh, chidiya ki aankh, chidiya ki aankh. yeh hai woh cheez jis ko main concentration kehta hoon. jis aadmi ke andar yeh ho mada concentration ka, wohi between the line ko parh pata hai, woh nahin.</w:t>
      </w:r>
    </w:p>
    <w:p>
      <w:pPr>
        <w:jc w:val="right"/>
      </w:pPr>
      <w:r>
        <w:t>اس سے پوچھا ارجن سے، تو اس نے کہا چڑیا کی آنکھ، چڑیا کی آنکھ، چڑیا کی آنکھ۔ یہ ہے وہ چیز جس کو میں کنسنٹریشن کہتا ہوں۔ جس آدمی کے اندر یہ ہو مادہ کنسنٹریشن کا، وہی بٹوین دا لائن کو پڑھ پاتا ہے، وہ نہ نہیں۔</w:t>
      </w:r>
    </w:p>
    <w:p>
      <w:r>
        <w:rPr>
          <w:b/>
        </w:rPr>
        <w:t xml:space="preserve">[58:22] </w:t>
      </w:r>
      <w:r>
        <w:t>next question is by priya. the question is molana, don't you think that shopping places are necessary for the economic growth as the economy will stagnate?</w:t>
      </w:r>
    </w:p>
    <w:p>
      <w:pPr>
        <w:jc w:val="right"/>
      </w:pPr>
      <w:r>
        <w:t>نیکسٹ کوئسچن از بائے پریا۔ دا کوئسچن از مولانا، ڈونٹ یو تھنک دیٹ شاپنگ پلیسز ار نیسیسری فار دی اکنامک گروتھ ایز دی اکانومی ول سٹیگنیٹ؟</w:t>
      </w:r>
    </w:p>
    <w:p>
      <w:r>
        <w:rPr>
          <w:b/>
        </w:rPr>
        <w:t xml:space="preserve">[58:37] </w:t>
      </w:r>
      <w:r>
        <w:t>dekhen, yeh ek ek ek supposition hai, ek fardi question hai. duniya mein hazaron rafaat uthe hain, unhon ne baatein batayi hain, lekin kabhi bhi aisa nahin hua ke do char aadmiyon ke saath kisi ne maana ho.</w:t>
      </w:r>
    </w:p>
    <w:p>
      <w:pPr>
        <w:jc w:val="right"/>
      </w:pPr>
      <w:r>
        <w:t>دیکھیں، یہ ایک ایک ایک سپوزیشن ہے، ایک فردی کوئسچن ہے۔ دنیا میں ہزاروں رفابت اٹھے ہیں، انہوں نے باتیں بتائی ہیں، لیکن کبھی بھی ایسا نہیں ہوا کہ دو چار آدمیوں کے ساتھ کسی نے مانا ہو۔</w:t>
      </w:r>
    </w:p>
    <w:p>
      <w:r>
        <w:rPr>
          <w:b/>
        </w:rPr>
        <w:t xml:space="preserve">[58:55] </w:t>
      </w:r>
      <w:r>
        <w:t>ek ideal jab bataya jayega to woh absolute language bataya jayega. bataya jayega jab bhi aap koi preach karenge, koi reformation ki baat karenge to hamesha aap absolute language bolenge taake is par poora emphasis pade.</w:t>
      </w:r>
    </w:p>
    <w:p>
      <w:pPr>
        <w:jc w:val="right"/>
      </w:pPr>
      <w:r>
        <w:t>ایک آئیڈیل جب بتایا جائے گا تو وہ ایبسولیوٹ لینگویج بتایا جائے گا۔ بتایا جائے گا جب بھی آپ کوئی پریچ کریں گے، کوئی ریفارمیشن کی بات کریں گے تو ہمیشہ آپ ایبسولیوٹ لینگویج بولیں گے تاکہ اس پر پورا ایمفیسز پڑے۔</w:t>
      </w:r>
    </w:p>
    <w:p>
      <w:r>
        <w:rPr>
          <w:b/>
        </w:rPr>
        <w:t xml:space="preserve">[59:08] </w:t>
      </w:r>
      <w:r>
        <w:t>lekin logon ka haal yahi hota hai hamesha, aur aaj bhi yeh hoga ke koi baat ko manta nahin. bohat choti si minority hoti hai jo baat ko manti hai. to is wajah se is ka koi andesha nahin hai ke jo log dilchaspi rakhte hain shopping se, un ka karobar band ho jayega.</w:t>
      </w:r>
    </w:p>
    <w:p>
      <w:pPr>
        <w:jc w:val="right"/>
      </w:pPr>
      <w:r>
        <w:t>لیکن لوگوں کا حال یہی ہوتا ہے ہمیشہ، اور آج بھی یہ ہوگا کہ کوئی بات کو مانتا نہیں۔ بہت چھوٹی سی مائنورٹی ہوتی ہے جو بات کو مانتی ہے۔ تو اس وجہ سے اس کا کوئی اندیشہ نہیں ہے کہ جو لوگ دلچسپی رکھتے ہیں شاپنگ سے، ان کا کاروبار بند ہو جائے گا۔</w:t>
      </w:r>
    </w:p>
    <w:p>
      <w:r>
        <w:rPr>
          <w:b/>
        </w:rPr>
        <w:t xml:space="preserve">[59:33] </w:t>
      </w:r>
      <w:r>
        <w:t>the next question is by mn adil, who is from hyderabad. molana, he is asked the meaning of an arabic statement. i would say here, i will just repeat that arabic thing.</w:t>
      </w:r>
    </w:p>
    <w:p>
      <w:pPr>
        <w:jc w:val="right"/>
      </w:pPr>
      <w:r>
        <w:t>دی نیکسٹ کوئسچن از بائے ایم این عادل، ہو از فرام حیدرآباد۔ مولانا، ہی از اسکڈ دا میننگ اف این عربک سٹیٹمنٹ۔ آئی وڈ سے ہیئر، آئی ویل جسٹ ریپیٹ دیٹ عربک تھنگ۔</w:t>
      </w:r>
    </w:p>
    <w:p>
      <w:r>
        <w:rPr>
          <w:b/>
        </w:rPr>
        <w:t xml:space="preserve">[59:44] </w:t>
      </w:r>
      <w:r>
        <w:t>it goes like this: "fasalu ahlal zikri in kuntum la ta'lamoon". what does this mean? yeh quran ki ayat hai.</w:t>
      </w:r>
    </w:p>
    <w:p>
      <w:pPr>
        <w:jc w:val="right"/>
      </w:pPr>
      <w:r>
        <w:t>اٹ گوز لائک دس: "فصلو اہل ذکر ان کنتم لا تعلمون"۔ واٹ ڈز دس مین؟ یہ قرآن کی آیت ہے۔</w:t>
      </w:r>
    </w:p>
    <w:p>
      <w:r>
        <w:rPr>
          <w:b/>
        </w:rPr>
        <w:t xml:space="preserve">[59:55] </w:t>
      </w:r>
      <w:r>
        <w:t>is ka matlab hai ke agar tum nahin jante to janne walon se poocho. simply si baat hai is mein. agar tum nahin jante to janne walon se poocho.</w:t>
      </w:r>
    </w:p>
    <w:p>
      <w:pPr>
        <w:jc w:val="right"/>
      </w:pPr>
      <w:r>
        <w:t>اس کا مطلب ہے کہ اگر تم نہیں جانتے تو جاننے والوں سے پوچھو۔ سمپلی سی بات ہے اس میں۔ اگر تم نہیں جانتے تو جاننے والوں سے پوچھو۔</w:t>
      </w:r>
    </w:p>
    <w:p>
      <w:r>
        <w:rPr>
          <w:b/>
        </w:rPr>
        <w:t xml:space="preserve">[1:00:06] </w:t>
      </w:r>
      <w:r>
        <w:t>aam taur par dekhen hota yeh hai ke log jante hain nahin aur lagte hain taqreer karne, lagte hain speech dene. main to daily yeh dekhta hoon ke na jan kar bolna ek aam bimari hai logon mein.</w:t>
      </w:r>
    </w:p>
    <w:p>
      <w:pPr>
        <w:jc w:val="right"/>
      </w:pPr>
      <w:r>
        <w:t>عام طور پر دیکھیں ہوتا یہ ہے کہ لوگ جانتے ہیں نہیں اور لگتے ہیں تقریر کرنے، لگتے ہیں سپیچ دینے۔ میں تو ڈیلی یہ دیکھتا ہوں کہ نہ جان کر بولنا ایک عام بیماری ہے لوگوں میں۔</w:t>
      </w:r>
    </w:p>
    <w:p>
      <w:r>
        <w:rPr>
          <w:b/>
        </w:rPr>
        <w:t xml:space="preserve">[1:00:17] </w:t>
      </w:r>
      <w:r>
        <w:t>andar kisi cheez pe bolne ke liye aap ko is ki poori knowledge ho, poora gyan ho, to socha ho aap ne, is ka aspect par aap ne ghor kiya ho, tab bolne ka right hota hai aap ko.</w:t>
      </w:r>
    </w:p>
    <w:p>
      <w:pPr>
        <w:jc w:val="right"/>
      </w:pPr>
      <w:r>
        <w:t>اندر کسی چیز پہ بولنے کے لیے آپ کو اس کی پوری نالج ہو، پورا گیان ہو، تو سوچا ہو آپ نے، اس کا اسپیکٹ پر آپ نے غور کیا ہو، تب بولنے کا رائٹ ہوتا ہے آپ کو۔</w:t>
      </w:r>
    </w:p>
    <w:p>
      <w:r>
        <w:rPr>
          <w:b/>
        </w:rPr>
        <w:t xml:space="preserve">[1:00:32] </w:t>
      </w:r>
      <w:r>
        <w:t>to log bana jaane poochhe bol bolne lagte hain. is mein yeh bataya gaya hai ke agar tum nahin jante to bolte kyun ho? poocho.</w:t>
      </w:r>
    </w:p>
    <w:p>
      <w:pPr>
        <w:jc w:val="right"/>
      </w:pPr>
      <w:r>
        <w:t>تو لوگ بنا جانے پوچھے بول بولنے لگتے ہیں۔ اس میں یہ بتایا گیا ہے کہ اگر تم نہیں جانتے تو بولتے کیوں ہو؟ پوچھو۔</w:t>
      </w:r>
    </w:p>
    <w:p>
      <w:r>
        <w:rPr>
          <w:b/>
        </w:rPr>
        <w:t xml:space="preserve">[1:00:42] </w:t>
      </w:r>
      <w:r>
        <w:t>na janne walon ko bolna nahin chahiye, balkeh na janne walon ko poochna chahiye. ke na janne walon ko apni jankari badhana chahiye. yeh nahin ke na jante ke na jante hue bhi lagen bolne.</w:t>
      </w:r>
    </w:p>
    <w:p>
      <w:pPr>
        <w:jc w:val="right"/>
      </w:pPr>
      <w:r>
        <w:t>نہ جاننے والوں کو بولنا نہیں چاہیے، بلکہ نہ جاننے والوں کو پوچھنا چاہیے۔ کہ نہ جاننے والوں کو اپنی جانکاری بڑھانا چاہیے۔ یہ نہیں کہ نہ جانتے کہ نہ جانتے ہوئے بھی لگیں بولنے۔</w:t>
      </w:r>
    </w:p>
    <w:p>
      <w:r>
        <w:rPr>
          <w:b/>
        </w:rPr>
        <w:t xml:space="preserve">[1:00:53] </w:t>
      </w:r>
      <w:r>
        <w:t>is ko discourage kiya gaya hai.</w:t>
      </w:r>
    </w:p>
    <w:p>
      <w:pPr>
        <w:jc w:val="right"/>
      </w:pPr>
      <w:r>
        <w:t>اس کو ڈسکرج کیا گیا ہے۔</w:t>
      </w:r>
    </w:p>
    <w:p>
      <w:r>
        <w:rPr>
          <w:b/>
        </w:rPr>
        <w:t xml:space="preserve">[1:01:00] </w:t>
      </w:r>
      <w:r>
        <w:t>next question is by sonia. da question is molana, mini people who are non muslims, are very good human beings and have all the qualities which are sent or a prophet has.</w:t>
      </w:r>
    </w:p>
    <w:p>
      <w:pPr>
        <w:jc w:val="right"/>
      </w:pPr>
      <w:r>
        <w:t>نیکسٹ کوئسچن از بائے سونیا۔ دا کوئسچن از مولانا، مینی پیپل ہو آر نان مسلمز، ار ویری گڈ ہیومن بینگز اینڈ ہیو ال دی کوالٹیز وچ ار سینٹ اور ا پرافٹ ہیز۔</w:t>
      </w:r>
    </w:p>
    <w:p>
      <w:r>
        <w:rPr>
          <w:b/>
        </w:rPr>
        <w:t xml:space="preserve">[1:01:12] </w:t>
      </w:r>
      <w:r>
        <w:t>please let us know what will happen to them after death. maine to aisa ek aadmi mein nahin dekha. yeh to ek fardi baat hai jo aksar kehte rehte hain log.</w:t>
      </w:r>
    </w:p>
    <w:p>
      <w:pPr>
        <w:jc w:val="right"/>
      </w:pPr>
      <w:r>
        <w:t>پلیز لیٹ اس نو واٹ ول ہیپن ٹو دیم افٹر ڈیتھ۔ میں نے تو ایسا ایک آدمی میں نہیں دیکھا۔ یہ تو ایک فردی بات ہے جو اکثر کہتے رہتے ہیں لوگ۔</w:t>
      </w:r>
    </w:p>
    <w:p>
      <w:r>
        <w:rPr>
          <w:b/>
        </w:rPr>
        <w:t xml:space="preserve">[1:01:23] </w:t>
      </w:r>
      <w:r>
        <w:t>social manners log dikhate hain, is ko aap samajhte hain ke bare achhe aadmi hain. yeh jitne maine paye hain, meri umar bahut lambi ho chuki hai, sab social manners wale log hain.</w:t>
      </w:r>
    </w:p>
    <w:p>
      <w:pPr>
        <w:jc w:val="right"/>
      </w:pPr>
      <w:r>
        <w:t>سوشل مائنرز لوگ دکھاتے ہیں، اس کو آپ سمجھتے ہیں کہ بڑے اچھے آدمی ہیں۔ یہ جتنے میں نے پائے ہیں، میری عمر بہت لمبی ہو چکی ہے، سب سوشل مائنرز والے لوگ ہیں۔</w:t>
      </w:r>
    </w:p>
    <w:p>
      <w:r>
        <w:rPr>
          <w:b/>
        </w:rPr>
        <w:t xml:space="preserve">[1:01:33] </w:t>
      </w:r>
      <w:r>
        <w:t>jahan test par ate hain, ek dum badal jate hain. test ka matlab yeh hai ke un ka interest kill ho raha ho, un ka ego hit ho, un ka ego hurt ho.</w:t>
      </w:r>
    </w:p>
    <w:p>
      <w:pPr>
        <w:jc w:val="right"/>
      </w:pPr>
      <w:r>
        <w:t>جہاں ٹیسٹ پر آتے ہیں، ایک دم بدل جاتے ہیں۔ ٹیسٹ کا مطلب یہ ہے کہ ان کا انٹرسٹ کل ہو رہا ہو، ان کا ایگو ہٹ ہو، ان کا ایگو ہرٹ ہو۔</w:t>
      </w:r>
    </w:p>
    <w:p>
      <w:r>
        <w:rPr>
          <w:b/>
        </w:rPr>
        <w:t xml:space="preserve">[1:01:44] </w:t>
      </w:r>
      <w:r>
        <w:t>maine to nahin dekha ke woh aadmi jo ego hurt hua, tab bhi woh justice pe qaim hai. is ka interest kill ho raha hai, tab bhi justice pe qaim hai. woh aap farq kijiye social manners mein aur real character mein.</w:t>
      </w:r>
    </w:p>
    <w:p>
      <w:pPr>
        <w:jc w:val="right"/>
      </w:pPr>
      <w:r>
        <w:t>میں نے تو نہیں دیکھا کہ وہ آدمی جو ایگو ہرٹ ہوا، تب بھی وہ جسٹس پہ قائم ہے۔ اس کا انٹرسٹ کل ہو رہا ہے، تب بھی جسٹس پہ قائم ہے۔ وہ آپ فرق کیجئے سوشل مائنرز میں اور ریئل کریکٹر میں۔</w:t>
      </w:r>
    </w:p>
    <w:p>
      <w:r>
        <w:rPr>
          <w:b/>
        </w:rPr>
        <w:t xml:space="preserve">[1:01:57] </w:t>
      </w:r>
      <w:r>
        <w:t>dekhen, jab tak aadmi ke andar khuda ka dar na ho, due judgment ka dar na ho, is ko kabhi bhi woh right path par qaim ho nahin sakta.</w:t>
      </w:r>
    </w:p>
    <w:p>
      <w:pPr>
        <w:jc w:val="right"/>
      </w:pPr>
      <w:r>
        <w:t>دیکھیں، جب تک آدمی کے اندر خدا کا ڈر نہ ہو، ڈیو ججمنٹ کا ڈر نہ ہو، اس کو کبھی بھی وہ رائٹ پاتھ پر قائم ہو نہیں سکتا۔</w:t>
      </w:r>
    </w:p>
    <w:p>
      <w:r>
        <w:rPr>
          <w:b/>
        </w:rPr>
        <w:t xml:space="preserve">[1:02:06] </w:t>
      </w:r>
      <w:r>
        <w:t>yeh ek fardi sawal hai. kyon? aap bataiye, kyon nahin hatega woh? maine ek qissa padha tha, woh daily india mein daily yahi ho raha hai ke ek custom officer tha, us ne pakda ek ek ek passenger ko.</w:t>
      </w:r>
    </w:p>
    <w:p>
      <w:pPr>
        <w:jc w:val="right"/>
      </w:pPr>
      <w:r>
        <w:t>یہ ایک فردی سوال ہے۔ کیوں؟ آپ بتائیے، کیوں نہیں ہٹے گا وہ؟ میں نے ایک قصہ پڑھا تھا، وہ ڈیلی انڈیا میں ڈیلی یہی ہو رہا ہے کہ ایک کسٹم افیسر تھا، اس نے پکڑا ایک ایک ایک پیسنجر کو۔</w:t>
      </w:r>
    </w:p>
    <w:p>
      <w:r>
        <w:rPr>
          <w:b/>
        </w:rPr>
        <w:t xml:space="preserve">[1:02:23] </w:t>
      </w:r>
      <w:r>
        <w:t>us ke paas galat cheez thi, kuch hashish waghera thi. to us ne kaha ke mujh ko chhod do, main is ko das hazar dollar deta hoon.</w:t>
      </w:r>
    </w:p>
    <w:p>
      <w:pPr>
        <w:jc w:val="right"/>
      </w:pPr>
      <w:r>
        <w:t>اس کے پاس غلط چیز تھی، کچھ ہشیش وغیرہ تھی۔ تو اس نے کہا کہ مجھ کو چھوڑ دو، میں اس کو دس ہزار ڈالر دیتا ہوں۔</w:t>
      </w:r>
    </w:p>
    <w:p>
      <w:r>
        <w:rPr>
          <w:b/>
        </w:rPr>
        <w:t xml:space="preserve">[1:02:32] </w:t>
      </w:r>
      <w:r>
        <w:t>to ghussa ho gaya woh. unhon ne kaha chalo 25 hazar dollar deta hoon. aur ghussa ho gaya. unhon ne kaha 50 hazar dollar deta hoon. phir woh ghussa hua.</w:t>
      </w:r>
    </w:p>
    <w:p>
      <w:pPr>
        <w:jc w:val="right"/>
      </w:pPr>
      <w:r>
        <w:t>تو غصہ ہو گیا وہ۔ انہوں نے کہا چلو 25 ہزار ڈالر دیتا ہوں۔ اور غصہ ہو گیا۔ انہوں نے کہا 50 ہزار ڈالر دیتا ہوں۔ پھر وہ غصہ ہوا۔</w:t>
      </w:r>
    </w:p>
    <w:p>
      <w:r>
        <w:rPr>
          <w:b/>
        </w:rPr>
        <w:t xml:space="preserve">[1:02:42] </w:t>
      </w:r>
      <w:r>
        <w:t>60 hazar deta hoon. tab bhi ghussa ho gaya. unhon ne kaha 90 hazar dollar deta hoon. tum ko chhod do mujh ko. to woh custom officer jo tha, woh chala ke bola ke zalimon!</w:t>
      </w:r>
    </w:p>
    <w:p>
      <w:pPr>
        <w:jc w:val="right"/>
      </w:pPr>
      <w:r>
        <w:t>60 ہزار دیتا ہوں۔ تب بھی غصہ ہو گیا۔ انہوں نے کہا 90 ہزار ڈالر دیتا ہوں۔ تم کو چھوڑ دو مجھ کو۔ تو وہ کسٹم افیسر جو تھا، وہ چلا کے بولا کہ ظالموں!</w:t>
      </w:r>
    </w:p>
    <w:p>
      <w:r>
        <w:rPr>
          <w:b/>
        </w:rPr>
        <w:t xml:space="preserve">[1:02:52] </w:t>
      </w:r>
      <w:r>
        <w:t>tum meri qeemat ke qareeb pahunch gaye ho.</w:t>
      </w:r>
    </w:p>
    <w:p>
      <w:pPr>
        <w:jc w:val="right"/>
      </w:pPr>
      <w:r>
        <w:t>تم میری قیمت کے قریب پہنچ گئے ہو۔</w:t>
      </w:r>
    </w:p>
    <w:p>
      <w:r>
        <w:rPr>
          <w:b/>
        </w:rPr>
        <w:t xml:space="preserve">[1:02:58] </w:t>
      </w:r>
      <w:r>
        <w:t>zalimon! tum meri qeemat ke qareeb pahunch gaye ho. yaad rakhen, jin ko log samajhte hain ke woh bare achhe hain, woh achhe bachhe kuch bhi nahin hain. mere tajrube ke mutabiq qeemat nahin lagi hai in ki.</w:t>
      </w:r>
    </w:p>
    <w:p>
      <w:pPr>
        <w:jc w:val="right"/>
      </w:pPr>
      <w:r>
        <w:t>ظالموں! تم میری قیمت کے قریب پہنچ گئے ہو۔ یاد رکھیں، جن کو لوگ سمجھتے ہیں کہ وہ بڑے اچھے ہیں، وہ اچھے بچے کچھ بھی نہیں ہیں۔ میرے تجربے کے مطابق قیمت نہیں لگی ہے ان کی۔</w:t>
      </w:r>
    </w:p>
    <w:p>
      <w:r>
        <w:rPr>
          <w:b/>
        </w:rPr>
        <w:t xml:space="preserve">[1:03:08] </w:t>
      </w:r>
      <w:r>
        <w:t>qeemat lagte hi sab khatam. maine apni zindagi mein bare bare top ke logon ko dekha hai, jahan un ki qeemat lagi, khatam ho gayi.</w:t>
      </w:r>
    </w:p>
    <w:p>
      <w:pPr>
        <w:jc w:val="right"/>
      </w:pPr>
      <w:r>
        <w:t>قیمت لگتے ہی سب ختم۔ میں نے اپنی زندگی میں بڑے بڑے ٹاپ کے لوگوں کو دیکھا ہے، جہاں ان کی قیمت لگی، ختم ہو گئی۔</w:t>
      </w:r>
    </w:p>
    <w:p>
      <w:r>
        <w:rPr>
          <w:b/>
        </w:rPr>
        <w:t xml:space="preserve">[1:03:17] </w:t>
      </w:r>
      <w:r>
        <w:t>kisi ki qeemat lagti hai paise par, kisi ki qeemat lagti hai uhde par. bare bare log maine dekha hai ke woh bahut honest, bahut honest the.</w:t>
      </w:r>
    </w:p>
    <w:p>
      <w:pPr>
        <w:jc w:val="right"/>
      </w:pPr>
      <w:r>
        <w:t>کسی کی قیمت لگتی ہے پیسے پر، کسی کی قیمت لگتی ہے عہدے پر۔ بڑے بڑے لوگ میں نے دیکھا ہے کہ وہ بہت اونسٹ، بہت اونسٹ تھے۔</w:t>
      </w:r>
    </w:p>
    <w:p>
      <w:r>
        <w:rPr>
          <w:b/>
        </w:rPr>
        <w:t xml:space="preserve">[1:03:26] </w:t>
      </w:r>
      <w:r>
        <w:t>ab bete ne jab israr kiya ke bhai mujhe paisa chahiye, papa ji!</w:t>
      </w:r>
    </w:p>
    <w:p>
      <w:pPr>
        <w:jc w:val="right"/>
      </w:pPr>
      <w:r>
        <w:t>اب بیٹے نے جب اصرار کیا کہ بھئی مجھے پیسہ چاہیے، پاپا جی!</w:t>
      </w:r>
    </w:p>
    <w:p>
      <w:r>
        <w:rPr>
          <w:b/>
        </w:rPr>
        <w:t xml:space="preserve">[1:03:30] </w:t>
      </w:r>
      <w:r>
        <w:t>to papa ji badal gaye. sari honest khatam ho gayi in ki. to jab tak aap ne test par na aaye, tab tak yeh na samjhen ke woh sach much bahut achha aadmi hai, bahut honest aadmi hai, bahut just aadmi hai.</w:t>
      </w:r>
    </w:p>
    <w:p>
      <w:pPr>
        <w:jc w:val="right"/>
      </w:pPr>
      <w:r>
        <w:t>تو پاپا جی بدل گئے۔ ساری اونسٹ ختم ہو گئی ان کی۔ تو جب تک آپ نے ٹیسٹ پر نہ آئے، تب تک یہ نہ سمجھیں کہ وہ سچ مچ بہت اچھا آدمی ہے، بہت اونسٹ آدمی ہے، بہت جسٹ آدمی ہے۔</w:t>
      </w:r>
    </w:p>
    <w:p>
      <w:r>
        <w:rPr>
          <w:b/>
        </w:rPr>
        <w:t xml:space="preserve">[1:03:43] </w:t>
      </w:r>
      <w:r>
        <w:t>test par aane ke baad hi yeh aap faisla kijiye is aadmi ke bare mein, is se pehle nahin.</w:t>
      </w:r>
    </w:p>
    <w:p>
      <w:pPr>
        <w:jc w:val="right"/>
      </w:pPr>
      <w:r>
        <w:t>ٹیسٹ پر آنے کے بعد ہی یہ آپ فیصلہ کیجئے اس آدمی کے بارے میں، اس سے پہلے نہیں۔</w:t>
      </w:r>
    </w:p>
    <w:p>
      <w:r>
        <w:rPr>
          <w:b/>
        </w:rPr>
        <w:t xml:space="preserve">[1:03:51] </w:t>
      </w:r>
      <w:r>
        <w:t>next question is by naghma siddiqui. the question is what should be done to teach everything more meaningfully in madrasa, including hadith rasool, because it is such a big network?</w:t>
      </w:r>
    </w:p>
    <w:p>
      <w:pPr>
        <w:jc w:val="right"/>
      </w:pPr>
      <w:r>
        <w:t>نیکسٹ کوئسچن از بائے نغمہ صدیقی۔ دی کوئسچن از واٹ شوڈ بی ڈن ٹو ٹیچ ایوری تھنگ مور میننگ فلی ان مدرسہ، انکلوڈنگ حدیث رسول، بیکاز اٹ از سچ ا بگ نیٹ ورک؟</w:t>
      </w:r>
    </w:p>
    <w:p>
      <w:r>
        <w:rPr>
          <w:b/>
        </w:rPr>
        <w:t xml:space="preserve">[1:04:05] </w:t>
      </w:r>
      <w:r>
        <w:t>dekhen, madrason mein jo tareeqa hai, wahi rahega. universityon mein aur collegeon mein aap nahin kar sakte ke wahan ka aadmi jo hai, preacher ban jaye. koi professor jo hai, woh preacher nahin ban sakta.</w:t>
      </w:r>
    </w:p>
    <w:p>
      <w:pPr>
        <w:jc w:val="right"/>
      </w:pPr>
      <w:r>
        <w:t>دیکھیں، مدرسوں میں جو طریقہ ہے، وہی رہے گا۔ یونیورسٹیوں میں اور کالجوں میں آپ نہیں کر سکتے کہ وہاں کا آدمی جو ہے، پریچر بن جائے۔ کوئی پروفیسر جو ہے، وہ پریچر نہیں بن سکتا۔</w:t>
      </w:r>
    </w:p>
    <w:p>
      <w:r>
        <w:rPr>
          <w:b/>
        </w:rPr>
        <w:t xml:space="preserve">[1:04:17] </w:t>
      </w:r>
      <w:r>
        <w:t>madrasa ke log hi preacher nahin ban sakte. woh technical jo andaaz hai, waisa hi woh padhayenge, chahe college, university ho, chahe madrasa ho. to main samajhta hoon ke yeh yeh chand do woh hain education ke.</w:t>
      </w:r>
    </w:p>
    <w:p>
      <w:pPr>
        <w:jc w:val="right"/>
      </w:pPr>
      <w:r>
        <w:t>مدرسے کے لوگ ہی پریچر نہیں بن سکتے۔ وہ ٹیکنیکل جو انداز ہے، ویسا ہی وہ پڑھائیں گے، چاہے کالج، یونیورسٹی ہو، چاہے مدرسہ ہو۔ تو میں سمجھتا ہوں کہ یہ یہ چاند دو وہ ہیں ایجوکیشن کے۔</w:t>
      </w:r>
    </w:p>
    <w:p>
      <w:r>
        <w:rPr>
          <w:b/>
        </w:rPr>
        <w:t xml:space="preserve">[1:04:31] </w:t>
      </w:r>
      <w:r>
        <w:t>ek hai formal education, ek informal education. to college, university aur yeh sab madrasa, yeh formal education center hain, woh rahenge.</w:t>
      </w:r>
    </w:p>
    <w:p>
      <w:pPr>
        <w:jc w:val="right"/>
      </w:pPr>
      <w:r>
        <w:t>ایک ہے فارمل ایجوکیشن، ایک ان فارمل ایجوکیشن۔ تو کالج، یونیورسٹی اور یہ سب مدرسہ، یہ فارمل ایجوکیشن سینٹر ہیں، وہ رہیں گے۔</w:t>
      </w:r>
    </w:p>
    <w:p>
      <w:r>
        <w:rPr>
          <w:b/>
        </w:rPr>
        <w:t xml:space="preserve">[1:04:39] </w:t>
      </w:r>
      <w:r>
        <w:t>woh hum ko informal education ka alag se chalana padega. is ke zariye se hamein woh kaam karna padega jis ke bare mein aap ne farmaya.</w:t>
      </w:r>
    </w:p>
    <w:p>
      <w:pPr>
        <w:jc w:val="right"/>
      </w:pPr>
      <w:r>
        <w:t>وہ ہم کو ان فارمل ایجوکیشن کا الگ سے چلانا پڑے گا۔ اس کے ذریعے سے ہمیں وہ کام کرنا پڑے گا جس کے بارے میں آپ نے فرمایا۔</w:t>
      </w:r>
    </w:p>
    <w:p>
      <w:r>
        <w:rPr>
          <w:b/>
        </w:rPr>
        <w:t xml:space="preserve">[1:04:54] </w:t>
      </w:r>
      <w:r>
        <w:t>next question is by basit jamal. the question is mol</w:t>
      </w:r>
    </w:p>
    <w:p>
      <w:pPr>
        <w:jc w:val="right"/>
      </w:pPr>
      <w:r>
        <w:t>نیکسٹ کوئسچن از بائے باسط جمال۔ دا کوئسچن از مول</w:t>
      </w:r>
    </w:p>
    <w:p>
      <w:r>
        <w:rPr>
          <w:b/>
        </w:rPr>
        <w:t xml:space="preserve">[1:04:58] </w:t>
      </w:r>
      <w:r>
        <w:t>ana, one hadith you quoted was that: "if a man is questioned, he will go to hell in on the day of judgment". and the other hadith you quoted was: "every man will be questioned about four things."</w:t>
      </w:r>
    </w:p>
    <w:p>
      <w:pPr>
        <w:jc w:val="right"/>
      </w:pPr>
      <w:r>
        <w:t>انا، ون حدیث یو کوٹڈ واز دیٹ: "اف ا مین از کوئسچنڈ، ہی ول گو ٹو ہیل ان ان دی ڈے اف ججمنٹ"۔ اینڈ دی ادر حدیث یو کوٹڈ واز: "ایوری مین ول بی کوئسچنڈ اباؤٹ فور تھنگز۔</w:t>
      </w:r>
    </w:p>
    <w:p>
      <w:r>
        <w:rPr>
          <w:b/>
        </w:rPr>
        <w:t xml:space="preserve">[1:05:11] </w:t>
      </w:r>
      <w:r>
        <w:t>deez both seem to contradict each other. please explain". dekhen,</w:t>
      </w:r>
    </w:p>
    <w:p>
      <w:pPr>
        <w:jc w:val="right"/>
      </w:pPr>
      <w:r>
        <w:t>دیز بوتھ سیم ٹو کانٹراڈکٹ ایچ ادر۔ پلیز ایکسپلین"۔ دیکھیں،</w:t>
      </w:r>
    </w:p>
    <w:p>
      <w:r>
        <w:rPr>
          <w:b/>
        </w:rPr>
        <w:t xml:space="preserve">[1:05:21] </w:t>
      </w:r>
      <w:r>
        <w:t>aur bohat sari hadithon ko mila kar yeh baat samajh mein aati hai ke aadmi do qism ke hote hain.</w:t>
      </w:r>
    </w:p>
    <w:p>
      <w:pPr>
        <w:jc w:val="right"/>
      </w:pPr>
      <w:r>
        <w:t>اور بہت ساری حدیثوں کو ملا کر یہ بات سمجھ میں آتی ہے کہ آدمی دو قسم کے ہوتے ہیں۔</w:t>
      </w:r>
    </w:p>
    <w:p>
      <w:r>
        <w:rPr>
          <w:b/>
        </w:rPr>
        <w:t xml:space="preserve">[1:05:32] </w:t>
      </w:r>
      <w:r>
        <w:t>ek woh jo duniya mein apna hisab kar len, apna account duniya mein check kar len,</w:t>
      </w:r>
    </w:p>
    <w:p>
      <w:pPr>
        <w:jc w:val="right"/>
      </w:pPr>
      <w:r>
        <w:t>ایک وہ جو دنیا میں اپنا حساب کر لیں، اپنا اکاؤنٹ دنیا میں چیک کر لیں،</w:t>
      </w:r>
    </w:p>
    <w:p>
      <w:r>
        <w:rPr>
          <w:b/>
        </w:rPr>
        <w:t xml:space="preserve">[1:05:43] </w:t>
      </w:r>
      <w:r>
        <w:t>apna account khud hi check kar len. ek woh hain ke account to check na karen, lekin lift service kar ke kahin ke maine to sab kuch kar liya hai, maine theek kar liya hai.</w:t>
      </w:r>
    </w:p>
    <w:p>
      <w:pPr>
        <w:jc w:val="right"/>
      </w:pPr>
      <w:r>
        <w:t>اپنا اکاؤنٹ خود ہی چیک کر لیں۔ ایک وہ ہیں کہ اکاؤنٹ تو چیک نہ کریں، لیکن لفٹ سروس کر کے کہیں کہ میں نے تو سب کچھ کر لیا ہے، میں نے ٹھیک کر لیا ہے۔</w:t>
      </w:r>
    </w:p>
    <w:p>
      <w:r>
        <w:rPr>
          <w:b/>
        </w:rPr>
        <w:t xml:space="preserve">[1:05:55] </w:t>
      </w:r>
      <w:r>
        <w:t>to false yaani false belief mein ya wish full thinking mein jeene wale, jeene wale log jo hain, unki wahan exclude nahi ki jayegi.</w:t>
      </w:r>
    </w:p>
    <w:p>
      <w:pPr>
        <w:jc w:val="right"/>
      </w:pPr>
      <w:r>
        <w:t>تو فالس یعنی فالس بیلیف میں یا وش فل تھنکنگ میں جینے والے، جینے والے لوگ جو ہیں، ان کی وہاں ایکسکلوڈ نہیں کی جائے گی۔</w:t>
      </w:r>
    </w:p>
    <w:p>
      <w:r>
        <w:rPr>
          <w:b/>
        </w:rPr>
        <w:t xml:space="preserve">[1:06:06] </w:t>
      </w:r>
      <w:r>
        <w:t>aur jin logon ne sach mach hi dil se apne account ko check kar liya duniya hi mein, to unka wahan par exclude nahi hogi.</w:t>
      </w:r>
    </w:p>
    <w:p>
      <w:pPr>
        <w:jc w:val="right"/>
      </w:pPr>
      <w:r>
        <w:t>اور جن لوگوں نے سچ مچ ہی دل سے اپنے اکاؤنٹ کو چیک کر لیا دنیا ہی میں، تو ان کا وہاں پر ایکسکلوڈ نہیں ہوگی۔</w:t>
      </w:r>
    </w:p>
    <w:p>
      <w:r>
        <w:rPr>
          <w:b/>
        </w:rPr>
        <w:t xml:space="preserve">[1:06:18] </w:t>
      </w:r>
      <w:r>
        <w:t>main ek misaal deta hoon difference ka. prophet ke do campaign aap ke paas aaye, ek land ka jhagda tha.</w:t>
      </w:r>
    </w:p>
    <w:p>
      <w:pPr>
        <w:jc w:val="right"/>
      </w:pPr>
      <w:r>
        <w:t>میں ایک مثال دیتا ہوں ڈیفرنس کا۔ پرافٹ کے دو کمپین آپ کے پاس آئے، ایک لینڈ کا جھگڑا تھا۔</w:t>
      </w:r>
    </w:p>
    <w:p>
      <w:r>
        <w:rPr>
          <w:b/>
        </w:rPr>
        <w:t xml:space="preserve">[1:06:27] </w:t>
      </w:r>
      <w:r>
        <w:t>donon ka kehna tha ke yeh land meri hai, yeh land meri hai. yaani property dispute, jis ko aap kehte hain. is zamane mein papers nahi hua karte the, aaj jaise aaj kal hote hain.</w:t>
      </w:r>
    </w:p>
    <w:p>
      <w:pPr>
        <w:jc w:val="right"/>
      </w:pPr>
      <w:r>
        <w:t>دونوں کا کہنا تھا کہ یہ لینڈ میری ہے، یہ لینڈ میری ہے۔ یعنی پراپرٹی ڈسپیوٹ، جس کو آپ کہتے ہیں۔ اس زمانے میں پیپرز نہیں ہوا کرتے تھے، آج جیسے آج کل ہوتے ہیں۔</w:t>
      </w:r>
    </w:p>
    <w:p>
      <w:r>
        <w:rPr>
          <w:b/>
        </w:rPr>
        <w:t xml:space="preserve">[1:06:40] </w:t>
      </w:r>
      <w:r>
        <w:t>to prophet ke samne koi evidence nahi aaya. yaani evidence ke base par aap koi judgment dene ki position mein nahi the. to agar circumstantial evidence ke base par aap kuch bata sakte the,</w:t>
      </w:r>
    </w:p>
    <w:p>
      <w:pPr>
        <w:jc w:val="right"/>
      </w:pPr>
      <w:r>
        <w:t>تو پرافٹ کے سامنے کوئی ایویڈنس نہیں آیا۔ یعنی ایویڈنس کے بیس پر آپ کوئی ججمنٹ دینے کی پوزیشن میں نہیں تھے۔ تو اگر سرکمسٹینشل ایویڈنس کے بیس پر آپ کچھ بتا سکتے تھے،</w:t>
      </w:r>
    </w:p>
    <w:p>
      <w:r>
        <w:rPr>
          <w:b/>
        </w:rPr>
        <w:t xml:space="preserve">[1:06:55] </w:t>
      </w:r>
      <w:r>
        <w:t>to aap ne kaha ke dekho,</w:t>
      </w:r>
    </w:p>
    <w:p>
      <w:pPr>
        <w:jc w:val="right"/>
      </w:pPr>
      <w:r>
        <w:t>تو آپ نے کہا کہ دیکھو،</w:t>
      </w:r>
    </w:p>
    <w:p>
      <w:r>
        <w:rPr>
          <w:b/>
        </w:rPr>
        <w:t xml:space="preserve">[1:07:00] </w:t>
      </w:r>
      <w:r>
        <w:t>main apni samajh se jo baaten tum logon ne kahi hain, tum logon ki baaten sun kar ke, agar is line ko mister A ke de doon, jab ke woh mister B ki ho,</w:t>
      </w:r>
    </w:p>
    <w:p>
      <w:pPr>
        <w:jc w:val="right"/>
      </w:pPr>
      <w:r>
        <w:t>میں اپنی سمجھ سے جو باتیں تم لوگوں نے کہی ہیں، تم لوگوں کی باتیں سن کر کے، اگر اس لائن کو مسٹر اے کے دے دوں، جب کہ وہ مسٹر بی کی ہو،</w:t>
      </w:r>
    </w:p>
    <w:p>
      <w:r>
        <w:rPr>
          <w:b/>
        </w:rPr>
        <w:t xml:space="preserve">[1:07:17] </w:t>
      </w:r>
      <w:r>
        <w:t>to mere dene se woh zameen tumhari nahi ho jayegi. woh zameen tumhare liye qayamat mein</w:t>
      </w:r>
    </w:p>
    <w:p>
      <w:pPr>
        <w:jc w:val="right"/>
      </w:pPr>
      <w:r>
        <w:t>تو میرے دینے سے وہ زمین تمہاری نہیں ہو جائے گی۔ وہ زمین تمہارے لیے قیامت میں</w:t>
      </w:r>
    </w:p>
    <w:p>
      <w:r>
        <w:rPr>
          <w:b/>
        </w:rPr>
        <w:t xml:space="preserve">[1:07:29] </w:t>
      </w:r>
      <w:r>
        <w:t>aag ka, aag ki zameen ban jayegi. aag manar, woh aag ka ek tukda ban jayegi.</w:t>
      </w:r>
    </w:p>
    <w:p>
      <w:pPr>
        <w:jc w:val="right"/>
      </w:pPr>
      <w:r>
        <w:t>آگ کا، آگ کی زمین بن جائے گی۔ آگ منار، وہ آگ کا ایک ٹکڑا بن جائے گی۔</w:t>
      </w:r>
    </w:p>
    <w:p>
      <w:r>
        <w:rPr>
          <w:b/>
        </w:rPr>
        <w:t xml:space="preserve">[1:07:38] </w:t>
      </w:r>
      <w:r>
        <w:t>yaani mere dene se nahi ho jayega, woh mamla khatam. sach mach woh zameen kis ki hai? sach mach agar sach mach zameen is ki nahi hai aur maine de diya doosre aadmi ko, to wahan par kya hoga?</w:t>
      </w:r>
    </w:p>
    <w:p>
      <w:pPr>
        <w:jc w:val="right"/>
      </w:pPr>
      <w:r>
        <w:t>یعنی میرے دینے سے نہیں ہو جائے گا، وہ معاملہ ختم۔ سچ مچ وہ زمین کس کی ہے؟ سچ مچ اگر سچ مچ زمین اس کی نہیں ہے اور میں نے دے دیا دوسرے آدمی کو، تو وہاں پر کیا ہوگا؟</w:t>
      </w:r>
    </w:p>
    <w:p>
      <w:r>
        <w:rPr>
          <w:b/>
        </w:rPr>
        <w:t xml:space="preserve">[1:07:54] </w:t>
      </w:r>
      <w:r>
        <w:t>woh zameen us ke liye aag ka tukda ban jayegi. is mein jalna padega us ko. to kya hua? donon ne yeh kaha: "haq liya hai, haq liya hai!</w:t>
      </w:r>
    </w:p>
    <w:p>
      <w:pPr>
        <w:jc w:val="right"/>
      </w:pPr>
      <w:r>
        <w:t>وہ زمین اس کے لیے آگ کا ٹکڑا بن جائے گی۔ اس میں جلنا پڑے گا اس کو۔ تو کیا ہوا؟ دونوں نے یہ کہا: "حقی لیاخی، حقی لیاخی!</w:t>
      </w:r>
    </w:p>
    <w:p>
      <w:r>
        <w:rPr>
          <w:b/>
        </w:rPr>
        <w:t xml:space="preserve">[1:08:04] </w:t>
      </w:r>
      <w:r>
        <w:t>agar mera haq tha to main ne mere bhai ko diya." us ne kaha ke "agar mera haq tha to main ne apne bhai ko diya." yeh hai apna account khud check karna.</w:t>
      </w:r>
    </w:p>
    <w:p>
      <w:pPr>
        <w:jc w:val="right"/>
      </w:pPr>
      <w:r>
        <w:t>اگر میرا حق تھا تو میں نے میرے بھائی کو دیا۔" اس نے کہا کہ "اگر میرا حق تھا تو میں نے اپنے بھائی کو دیا۔" یہ ہے اپنا اکاؤنٹ خود چیک کرنا۔</w:t>
      </w:r>
    </w:p>
    <w:p>
      <w:r>
        <w:rPr>
          <w:b/>
        </w:rPr>
        <w:t xml:space="preserve">[1:08:17] </w:t>
      </w:r>
      <w:r>
        <w:t>to agar koi is tarah apna account check kar le, to inshallah akhirat mein us ki us ki scrutiny nahi ki jayegi aur bohat aasani ke sath is ka mamla Allah taala khatam farma denge.</w:t>
      </w:r>
    </w:p>
    <w:p>
      <w:pPr>
        <w:jc w:val="right"/>
      </w:pPr>
      <w:r>
        <w:t>تو اگر کوئی اس طرح اپنا اکاؤنٹ چیک کر لے، تو انشاءاللہ آخرت میں اس کی اس کو اسکرٹننگ نہیں کی جائے گی اور بہت آسانی کے ساتھ اس کا معاملہ اللہ تعالی ختم فرما دیں گے۔</w:t>
      </w:r>
    </w:p>
    <w:p>
      <w:r>
        <w:rPr>
          <w:b/>
        </w:rPr>
        <w:t xml:space="preserve">[1:08:30] </w:t>
      </w:r>
      <w:r>
        <w:t>next question is by abro. the question is</w:t>
      </w:r>
    </w:p>
    <w:p>
      <w:pPr>
        <w:jc w:val="right"/>
      </w:pPr>
      <w:r>
        <w:t>نیکسٹ کوئسچن از بائے ابرو۔ دا کوئسچن از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