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Meaning of Ummat-i-Wasat Nov 25, 2018</w:t>
      </w:r>
    </w:p>
    <w:p>
      <w:r>
        <w:t>https://www.youtube.com/watch?v=3POFfvXaFss</w:t>
      </w:r>
    </w:p>
    <w:p>
      <w:r>
        <w:rPr>
          <w:b/>
        </w:rPr>
        <w:t xml:space="preserve">[00:11] </w:t>
      </w:r>
      <w:r>
        <w:t>bismillah hir rahman nir rahim, wa salla Allahu ala nabi al kareem.</w:t>
      </w:r>
    </w:p>
    <w:p>
      <w:pPr>
        <w:jc w:val="right"/>
      </w:pPr>
      <w:r>
        <w:t>بسم اللہ الرحمن الرحیم، وصلی اللہ علی النبی الکریم۔</w:t>
      </w:r>
    </w:p>
    <w:p>
      <w:r>
        <w:rPr>
          <w:b/>
        </w:rPr>
        <w:t xml:space="preserve">[00:20] </w:t>
      </w:r>
      <w:r>
        <w:t>rab ishrah li sadri, wa yassir li amri, wah lul uqdatan min lisani yafqahu qawli.</w:t>
      </w:r>
    </w:p>
    <w:p>
      <w:pPr>
        <w:jc w:val="right"/>
      </w:pPr>
      <w:r>
        <w:t>رب اشرح لی صدری، ویسر لی ابری، واحل العقدۃ من لسانی یفقہ قولی۔</w:t>
      </w:r>
    </w:p>
    <w:p>
      <w:r>
        <w:rPr>
          <w:b/>
        </w:rPr>
        <w:t xml:space="preserve">[00:32] </w:t>
      </w:r>
      <w:r>
        <w:t>25 november 2018.</w:t>
      </w:r>
    </w:p>
    <w:p>
      <w:pPr>
        <w:jc w:val="right"/>
      </w:pPr>
      <w:r>
        <w:t>25 نومبر 2018۔</w:t>
      </w:r>
    </w:p>
    <w:p>
      <w:r>
        <w:rPr>
          <w:b/>
        </w:rPr>
        <w:t xml:space="preserve">[00:39] </w:t>
      </w:r>
      <w:r>
        <w:t>aaj</w:t>
      </w:r>
    </w:p>
    <w:p>
      <w:pPr>
        <w:jc w:val="right"/>
      </w:pPr>
      <w:r>
        <w:t>آج</w:t>
      </w:r>
    </w:p>
    <w:p>
      <w:r>
        <w:rPr>
          <w:b/>
        </w:rPr>
        <w:t xml:space="preserve">[00:43] </w:t>
      </w:r>
      <w:r>
        <w:t>quran ki ek ayat ko le kar us ki wazahat ki jayegi.</w:t>
      </w:r>
    </w:p>
    <w:p>
      <w:pPr>
        <w:jc w:val="right"/>
      </w:pPr>
      <w:r>
        <w:t>قرآن کی ایک آیت کو لے کر اس کی وضاحت کی جائے گی۔</w:t>
      </w:r>
    </w:p>
    <w:p>
      <w:r>
        <w:rPr>
          <w:b/>
        </w:rPr>
        <w:t xml:space="preserve">[00:50] </w:t>
      </w:r>
      <w:r>
        <w:t>is ayat mein ummat e wasat ka hukum aaya hai, to yeh ayat pehle padhi jayegi aap ke samne, phir is ka tarjuma kiya jayega.</w:t>
      </w:r>
    </w:p>
    <w:p>
      <w:pPr>
        <w:jc w:val="right"/>
      </w:pPr>
      <w:r>
        <w:t>اس آیت میں امت وسط کا حکم آیا ہے، تو یہ آیت پہلے پڑھی جائے گی آپ کے سامنے، پھر اس کا ترجمہ کیا جائے گا۔</w:t>
      </w:r>
    </w:p>
    <w:p>
      <w:r>
        <w:rPr>
          <w:b/>
        </w:rPr>
        <w:t xml:space="preserve">[01:03] </w:t>
      </w:r>
      <w:r>
        <w:t>is ke baad main is ki tashreeh karunga, inshallah.</w:t>
      </w:r>
    </w:p>
    <w:p>
      <w:pPr>
        <w:jc w:val="right"/>
      </w:pPr>
      <w:r>
        <w:t>اس کے بعد میں اس کی تشریح کروں گا، انشاءاللہ۔</w:t>
      </w:r>
    </w:p>
    <w:p>
      <w:r>
        <w:rPr>
          <w:b/>
        </w:rPr>
        <w:t xml:space="preserve">[01:08] </w:t>
      </w:r>
      <w:r>
        <w:t>bismillah-al-rahman-al-rahim. wa kadhalika ja'alnakum ummatan wasatan litakunu shuhada'a 'ala al-nasi wa yakuna al-rasulu 'alaykum shahida.</w:t>
      </w:r>
    </w:p>
    <w:p>
      <w:pPr>
        <w:jc w:val="right"/>
      </w:pPr>
      <w:r>
        <w:t>بسم اللہ الرحمن الرحیم۔ وكذلك جعلناكم امة وسط لتكونوا شهداء على الناس ويكون الرسول عليكم شهيدا۔</w:t>
      </w:r>
    </w:p>
    <w:p>
      <w:r>
        <w:rPr>
          <w:b/>
        </w:rPr>
        <w:t xml:space="preserve">[01:20] </w:t>
      </w:r>
      <w:r>
        <w:t>aur is tarah hum ne tum ko beech ki ummat bana diya taake tum ho batane wale logon par, aur rasool ho tum par batane wala.</w:t>
      </w:r>
    </w:p>
    <w:p>
      <w:pPr>
        <w:jc w:val="right"/>
      </w:pPr>
      <w:r>
        <w:t>اور اس طرح ہم نے تم کو بیچ کی امت بنا دیا تاکہ تم ہو بتانے والے لوگوں پر، اور رسول ہو تم پر بتانے والا۔</w:t>
      </w:r>
    </w:p>
    <w:p>
      <w:r>
        <w:rPr>
          <w:b/>
        </w:rPr>
        <w:t xml:space="preserve">[01:30] </w:t>
      </w:r>
      <w:r>
        <w:t>that we have made you a middle nation so that you may act as witnesses for mankind, and the messenger may be a witness for you.</w:t>
      </w:r>
    </w:p>
    <w:p>
      <w:pPr>
        <w:jc w:val="right"/>
      </w:pPr>
      <w:r>
        <w:t>دس وی ہیو میڈ یو ا میڈل نیشن سو دیٹ یو می ایکٹ ایز وٹنسز فار مین کائنڈ، اینڈ دا میسنجر می بی ا وٹنس فار یو۔</w:t>
      </w:r>
    </w:p>
    <w:p>
      <w:r>
        <w:rPr>
          <w:b/>
        </w:rPr>
        <w:t xml:space="preserve">[01:40] </w:t>
      </w:r>
      <w:r>
        <w:t>surah al-baqarah chapter number tu vars number 143.</w:t>
      </w:r>
    </w:p>
    <w:p>
      <w:pPr>
        <w:jc w:val="right"/>
      </w:pPr>
      <w:r>
        <w:t>سورہ البقرہ چیپٹر نمبر ٹو ورس نمبر 143۔</w:t>
      </w:r>
    </w:p>
    <w:p>
      <w:r>
        <w:rPr>
          <w:b/>
        </w:rPr>
        <w:t xml:space="preserve">[01:46] </w:t>
      </w:r>
      <w:r>
        <w:t>dekhiye, yahan par ummat wasat ka jo word hai, woh keyword hai.</w:t>
      </w:r>
    </w:p>
    <w:p>
      <w:pPr>
        <w:jc w:val="right"/>
      </w:pPr>
      <w:r>
        <w:t>دیکھیے، یہاں پر امت وسط کا جو ورڈ ہے، وہ کی ورڈ ہے۔</w:t>
      </w:r>
    </w:p>
    <w:p>
      <w:r>
        <w:rPr>
          <w:b/>
        </w:rPr>
        <w:t xml:space="preserve">[01:57] </w:t>
      </w:r>
      <w:r>
        <w:t>beech ki ummat, midel ummah, yeh keyword hai. beech ka matlab kya hai?</w:t>
      </w:r>
    </w:p>
    <w:p>
      <w:pPr>
        <w:jc w:val="right"/>
      </w:pPr>
      <w:r>
        <w:t>بیچ کی امت، میڈل امہ، یہ کی ورڈ ہے۔ بیچ کا مطلب کیا ہے؟</w:t>
      </w:r>
    </w:p>
    <w:p>
      <w:r>
        <w:rPr>
          <w:b/>
        </w:rPr>
        <w:t xml:space="preserve">[02:07] </w:t>
      </w:r>
      <w:r>
        <w:t>khud isi aayat se maloom hota hai. padhiye aayat arabi</w:t>
      </w:r>
    </w:p>
    <w:p>
      <w:pPr>
        <w:jc w:val="right"/>
      </w:pPr>
      <w:r>
        <w:t>خود اسی آیت سے معلوم ہوتا ہے۔ پڑھیے آیت عربی</w:t>
      </w:r>
    </w:p>
    <w:p>
      <w:r>
        <w:rPr>
          <w:b/>
        </w:rPr>
        <w:t xml:space="preserve">[02:12] </w:t>
      </w:r>
      <w:r>
        <w:t>. wa kadhalika ja'alnakum ummatan wasatan litakunu shuhada'a 'ala al-nasi wa yakuna al-rasulu 'alaykum shahida. hmm, yahan ek taraf al-nas hai, ek taraf rasool hai.</w:t>
      </w:r>
    </w:p>
    <w:p>
      <w:pPr>
        <w:jc w:val="right"/>
      </w:pPr>
      <w:r>
        <w:t>۔ وكذلك جعلناكم امة وسط لتكونوا شهداء على الناس ويكون الرسول عليكم شهیدا۔ ہمم، یہاں ایک طرف الناس ہے، ایک طرف رسول ہے۔</w:t>
      </w:r>
    </w:p>
    <w:p>
      <w:r>
        <w:rPr>
          <w:b/>
        </w:rPr>
        <w:t xml:space="preserve">[02:24] </w:t>
      </w:r>
      <w:r>
        <w:t>khud isi lafz par, isi aayat par ghor kijiye. ek taraf al-nas hai, yaani insan, aur doosri taraf rasool hai.</w:t>
      </w:r>
    </w:p>
    <w:p>
      <w:pPr>
        <w:jc w:val="right"/>
      </w:pPr>
      <w:r>
        <w:t>خود اسی لفظ پر، اسی آیت پر غور کیجئے۔ ایک طرف الناس ہے، یعنی انسان، اور دوسری طرف رسول ہے۔</w:t>
      </w:r>
    </w:p>
    <w:p>
      <w:r>
        <w:rPr>
          <w:b/>
        </w:rPr>
        <w:t xml:space="preserve">[02:36] </w:t>
      </w:r>
      <w:r>
        <w:t>yaani ummat-e-muslimah jo hai, yeh do ke beech mein hai. ek taraf rasool hai, aur doosri taraf aam insan hai.</w:t>
      </w:r>
    </w:p>
    <w:p>
      <w:pPr>
        <w:jc w:val="right"/>
      </w:pPr>
      <w:r>
        <w:t>یعنی امت مسلمہ جو ہے، یہ دو کے بیچ میں ہے۔ ایک طرف رسول ہے، اور دوسری طرف عام انسان ہے۔</w:t>
      </w:r>
    </w:p>
    <w:p>
      <w:r>
        <w:rPr>
          <w:b/>
        </w:rPr>
        <w:t xml:space="preserve">[02:47] </w:t>
      </w:r>
      <w:r>
        <w:t>yaani is ka matlab kya hua? ke rasool se lena aur aam insanon tak pahunchana.</w:t>
      </w:r>
    </w:p>
    <w:p>
      <w:pPr>
        <w:jc w:val="right"/>
      </w:pPr>
      <w:r>
        <w:t>یعنی اس کا مطلب کیا ہوا؟ کہ رسول سے لینا اور عام انسانوں تک پہنچانا۔</w:t>
      </w:r>
    </w:p>
    <w:p>
      <w:r>
        <w:rPr>
          <w:b/>
        </w:rPr>
        <w:t xml:space="preserve">[02:58] </w:t>
      </w:r>
      <w:r>
        <w:t>allah ki hidayat ya quran</w:t>
      </w:r>
    </w:p>
    <w:p>
      <w:pPr>
        <w:jc w:val="right"/>
      </w:pPr>
      <w:r>
        <w:t>اللہ کی ہدایت یا قرآن</w:t>
      </w:r>
    </w:p>
    <w:p>
      <w:r>
        <w:rPr>
          <w:b/>
        </w:rPr>
        <w:t xml:space="preserve">[03:04] </w:t>
      </w:r>
      <w:r>
        <w:t>ummat-e-muslimah ko rasool se lena hai, aur is ko pahunchana hai logon ke upar.</w:t>
      </w:r>
    </w:p>
    <w:p>
      <w:pPr>
        <w:jc w:val="right"/>
      </w:pPr>
      <w:r>
        <w:t>امت مسلمہ کو رسول سے لینا ہے، اور اس کو پہنچانا ہے لوگوں کے اوپر۔</w:t>
      </w:r>
    </w:p>
    <w:p>
      <w:r>
        <w:rPr>
          <w:b/>
        </w:rPr>
        <w:t xml:space="preserve">[03:14] </w:t>
      </w:r>
      <w:r>
        <w:t>yeh mission hai.</w:t>
      </w:r>
    </w:p>
    <w:p>
      <w:pPr>
        <w:jc w:val="right"/>
      </w:pPr>
      <w:r>
        <w:t>یہ مشن ہے۔</w:t>
      </w:r>
    </w:p>
    <w:p>
      <w:r>
        <w:rPr>
          <w:b/>
        </w:rPr>
        <w:t xml:space="preserve">[03:18] </w:t>
      </w:r>
      <w:r>
        <w:t>achha, ab ek aur baat is mein shamil kijiye ke quran mein hai ke</w:t>
      </w:r>
    </w:p>
    <w:p>
      <w:pPr>
        <w:jc w:val="right"/>
      </w:pPr>
      <w:r>
        <w:t>اچھا، اب ایک اور بات اس میں شامل کیجئے کہ قرآن میں ہے کہ</w:t>
      </w:r>
    </w:p>
    <w:p>
      <w:r>
        <w:rPr>
          <w:b/>
        </w:rPr>
        <w:t xml:space="preserve">[03:28] </w:t>
      </w:r>
      <w:r>
        <w:t>woh jo padhiye: "liyakuna lil'alamina nadhira".</w:t>
      </w:r>
    </w:p>
    <w:p>
      <w:pPr>
        <w:jc w:val="right"/>
      </w:pPr>
      <w:r>
        <w:t>وہ جو پڑھیے: "لیکون للعالمین نذیرا"۔</w:t>
      </w:r>
    </w:p>
    <w:p>
      <w:r>
        <w:rPr>
          <w:b/>
        </w:rPr>
        <w:t xml:space="preserve">[03:31] </w:t>
      </w:r>
      <w:r>
        <w:t>tabarak alladhi nazzala al-furqana 'ala 'abdihi liyakuna lil'alamina nadhira. babarkat hai woh zaat jis ne apne bande par furqan ko utara taake woh ho saare jahan walon ko darane wala.</w:t>
      </w:r>
    </w:p>
    <w:p>
      <w:pPr>
        <w:jc w:val="right"/>
      </w:pPr>
      <w:r>
        <w:t>تبارک الذی نزل الفرقان علی عبدہ لیکون للعالمین نذیرا۔ بابرکت ہے وہ ذات جس نے اپنے بندے پر فرقان کو اتارا تاکہ وہ ہو سارے جہان والوں کو ڈرانے والا۔</w:t>
      </w:r>
    </w:p>
    <w:p>
      <w:r>
        <w:rPr>
          <w:b/>
        </w:rPr>
        <w:t xml:space="preserve">[03:44] </w:t>
      </w:r>
      <w:r>
        <w:t>ab aap dekhiye ke yeh aayat utri thi 7th century ke aaghaz mein, jab ke dunya mein na rail thi, na communication tha, kuch bhi nahin.</w:t>
      </w:r>
    </w:p>
    <w:p>
      <w:pPr>
        <w:jc w:val="right"/>
      </w:pPr>
      <w:r>
        <w:t>اب آپ دیکھیے کہ یہ آیت اتری تھی سیون سینچری کے آغاز میں، جب کہ دنیا میں نہ ریل تھی، نہ کمیونیکیشن تھا، کچھ بھی نہیں۔</w:t>
      </w:r>
    </w:p>
    <w:p>
      <w:r>
        <w:rPr>
          <w:b/>
        </w:rPr>
        <w:t xml:space="preserve">[03:58] </w:t>
      </w:r>
      <w:r>
        <w:t>sadkein thin, oont par sawari karte the log. to is zamane mein bhi yeh kehna hai ke Quran utara gaya hai, saare alam ke liye nazir bane.</w:t>
      </w:r>
    </w:p>
    <w:p>
      <w:pPr>
        <w:jc w:val="right"/>
      </w:pPr>
      <w:r>
        <w:t>سڑکیں تھیں، اونٹ پر سواری کرتے تھے لوگ۔ تو اس زمانے میں بھی یہ کہنا ہے کہ قرآن اتارا گیا ہے، سارے عالم کے لیے نظیر بنے۔</w:t>
      </w:r>
    </w:p>
    <w:p>
      <w:r>
        <w:rPr>
          <w:b/>
        </w:rPr>
        <w:t xml:space="preserve">[04:12] </w:t>
      </w:r>
      <w:r>
        <w:t>to aap sochiye, yeh to takleef balaye taaq hai.</w:t>
      </w:r>
    </w:p>
    <w:p>
      <w:pPr>
        <w:jc w:val="right"/>
      </w:pPr>
      <w:r>
        <w:t>تو آپ سوچیے، یہ تو تکلیف بالائے طاق ہے۔</w:t>
      </w:r>
    </w:p>
    <w:p>
      <w:r>
        <w:rPr>
          <w:b/>
        </w:rPr>
        <w:t xml:space="preserve">[04:19] </w:t>
      </w:r>
      <w:r>
        <w:t>is zamane mein oonton par charhne ka daur tha,</w:t>
      </w:r>
    </w:p>
    <w:p>
      <w:pPr>
        <w:jc w:val="right"/>
      </w:pPr>
      <w:r>
        <w:t>اس زمانے میں اونٹوں پر چڑھنے کا دور تھا،</w:t>
      </w:r>
    </w:p>
    <w:p>
      <w:r>
        <w:rPr>
          <w:b/>
        </w:rPr>
        <w:t xml:space="preserve">[04:26] </w:t>
      </w:r>
      <w:r>
        <w:t>aur koi bhi wahan par facilities nahin thin jo aaj hain. to kaise yeh kaam hoga? ummat-e-muslimah kaise is ka anjam degi?</w:t>
      </w:r>
    </w:p>
    <w:p>
      <w:pPr>
        <w:jc w:val="right"/>
      </w:pPr>
      <w:r>
        <w:t>اور کوئی بھی وہاں پر فیسلیٹیز نہیں تھیں جو آج ہیں۔ تو کیسے یہ کام ہوگا؟ امت مسلمہ کیسے اس کا انجام دے گی؟</w:t>
      </w:r>
    </w:p>
    <w:p>
      <w:r>
        <w:rPr>
          <w:b/>
        </w:rPr>
        <w:t xml:space="preserve">[04:39] </w:t>
      </w:r>
      <w:r>
        <w:t>to is ka jawab milta hai hadith mein.</w:t>
      </w:r>
    </w:p>
    <w:p>
      <w:pPr>
        <w:jc w:val="right"/>
      </w:pPr>
      <w:r>
        <w:t>تو اس کا جواب ملتا ہے حدیث میں۔</w:t>
      </w:r>
    </w:p>
    <w:p>
      <w:r>
        <w:rPr>
          <w:b/>
        </w:rPr>
        <w:t xml:space="preserve">[04:49] </w:t>
      </w:r>
      <w:r>
        <w:t>jo hadith yeh milta hai ke bukhari mein riwayat hai, bukhari mein woh riwayat padhiye, fajar wali</w:t>
      </w:r>
    </w:p>
    <w:p>
      <w:pPr>
        <w:jc w:val="right"/>
      </w:pPr>
      <w:r>
        <w:t>جو حدیث یہ ملتا ہے کہ بخاری میں روایت ہے، بخاری میں وہ روایت پڑھیے، فاجر والی</w:t>
      </w:r>
    </w:p>
    <w:p>
      <w:r>
        <w:rPr>
          <w:b/>
        </w:rPr>
        <w:t xml:space="preserve">[05:01] </w:t>
      </w:r>
      <w:r>
        <w:t>. innallaha yu'id al-dina bilrajul al-fajir. yaqinan allah taala is deen ki madad karega fajar aadmi ke</w:t>
      </w:r>
    </w:p>
    <w:p>
      <w:pPr>
        <w:jc w:val="right"/>
      </w:pPr>
      <w:r>
        <w:t>۔ ان اللہ یعید الدین بالرجل الفاجر۔ یقینا اللہ تعالی اس دین کی مدد کرے گا فاجر آدمی کے</w:t>
      </w:r>
    </w:p>
    <w:p>
      <w:r>
        <w:rPr>
          <w:b/>
        </w:rPr>
        <w:t xml:space="preserve">[05:11] </w:t>
      </w:r>
      <w:r>
        <w:t>zariye. haan, yeh dekhiye, yeh kitni ajeeb baat thi jo us waqt kahi gayi thi. us waqt ke aye ummat-e-mu'tamir, woh jo woh ayat hai ke main yaani shuru kiya hai, woh jo karega Khuda ki madad, Khuda uski madad karega.</w:t>
      </w:r>
    </w:p>
    <w:p>
      <w:pPr>
        <w:jc w:val="right"/>
      </w:pPr>
      <w:r>
        <w:t>ذریعے۔ ہاں، یہ دیکھیے، یہ کتنی عجیب بات تھی جو اس وقت کہی گئی تھی۔ اس وقت کہ اے امت معتمر، وہ جو وہ آیت ہے کہ میں یعنی شروع کیا ہے، وہ جو کرے گا خدا کی مدد، خدا اس کی مدد کرے گا۔</w:t>
      </w:r>
    </w:p>
    <w:p>
      <w:r>
        <w:rPr>
          <w:b/>
        </w:rPr>
        <w:t xml:space="preserve">[05:32] </w:t>
      </w:r>
      <w:r>
        <w:t>Allah</w:t>
      </w:r>
    </w:p>
    <w:p>
      <w:pPr>
        <w:jc w:val="right"/>
      </w:pPr>
      <w:r>
        <w:t>اللہ</w:t>
      </w:r>
    </w:p>
    <w:p>
      <w:r>
        <w:rPr>
          <w:b/>
        </w:rPr>
        <w:t xml:space="preserve">[05:35] </w:t>
      </w:r>
      <w:r>
        <w:t>Allah zaroor madad karega uski jo uski madad kare, yaani jo Allah ki madad kare. yaani iska matlab kya hua? ke yeh mission jo diya hai Allah ne tum ko, ummat-e-Muhammadi ko,</w:t>
      </w:r>
    </w:p>
    <w:p>
      <w:pPr>
        <w:jc w:val="right"/>
      </w:pPr>
      <w:r>
        <w:t>اللہ ضرور مدد کرے گا اس کی جو اس کی مدد کرے، یعنی جو اللہ کی مدد کرے۔ یعنی اس کا مطلب کیا ہوا؟ کہ یہ مشن جو دیا ہے اللہ نے تم کو، امت محمدی کو،</w:t>
      </w:r>
    </w:p>
    <w:p>
      <w:r>
        <w:rPr>
          <w:b/>
        </w:rPr>
        <w:t xml:space="preserve">[05:52] </w:t>
      </w:r>
      <w:r>
        <w:t>ke Allah ki hidayat ko saare aalam tak pahunchaya, pahunchana. India mein bhi, Switzerland mein bhi, Arab mein bhi, aur America mein bhi.</w:t>
      </w:r>
    </w:p>
    <w:p>
      <w:pPr>
        <w:jc w:val="right"/>
      </w:pPr>
      <w:r>
        <w:t>کہ اللہ کی ہدایت کو سارے عالم تک پہنچایا، پہنچانا۔ انڈیا میں بھی، سوئٹزرلینڈ میں بھی، عرب میں بھی، اور امریکہ میں بھی۔</w:t>
      </w:r>
    </w:p>
    <w:p>
      <w:r>
        <w:rPr>
          <w:b/>
        </w:rPr>
        <w:t xml:space="preserve">[06:05] </w:t>
      </w:r>
      <w:r>
        <w:t>to kaise pahunchega? to hadith mein iska jawab hai ke poori poori insaniyat ko tumhara supporter bana dega.</w:t>
      </w:r>
    </w:p>
    <w:p>
      <w:pPr>
        <w:jc w:val="right"/>
      </w:pPr>
      <w:r>
        <w:t>تو کیسے پہنچے گا؟ تو حدیث میں اس کا جواب ہے کہ پوری پوری انسانیت کو تمہارا سپورٹر بنا دے گا۔</w:t>
      </w:r>
    </w:p>
    <w:p>
      <w:r>
        <w:rPr>
          <w:b/>
        </w:rPr>
        <w:t xml:space="preserve">[06:19] </w:t>
      </w:r>
      <w:r>
        <w:t>iska tarjuma phir se padhiye hadith ka.</w:t>
      </w:r>
    </w:p>
    <w:p>
      <w:pPr>
        <w:jc w:val="right"/>
      </w:pPr>
      <w:r>
        <w:t>اس کا ترجمہ پھر سے پڑھیے حدیث کا۔</w:t>
      </w:r>
    </w:p>
    <w:p>
      <w:r>
        <w:rPr>
          <w:b/>
        </w:rPr>
        <w:t xml:space="preserve">[06:25] </w:t>
      </w:r>
      <w:r>
        <w:t>beshak Allah taala zaroor is deen ki madad karega fajar aadmi ke zariye. haan, fajar ke ma'ne corrupt, corrupt nahi hai. fajar ke ma'ne corrupt nahi, fajar ke ma'ne hain secular.</w:t>
      </w:r>
    </w:p>
    <w:p>
      <w:pPr>
        <w:jc w:val="right"/>
      </w:pPr>
      <w:r>
        <w:t>بے شک اللہ تعالی ضرور اس دین کی مدد کرے گا فاجر آدمی کے ذریعے۔ ہاں، فاجر کے معنی کرپٹ، کرپٹ نہیں ہے۔ فاجر کے معنی کرپٹ نہیں، فاجر کے معنی ہیں سیکولر۔</w:t>
      </w:r>
    </w:p>
    <w:p>
      <w:r>
        <w:rPr>
          <w:b/>
        </w:rPr>
        <w:t xml:space="preserve">[06:40] </w:t>
      </w:r>
      <w:r>
        <w:t>yaani secular logon ke zariye bhi, yaani aam logon ke zariye bhi tum ko support faraham karega. support.</w:t>
      </w:r>
    </w:p>
    <w:p>
      <w:pPr>
        <w:jc w:val="right"/>
      </w:pPr>
      <w:r>
        <w:t>یعنی سیکولر لوگوں کے ذریعے بھی، یعنی عام لوگوں کے ذریعے بھی تم کو سپورٹ فراہم کرے گا۔ سپورٹ۔</w:t>
      </w:r>
    </w:p>
    <w:p>
      <w:r>
        <w:rPr>
          <w:b/>
        </w:rPr>
        <w:t xml:space="preserve">[06:50] </w:t>
      </w:r>
      <w:r>
        <w:t>jaise dekhiye, main abhi ghar se chal kar yahan aaya, wheelchair par, to wheelchair kisne banayi?</w:t>
      </w:r>
    </w:p>
    <w:p>
      <w:pPr>
        <w:jc w:val="right"/>
      </w:pPr>
      <w:r>
        <w:t>جیسے دیکھیے، میں ابھی گھر سے چل کر یہاں آیا، ویل چیئر پر، ٹو ویل چیئر کس نے بنائی؟</w:t>
      </w:r>
    </w:p>
    <w:p>
      <w:r>
        <w:rPr>
          <w:b/>
        </w:rPr>
        <w:t xml:space="preserve">[06:59] </w:t>
      </w:r>
      <w:r>
        <w:t>secular logon ne. secular logon ne. main bol raha hoon, aap sun rahe hain, aur saari duniya mein meri awaaz pahunch rahi hai, potentially.</w:t>
      </w:r>
    </w:p>
    <w:p>
      <w:pPr>
        <w:jc w:val="right"/>
      </w:pPr>
      <w:r>
        <w:t>سیکولر لوگوں نے۔ سیکولر لوگوں نے۔ میں بول رہا ہوں، آپ سن رہے ہیں، اور ساری دنیا میں میری آواز پہنچ رہی ہے، پوٹینشلی۔</w:t>
      </w:r>
    </w:p>
    <w:p>
      <w:r>
        <w:rPr>
          <w:b/>
        </w:rPr>
        <w:t xml:space="preserve">[07:10] </w:t>
      </w:r>
      <w:r>
        <w:t>kaise ho rahi hai? secular logon ne yeh sab kiya. yaani Allah taala ne dekhiye, unki planning ko dekhiye, planning ko.</w:t>
      </w:r>
    </w:p>
    <w:p>
      <w:pPr>
        <w:jc w:val="right"/>
      </w:pPr>
      <w:r>
        <w:t>کیسے ہو رہی ہے؟ سیکولر لوگوں نے یہ سب کیا۔ یعنی اللہ تعالی نے دیکھیے، ان کی پلاننگ کو دیکھیے، پلاننگ کو۔</w:t>
      </w:r>
    </w:p>
    <w:p>
      <w:r>
        <w:rPr>
          <w:b/>
        </w:rPr>
        <w:t xml:space="preserve">[07:22] </w:t>
      </w:r>
      <w:r>
        <w:t>nature mein saari technology bhar di. saari technology, chahe hawai jahaz ho, ya communication ho, computer ho, koi bhi ho, hatta ke wheelchair ho, sab technology jo hai,</w:t>
      </w:r>
    </w:p>
    <w:p>
      <w:pPr>
        <w:jc w:val="right"/>
      </w:pPr>
      <w:r>
        <w:t>نیچر میں ساری ٹیکنالوجی بھر دی۔ ساری ٹیکنالوجی، چاہے ہوائی جہاز ہو، یا کمیونیکیشن ہو، کمپیوٹر ہو، کوئی بھی ہو، حتی کہ ویل چیئر ہو، سب ٹیکنالوجی جو ہے،</w:t>
      </w:r>
    </w:p>
    <w:p>
      <w:r>
        <w:rPr>
          <w:b/>
        </w:rPr>
        <w:t xml:space="preserve">[07:36] </w:t>
      </w:r>
      <w:r>
        <w:t>woh nature mein maujood maujood hai. phir Allah ne duniya mein commercialization ka daur laya. pehle zamane mein yeh hota tha ke maslan agar koi car banaye ya koi wheelchair banaye to woh badshah ke liye hoti thi.</w:t>
      </w:r>
    </w:p>
    <w:p>
      <w:pPr>
        <w:jc w:val="right"/>
      </w:pPr>
      <w:r>
        <w:t>وہ نیچر میں موجود موجود ہے۔ پھر اللہ دنیا میں کمرشلائزیشن کا دور لایا۔ پہلے زمانے میں یہ ہوتا تھا کہ مثلاً اگر کوئی کار بنائے یا کوئی ویل چیئر بنائے تو وہ بادشاہ کے لیے ہوتی تھی۔</w:t>
      </w:r>
    </w:p>
    <w:p>
      <w:r>
        <w:rPr>
          <w:b/>
        </w:rPr>
        <w:t xml:space="preserve">[07:56] </w:t>
      </w:r>
      <w:r>
        <w:t>badshah bade bade inaam o ikraam deta tha, uske liye hoti thi. to Quran ke nazool ke baad aaya daur commercialization.</w:t>
      </w:r>
    </w:p>
    <w:p>
      <w:pPr>
        <w:jc w:val="right"/>
      </w:pPr>
      <w:r>
        <w:t>بادشاہ بڑے بڑے انعام وگرام اکرام دیتا تھا، اس کے لیے ہوتی تھی۔ تو قرآن کے نزول کے بعد آیا دور کمرشلائزیشن۔</w:t>
      </w:r>
    </w:p>
    <w:p>
      <w:r>
        <w:rPr>
          <w:b/>
        </w:rPr>
        <w:t xml:space="preserve">[08:07] </w:t>
      </w:r>
      <w:r>
        <w:t>ab har cheez jo hai, bazaar mein bikti hai, chahe hawai jahaz ho, ya wheelchair ho, ya camera ho, ya computer ho.</w:t>
      </w:r>
    </w:p>
    <w:p>
      <w:pPr>
        <w:jc w:val="right"/>
      </w:pPr>
      <w:r>
        <w:t>اب ہر چیز جو ہے، بازار میں بکتی ہے، چاہے ہوائی جہاز ہو، یا ویل چیئر ہو، یا کیمرہ ہو، یا کمپیوٹر ہو۔</w:t>
      </w:r>
    </w:p>
    <w:p>
      <w:r>
        <w:rPr>
          <w:b/>
        </w:rPr>
        <w:t xml:space="preserve">[08:17] </w:t>
      </w:r>
      <w:r>
        <w:t>to saari duniya ko Allah taala ne dawat ke support par laga diya.</w:t>
      </w:r>
    </w:p>
    <w:p>
      <w:pPr>
        <w:jc w:val="right"/>
      </w:pPr>
      <w:r>
        <w:t>تو ساری دنیا کو اللہ تعالی نے دعوت کے سپورٹ پر لگا دیا۔</w:t>
      </w:r>
    </w:p>
    <w:p>
      <w:r>
        <w:rPr>
          <w:b/>
        </w:rPr>
        <w:t xml:space="preserve">[08:27] </w:t>
      </w:r>
      <w:r>
        <w:t>firishton se keh diya ke dekho, ummat-e-Muhammadi par hum ne yeh wazahat daali hai ke Allah ke paigham ko sadon ne pahunchana nahi.</w:t>
      </w:r>
    </w:p>
    <w:p>
      <w:pPr>
        <w:jc w:val="right"/>
      </w:pPr>
      <w:r>
        <w:t>فرشتوں سے کہہ دیا کہ دیکھو، امت امت محمدی پر ہم نے یہ وضاحت ڈالی ہے کہ اللہ کے پیغام کو سادوں نے پہنچانا نہیں۔</w:t>
      </w:r>
    </w:p>
    <w:p>
      <w:r>
        <w:rPr>
          <w:b/>
        </w:rPr>
        <w:t xml:space="preserve">[08:36] </w:t>
      </w:r>
      <w:r>
        <w:t>lekin woh pahunchayein kaise? saari duniya ko unko support laga do. maslan dekhiye, Facebook ka tareeqa jo is zamane mein raaij hua hai, to Facebook ka tareeqa million billion logon tak aap ek jagah baithe hue pahuncha sakte hain.</w:t>
      </w:r>
    </w:p>
    <w:p>
      <w:pPr>
        <w:jc w:val="right"/>
      </w:pPr>
      <w:r>
        <w:t>لیکن وہ پہنچائیں کیسے؟ ساری دنیا کو ان کو سپورٹ لگا دو۔ مثلاً دیکھیے، فیس بک کا طریقہ جو اس زمانے میں رائج ہوا ہے، تو فیس بک کا طریقہ ملین بلین لوگوں تک آپ ایک جگہ بیٹھے ہوئے پہنچا سکتے ہیں۔</w:t>
      </w:r>
    </w:p>
    <w:p>
      <w:r>
        <w:rPr>
          <w:b/>
        </w:rPr>
        <w:t xml:space="preserve">[08:53] </w:t>
      </w:r>
      <w:r>
        <w:t>woh ke kilon ne kiya hai? sab secular logon ne. yeh jo yeh saare jitne civilization ke log hain, woh secular log hain.</w:t>
      </w:r>
    </w:p>
    <w:p>
      <w:pPr>
        <w:jc w:val="right"/>
      </w:pPr>
      <w:r>
        <w:t>وہ کہ کلو نے کیا ہے؟ سب سیکولر لوگوں نے۔ یہ جو یہ سارے جتنے سولائزیشن کے لوگ ہیں، وہ سیکولر لوگ ہیں۔</w:t>
      </w:r>
    </w:p>
    <w:p>
      <w:r>
        <w:rPr>
          <w:b/>
        </w:rPr>
        <w:t xml:space="preserve">[09:03] </w:t>
      </w:r>
      <w:r>
        <w:t>secular. woh saare log jo unhon ne communication banaya, hawai jahaz banaya, computer banaya, saari modern civilization develop ki, woh sab secular secular log hain.</w:t>
      </w:r>
    </w:p>
    <w:p>
      <w:pPr>
        <w:jc w:val="right"/>
      </w:pPr>
      <w:r>
        <w:t>سیکولر۔ وہ سارے لوگ جو انہوں نے کمیونیکیشن بنایا، ہوائی جہاز بنایا، کمپیوٹر بنایا، ساری ماڈرن سولائزیشن ڈیولپ کی، وہ سب سیکولر سیکولر لوگ ہیں۔</w:t>
      </w:r>
    </w:p>
    <w:p>
      <w:r>
        <w:rPr>
          <w:b/>
        </w:rPr>
        <w:t xml:space="preserve">[09:17] </w:t>
      </w:r>
      <w:r>
        <w:t>woh fajar nahi hain, secular hain. yeh sab log Allah taala ne kaha ke tum saman banao aur becho.</w:t>
      </w:r>
    </w:p>
    <w:p>
      <w:pPr>
        <w:jc w:val="right"/>
      </w:pPr>
      <w:r>
        <w:t>وہ فاجر نہیں ہیں، سیکولر ہیں۔ یہ سب لوگ اللہ تعالی نے کہا کہ تم سامان بناؤ اور بیچو۔</w:t>
      </w:r>
    </w:p>
    <w:p>
      <w:r>
        <w:rPr>
          <w:b/>
        </w:rPr>
        <w:t xml:space="preserve">[09:27] </w:t>
      </w:r>
      <w:r>
        <w:t>in age of commercialization to incentive age commercialization jo hai, incentive hai. agar incentive na ho to woh kuch nahi karenge.</w:t>
      </w:r>
    </w:p>
    <w:p>
      <w:pPr>
        <w:jc w:val="right"/>
      </w:pPr>
      <w:r>
        <w:t>ان ایج آف کمرشلائزیشن تو انسنٹیو ایج کمرشلائزیشن جو ہے، انسنٹیو ہے۔ اگر انسنٹیو نہ ہو تو وہ کچھ نہیں کریں گے۔</w:t>
      </w:r>
    </w:p>
    <w:p>
      <w:r>
        <w:rPr>
          <w:b/>
        </w:rPr>
        <w:t xml:space="preserve">[09:39] </w:t>
      </w:r>
      <w:r>
        <w:t>woh</w:t>
      </w:r>
    </w:p>
    <w:p>
      <w:pPr>
        <w:jc w:val="right"/>
      </w:pPr>
      <w:r>
        <w:t>وہ</w:t>
      </w:r>
    </w:p>
    <w:p>
      <w:r>
        <w:rPr>
          <w:b/>
        </w:rPr>
        <w:t xml:space="preserve">[09:43] </w:t>
      </w:r>
      <w:r>
        <w:t>to is tarike se Allah taala ne incentive create kar ke through commercialization saari duniya ko</w:t>
      </w:r>
    </w:p>
    <w:p>
      <w:pPr>
        <w:jc w:val="right"/>
      </w:pPr>
      <w:r>
        <w:t>تو اس طریقے سے اللہ تعالی نے انسنٹیو کریٹ کر کے تھرو کمرشلائزیشن ساری دنیا کو</w:t>
      </w:r>
    </w:p>
    <w:p>
      <w:r>
        <w:rPr>
          <w:b/>
        </w:rPr>
        <w:t xml:space="preserve">[09:56] </w:t>
      </w:r>
      <w:r>
        <w:t>is kaam ki madad par laga diya. Allah ki hidayat ko li-kullil-'alamin nadhira.</w:t>
      </w:r>
    </w:p>
    <w:p>
      <w:pPr>
        <w:jc w:val="right"/>
      </w:pPr>
      <w:r>
        <w:t>اس کام کی مدد پر لگا دیا۔ اللہ کی ہدایت کو لیکون للعالمین نذیرا۔</w:t>
      </w:r>
    </w:p>
    <w:p>
      <w:r>
        <w:rPr>
          <w:b/>
        </w:rPr>
        <w:t xml:space="preserve">[10:05] </w:t>
      </w:r>
      <w:r>
        <w:t>saare alam tak pohnche, saare alam tak pohnche, ghar ghar pohnche, ghar ghar pohnche. to is ka maani kya ho gaya? ab aap ke liye koi excuse nahi hai.</w:t>
      </w:r>
    </w:p>
    <w:p>
      <w:pPr>
        <w:jc w:val="right"/>
      </w:pPr>
      <w:r>
        <w:t>سارے عالم تک پہنچے، سارے عالم تک پہنچے، گھر گھر پہنچے، گھر گھر پہنچے۔ تو اس کا معنی کیا ہو گیا؟ اب آپ کے لیے کوئی ایکسکیوز نہیں ہے۔</w:t>
      </w:r>
    </w:p>
    <w:p>
      <w:r>
        <w:rPr>
          <w:b/>
        </w:rPr>
        <w:t xml:space="preserve">[10:22] </w:t>
      </w:r>
      <w:r>
        <w:t>kitni ajeeb baat hai.</w:t>
      </w:r>
    </w:p>
    <w:p>
      <w:pPr>
        <w:jc w:val="right"/>
      </w:pPr>
      <w:r>
        <w:t>کتنی عجیب بات ہے۔</w:t>
      </w:r>
    </w:p>
    <w:p>
      <w:r>
        <w:rPr>
          <w:b/>
        </w:rPr>
        <w:t xml:space="preserve">[10:27] </w:t>
      </w:r>
      <w:r>
        <w:t>main ek martaba gaya tha, bohat pehle ki baat hai, karachi. to wahan ek saahab ne english urdu dictionary chhaapi thi.</w:t>
      </w:r>
    </w:p>
    <w:p>
      <w:pPr>
        <w:jc w:val="right"/>
      </w:pPr>
      <w:r>
        <w:t>میں ایک مرتبہ گیا تھا، بہت پہلے کی بات ہے، کراچی۔ تو وہاں ایک صاحب نے انگلش اردو ڈکشنری چھاپی تھی۔</w:t>
      </w:r>
    </w:p>
    <w:p>
      <w:r>
        <w:rPr>
          <w:b/>
        </w:rPr>
        <w:t xml:space="preserve">[10:38] </w:t>
      </w:r>
      <w:r>
        <w:t>us waqt rare thi, ab to bazaar mein bohat mil jayegi. us waqt rare thi english urdu dictionary. to ek saahab jo the, unhone ek badi dukaan kholi thi aur chhaapa tha.</w:t>
      </w:r>
    </w:p>
    <w:p>
      <w:pPr>
        <w:jc w:val="right"/>
      </w:pPr>
      <w:r>
        <w:t>اس وقت ریئر تھی، اب تو بازار میں بہت مل جائے گی۔ اس وقت ریئر تھی انگلش اردو ڈکشنری۔ تو ایک صاحب جو تھے، انہوں نے ایک بڑی دکان کھولی تھی اور چھاپا تھا۔</w:t>
      </w:r>
    </w:p>
    <w:p>
      <w:r>
        <w:rPr>
          <w:b/>
        </w:rPr>
        <w:t xml:space="preserve">[10:54] </w:t>
      </w:r>
      <w:r>
        <w:t>to un ke haan woh thi dictionary, moti si urdu dictionary, english urdu dictionary.</w:t>
      </w:r>
    </w:p>
    <w:p>
      <w:pPr>
        <w:jc w:val="right"/>
      </w:pPr>
      <w:r>
        <w:t>تو ان کے ہاں وہ تھی ڈکشنری، موٹی سی اردو ڈکشنری، انگلش اردو ڈکشنری۔</w:t>
      </w:r>
    </w:p>
    <w:p>
      <w:r>
        <w:rPr>
          <w:b/>
        </w:rPr>
        <w:t xml:space="preserve">[11:06] </w:t>
      </w:r>
      <w:r>
        <w:t>to us ko dene lage, woh lijiyye. achha, main samjha ke yeh to dukandaar hain, yeh bech rahe honge, mujhe paisa dena hoga.</w:t>
      </w:r>
    </w:p>
    <w:p>
      <w:pPr>
        <w:jc w:val="right"/>
      </w:pPr>
      <w:r>
        <w:t>تو اس کو دینے لگے، وہ لیجئے۔ اچھا، میں سمجھا کہ یہ تو دکاندار ہیں، یہ بیچ رہے ہوں گے، مجھے پیسہ دینا ہوگا۔</w:t>
      </w:r>
    </w:p>
    <w:p>
      <w:r>
        <w:rPr>
          <w:b/>
        </w:rPr>
        <w:t xml:space="preserve">[11:15] </w:t>
      </w:r>
      <w:r>
        <w:t>to main to wahan mere bijay mein paise thay nahi. to main ne kuch kaha.</w:t>
      </w:r>
    </w:p>
    <w:p>
      <w:pPr>
        <w:jc w:val="right"/>
      </w:pPr>
      <w:r>
        <w:t>تو میں تو وہاں میرے بیجے میں پیسے تھے نہیں۔ تو میں نے کچھ کہا۔</w:t>
      </w:r>
    </w:p>
    <w:p>
      <w:r>
        <w:rPr>
          <w:b/>
        </w:rPr>
        <w:t xml:space="preserve">[11:25] </w:t>
      </w:r>
      <w:r>
        <w:t>to ab tak mujhe yaad hai ke unhone jumla bolay thay, woh</w:t>
      </w:r>
    </w:p>
    <w:p>
      <w:pPr>
        <w:jc w:val="right"/>
      </w:pPr>
      <w:r>
        <w:t>تو اب تک مجھے یاد ہے کہ انہوں نے جملہ بولے تھے، وہ</w:t>
      </w:r>
    </w:p>
    <w:p>
      <w:r>
        <w:rPr>
          <w:b/>
        </w:rPr>
        <w:t xml:space="preserve">[11:31] </w:t>
      </w:r>
      <w:r>
        <w:t>kuch main ne kaha tha ke main kaise loonga is ko. to unhone kaha, agar free ho tab to koi problem nahi aap ko. yaani yeh kitaab kitaab aap ko main free de doon, tab to koi problem nahi aap ko.</w:t>
      </w:r>
    </w:p>
    <w:p>
      <w:pPr>
        <w:jc w:val="right"/>
      </w:pPr>
      <w:r>
        <w:t>کچھ میں نے کہا تھا کہ میں کیسے لوں گا اس کو۔ تو انہوں نے کہا، اگر فری ہو تب تو کوئی پرابلم نہیں آپ کو۔ یعنی یہ کتاب کتاب آپ کو میں فری دے دوں، تب تو کوئی پرابلم نہیں آپ کو۔</w:t>
      </w:r>
    </w:p>
    <w:p>
      <w:r>
        <w:rPr>
          <w:b/>
        </w:rPr>
        <w:t xml:space="preserve">[11:47] </w:t>
      </w:r>
      <w:r>
        <w:t>aise hi Allah taala keh raha hai ke aye mere bandoon,</w:t>
      </w:r>
    </w:p>
    <w:p>
      <w:pPr>
        <w:jc w:val="right"/>
      </w:pPr>
      <w:r>
        <w:t>ایسے ہی اللہ تعالی کہہ رہا ہے کہ اے میرے بندوں،</w:t>
      </w:r>
    </w:p>
    <w:p>
      <w:r>
        <w:rPr>
          <w:b/>
        </w:rPr>
        <w:t xml:space="preserve">[11:55] </w:t>
      </w:r>
      <w:r>
        <w:t>tum ko saare hi resources jama kar dein, saare infrastructure jama kar dein, aur saare farishton ko laga dein, tab to tum ko koi problem nahi hogi.</w:t>
      </w:r>
    </w:p>
    <w:p>
      <w:pPr>
        <w:jc w:val="right"/>
      </w:pPr>
      <w:r>
        <w:t>تم کو سارے ہی ریسورسز جمع کر دیں، سارے انفراسٹرکچر جمع کر دیں، اور سارے فرشتوں کو لگا دیں، تب تو تم کو کوئی پرابلم نہیں ہوگی۔</w:t>
      </w:r>
    </w:p>
    <w:p>
      <w:r>
        <w:rPr>
          <w:b/>
        </w:rPr>
        <w:t xml:space="preserve">[12:07] </w:t>
      </w:r>
      <w:r>
        <w:t>is ke maani yeh hue ke musalman jo saari duniya mein saazish, mushkil, pareshan, problem, aur zaalim, aur islamophobia, bilkul bolte hain, yeh jhoote alfaaz hain.</w:t>
      </w:r>
    </w:p>
    <w:p>
      <w:pPr>
        <w:jc w:val="right"/>
      </w:pPr>
      <w:r>
        <w:t>اس کے معنی یہ ہوئے کہ مسلمان جو ساری دنیا میں سازش، مشکل، پریشان، پرابلم، اور ظالم، اور اسلامو فوبیا، بالکل بولتے ہیں، یہ جھوٹے الفاظ ہیں۔</w:t>
      </w:r>
    </w:p>
    <w:p>
      <w:r>
        <w:rPr>
          <w:b/>
        </w:rPr>
        <w:t xml:space="preserve">[12:27] </w:t>
      </w:r>
      <w:r>
        <w:t>har jagah farishtay khaday hue hain kehne ke liye ke aye musalman tu jhoot bolta hai, tu us ko Allah ne sab kuch free kar diya, to ab kya problem hai?</w:t>
      </w:r>
    </w:p>
    <w:p>
      <w:pPr>
        <w:jc w:val="right"/>
      </w:pPr>
      <w:r>
        <w:t>ہر جگہ فرشتے کھڑے ہوئے ہیں کہنے کے لیے کہ اے مسلمان تو جھوٹ بولتا ہے، تو اس کو اللہ نے سب کچھ فری کر دیا، تو اب کیا پرابلم ہے؟</w:t>
      </w:r>
    </w:p>
    <w:p>
      <w:r>
        <w:rPr>
          <w:b/>
        </w:rPr>
        <w:t xml:space="preserve">[12:37] </w:t>
      </w:r>
      <w:r>
        <w:t>jab aap bolte hain ke zulm hai, saazish hai, to ek farishta woh kehta hai, tum jhoot bolte ho.</w:t>
      </w:r>
    </w:p>
    <w:p>
      <w:pPr>
        <w:jc w:val="right"/>
      </w:pPr>
      <w:r>
        <w:t>جب آپ بولتے ہیں کہ ظلم ہے، سازش ہے، تو ایک فرشتہ وہ کہتا ہے، تم جھوٹ بولتے ہو۔</w:t>
      </w:r>
    </w:p>
    <w:p>
      <w:r>
        <w:rPr>
          <w:b/>
        </w:rPr>
        <w:t xml:space="preserve">[12:46] </w:t>
      </w:r>
      <w:r>
        <w:t>to jaise mujhe wahan par yeh hua tha ke dictionary jo de rahe thay, woh mujhe shakk hua ke mujhe paisa dena padega.</w:t>
      </w:r>
    </w:p>
    <w:p>
      <w:pPr>
        <w:jc w:val="right"/>
      </w:pPr>
      <w:r>
        <w:t>تو جیسے مجھے وہاں پر یہ ہوا تھا کہ ڈکشنری جو دے رہے تھے، وہ مجھے شک ہوا کہ مجھے پیسہ دینا پڑے گا۔</w:t>
      </w:r>
    </w:p>
    <w:p>
      <w:r>
        <w:rPr>
          <w:b/>
        </w:rPr>
        <w:t xml:space="preserve">[12:56] </w:t>
      </w:r>
      <w:r>
        <w:t>to main kuch hesitation wale ne hesitation to unhone kaha ke main free aap ko doon, tab to koi problem nahi aap ko.</w:t>
      </w:r>
    </w:p>
    <w:p>
      <w:pPr>
        <w:jc w:val="right"/>
      </w:pPr>
      <w:r>
        <w:t>تو میں کچھ ہزیٹیشن والے نے ہزیٹیشن تو انہوں نے کہا کہ میں فری آپ کو دوں، تب تو کوئی پرابلم نہیں آپ کو۔</w:t>
      </w:r>
    </w:p>
    <w:p>
      <w:r>
        <w:rPr>
          <w:b/>
        </w:rPr>
        <w:t xml:space="preserve">[13:08] </w:t>
      </w:r>
      <w:r>
        <w:t>to isi Allah taala ke farishtay keh rahe hain ke tum ko free mein dawat ka kaam karna ho, tab to koi problem nahi tum ko.</w:t>
      </w:r>
    </w:p>
    <w:p>
      <w:pPr>
        <w:jc w:val="right"/>
      </w:pPr>
      <w:r>
        <w:t>تو اسی اللہ تعالی کے فرشتے کہہ رہے ہیں کہ تم کو فری میں دعوت کا کام کرنا ہو، تب تو کوئی پرابلم نہیں تم کو۔</w:t>
      </w:r>
    </w:p>
    <w:p>
      <w:r>
        <w:rPr>
          <w:b/>
        </w:rPr>
        <w:t xml:space="preserve">[13:19] </w:t>
      </w:r>
      <w:r>
        <w:t>yeh haalat hai, yeh itnay ziyada yaani Allah taala ne mawaaqe opportunities khol di hain. ab misaal ke taur par dekhiye, pehle zamane mein jo ek bohat badi ghalati mein phansa hua hai hamare seerat nigar ke har safar ko ghazwa samajh liya.</w:t>
      </w:r>
    </w:p>
    <w:p>
      <w:pPr>
        <w:jc w:val="right"/>
      </w:pPr>
      <w:r>
        <w:t>یہ حالت ہے، یہ اتنے زیادہ یعنی اللہ تعالی نے مواقع اپرچونیٹیز کھول دی ہیں۔ اب مثال کے طور پر دیکھیے، پہلے زمانے میں جو ایک بہت بڑی غلطی میں پھنسا ہوا ہے ہمارے سیرت نگار کہ ہر سفر کو غزوہ سمجھ لیا۔</w:t>
      </w:r>
    </w:p>
    <w:p>
      <w:r>
        <w:rPr>
          <w:b/>
        </w:rPr>
        <w:t xml:space="preserve">[13:43] </w:t>
      </w:r>
      <w:r>
        <w:t>yaani taqreeban 85 ghazwa shumaar karte hain. kyun? kyunke log jaate thay talwaar le kar ke, to samajhte thay ke talwaar le ja rahe hain to ghazwa hai.</w:t>
      </w:r>
    </w:p>
    <w:p>
      <w:pPr>
        <w:jc w:val="right"/>
      </w:pPr>
      <w:r>
        <w:t>یعنی تقریباً 85 غزوہ شمار کرتے ہیں۔ کیوں؟ کیونکہ لوگ جاتے تھے تلوار لے کر کے، تو سمجھتے تھے کہ تلوار لے جا رہے ہیں تو غزوہ ہے۔</w:t>
      </w:r>
    </w:p>
    <w:p>
      <w:r>
        <w:rPr>
          <w:b/>
        </w:rPr>
        <w:t xml:space="preserve">[13:57] </w:t>
      </w:r>
      <w:r>
        <w:t>haalanke that was due to age, age factor kaam kar raha tha. is zamane mein jab aap chalte thay kahin kahin jaane ke liye, to aap ko raaste mein koi madadgaar nahi, khud hi aap ko yaani defence karna padta tha.</w:t>
      </w:r>
    </w:p>
    <w:p>
      <w:pPr>
        <w:jc w:val="right"/>
      </w:pPr>
      <w:r>
        <w:t>حالانکہ دیٹ واز ڈیو ٹو ایج، ایج فیکٹر کام کر رہا تھا۔ اس زمانے میں جب آپ چلتے تھے کہیں کہیں جانے کے لیے، تو آپ کو راستے میں کوئی مددگار نہیں، خود ہی آپ کو یعنی ڈیفنس کرنا پڑتا تھا۔</w:t>
      </w:r>
    </w:p>
    <w:p>
      <w:r>
        <w:rPr>
          <w:b/>
        </w:rPr>
        <w:t xml:space="preserve">[14:16] </w:t>
      </w:r>
      <w:r>
        <w:t>apna kahin daaku hain, kahin koi koi koi koi hai, kahin koi hai, to aap ko apne defence ka intezaam kar ke chalna padta tha.</w:t>
      </w:r>
    </w:p>
    <w:p>
      <w:pPr>
        <w:jc w:val="right"/>
      </w:pPr>
      <w:r>
        <w:t>اپنا کہیں ڈاکو ہیں، کہیں کوئی کوئی کوئی کوئی ہے، کہیں کوئی ہے، تو آپ کو اپنے ڈیفنس کا انتظام کر کے چلنا پڑتا تھا۔</w:t>
      </w:r>
    </w:p>
    <w:p>
      <w:r>
        <w:rPr>
          <w:b/>
        </w:rPr>
        <w:t xml:space="preserve">[14:27] </w:t>
      </w:r>
      <w:r>
        <w:t>is liye log talwaar lete thay, to self defence ke liye hota tha woh talwaar, ghazwa ke liye nahi hota tha.</w:t>
      </w:r>
    </w:p>
    <w:p>
      <w:pPr>
        <w:jc w:val="right"/>
      </w:pPr>
      <w:r>
        <w:t>اس لیے لوگ تلوار لیتے تھے، تو سیلف ڈیفنس کے لیے ہوتا تھا وہ تلوار، غزوہ کے لیے نہیں ہوتا تھا۔</w:t>
      </w:r>
    </w:p>
    <w:p>
      <w:r>
        <w:rPr>
          <w:b/>
        </w:rPr>
        <w:t xml:space="preserve">[14:39] </w:t>
      </w:r>
      <w:r>
        <w:t>to hamare logon ne saare 85 ko ghazwa bana diya. woh to safar thay, jaise hamare log jaate hain safar ke liye, hamare saathi jo hain jaate hain safar karte hain aur dawat pohnchaate hain.</w:t>
      </w:r>
    </w:p>
    <w:p>
      <w:pPr>
        <w:jc w:val="right"/>
      </w:pPr>
      <w:r>
        <w:t>تو ہمارے لوگوں نے سارے 85 کو غزوہ بنا دیا۔ وہ تو سفر تھے، جیسے ہمارے لوگ جاتے ہیں سفر کے لیے، ہمارے ساتھی جو ہیں جاتے ہیں سفر کرتے ہیں اور دعوت پہنچاتے ہیں۔</w:t>
      </w:r>
    </w:p>
    <w:p>
      <w:r>
        <w:rPr>
          <w:b/>
        </w:rPr>
        <w:t xml:space="preserve">[14:56] </w:t>
      </w:r>
      <w:r>
        <w:t>to aaj in ko na talwaar lena hai, na reward lena hai, na gun lena hai. kyun? har jagah intezaam hai, har mulk ne intezaam kar rakha hai, har mulk ne intezaam ki apni zimmedari bana rakhi hai.</w:t>
      </w:r>
    </w:p>
    <w:p>
      <w:pPr>
        <w:jc w:val="right"/>
      </w:pPr>
      <w:r>
        <w:t>تو آج ان کو نہ تلوار لینا ہے، نہ ریوارڈ لینا ہے، نہ گن لینا ہے۔ کیوں؟ ہر جگہ انتظام ہے، ہر ملک نے انتظام کر رکھا ہے، ہر ملک نے انتظام کی اپنی ذمہ داری بنا رکھی ہے۔</w:t>
      </w:r>
    </w:p>
    <w:p>
      <w:r>
        <w:rPr>
          <w:b/>
        </w:rPr>
        <w:t xml:space="preserve">[15:12] </w:t>
      </w:r>
      <w:r>
        <w:t>jis mulk mein aap dakhil honge, india mein, pakistan mein, europe mein, america mein, to wahan ke government ki zimmedari hoti hai ke woh logon ki hifaazat kare, aap ko kuch nahi lena dena.</w:t>
      </w:r>
    </w:p>
    <w:p>
      <w:pPr>
        <w:jc w:val="right"/>
      </w:pPr>
      <w:r>
        <w:t>جس ملک میں آپ داخل ہوں گے، انڈیا میں، پاکستان میں، یورپ میں، امریکہ میں، تو وہاں کے گورنمنٹ کی ذمہ داری ہوتی ہے کہ وہ لوگوں کی حفاظت کرے، آپ کو کچھ نہیں لینا دینا۔</w:t>
      </w:r>
    </w:p>
    <w:p>
      <w:r>
        <w:rPr>
          <w:b/>
        </w:rPr>
        <w:t xml:space="preserve">[15:25] </w:t>
      </w:r>
      <w:r>
        <w:t>to woh aswar jo karte thay, sahaba karam, woh dawat ke liye safar hota tha, ghazwa ke liye nahi. talwar to due to edge factor hoti thi.</w:t>
      </w:r>
    </w:p>
    <w:p>
      <w:pPr>
        <w:jc w:val="right"/>
      </w:pPr>
      <w:r>
        <w:t>تو وہ اسوار جو کرتے تھے، صحابہ کرام، وہ دعوت کے لیے سفر ہوتا تھا، غزوہ کے لیے نہیں۔ تلوار تو ڈیو ٹو ایج فیکٹر ہوتی تھی۔</w:t>
      </w:r>
    </w:p>
    <w:p>
      <w:r>
        <w:rPr>
          <w:b/>
        </w:rPr>
        <w:t xml:space="preserve">[15:41] </w:t>
      </w:r>
      <w:r>
        <w:t>to in sab baton ko le kar aap sochiye ke kya nikla nikalta hai ke Allah taala ne peghambar insan salallaho alaihi wasallam ko bheja, khatam un nabiyyin ke hasiyat se.</w:t>
      </w:r>
    </w:p>
    <w:p>
      <w:pPr>
        <w:jc w:val="right"/>
      </w:pPr>
      <w:r>
        <w:t>تو ان سب باتوں کو لے کر آپ سوچیے کہ کیا نکلا نکلتا ہے کہ اللہ تعالی نے پیغمبر انسان صلی اللہ علیہ وسلم کو بھیجا، خاتم النبین کے حیثیت سے۔</w:t>
      </w:r>
    </w:p>
    <w:p>
      <w:r>
        <w:rPr>
          <w:b/>
        </w:rPr>
        <w:t xml:space="preserve">[15:56] </w:t>
      </w:r>
      <w:r>
        <w:t>Allah taala ne un par quran utara, aakhri kitab, aur is ko mehfooz kar diya, na nazalna zikr wa inna ilaihi raziun, mehfooz kar diya.</w:t>
      </w:r>
    </w:p>
    <w:p>
      <w:pPr>
        <w:jc w:val="right"/>
      </w:pPr>
      <w:r>
        <w:t>اللہ تعالی نے ان پر قرآن اتارا، آخری کتاب، اور اس کو محفوظ کر دیا، نہ نزلنا ذکر وانا الیہ رافضون، محفوظ کر دیا۔</w:t>
      </w:r>
    </w:p>
    <w:p>
      <w:r>
        <w:rPr>
          <w:b/>
        </w:rPr>
        <w:t xml:space="preserve">[16:09] </w:t>
      </w:r>
      <w:r>
        <w:t>ab musalmanon ko inhe phailana hai, to aap ko na talwar lena hai, na bandooq lena hai, jahan chahe jaiye, har taraf peace hi peace hai.</w:t>
      </w:r>
    </w:p>
    <w:p>
      <w:pPr>
        <w:jc w:val="right"/>
      </w:pPr>
      <w:r>
        <w:t>اب مسلمانوں کو انہیں پھیلانا ہے، تو آپ کو نہ تلوار لینا ہے، نہ بندوق لینا ہے، جہاں چاہے جائیے، ہر طرف پیس ہی پیس ہے۔</w:t>
      </w:r>
    </w:p>
    <w:p>
      <w:r>
        <w:rPr>
          <w:b/>
        </w:rPr>
        <w:t xml:space="preserve">[16:21] </w:t>
      </w:r>
      <w:r>
        <w:t>agar aap kisi par bomb na maarein, dekhiye, farq yeh hai ke musalman yeh kahe ke falan jagah hamare paas hai, falan jagah that is retaliation.</w:t>
      </w:r>
    </w:p>
    <w:p>
      <w:pPr>
        <w:jc w:val="right"/>
      </w:pPr>
      <w:r>
        <w:t>اگر آپ کسی پر بم نہ ماریں، دیکھیے، فرق یہ ہے کہ مسلمان یہ کہے کہ فلاں جگہ ہمارے پاس ہے، فلاں جگہ دیٹ از ریٹیلیشن۔</w:t>
      </w:r>
    </w:p>
    <w:p>
      <w:r>
        <w:rPr>
          <w:b/>
        </w:rPr>
        <w:t xml:space="preserve">[16:33] </w:t>
      </w:r>
      <w:r>
        <w:t>chahe kashmir ho, chahe falasteen ho, chahe jahan bhi ho, jahan musalman musalmanon ka akhbar mein chhapta hai, woh sab retaliation hai.</w:t>
      </w:r>
    </w:p>
    <w:p>
      <w:pPr>
        <w:jc w:val="right"/>
      </w:pPr>
      <w:r>
        <w:t>چاہے کشمیر ہو، چاہے فلسطین ہو، چاہے جہاں بھی ہو، جہاں مسلمان مسلمانوں کا اخبار میں چھپتا ہے، وہ سب ریٹیلیشن ہے۔</w:t>
      </w:r>
    </w:p>
    <w:p>
      <w:r>
        <w:rPr>
          <w:b/>
        </w:rPr>
        <w:t xml:space="preserve">[16:44] </w:t>
      </w:r>
      <w:r>
        <w:t>musalman pehle phenkte hain pathar, to un ki taraf se aata hai bomb. aap pathar na phenkein to kuch bhi nahi. is ko urdu mein kehte hain, "abeel mujhe maar".</w:t>
      </w:r>
    </w:p>
    <w:p>
      <w:pPr>
        <w:jc w:val="right"/>
      </w:pPr>
      <w:r>
        <w:t>مسلمان پہلے پھینکتے ہیں پتھر، تو ان کی طرف سے آتا ہے بم۔ آپ پتھر نہ پھینکیں تو کچھ بھی نہیں۔ اس کو اردو میں کہتے ہیں، "ابیل مجھے مار"۔</w:t>
      </w:r>
    </w:p>
    <w:p>
      <w:r>
        <w:rPr>
          <w:b/>
        </w:rPr>
        <w:t xml:space="preserve">[16:58] </w:t>
      </w:r>
      <w:r>
        <w:t>urdu mein bohat acha lafz hai, "abeel mujhe maar". yanibeel raste mein kinare khada hua hai, woh jawari kar raha hai, bilkul dunya se be khabar.</w:t>
      </w:r>
    </w:p>
    <w:p>
      <w:pPr>
        <w:jc w:val="right"/>
      </w:pPr>
      <w:r>
        <w:t>اردو میں بہت اچھا لفظ ہے، "ابیل مجھے مار"۔ یعنی بیل راستے میں کنارے کھڑا ہوا ہے، وہ جواری کر رہا ہے، بالکل دنیا سے بے خبر۔</w:t>
      </w:r>
    </w:p>
    <w:p>
      <w:r>
        <w:rPr>
          <w:b/>
        </w:rPr>
        <w:t xml:space="preserve">[17:11] </w:t>
      </w:r>
      <w:r>
        <w:t>agar aap ne kabhi dekha ho jab yeh log jawari karte hain, ek dum be khabar,</w:t>
      </w:r>
    </w:p>
    <w:p>
      <w:pPr>
        <w:jc w:val="right"/>
      </w:pPr>
      <w:r>
        <w:t>اگر آپ نے کبھی دیکھا ہو جب یہ لوگ جواری کرتے ہیں، ایک دم بے خبر،</w:t>
      </w:r>
    </w:p>
    <w:p>
      <w:r>
        <w:rPr>
          <w:b/>
        </w:rPr>
        <w:t xml:space="preserve">[17:20] </w:t>
      </w:r>
      <w:r>
        <w:t>to beel kinare raste ke khada hua jawari kar raha hai. ab aap us par pathar maarein to aap ko seeng maare ga. woh hai retaliation.</w:t>
      </w:r>
    </w:p>
    <w:p>
      <w:pPr>
        <w:jc w:val="right"/>
      </w:pPr>
      <w:r>
        <w:t>تو بیل کنارے راستے کے کھڑا ہوا جواری کر رہا ہے۔ اب آپ اس پر پتھر ماریں تو آپ کو سینگ مارے گا۔ وہ ہے ڈیٹیلیشن۔</w:t>
      </w:r>
    </w:p>
    <w:p>
      <w:r>
        <w:rPr>
          <w:b/>
        </w:rPr>
        <w:t xml:space="preserve">[17:34] </w:t>
      </w:r>
      <w:r>
        <w:t>kabhi bhi bila kisi chede hue koi beel aap ko seeng nahi maare ga. yahi muamla hai dunya mein, jahan jahan musalman kehte hain zulm, har jagah kuch koi.</w:t>
      </w:r>
    </w:p>
    <w:p>
      <w:pPr>
        <w:jc w:val="right"/>
      </w:pPr>
      <w:r>
        <w:t>کبھی بھی بلا کسی چھیڑے ہوئے کوئی بیل آپ کو سینگ نہیں مارے گا۔ یہی معاملہ ہے دنیا میں، جہاں جہاں مسلمان کہتے ہیں ظلم، ہر جگہ کچھ کوئی۔</w:t>
      </w:r>
    </w:p>
    <w:p>
      <w:r>
        <w:rPr>
          <w:b/>
        </w:rPr>
        <w:t xml:space="preserve">[17:48] </w:t>
      </w:r>
      <w:r>
        <w:t>kyun ke musalman hain, jazbati qom ban ke bane hue hain. india mein jitne woh thay, waqiat jin ko fasadat kehte hain, fasadat nahi thay, woh retaliation hota tha.</w:t>
      </w:r>
    </w:p>
    <w:p>
      <w:pPr>
        <w:jc w:val="right"/>
      </w:pPr>
      <w:r>
        <w:t>کیونکہ مسلمان ہیں، جذباتی قوم بن کے بنے ہوئے ہیں۔ انڈیا میں جتنے وہ تھے، واقعات جن کو فسادات کہتے ہیں، فسادات نہیں تھے، وہ ریٹیلیشن ہوتا تھا۔</w:t>
      </w:r>
    </w:p>
    <w:p>
      <w:r>
        <w:rPr>
          <w:b/>
        </w:rPr>
        <w:t xml:space="preserve">[18:02] </w:t>
      </w:r>
      <w:r>
        <w:t>kashmir mein jo hota, woh retaliation. falasteen mein jo hota hai, woh retaliation.</w:t>
      </w:r>
    </w:p>
    <w:p>
      <w:pPr>
        <w:jc w:val="right"/>
      </w:pPr>
      <w:r>
        <w:t>کشمیر میں جو ہوتا، وہ ریٹیلیشن۔ فلسطین میں جو ہوتا ہے، وہ ریٹیلیشن۔</w:t>
      </w:r>
    </w:p>
    <w:p>
      <w:r>
        <w:rPr>
          <w:b/>
        </w:rPr>
        <w:t xml:space="preserve">[18:10] </w:t>
      </w:r>
      <w:r>
        <w:t>apne aap ko retaliation se bachaiye to phir sab kuch, yani har sari dunya aap ke liye khali hai, jo chahe kijiye, koi rukawat nahi.</w:t>
      </w:r>
    </w:p>
    <w:p>
      <w:pPr>
        <w:jc w:val="right"/>
      </w:pPr>
      <w:r>
        <w:t>اپنے آپ کو ریٹیلیشن سے بچائیے تو پھر سب کچھ، یعنی ہر ساری دنیا آپ کے لیے خالی ہے، جو چاہے کیجیے، کوئی رکاوٹ نہیں۔</w:t>
      </w:r>
    </w:p>
    <w:p>
      <w:r>
        <w:rPr>
          <w:b/>
        </w:rPr>
        <w:t xml:space="preserve">[18:24] </w:t>
      </w:r>
      <w:r>
        <w:t>woh jo mashhoor masla hai america mein ke aap kisi ki nose ko touch na kijiye,</w:t>
      </w:r>
    </w:p>
    <w:p>
      <w:pPr>
        <w:jc w:val="right"/>
      </w:pPr>
      <w:r>
        <w:t>وہ جو مشہور مسئلہ ہے امریکہ میں کہ آپ کسی کی نوز کو ٹچ نہ کیجیے،</w:t>
      </w:r>
    </w:p>
    <w:p>
      <w:r>
        <w:rPr>
          <w:b/>
        </w:rPr>
        <w:t xml:space="preserve">[18:32] </w:t>
      </w:r>
      <w:r>
        <w:t>kisi ki nose ko touch na kijiye, sari dunya aap ke liye. america mein aap jayein to sare musalman shikayat karein ge ke new york tower ka jo hua tha, revolution, us ke baad america mein musalmanon ke sath discrimination hone laga.</w:t>
      </w:r>
    </w:p>
    <w:p>
      <w:pPr>
        <w:jc w:val="right"/>
      </w:pPr>
      <w:r>
        <w:t>کسی کی نوز کو ٹچ نہ کیجیے، ساری دنیا آپ کے لیے۔ امریکہ میں آپ جائیں تو سارے مسلمان شکایت کریں گے کہ نیویارک ٹاور کا جو ہوا تھا، ریوالیوشن، اس کے بعد امریکہ میں مسلمانوں کے ساتھ ڈسکریمنیشن ہونے لگا۔</w:t>
      </w:r>
    </w:p>
    <w:p>
      <w:r>
        <w:rPr>
          <w:b/>
        </w:rPr>
        <w:t xml:space="preserve">[18:51] </w:t>
      </w:r>
      <w:r>
        <w:t>ji to to kaise hua? aaj mein new york tower, america ki industrial doors thi. new york tower jo hai, woh america ki industrial doors thi.</w:t>
      </w:r>
    </w:p>
    <w:p>
      <w:pPr>
        <w:jc w:val="right"/>
      </w:pPr>
      <w:r>
        <w:t>جی تو تو کیسے ہوا؟ آج میں نیویارک ٹاور، امریکہ کی انڈسٹریل ڈورز تھی۔ نیویارک ٹاور جو ہے، وہ امریکہ کی انڈسٹریل ڈورز تھی۔</w:t>
      </w:r>
    </w:p>
    <w:p>
      <w:r>
        <w:rPr>
          <w:b/>
        </w:rPr>
        <w:t xml:space="preserve">[19:04] </w:t>
      </w:r>
      <w:r>
        <w:t>aap ne us ko touch kiya, us ko touch kiya to us ka retaliation samne aaya. retaliation samne aaya to Allah taala ne logon ke hath ko pakad rakha hai.</w:t>
      </w:r>
    </w:p>
    <w:p>
      <w:pPr>
        <w:jc w:val="right"/>
      </w:pPr>
      <w:r>
        <w:t>آپ نے اس کو ٹچ کیا، اس کو ٹچ کیا تو اس کا ریٹیلیشن سامنے آیا۔ ریٹیلیشن سامنے آیا تو اللہ تعالی نے لوگوں کے ہاتھ کو پکڑ رکھا ہے۔</w:t>
      </w:r>
    </w:p>
    <w:p>
      <w:r>
        <w:rPr>
          <w:b/>
        </w:rPr>
        <w:t xml:space="preserve">[19:20] </w:t>
      </w:r>
      <w:r>
        <w:t>kyun? taake aap ko free maidan mile dawat ke kaam karne ke liye. Allah taala ne mukhtalif tareeqe se logon ke hath ko pakad rakha hai.</w:t>
      </w:r>
    </w:p>
    <w:p>
      <w:pPr>
        <w:jc w:val="right"/>
      </w:pPr>
      <w:r>
        <w:t>کیوں؟ تاکہ آپ کو فری میدان ملے دعوت کے کام کرنے کے لیے۔ اللہ تعالی نے مختلف طریقے سے لوگوں کے ہاتھ کو پکڑ رکھا ہے۔</w:t>
      </w:r>
    </w:p>
    <w:p>
      <w:r>
        <w:rPr>
          <w:b/>
        </w:rPr>
        <w:t xml:space="preserve">[19:35] </w:t>
      </w:r>
      <w:r>
        <w:t>aap ko sirf yeh karna hai ke aap kisi ki nose ko touch na karein, bas us ko dawat ka kaam khoob kijiye, khoob kijiye, koi rukawat nahi.</w:t>
      </w:r>
    </w:p>
    <w:p>
      <w:pPr>
        <w:jc w:val="right"/>
      </w:pPr>
      <w:r>
        <w:t>آپ کو صرف یہ کرنا ہے کہ آپ کسی کی نوز کو ٹچ نہ کریں، بس اس کو دعوت کا کام خوب کیجیے، خوب کیجیے، کوئی رکاوٹ نہیں۔</w:t>
      </w:r>
    </w:p>
    <w:p>
      <w:r>
        <w:rPr>
          <w:b/>
        </w:rPr>
        <w:t xml:space="preserve">[19:49] </w:t>
      </w:r>
      <w:r>
        <w:t>ab hamare saathi dekhiye, ab mashallah international level par kaam kar rahe hain. pehle india mein hota tha, sab se pehle delhi mein hota tha, india mein hone laga, ab sare alam mein kar rahe hain.</w:t>
      </w:r>
    </w:p>
    <w:p>
      <w:pPr>
        <w:jc w:val="right"/>
      </w:pPr>
      <w:r>
        <w:t>اب ہمارے ساتھی دیکھیے، اب ماشاءاللہ انٹرنیشنل لیول پر کام کر رہے ہیں۔ پہلے انڈیا میں ہوتا تھا، سب سے پہلے دلی میں ہوتا تھا، انڈیا میں ہونے لگا، اب سارے عالم میں کر رہے ہیں۔</w:t>
      </w:r>
    </w:p>
    <w:p>
      <w:r>
        <w:rPr>
          <w:b/>
        </w:rPr>
        <w:t xml:space="preserve">[20:03] </w:t>
      </w:r>
      <w:r>
        <w:t>ab international level par quran ko phailane ka kaam ho raha hai to kahin rukawat nahi, kahin bhi koi rukawat nahi.</w:t>
      </w:r>
    </w:p>
    <w:p>
      <w:pPr>
        <w:jc w:val="right"/>
      </w:pPr>
      <w:r>
        <w:t>اب انٹرنیشنل لیول پر قرآن کو پھیلانے کا کام ہو رہا ہے تو کہیں رکاوٹ نہیں، کہیں بھی کوئی رکاوٹ نہیں۔</w:t>
      </w:r>
    </w:p>
    <w:p>
      <w:r>
        <w:rPr>
          <w:b/>
        </w:rPr>
        <w:t xml:space="preserve">[20:11] </w:t>
      </w:r>
      <w:r>
        <w:t>kyun ke yeh log pathar nahi marte, kahin reward nahi chalate, kuch nahi.</w:t>
      </w:r>
    </w:p>
    <w:p>
      <w:pPr>
        <w:jc w:val="right"/>
      </w:pPr>
      <w:r>
        <w:t>کیونکہ یہ لوگ پتھر نہیں مارتے، کہیں ریوارڈ نہیں چلاتے، کچھ نہیں۔</w:t>
      </w:r>
    </w:p>
    <w:p>
      <w:r>
        <w:rPr>
          <w:b/>
        </w:rPr>
        <w:t xml:space="preserve">[20:22] </w:t>
      </w:r>
      <w:r>
        <w:t>to aap ka jab quran ko padhein ge to sab se aham jo message mile ga aap ko, yani muslim hone ke hasiyat se,</w:t>
      </w:r>
    </w:p>
    <w:p>
      <w:pPr>
        <w:jc w:val="right"/>
      </w:pPr>
      <w:r>
        <w:t>تو آپ کا جب قرآن کو پڑھیں گے تو سب سے اہم جو میسج ملے گا آپ کو، یعنی مسلم ہونے کے حیثیت سے،</w:t>
      </w:r>
    </w:p>
    <w:p>
      <w:r>
        <w:rPr>
          <w:b/>
        </w:rPr>
        <w:t xml:space="preserve">[20:36] </w:t>
      </w:r>
      <w:r>
        <w:t>sab se aham message woh yeh hai ke aye musalmano, tum ummat e wasat ho. is ko kuch kuch mufassireen ne galat tarjuma kar ke bana diya ke tum khair ummat ho,</w:t>
      </w:r>
    </w:p>
    <w:p>
      <w:pPr>
        <w:jc w:val="right"/>
      </w:pPr>
      <w:r>
        <w:t>سب سے اہم میسج وہ یہ ہے کہ اے مسلمانوں، تم امت وسط ہو۔ اس کو کچھ کچھ مفسرین نے غلط ترجمہ کر کے بنا دیا کہ تم خیر امت ہو،</w:t>
      </w:r>
    </w:p>
    <w:p>
      <w:r>
        <w:rPr>
          <w:b/>
        </w:rPr>
        <w:t xml:space="preserve">[20:52] </w:t>
      </w:r>
      <w:r>
        <w:t>afzal umti. bilkul galat tarjuma hai, yeh 70 feesad galat hai. is ke mani hain ke tum beech ki ummat ho. jin logon ne bhi is ayat ke mein khair ummat, woh ummat-e-wasta ka tarjuma afzal ummat ho, khair ummat kya hai, woh bilkul galat kaam kiya hai, bohat hi galat kaam.</w:t>
      </w:r>
    </w:p>
    <w:p>
      <w:pPr>
        <w:jc w:val="right"/>
      </w:pPr>
      <w:r>
        <w:t>افضل امتی۔ بالکل غلط ترجمہ ہے، یہ 70 فیصد غلط ہے۔ اس کے معنی ہیں کہ تم بیچ کی امت ہو۔ جن لوگوں نے بھی اس آیت کے میں خیر امت، وہ امت وسط کا ترجمہ افضل امت ہو، خیر امت کیا ہے، وہ بالکل غلط کام کیا ہے، بہت ہی غلط کام۔</w:t>
      </w:r>
    </w:p>
    <w:p>
      <w:r>
        <w:rPr>
          <w:b/>
        </w:rPr>
        <w:t xml:space="preserve">[21:14] </w:t>
      </w:r>
      <w:r>
        <w:t>is ka matlab sirf yeh hai ke tum beech ki ummat ho, yaani ek taraf rasool hai aur doosri taraf insan hai, is ke beech mein tum ho.</w:t>
      </w:r>
    </w:p>
    <w:p>
      <w:pPr>
        <w:jc w:val="right"/>
      </w:pPr>
      <w:r>
        <w:t>اس کا مطلب صرف یہ ہے کہ تم بیچ کی امت ہو، یعنی ایک طرف رسول ہے اور دوسری طرف انسان ہے، اس کے بیچ میں تم ہو۔</w:t>
      </w:r>
    </w:p>
    <w:p>
      <w:r>
        <w:rPr>
          <w:b/>
        </w:rPr>
        <w:t xml:space="preserve">[21:24] </w:t>
      </w:r>
      <w:r>
        <w:t>un se lo, un ko pohnchao.</w:t>
      </w:r>
    </w:p>
    <w:p>
      <w:pPr>
        <w:jc w:val="right"/>
      </w:pPr>
      <w:r>
        <w:t>ان سے لو، ان کو پہنچاؤ۔</w:t>
      </w:r>
    </w:p>
    <w:p>
      <w:r>
        <w:rPr>
          <w:b/>
        </w:rPr>
        <w:t xml:space="preserve">[21:30] </w:t>
      </w:r>
      <w:r>
        <w:t>to yeh hai aap ko kaam. mission ek hi mission hai musalman ka, woh hai dawat-e-ilallah, quran ko phailana.</w:t>
      </w:r>
    </w:p>
    <w:p>
      <w:pPr>
        <w:jc w:val="right"/>
      </w:pPr>
      <w:r>
        <w:t>تو یہ ہے آپ کو کام۔ مشن ایک ہی مشن ہے مسلمان کا، وہ ہے دعوت اللہ، قرآن کو پھیلانا۔</w:t>
      </w:r>
    </w:p>
    <w:p>
      <w:r>
        <w:rPr>
          <w:b/>
        </w:rPr>
        <w:t xml:space="preserve">[21:43] </w:t>
      </w:r>
      <w:r>
        <w:t>ek hi mission hai, lekin quran ki arabi nahi, quran ka tarjuma. kyunke quran mein hai ke "wa ma arsalna min rasoolin illa bi lisani qaumihi li yubayyin lahun".</w:t>
      </w:r>
    </w:p>
    <w:p>
      <w:pPr>
        <w:jc w:val="right"/>
      </w:pPr>
      <w:r>
        <w:t>ایک ہی مشن ہے، لیکن قرآن کی عربی نہیں، قرآن کا ترجمہ۔ کیونکہ قرآن میں ہے کہ "وما أرسلنا برسول إلا بلسان قوم"۔</w:t>
      </w:r>
    </w:p>
    <w:p>
      <w:r>
        <w:rPr>
          <w:b/>
        </w:rPr>
        <w:t xml:space="preserve">[21:56] </w:t>
      </w:r>
      <w:r>
        <w:t>lisani qaumihi mein Allah ka paigham pohnchta hai, to quran lisani qaumihi mein to hai nahi. to quran ko lisani qaumihi mein phailana, isi ka naam hai transition.</w:t>
      </w:r>
    </w:p>
    <w:p>
      <w:pPr>
        <w:jc w:val="right"/>
      </w:pPr>
      <w:r>
        <w:t>لسان قوم میں اللہ کا پیغام پہنچتا ہے، تو قرآن لسان قوم میں تو ہے نہیں۔ تو قرآن کو لسان قوم میں پھیلانا، اسی کا نام ہے ٹرانزیشن۔</w:t>
      </w:r>
    </w:p>
    <w:p>
      <w:r>
        <w:rPr>
          <w:b/>
        </w:rPr>
        <w:t xml:space="preserve">[22:13] </w:t>
      </w:r>
      <w:r>
        <w:t>to is yeh jo kaam Allah taala ne aap ke zime kiya hai, is ke liye kya yeh kitna bara intezam hai ke sare secular logon ko yeh hukum de diya ke tum in</w:t>
      </w:r>
    </w:p>
    <w:p>
      <w:pPr>
        <w:jc w:val="right"/>
      </w:pPr>
      <w:r>
        <w:t>تو اس یہ جو کام اللہ تعالی نے آپ کے ذمے کیا ہے، اس کے لیے کیا یہ کتنا بڑا انتظام ہے کہ سارے سیکولر لوگوں کو یہ حکم دے دیا کہ تم ان</w:t>
      </w:r>
    </w:p>
    <w:p>
      <w:r>
        <w:rPr>
          <w:b/>
        </w:rPr>
        <w:t xml:space="preserve">[22:34] </w:t>
      </w:r>
      <w:r>
        <w:t>in khadman-e-islam ko</w:t>
      </w:r>
    </w:p>
    <w:p>
      <w:pPr>
        <w:jc w:val="right"/>
      </w:pPr>
      <w:r>
        <w:t>ان خادمان اسلام کو</w:t>
      </w:r>
    </w:p>
    <w:p>
      <w:r>
        <w:rPr>
          <w:b/>
        </w:rPr>
        <w:t xml:space="preserve">[22:38] </w:t>
      </w:r>
      <w:r>
        <w:t>infrastructure faraham karo, in khadman-e-islam ko, khadman-e-quran ko infrastructure provide karo.</w:t>
      </w:r>
    </w:p>
    <w:p>
      <w:pPr>
        <w:jc w:val="right"/>
      </w:pPr>
      <w:r>
        <w:t>انفراسٹرکچر فراہم کرو، ان خادمان اسلام کو، خادمان قرآن کو انفراسٹرکچر پرووائیڈ کرو۔</w:t>
      </w:r>
    </w:p>
    <w:p>
      <w:r>
        <w:rPr>
          <w:b/>
        </w:rPr>
        <w:t xml:space="preserve">[22:51] </w:t>
      </w:r>
      <w:r>
        <w:t>to yeh jo kuch bhi hai, woh infrastructure hai, chahe woh pace ho, chahe communication ho, chahe woh wheel chair ho, chahe computer ho, yeh sab infrastructure hai.</w:t>
      </w:r>
    </w:p>
    <w:p>
      <w:pPr>
        <w:jc w:val="right"/>
      </w:pPr>
      <w:r>
        <w:t>تو یہ جو کچھ بھی ہے، وہ انفراسٹرکچر ہے، چاہے وہ پیس ہو، چاہے کمیونیکیشن ہو، چاہے وہ ویل چیئر ہو، چاہے کمپیوٹر ہو، یہ سب انفراسٹرکچر ہے۔</w:t>
      </w:r>
    </w:p>
    <w:p>
      <w:r>
        <w:rPr>
          <w:b/>
        </w:rPr>
        <w:t xml:space="preserve">[23:05] </w:t>
      </w:r>
      <w:r>
        <w:t>to secular logon ki taraf se hamein har qism ke infrastructure provide kiye jayen. yeh Allah taala un ki duty laga dete hain.</w:t>
      </w:r>
    </w:p>
    <w:p>
      <w:pPr>
        <w:jc w:val="right"/>
      </w:pPr>
      <w:r>
        <w:t>تو سیکولر لوگوں کی طرف سے ہمیں ہر قسم کے انفراسٹرکچر پرووائیڈ کیے جائیں۔ یہ اللہ تعالی ان کی ڈیوٹی لگا دیتے ہیں۔</w:t>
      </w:r>
    </w:p>
    <w:p>
      <w:r>
        <w:rPr>
          <w:b/>
        </w:rPr>
        <w:t xml:space="preserve">[23:15] </w:t>
      </w:r>
      <w:r>
        <w:t>duty kaisi ajeeb baat hai, kaisi ajeeb baat hai.</w:t>
      </w:r>
    </w:p>
    <w:p>
      <w:pPr>
        <w:jc w:val="right"/>
      </w:pPr>
      <w:r>
        <w:t>ڈیوٹی کیسی عجیب بات ہے، کیسی عجیب بات ہے۔</w:t>
      </w:r>
    </w:p>
    <w:p>
      <w:r>
        <w:rPr>
          <w:b/>
        </w:rPr>
        <w:t xml:space="preserve">[23:23] </w:t>
      </w:r>
      <w:r>
        <w:t>yaani musalman ki duty hai ke woh quran ko phailaye, aur sari dunya ki duty yeh hai ke un ko infrastructure pohnchao. kya is se zyada koi qissa jo ab mujhe karachi ke dukandar ne kaha tha ke agar mein free aap ko doon to to koi problem nahi hai,</w:t>
      </w:r>
    </w:p>
    <w:p>
      <w:pPr>
        <w:jc w:val="right"/>
      </w:pPr>
      <w:r>
        <w:t>یعنی مسلم کی ڈیوٹی ہے کہ وہ قرآن کو پھیلائے، اور ساری دنیا کی ڈیوٹی یہ ہے کہ ان کو انفراسٹرکچر پہنچاؤ۔ کیا اس سے زیادہ کوئی قصہ جو اب مجھے کراچی کے دکاندار نے کہا تھا کہ اگر میں فری آپ کو دوں تو تو کوئی پرابلم نہیں ہے،</w:t>
      </w:r>
    </w:p>
    <w:p>
      <w:r>
        <w:rPr>
          <w:b/>
        </w:rPr>
        <w:t xml:space="preserve">[23:44] </w:t>
      </w:r>
      <w:r>
        <w:t>wohi ho gaya. yeh dawat ka kaam tum ko free karna parhe, tab to koi problem nahi. ab dekhiye, is zamane mein aaj mein soch raha tha ke is zamane ki ek bohat bari nemat hai commercialization.</w:t>
      </w:r>
    </w:p>
    <w:p>
      <w:pPr>
        <w:jc w:val="right"/>
      </w:pPr>
      <w:r>
        <w:t>وہی ہو گیا۔ یہ دعوت کا کام تم کو فری کرنا پڑے، تب تو کوئی پرابلم نہیں۔ اب دیکھیے، اس زمانے میں آج میں سوچ رہا تھا کہ اس زمانے کی ایک بہت بڑی نعمت ہے کمرشلائزیشن۔</w:t>
      </w:r>
    </w:p>
    <w:p>
      <w:r>
        <w:rPr>
          <w:b/>
        </w:rPr>
        <w:t xml:space="preserve">[24:03] </w:t>
      </w:r>
      <w:r>
        <w:t>maslan aap ko door jana hai, hawai jahaz se safar karna hai, to apna private hawai jahaz rakhna to bohat mehnga parhega.</w:t>
      </w:r>
    </w:p>
    <w:p>
      <w:pPr>
        <w:jc w:val="right"/>
      </w:pPr>
      <w:r>
        <w:t>مثلاً آپ کو دور جانا ہے، ہوائی جہاز سے سفر کرنا ہے، تو اپنا پرائیویٹ ہوائی جہاز رکھنا تو بہت مہنگا پڑے گا۔</w:t>
      </w:r>
    </w:p>
    <w:p>
      <w:r>
        <w:rPr>
          <w:b/>
        </w:rPr>
        <w:t xml:space="preserve">[24:13] </w:t>
      </w:r>
      <w:r>
        <w:t>to Allah taala ne age of commercialization paida kar diya. age of commercialization yeh pehle nahi tha, yeh sab pehle har har aadmi ke paas apni isi list se sirf badshah ko, sirf badshah log afford kar sakte the.</w:t>
      </w:r>
    </w:p>
    <w:p>
      <w:pPr>
        <w:jc w:val="right"/>
      </w:pPr>
      <w:r>
        <w:t>تو اللہ تعالی نے ایج آف کمرشلائزیشن پیدا کر دیا۔ ایج آف کمرشلائزیشن یہ پہلے نہیں تھا، یہ سب پہلے ہر ہر آدمی کے پاس اپنی اسی لسٹ سے صرف بادشاہ کو، صرف بادشاہ لوگ افورڈ کر سکتے تھے۔</w:t>
      </w:r>
    </w:p>
    <w:p>
      <w:r>
        <w:rPr>
          <w:b/>
        </w:rPr>
        <w:t xml:space="preserve">[24:34] </w:t>
      </w:r>
      <w:r>
        <w:t>pehle zamane mein yeh sab cheezein, yeh sab facilities sirf badshah log afford kar sakte the. ab commercialization ki wajah se har aadmi ke liye</w:t>
      </w:r>
    </w:p>
    <w:p>
      <w:pPr>
        <w:jc w:val="right"/>
      </w:pPr>
      <w:r>
        <w:t>پہلے زمانے میں یہ سب چیزیں، یہ سب فیسلیٹیز صرف بادشاہ لوگ افورڈ کر سکتے تھے۔ اب کمرشلائزیشن کی وجہ سے ہر آدمی کے لیے</w:t>
      </w:r>
    </w:p>
    <w:p>
      <w:r>
        <w:rPr>
          <w:b/>
        </w:rPr>
        <w:t xml:space="preserve">[24:47] </w:t>
      </w:r>
      <w:r>
        <w:t>qabil-e-istemal ho gaya. yeh sab isi ka hissa hai ke Allah taala ne dunya ko hukum de diya ke tum mere in bando ko infrastructure supply karo taake woh ba-aasani mera paigham sari dunya mein pohncha saken.</w:t>
      </w:r>
    </w:p>
    <w:p>
      <w:pPr>
        <w:jc w:val="right"/>
      </w:pPr>
      <w:r>
        <w:t>قابل استعمال ہو گیا۔ یہ سب اسی کا حصہ ہے کہ اللہ تعالی نے دنیا کو حکم دے دیا کہ تم میرے ان بندوں کو انفراسٹرکچر سپلائی کرو تاکہ وہ با آسانی میرا پیغام ساری دنیا میں پہنچا سکیں۔</w:t>
      </w:r>
    </w:p>
    <w:p>
      <w:r>
        <w:rPr>
          <w:b/>
        </w:rPr>
        <w:t xml:space="preserve">[25:10] </w:t>
      </w:r>
      <w:r>
        <w:t>yeh hai.</w:t>
      </w:r>
    </w:p>
    <w:p>
      <w:pPr>
        <w:jc w:val="right"/>
      </w:pPr>
      <w:r>
        <w:t>یہ ہے۔</w:t>
      </w:r>
    </w:p>
    <w:p>
      <w:r>
        <w:rPr>
          <w:b/>
        </w:rPr>
        <w:t xml:space="preserve">[25:14] </w:t>
      </w:r>
      <w:r>
        <w:t>ab ghor kijiye ke Allah taala jab aakhirat mein poochega to aap ke paas kya jawab hoga?</w:t>
      </w:r>
    </w:p>
    <w:p>
      <w:pPr>
        <w:jc w:val="right"/>
      </w:pPr>
      <w:r>
        <w:t>اب غور کیجیے کہ اللہ تعالی جب آخرت میں پوچھے گا تو آپ کے پاس کیا جواب ہوگا؟</w:t>
      </w:r>
    </w:p>
    <w:p>
      <w:r>
        <w:rPr>
          <w:b/>
        </w:rPr>
        <w:t xml:space="preserve">[25:27] </w:t>
      </w:r>
      <w:r>
        <w:t>quran mein hadith mein yeh baat aayi hai ke sare insan Allah ke samne "yauma yaqoomu alnnasu lirabbi alAAalamina" ek bohat hi bara maidan hoga aur us mein sare insan ikatthe kiye jayenge.</w:t>
      </w:r>
    </w:p>
    <w:p>
      <w:pPr>
        <w:jc w:val="right"/>
      </w:pPr>
      <w:r>
        <w:t>قرآن میں حدیث میں یہ بات آئی ہے کہ سارے انسان اللہ کے سامنے "یوم یقوم الناس لرب العالمین" ایک بہت ہی بڑا میدان ہوگا اور اس میں سارے انسان اکٹھے کیے جائیں گے۔</w:t>
      </w:r>
    </w:p>
    <w:p>
      <w:r>
        <w:rPr>
          <w:b/>
        </w:rPr>
        <w:t xml:space="preserve">[25:49] </w:t>
      </w:r>
      <w:r>
        <w:t>"yauma yaqoomu alnnasu lirabbi alAAalamina" us waqt Allah taala poochega</w:t>
      </w:r>
    </w:p>
    <w:p>
      <w:pPr>
        <w:jc w:val="right"/>
      </w:pPr>
      <w:r>
        <w:t>"یوم یقوم الناس لرب العالمین" اس وقت اللہ تعالی پوچھے گا</w:t>
      </w:r>
    </w:p>
    <w:p>
      <w:r>
        <w:rPr>
          <w:b/>
        </w:rPr>
        <w:t xml:space="preserve">[25:58] </w:t>
      </w:r>
      <w:r>
        <w:t>ke ae bando, mein ne tum ko yahan yahan tak kiya, yahan tak kiya ke sari dunya ke logon ko hukum de diya ke tum in logon ko jin ko mein ne duty lagai hai deen phailane ki, quran phailane ki,</w:t>
      </w:r>
    </w:p>
    <w:p>
      <w:pPr>
        <w:jc w:val="right"/>
      </w:pPr>
      <w:r>
        <w:t>کہ اے بندو، میں نے تم کو یہاں یہاں تک کیا، یہاں تک کیا کہ ساری دنیا کے لوگوں کو حکم دے دیا کہ تم ان لوگوں کو جن کو میں نے ڈیوٹی لگائی ہے دین پھیلانے کی، قرآن پھیلانے کی،</w:t>
      </w:r>
    </w:p>
    <w:p>
      <w:r>
        <w:rPr>
          <w:b/>
        </w:rPr>
        <w:t xml:space="preserve">[26:19] </w:t>
      </w:r>
      <w:r>
        <w:t>agar Allah yeh kahe ke mein ne sari dunya ko hukum de diya tha ke jo log is duty par apne aap ko lagayen, un ka sara infrastructure tum provide karo free mein.</w:t>
      </w:r>
    </w:p>
    <w:p>
      <w:pPr>
        <w:jc w:val="right"/>
      </w:pPr>
      <w:r>
        <w:t>اگر اللہ یہ کہے کہ میں نے ساری دنیا کو حکم دے دیا تھا کہ جو لوگ اس ڈیوٹی پر اپنے آپ کو لگائیں، ان کا سارا انفراسٹرکچر تم پرووائیڈ کرو فری میں۔</w:t>
      </w:r>
    </w:p>
    <w:p>
      <w:r>
        <w:rPr>
          <w:b/>
        </w:rPr>
        <w:t xml:space="preserve">[26:37] </w:t>
      </w:r>
      <w:r>
        <w:t>aap ghor kijiye ke us waqt hamare aap ke liye kya jawab hoga? hamare aap ke, hamare sath, hamare aap ke paas kya jawab hoga?</w:t>
      </w:r>
    </w:p>
    <w:p>
      <w:pPr>
        <w:jc w:val="right"/>
      </w:pPr>
      <w:r>
        <w:t>آپ غور کیجیے کہ اس وقت ہمارے آپ کے لیے کیا جواب ہوگا؟ ہمارے آپ کے، ہمارے ساتھ، ہمارے آپ کے پاس کیا جواب ہوگا؟</w:t>
      </w:r>
    </w:p>
    <w:p>
      <w:r>
        <w:rPr>
          <w:b/>
        </w:rPr>
        <w:t xml:space="preserve">[26:50] </w:t>
      </w:r>
      <w:r>
        <w:t>yani tum ko hum ne woh aasaniyan de dein jo badshahon ko bhi nahi theen.</w:t>
      </w:r>
    </w:p>
    <w:p>
      <w:pPr>
        <w:jc w:val="right"/>
      </w:pPr>
      <w:r>
        <w:t>یعنی تم کو ہم نے وہ آسانیاں دے دیں جو بادشاہوں کو بھی نہیں تھیں۔</w:t>
      </w:r>
    </w:p>
    <w:p>
      <w:r>
        <w:rPr>
          <w:b/>
        </w:rPr>
        <w:t xml:space="preserve">[27:01] </w:t>
      </w:r>
      <w:r>
        <w:t>misalan abhi mein is ghar se is ghar mein aaya hoon to</w:t>
      </w:r>
    </w:p>
    <w:p>
      <w:pPr>
        <w:jc w:val="right"/>
      </w:pPr>
      <w:r>
        <w:t>مثلاً ابھی میں اس گھر سے اس گھر میں آیا ہوں تو</w:t>
      </w:r>
    </w:p>
    <w:p>
      <w:r>
        <w:rPr>
          <w:b/>
        </w:rPr>
        <w:t xml:space="preserve">[27:10] </w:t>
      </w:r>
      <w:r>
        <w:t>mere liye car maujood thi, magar maine car par na aa kar ke wheelchair pe aaya hua hoon. Wheelchair par to humayun jo tha, uska bhi yahi rehta tha.</w:t>
      </w:r>
    </w:p>
    <w:p>
      <w:pPr>
        <w:jc w:val="right"/>
      </w:pPr>
      <w:r>
        <w:t>میرے لیے کار موجود تھی، مگر میں نے کار پر نہ آ کر کے ویل چیئر پہ آیا ہوا ہوں۔ ویل چیئر پر تو ہمایوں جو تھا، اس کا بھی یہی رہتا تھا۔</w:t>
      </w:r>
    </w:p>
    <w:p>
      <w:r>
        <w:rPr>
          <w:b/>
        </w:rPr>
        <w:t xml:space="preserve">[27:23] </w:t>
      </w:r>
      <w:r>
        <w:t>yahan humayun jo maqbara hai, building thi, to us ke paas na to car thi na wheelchair thi, aur seedhi par utar raha tha to gir pada.</w:t>
      </w:r>
    </w:p>
    <w:p>
      <w:pPr>
        <w:jc w:val="right"/>
      </w:pPr>
      <w:r>
        <w:t>یہاں ہمایوں جو مقبرہ ہے، بلڈنگ تھی، تو اس کے پاس نہ تو کار تھی نہ ویل چیئر تھی، اور سیڑھی پر اتر رہا تھا تو گر پڑا۔</w:t>
      </w:r>
    </w:p>
    <w:p>
      <w:r>
        <w:rPr>
          <w:b/>
        </w:rPr>
        <w:t xml:space="preserve">[27:38] </w:t>
      </w:r>
      <w:r>
        <w:t>is zamane mein hospital bhi nahi the, to uska paon toot gaya aur phir acha nahi hua. Isi mein bohat jaldi mar gaya.</w:t>
      </w:r>
    </w:p>
    <w:p>
      <w:pPr>
        <w:jc w:val="right"/>
      </w:pPr>
      <w:r>
        <w:t>اس زمانے میں ہاسپٹل بھی نہیں تھے، تو اس کا پاؤں ٹوٹ گیا اور پھر اچھا نہیں ہوا۔ اسی میں بہت جلدی مر گیا۔</w:t>
      </w:r>
    </w:p>
    <w:p>
      <w:r>
        <w:rPr>
          <w:b/>
        </w:rPr>
        <w:t xml:space="preserve">[27:48] </w:t>
      </w:r>
      <w:r>
        <w:t>to aap ghor kijiye ke Allah taala ne is zamane mein, yani 21st sadi mein, woh woh aap ko diye hain mawaqe jo badshahon ko bhi nahi hasil hain.</w:t>
      </w:r>
    </w:p>
    <w:p>
      <w:pPr>
        <w:jc w:val="right"/>
      </w:pPr>
      <w:r>
        <w:t>تو آپ غور کیجیے کہ اللہ تعالی نے اس زمانے میں، یعنی 21st صدی میں، وہ وہ آپ کو دیے ہیں مواقع جو بادشاہوں کو بھی نہیں حاصل ہیں۔</w:t>
      </w:r>
    </w:p>
    <w:p>
      <w:r>
        <w:rPr>
          <w:b/>
        </w:rPr>
        <w:t xml:space="preserve">[28:05] </w:t>
      </w:r>
      <w:r>
        <w:t>woh mawaqe diye hain aap ko jo badshahon ko bhi nahi hasil the maazi mein. To aap batayein kya woh excuse hai?</w:t>
      </w:r>
    </w:p>
    <w:p>
      <w:pPr>
        <w:jc w:val="right"/>
      </w:pPr>
      <w:r>
        <w:t>وہ مواقع دیے ہیں آپ کو جو بادشاہوں کو بھی نہیں حاصل تھے ماضی میں۔ تو آپ بتائیں کیا وہ ایکسکیوز ہے؟</w:t>
      </w:r>
    </w:p>
    <w:p>
      <w:r>
        <w:rPr>
          <w:b/>
        </w:rPr>
        <w:t xml:space="preserve">[28:17] </w:t>
      </w:r>
      <w:r>
        <w:t>kya excuse hai? Koi excuse nahi, no excuse at all.</w:t>
      </w:r>
    </w:p>
    <w:p>
      <w:pPr>
        <w:jc w:val="right"/>
      </w:pPr>
      <w:r>
        <w:t>کیا ایکسکیوز ہے؟ کوئی ایکسکیوز نہیں، نو ایکسکیوز ایٹ آل۔</w:t>
      </w:r>
    </w:p>
    <w:p>
      <w:r>
        <w:rPr>
          <w:b/>
        </w:rPr>
        <w:t xml:space="preserve">[28:26] </w:t>
      </w:r>
      <w:r>
        <w:t>to woh sab log jo meri baat suntay hain, woh khud sunein, doosron ko pohanchayein</w:t>
      </w:r>
    </w:p>
    <w:p>
      <w:pPr>
        <w:jc w:val="right"/>
      </w:pPr>
      <w:r>
        <w:t>تو وہ سب لوگ جو میری بات سنتے ہیں، وہ خود سنیں، دوسروں کو پہنچائیں</w:t>
      </w:r>
    </w:p>
    <w:p>
      <w:r>
        <w:rPr>
          <w:b/>
        </w:rPr>
        <w:t xml:space="preserve">[28:35] </w:t>
      </w:r>
      <w:r>
        <w:t>ke dawat ka kaam, Quran ko phailane ka kaam jo hai, woh Allah ka special kaam hai.</w:t>
      </w:r>
    </w:p>
    <w:p>
      <w:pPr>
        <w:jc w:val="right"/>
      </w:pPr>
      <w:r>
        <w:t>کہ دعوت کا کام، قرآن کو پھیلانے کا کام جو ہے، وہ اللہ کا اسپیشل کام ہے۔</w:t>
      </w:r>
    </w:p>
    <w:p>
      <w:r>
        <w:rPr>
          <w:b/>
        </w:rPr>
        <w:t xml:space="preserve">[28:45] </w:t>
      </w:r>
      <w:r>
        <w:t>is ke liye itni zyada facilities faraham ho gayi hain ke dunya mein kisi bhi doosre kaam ke liye nahi hain.</w:t>
      </w:r>
    </w:p>
    <w:p>
      <w:pPr>
        <w:jc w:val="right"/>
      </w:pPr>
      <w:r>
        <w:t>اس کے لیے اتنی زیادہ فیسلیٹیز فراہم ہو گئی ہیں کہ دنیا میں کسی بھی دوسرے کام کے لیے نہیں ہیں۔</w:t>
      </w:r>
    </w:p>
    <w:p>
      <w:r>
        <w:rPr>
          <w:b/>
        </w:rPr>
        <w:t xml:space="preserve">[28:56] </w:t>
      </w:r>
      <w:r>
        <w:t>to khoob phailao, khoob phailao, khoob phailao taake kyunke Allah taala ki marzi hai ke is ki حجت bandon par na rahe.</w:t>
      </w:r>
    </w:p>
    <w:p>
      <w:pPr>
        <w:jc w:val="right"/>
      </w:pPr>
      <w:r>
        <w:t>تو خوب پھیلاؤ، خوب پھیلاؤ، خوب پھیلاؤ تاکہ کیونکہ اللہ تعالی کی مرضی ہے کہ اس کی حجت بندوں پر نہ رہے۔</w:t>
      </w:r>
    </w:p>
    <w:p>
      <w:r>
        <w:rPr>
          <w:b/>
        </w:rPr>
        <w:t xml:space="preserve">[29:07] </w:t>
      </w:r>
      <w:r>
        <w:t>"la Allahu Akbar li nas" Allah حجت baad al rasool,</w:t>
      </w:r>
    </w:p>
    <w:p>
      <w:pPr>
        <w:jc w:val="right"/>
      </w:pPr>
      <w:r>
        <w:t>"لا اللہ اکبر للناس" اللہ حجت بعد الرسول،</w:t>
      </w:r>
    </w:p>
    <w:p>
      <w:r>
        <w:rPr>
          <w:b/>
        </w:rPr>
        <w:t xml:space="preserve">[29:14] </w:t>
      </w:r>
      <w:r>
        <w:t>h حجت na rahe. Yani aakhirat mein kisi ko yeh kehne ka mauqa na rahe ke hum to be khabar the ke aap ka colonel plan kya hai,</w:t>
      </w:r>
    </w:p>
    <w:p>
      <w:pPr>
        <w:jc w:val="right"/>
      </w:pPr>
      <w:r>
        <w:t>حجت نہ رہے۔ یعنی آخرت میں کسی کو یہ کہنے کا موقع نہ رہے کہ ہم تو بے خبر تھے کہ آپ کا کرنل پلان کیا ہے،</w:t>
      </w:r>
    </w:p>
    <w:p>
      <w:r>
        <w:rPr>
          <w:b/>
        </w:rPr>
        <w:t xml:space="preserve">[29:29] </w:t>
      </w:r>
      <w:r>
        <w:t>aap insaan se kya chahte hain.</w:t>
      </w:r>
    </w:p>
    <w:p>
      <w:pPr>
        <w:jc w:val="right"/>
      </w:pPr>
      <w:r>
        <w:t>آپ انسان سے کیا چاہتے ہیں۔</w:t>
      </w:r>
    </w:p>
    <w:p>
      <w:r>
        <w:rPr>
          <w:b/>
        </w:rPr>
        <w:t xml:space="preserve">[29:34] </w:t>
      </w:r>
      <w:r>
        <w:t>to khud حجت tamam karne ke mani hain ke logon ko itna zyada ba khabar kar dena ke kisi ke paas yeh kehne ki rai nahi.</w:t>
      </w:r>
    </w:p>
    <w:p>
      <w:pPr>
        <w:jc w:val="right"/>
      </w:pPr>
      <w:r>
        <w:t>تو خود حجت تمام کرنے کے معنی ہیں کہ لوگوں کو اتنا زیادہ باخبر کر دینا کہ کسی کے پاس یہ کہنے کی رائے نہیں۔</w:t>
      </w:r>
    </w:p>
    <w:p>
      <w:r>
        <w:rPr>
          <w:b/>
        </w:rPr>
        <w:t xml:space="preserve">[29:47] </w:t>
      </w:r>
      <w:r>
        <w:t>itna zyada aap dunya ko ba khabar kar dein ke un ko yeh kehne ke liye na rahe ke hum to hum to be khabar the, hum ko kyun pakda ja raha hai.</w:t>
      </w:r>
    </w:p>
    <w:p>
      <w:pPr>
        <w:jc w:val="right"/>
      </w:pPr>
      <w:r>
        <w:t>اتنا زیادہ آپ دنیا کو باخبر کر دیں کہ ان کو یہ کہنے کے لیے نہ رہے کہ ہم تو ہم تو بے خبر تھے، ہم کو کیوں پکڑا جا رہا ہے۔</w:t>
      </w:r>
    </w:p>
    <w:p>
      <w:r>
        <w:rPr>
          <w:b/>
        </w:rPr>
        <w:t xml:space="preserve">[29:59] </w:t>
      </w:r>
      <w:r>
        <w:t>to hamari zindagi ka focus yahi hona chahiye, hamari zindagi ka nishana yeh hona chahiye, hamari zindagi ka goal yahi hona chahiye, hamari zindagi ki manzil yahi honi chahiye.</w:t>
      </w:r>
    </w:p>
    <w:p>
      <w:pPr>
        <w:jc w:val="right"/>
      </w:pPr>
      <w:r>
        <w:t>تو ہماری زندگی کا فوکس یہی ہونا چاہیے، ہماری زندگی کا نشانہ یہ ہونا چاہیے، ہماری زندگی کا گول یہی ہونا چاہیے، ہماری زندگی کی منزل یہی ہونی چاہیے۔</w:t>
      </w:r>
    </w:p>
    <w:p>
      <w:r>
        <w:rPr>
          <w:b/>
        </w:rPr>
        <w:t xml:space="preserve">[30:15] </w:t>
      </w:r>
      <w:r>
        <w:t>Ummat e wasat ka role ada karna, Ummat e wasat ka. Yaad rakhiye ke aap masjid mein namaz padhein aur haj karein, umrah karein, yeh harghiz aap ki nijat ke liye kafi nahi hai.</w:t>
      </w:r>
    </w:p>
    <w:p>
      <w:pPr>
        <w:jc w:val="right"/>
      </w:pPr>
      <w:r>
        <w:t>امت وسط کا رول ادا کرنا، امت وسط کا۔ یاد رکھیے کہ آپ مسجد میں نماز پڑھیں اور حج کریں، عمرہ کریں، یہ ہرگز آپ کی نجات کے لیے کافی نہیں ہے۔</w:t>
      </w:r>
    </w:p>
    <w:p>
      <w:r>
        <w:rPr>
          <w:b/>
        </w:rPr>
        <w:t xml:space="preserve">[30:30] </w:t>
      </w:r>
      <w:r>
        <w:t>yaad rakhiye,</w:t>
      </w:r>
    </w:p>
    <w:p>
      <w:pPr>
        <w:jc w:val="right"/>
      </w:pPr>
      <w:r>
        <w:t>یاد رکھیے،</w:t>
      </w:r>
    </w:p>
    <w:p>
      <w:r>
        <w:rPr>
          <w:b/>
        </w:rPr>
        <w:t xml:space="preserve">[30:34] </w:t>
      </w:r>
      <w:r>
        <w:t>har saal umrah karein, har saal haj karein, masjidain bharein, kuch bhi karein, harghiz harghiz aap ki nijat ke liye kafi nahi hai.</w:t>
      </w:r>
    </w:p>
    <w:p>
      <w:pPr>
        <w:jc w:val="right"/>
      </w:pPr>
      <w:r>
        <w:t>ہر سال عمرہ کریں، ہر سال حج کریں، مسجدیں بھریں، کچھ بھی کریں، ہرگز ہرگز آپ کی نجات کے لیے کافی نہیں ہے۔</w:t>
      </w:r>
    </w:p>
    <w:p>
      <w:r>
        <w:rPr>
          <w:b/>
        </w:rPr>
        <w:t xml:space="preserve">[30:45] </w:t>
      </w:r>
      <w:r>
        <w:t>ya social work karein, bohat sare log social work karte hain khidmat e khalq ke naam se, harghiz harghiz kafi nahi hai nijat ke liye.</w:t>
      </w:r>
    </w:p>
    <w:p>
      <w:pPr>
        <w:jc w:val="right"/>
      </w:pPr>
      <w:r>
        <w:t>یا سوشل ورک کریں، بہت سارے لوگ سوشل ورک کرتے ہیں خدمت خلق کے نام سے، ہرگز ہرگز کافی نہیں ہے نجات کے لیے۔</w:t>
      </w:r>
    </w:p>
    <w:p>
      <w:r>
        <w:rPr>
          <w:b/>
        </w:rPr>
        <w:t xml:space="preserve">[30:58] </w:t>
      </w:r>
      <w:r>
        <w:t>na social work kafi hai, na khidmat e khalq kafi hai, na namaz roza kafi hai, na haj o umrah kafi hai. Kyunke aap ka asal mission to yahi hai, asal mission to khair Ummat ka roza ada karna hai.</w:t>
      </w:r>
    </w:p>
    <w:p>
      <w:pPr>
        <w:jc w:val="right"/>
      </w:pPr>
      <w:r>
        <w:t>نہ سوشل ورک کافی ہے، نہ خدمت خلق کافی ہے، نہ نماز روزہ کافی ہے، نہ حج و عمرہ کافی ہے۔ کیونکہ آپ کا اصل مشن تو یہی ہے، اصل مشن تو خیر امت کا روزہ ادا کرنا ہے۔</w:t>
      </w:r>
    </w:p>
    <w:p>
      <w:r>
        <w:rPr>
          <w:b/>
        </w:rPr>
        <w:t xml:space="preserve">[31:17] </w:t>
      </w:r>
      <w:r>
        <w:t>to wohi na karein to aap</w:t>
      </w:r>
    </w:p>
    <w:p>
      <w:pPr>
        <w:jc w:val="right"/>
      </w:pPr>
      <w:r>
        <w:t>تو وہی نہ کریں تو آپ</w:t>
      </w:r>
    </w:p>
    <w:p>
      <w:r>
        <w:rPr>
          <w:b/>
        </w:rPr>
        <w:t xml:space="preserve">[31:25] </w:t>
      </w:r>
      <w:r>
        <w:t>yeh to aise hi hai jaise aap ghar mein kisi ko chokidar banayein, uska kaam dein ke tum gate par khade raho.</w:t>
      </w:r>
    </w:p>
    <w:p>
      <w:pPr>
        <w:jc w:val="right"/>
      </w:pPr>
      <w:r>
        <w:t>یہ تو ایسے ہی ہے جیسے آپ گھر میں کسی کو چوکیدار بنائیں، اس کا کام دیں کہ تم گیٹ پر کھڑے رہو۔</w:t>
      </w:r>
    </w:p>
    <w:p>
      <w:r>
        <w:rPr>
          <w:b/>
        </w:rPr>
        <w:t xml:space="preserve">[31:34] </w:t>
      </w:r>
      <w:r>
        <w:t>ab woh aadmi gate par na khara rahe, ja ke so raha hai, so jae. to jab aap se tankhwah lene aaega to aap kahenge, tum ko tankhwah kis baat ki?</w:t>
      </w:r>
    </w:p>
    <w:p>
      <w:pPr>
        <w:jc w:val="right"/>
      </w:pPr>
      <w:r>
        <w:t>اب وہ آدمی گیٹ پر نہ کھڑا رہے، جا کے سو رہا ہے، سو جائے۔ تو جب آپ سے تنخواہ لینے آئے گا تو آپ کہیں گے، تم کو تنخواہ کس بات کی؟</w:t>
      </w:r>
    </w:p>
    <w:p>
      <w:r>
        <w:rPr>
          <w:b/>
        </w:rPr>
        <w:t xml:space="preserve">[31:47] </w:t>
      </w:r>
      <w:r>
        <w:t>tum ko kaha tha ke gate par khare raho, tum ja ke ghar mein so gae, to tankhwah kis baat ki? bhag jao yahan se.</w:t>
      </w:r>
    </w:p>
    <w:p>
      <w:pPr>
        <w:jc w:val="right"/>
      </w:pPr>
      <w:r>
        <w:t>تم کو کہا تھا کہ گیٹ پر کھڑے رہو، تم جا کے گھر میں سو گئے، تو تنخواہ کس بات کی؟ بھاگ جاؤ یہاں سے۔</w:t>
      </w:r>
    </w:p>
    <w:p>
      <w:r>
        <w:rPr>
          <w:b/>
        </w:rPr>
        <w:t xml:space="preserve">[32:00] </w:t>
      </w:r>
      <w:r>
        <w:t>to dekhiye, ummat-e-muslima ki yeh duty ke darje mein farz hai. duty ek hoti hai ibadat, haj ek hoti hai duty,</w:t>
      </w:r>
    </w:p>
    <w:p>
      <w:pPr>
        <w:jc w:val="right"/>
      </w:pPr>
      <w:r>
        <w:t>تو دیکھیے، امت مسلمہ کی یہ ڈیوٹی کے درجے میں فرض ہے۔ ڈیوٹی ایک ہوتی ہے عبادت، حج ایک ہوتی ہے ڈیوٹی،</w:t>
      </w:r>
    </w:p>
    <w:p>
      <w:r>
        <w:rPr>
          <w:b/>
        </w:rPr>
        <w:t xml:space="preserve">[32:13] </w:t>
      </w:r>
      <w:r>
        <w:t>bait par mission.</w:t>
      </w:r>
    </w:p>
    <w:p>
      <w:pPr>
        <w:jc w:val="right"/>
      </w:pPr>
      <w:r>
        <w:t>بیت پر مشن۔</w:t>
      </w:r>
    </w:p>
    <w:p>
      <w:r>
        <w:rPr>
          <w:b/>
        </w:rPr>
        <w:t xml:space="preserve">[32:18] </w:t>
      </w:r>
      <w:r>
        <w:t>to yeh ummat-e-muslima ka mission hai sare alam ko ba-khabar karna, aur is ke liye sari qaumon ko Allah ne hukum de diya hai ke woh aap ke liye infrastructure supply karte rahen, karte rahen, karte rahen.</w:t>
      </w:r>
    </w:p>
    <w:p>
      <w:pPr>
        <w:jc w:val="right"/>
      </w:pPr>
      <w:r>
        <w:t>تو یہ امت مسلمہ کا مشن ہے سارے عالم کو باخبر کرنا، اور اس کے لیے ساری قوموں کو اللہ نے حکم دے دیا ہے کہ وہ آپ کے لیے انفراسٹرکچر سپلائی کرتے رہیں، کرتے رہیں، کرتے رہیں۔</w:t>
      </w:r>
    </w:p>
    <w:p>
      <w:r>
        <w:rPr>
          <w:b/>
        </w:rPr>
        <w:t xml:space="preserve">[32:40] </w:t>
      </w:r>
      <w:r>
        <w:t>to is ke ma'ne ke aap ke liye koi excuse nahin, Allah taala ne excuse ko khatm kar diya.</w:t>
      </w:r>
    </w:p>
    <w:p>
      <w:pPr>
        <w:jc w:val="right"/>
      </w:pPr>
      <w:r>
        <w:t>تو اس کے معنی کہ آپ کے لیے کوئی ایکسکیوز نہیں، اللہ تعالی نے ایکسکیوز کو ختم کر دیا۔</w:t>
      </w:r>
    </w:p>
    <w:p>
      <w:r>
        <w:rPr>
          <w:b/>
        </w:rPr>
        <w:t xml:space="preserve">[32:51] </w:t>
      </w:r>
      <w:r>
        <w:t>to mujhe aksar woh yaad aata hai Karachi ka qissa ke free mein main doon aap ko yeh kitab, tab to koi problem nahin hai.</w:t>
      </w:r>
    </w:p>
    <w:p>
      <w:pPr>
        <w:jc w:val="right"/>
      </w:pPr>
      <w:r>
        <w:t>تو مجھے اکثر وہ یاد آتا ہے کراچی کا قصہ کہ فری میں میں دوں آپ کو یہ کتاب، تب تو کوئی پرابلم نہیں ہے۔</w:t>
      </w:r>
    </w:p>
    <w:p>
      <w:r>
        <w:rPr>
          <w:b/>
        </w:rPr>
        <w:t xml:space="preserve">[33:03] </w:t>
      </w:r>
      <w:r>
        <w:t>to Allah ke farishte kahenge ke free mein jab tum ko karna tha dawat ka kaam, tab kya problem tumhare liye tha?</w:t>
      </w:r>
    </w:p>
    <w:p>
      <w:pPr>
        <w:jc w:val="right"/>
      </w:pPr>
      <w:r>
        <w:t>تو اللہ کے فرشتے کہیں گے کہ فری میں جب تم کو کرنا تھا دعوت کا کام، تب کیا پرابلم تمہارے لیے تھا؟</w:t>
      </w:r>
    </w:p>
    <w:p>
      <w:r>
        <w:rPr>
          <w:b/>
        </w:rPr>
        <w:t xml:space="preserve">[33:13] </w:t>
      </w:r>
      <w:r>
        <w:t>kya problem tha?</w:t>
      </w:r>
    </w:p>
    <w:p>
      <w:pPr>
        <w:jc w:val="right"/>
      </w:pPr>
      <w:r>
        <w:t>کیا پرابلم تھا؟</w:t>
      </w:r>
    </w:p>
    <w:p>
      <w:r>
        <w:rPr>
          <w:b/>
        </w:rPr>
        <w:t xml:space="preserve">[33:18] </w:t>
      </w:r>
      <w:r>
        <w:t>to gharaẓ hai ke yaad rakhiye, asal mas'ala yeh hai ke hum ko aap ko marna hai. aap ghor kijiye, sari tareekh mein har aadmi mar raha hai.</w:t>
      </w:r>
    </w:p>
    <w:p>
      <w:pPr>
        <w:jc w:val="right"/>
      </w:pPr>
      <w:r>
        <w:t>تو غرض ہے کہ یاد رکھیے، اصل مسئلہ یہ ہے کہ ہم کو آپ کو مرنا ہے۔ آپ غور کیجیے، ساری تاریخ میں ہر آدمی مر رہا ہے۔</w:t>
      </w:r>
    </w:p>
    <w:p>
      <w:r>
        <w:rPr>
          <w:b/>
        </w:rPr>
        <w:t xml:space="preserve">[33:29] </w:t>
      </w:r>
      <w:r>
        <w:t>kya musalmanon ko maut nahin aaegi?</w:t>
      </w:r>
    </w:p>
    <w:p>
      <w:pPr>
        <w:jc w:val="right"/>
      </w:pPr>
      <w:r>
        <w:t>کیا مسلمانوں کو موت نہیں آئے گی؟</w:t>
      </w:r>
    </w:p>
    <w:p>
      <w:r>
        <w:rPr>
          <w:b/>
        </w:rPr>
        <w:t xml:space="preserve">[33:41] </w:t>
      </w:r>
      <w:r>
        <w:t>ya'ni international survey ke mutabiq insan ki umr is dunya mein average 70 saal hai, average 70 saal hai, 80 saal hai,</w:t>
      </w:r>
    </w:p>
    <w:p>
      <w:pPr>
        <w:jc w:val="right"/>
      </w:pPr>
      <w:r>
        <w:t>یعنی انٹرنیشنل سروے کے مطابق انسان کی عمر اس دنیا میں ایوریج 70 سال ہے، ایوریج 70 سال ہے، 80 سال ہے،</w:t>
      </w:r>
    </w:p>
    <w:p>
      <w:r>
        <w:rPr>
          <w:b/>
        </w:rPr>
        <w:t xml:space="preserve">[33:56] </w:t>
      </w:r>
      <w:r>
        <w:t>is ke baad bil maut hai. kisi ki umr thori lambi ho jati hai, jaise hamare Adam mein ek sahib the, woh 126 saal jiye.</w:t>
      </w:r>
    </w:p>
    <w:p>
      <w:pPr>
        <w:jc w:val="right"/>
      </w:pPr>
      <w:r>
        <w:t>اس کے بعد بال موت ہے۔ کسی کی عمر تھوڑی لمبی ہو جاتی ہے، جیسے ہمارے آدم عمر میں ایک صاحب تھے، وہ 126 سال جیے۔</w:t>
      </w:r>
    </w:p>
    <w:p>
      <w:r>
        <w:rPr>
          <w:b/>
        </w:rPr>
        <w:t xml:space="preserve">[34:09] </w:t>
      </w:r>
      <w:r>
        <w:t>to qabil-e-kar to aadmi rehta hai 50, 60 saal par, is ke baad to boodha hai, kuch karne ke qabil nahin hai.</w:t>
      </w:r>
    </w:p>
    <w:p>
      <w:pPr>
        <w:jc w:val="right"/>
      </w:pPr>
      <w:r>
        <w:t>تو قابل کار تو آدمی رہتا ہے 50، 60 سال پر، اس کے بعد تو بوڑھا ہے، کچھ کرنے کے قابل نہیں ہے۔</w:t>
      </w:r>
    </w:p>
    <w:p>
      <w:r>
        <w:rPr>
          <w:b/>
        </w:rPr>
        <w:t xml:space="preserve">[34:23] </w:t>
      </w:r>
      <w:r>
        <w:t>to sab se zyada isi liye kaha gaya hai, aksiru zikr hadim min al-razzaq, maut ko bahut zyada yaad karo, maut ko bahut zyada, kyunke maut ko yaad karenge aap to duty ko yaad karenge, duty ko yaad karenge to Allah ke samne haziri ko yaad karenge,</w:t>
      </w:r>
    </w:p>
    <w:p>
      <w:pPr>
        <w:jc w:val="right"/>
      </w:pPr>
      <w:r>
        <w:t>تو سب سے زیادہ اسی لیے کہا گیا ہے، اکثرو ذکر حاد من الرزاق، موت کو بہت زیادہ یاد کرو، موت کو بہت زیادہ، کیونکہ موت کو یاد کریں گے آپ تو ڈیوٹی کو یاد کریں گے، ڈیوٹی کو یاد کریں گے تو اللہ کے سامنے حاضری کو یاد کریں گے،</w:t>
      </w:r>
    </w:p>
    <w:p>
      <w:r>
        <w:rPr>
          <w:b/>
        </w:rPr>
        <w:t xml:space="preserve">[34:43] </w:t>
      </w:r>
      <w:r>
        <w:t>Allah ke samne haziri ko yaad karenge to jannat aur jahannum ko yaad karenge.</w:t>
      </w:r>
    </w:p>
    <w:p>
      <w:pPr>
        <w:jc w:val="right"/>
      </w:pPr>
      <w:r>
        <w:t>اللہ کے سامنے حاضری کو یاد کریں گے تو جنت اور جہنم کو یاد کریں گے۔</w:t>
      </w:r>
    </w:p>
    <w:p>
      <w:r>
        <w:rPr>
          <w:b/>
        </w:rPr>
        <w:t xml:space="preserve">[34:55] </w:t>
      </w:r>
      <w:r>
        <w:t>to yahi sahi zindagi hai, yeh dunya mein sahi zindagi yahi hai ke aadmi waqt-e-zarurat le, yahan se jo us ko chahiye, aur is ke baad woh Allah ki duty ko anjam de,</w:t>
      </w:r>
    </w:p>
    <w:p>
      <w:pPr>
        <w:jc w:val="right"/>
      </w:pPr>
      <w:r>
        <w:t>تو یہی صحیح زندگی ہے، یہ دنیا میں صحیح زندگی یہی ہے کہ آدمی وقت ضرورت لے، یہاں سے جو اس کو چاہیے، اور اس کے بعد وہ اللہ کی ڈیوٹی کو انجام دے،</w:t>
      </w:r>
    </w:p>
    <w:p>
      <w:r>
        <w:rPr>
          <w:b/>
        </w:rPr>
        <w:t xml:space="preserve">[35:10] </w:t>
      </w:r>
      <w:r>
        <w:t>woh Allah ke samne haziri hone ko yaad karta rahe, woh jannat aur jahannum ko bahut zyada yaad kare, kyunke aakhir kar to Allah ke samne pahunchna hai, aakhir kar to humein akhirat mein jana hai.</w:t>
      </w:r>
    </w:p>
    <w:p>
      <w:pPr>
        <w:jc w:val="right"/>
      </w:pPr>
      <w:r>
        <w:t>وہ اللہ کے سامنے حاضری ہونے کو یاد کرتا رہے، وہ جنت اور جہنم کو بہت زیادہ یاد کرے، کیونکہ آخر کار تو اللہ کے سامنے پہنچنا ہے، آخر کار تو ہمیں آخرت میں جانا ہے۔</w:t>
      </w:r>
    </w:p>
    <w:p>
      <w:r>
        <w:rPr>
          <w:b/>
        </w:rPr>
        <w:t xml:space="preserve">[35:30] </w:t>
      </w:r>
      <w:r>
        <w:t>yeh zindagi to baqi nahin rahegi, aap chahe maal bana lijie, maal banaiye, qila banaiye, lekin jin logon ne maal banaye, qile banaye, woh chhod ke chale gae, jinhon ne maal aur qile banaye,</w:t>
      </w:r>
    </w:p>
    <w:p>
      <w:pPr>
        <w:jc w:val="right"/>
      </w:pPr>
      <w:r>
        <w:t>یہ زندگی تو باقی نہیں رہے گی، آپ چاہے مال بنا لیجئے، مال بنائیے، قلعہ بنائیے، لیکن جن لوگوں نے مال بنائے، قلعے بنائے، وہ چھوڑ کے چلے گئے، جنہوں نے مال اور قلعے بنائے،</w:t>
      </w:r>
    </w:p>
    <w:p>
      <w:r>
        <w:rPr>
          <w:b/>
        </w:rPr>
        <w:t xml:space="preserve">[35:47] </w:t>
      </w:r>
      <w:r>
        <w:t>woh chhod ke chale gae.</w:t>
      </w:r>
    </w:p>
    <w:p>
      <w:pPr>
        <w:jc w:val="right"/>
      </w:pPr>
      <w:r>
        <w:t>وہ چھوڑ کے چلے گئے۔</w:t>
      </w:r>
    </w:p>
    <w:p>
      <w:r>
        <w:rPr>
          <w:b/>
        </w:rPr>
        <w:t xml:space="preserve">[35:53] </w:t>
      </w:r>
      <w:r>
        <w:t>"al-birr wal-awad"</w:t>
      </w:r>
    </w:p>
    <w:p>
      <w:pPr>
        <w:jc w:val="right"/>
      </w:pPr>
      <w:r>
        <w:t>"أن البرداء والاواد"</w:t>
      </w:r>
    </w:p>
    <w:p>
      <w:r>
        <w:rPr>
          <w:b/>
        </w:rPr>
        <w:t xml:space="preserve">[36:00] </w:t>
      </w:r>
      <w:r>
        <w:t>to bahut zyada sochne ki baat hai, bahut zyada sochne ki baat hai,</w:t>
      </w:r>
    </w:p>
    <w:p>
      <w:pPr>
        <w:jc w:val="right"/>
      </w:pPr>
      <w:r>
        <w:t>تو بہت زیادہ سوچنے کی بات ہے، بہت زیادہ سوچنے کی بات ہے،</w:t>
      </w:r>
    </w:p>
    <w:p>
      <w:r>
        <w:rPr>
          <w:b/>
        </w:rPr>
        <w:t xml:space="preserve">[36:11] </w:t>
      </w:r>
      <w:r>
        <w:t>bahut zyada sochne ki baat hai,</w:t>
      </w:r>
    </w:p>
    <w:p>
      <w:pPr>
        <w:jc w:val="right"/>
      </w:pPr>
      <w:r>
        <w:t>بہت زیادہ سوچنے کی بات ہے،</w:t>
      </w:r>
    </w:p>
    <w:p>
      <w:r>
        <w:rPr>
          <w:b/>
        </w:rPr>
        <w:t xml:space="preserve">[36:18] </w:t>
      </w:r>
      <w:r>
        <w:t>bahut zyada sochne ki baat hai.</w:t>
      </w:r>
    </w:p>
    <w:p>
      <w:pPr>
        <w:jc w:val="right"/>
      </w:pPr>
      <w:r>
        <w:t>بہت زیادہ سوچنے کی بات ہے۔</w:t>
      </w:r>
    </w:p>
    <w:p>
      <w:r>
        <w:rPr>
          <w:b/>
        </w:rPr>
        <w:t xml:space="preserve">[36:26] </w:t>
      </w:r>
      <w:r>
        <w:t>humein andhe behre ban kar dunya mein nahin jeena hai,</w:t>
      </w:r>
    </w:p>
    <w:p>
      <w:pPr>
        <w:jc w:val="right"/>
      </w:pPr>
      <w:r>
        <w:t>ہمیں اندھے بہرے بن کر دنیا میں نہیں جینا ہے،</w:t>
      </w:r>
    </w:p>
    <w:p>
      <w:r>
        <w:rPr>
          <w:b/>
        </w:rPr>
        <w:t xml:space="preserve">[36:36] </w:t>
      </w:r>
      <w:r>
        <w:t>dunya mein humain andhay ban kar nahi jeena hai, sochna hai, sochna hai, sochna hai.</w:t>
      </w:r>
    </w:p>
    <w:p>
      <w:pPr>
        <w:jc w:val="right"/>
      </w:pPr>
      <w:r>
        <w:t>دنیا میں ہمیں اندھے بن کر نہیں جینا ہے، سوچنا ہے، سوچنا ہے، سوچنا ہے۔</w:t>
      </w:r>
    </w:p>
    <w:p>
      <w:r>
        <w:rPr>
          <w:b/>
        </w:rPr>
        <w:t xml:space="preserve">[36:54] </w:t>
      </w:r>
      <w:r>
        <w:t>hum ne jab shuru kiya tha risala 1976 mein,</w:t>
      </w:r>
    </w:p>
    <w:p>
      <w:pPr>
        <w:jc w:val="right"/>
      </w:pPr>
      <w:r>
        <w:t>ہم نے جب شروع کیا تھا رسالہ 1976 میں،</w:t>
      </w:r>
    </w:p>
    <w:p>
      <w:r>
        <w:rPr>
          <w:b/>
        </w:rPr>
        <w:t xml:space="preserve">[37:02] </w:t>
      </w:r>
      <w:r>
        <w:t>1976 mein to aam taur par jo parche nikalte hain, un mein kuch khaas baatein hoti hain, wahi zyada tar hoti hain.</w:t>
      </w:r>
    </w:p>
    <w:p>
      <w:pPr>
        <w:jc w:val="right"/>
      </w:pPr>
      <w:r>
        <w:t>1976 میں تو عام طور پر جو پرچے نکلتے ہیں، ان میں کچھ خاص باتیں ہوتی ہیں، وہی زیادہ تر ہوتی ہیں۔</w:t>
      </w:r>
    </w:p>
    <w:p>
      <w:r>
        <w:rPr>
          <w:b/>
        </w:rPr>
        <w:t xml:space="preserve">[37:14] </w:t>
      </w:r>
      <w:r>
        <w:t>hamare parche mein aakhirat ki baatein bohat zyada aane lagin. to hamare aik mukhalif thay, unhon ne kaha tha ke woh to aakhirat nawesi karte hain,</w:t>
      </w:r>
    </w:p>
    <w:p>
      <w:pPr>
        <w:jc w:val="right"/>
      </w:pPr>
      <w:r>
        <w:t>ہمارے پرچے میں آخرت کی باتیں بہت زیادہ آنے لگیں۔ تو ہمارے ایک مخالف تھے، انہوں نے کہا تھا کہ وہ تو آخرت نویسی کرتے ہیں،</w:t>
      </w:r>
    </w:p>
    <w:p>
      <w:r>
        <w:rPr>
          <w:b/>
        </w:rPr>
        <w:t xml:space="preserve">[37:28] </w:t>
      </w:r>
      <w:r>
        <w:t>yani mere baray mein kaha ke woh to aakhirat nawesi karte hain,</w:t>
      </w:r>
    </w:p>
    <w:p>
      <w:pPr>
        <w:jc w:val="right"/>
      </w:pPr>
      <w:r>
        <w:t>یعنی میرے بارے میں کہا کہ وہ تو آخرت نویسی کرتے ہیں،</w:t>
      </w:r>
    </w:p>
    <w:p>
      <w:r>
        <w:rPr>
          <w:b/>
        </w:rPr>
        <w:t xml:space="preserve">[37:35] </w:t>
      </w:r>
      <w:r>
        <w:t>kyun ke woh jante nahi thay ke aisa bhi koi parcha hota hai. lekin doosron ko agar mein kahoon ke doosre zulm nawesi karte hain, agar mein aakhirat nawesi karta hoon to doosre kya kar rahe hain?</w:t>
      </w:r>
    </w:p>
    <w:p>
      <w:pPr>
        <w:jc w:val="right"/>
      </w:pPr>
      <w:r>
        <w:t>کیونکہ وہ جانتے نہیں تھے کہ ایسا بھی کوئی پرچہ ہوتا ہے۔ لیکن دوسروں کو اگر میں کہوں کہ دوسرے ظلم نویسی کرتے ہیں، اگر میں آخرت نویسی کرتا ہوں تو دوسرے کیا کر رہے ہیں؟</w:t>
      </w:r>
    </w:p>
    <w:p>
      <w:r>
        <w:rPr>
          <w:b/>
        </w:rPr>
        <w:t xml:space="preserve">[37:49] </w:t>
      </w:r>
      <w:r>
        <w:t>zulm nawesi, yahan zulm, wahan zulm, yeh musalmanon ko yaad dilate hain, yeh negative banate hain. negative aakhirat nawesi to aap ko aakhirat yaad dilaye gi,</w:t>
      </w:r>
    </w:p>
    <w:p>
      <w:pPr>
        <w:jc w:val="right"/>
      </w:pPr>
      <w:r>
        <w:t>ظلم نویسی، یہاں ظلم، وہاں ظلم، یہ مسلمانوں کو یاد دلاتے ہیں، یہ نیگیٹیو بناتے ہیں۔ نیگیٹیو آخرت نویسی تو آپ کو آخرت یاد دلائے گی،</w:t>
      </w:r>
    </w:p>
    <w:p>
      <w:r>
        <w:rPr>
          <w:b/>
        </w:rPr>
        <w:t xml:space="preserve">[38:04] </w:t>
      </w:r>
      <w:r>
        <w:t>lekin zulm nawesi kya kare gi? woh to shikayat, nafrat, tashaddud yeh shikaye gi.</w:t>
      </w:r>
    </w:p>
    <w:p>
      <w:pPr>
        <w:jc w:val="right"/>
      </w:pPr>
      <w:r>
        <w:t>لیکن ظلم نویسی کیا کرے گی؟ وہ تو شکایت، نفرت، تشدد یہ شکائے گی۔</w:t>
      </w:r>
    </w:p>
    <w:p>
      <w:r>
        <w:rPr>
          <w:b/>
        </w:rPr>
        <w:t xml:space="preserve">[38:23] </w:t>
      </w:r>
      <w:r>
        <w:t>to hamara jo mission hai, woh yahi hai ke all islam ko un ki woh duty yaad dilana jo Allah ne un ke liye muqarrar ki hai, aur sari dunya ko order de diya hai ke mere bando ko is duty ki anjam dahi mein poora sahara do, poori madad karo,</w:t>
      </w:r>
    </w:p>
    <w:p>
      <w:pPr>
        <w:jc w:val="right"/>
      </w:pPr>
      <w:r>
        <w:t>تو ہمارا جو مشن ہے، وہ یہی ہے کہ آل اسلام کو ان کی وہ ڈیوٹی یاد دلانا جو اللہ نے ان کے لیے مقرر کی ہے، اور ساری دنیا کو آرڈر دے دیا ہے کہ میرے بندوں کو اس ڈیوٹی کی انجام دہی میں پورا سہارا دو، پوری مدد کرو،</w:t>
      </w:r>
    </w:p>
    <w:p>
      <w:r>
        <w:rPr>
          <w:b/>
        </w:rPr>
        <w:t xml:space="preserve">[38:51] </w:t>
      </w:r>
      <w:r>
        <w:t>un ko tamam infrastructure supply karo, tamam infrastructure supply karo.</w:t>
      </w:r>
    </w:p>
    <w:p>
      <w:pPr>
        <w:jc w:val="right"/>
      </w:pPr>
      <w:r>
        <w:t>ان کو تمام انفراسٹرکچر سپلائی کرو، تمام انفراسٹرکچر سپلائی کرو۔</w:t>
      </w:r>
    </w:p>
    <w:p>
      <w:r>
        <w:rPr>
          <w:b/>
        </w:rPr>
        <w:t xml:space="preserve">[39:03] </w:t>
      </w:r>
      <w:r>
        <w:t>ab kya woh excuse hai? koi excuse nahi hai.</w:t>
      </w:r>
    </w:p>
    <w:p>
      <w:pPr>
        <w:jc w:val="right"/>
      </w:pPr>
      <w:r>
        <w:t>اب کیا وہ ایکسکیوز ہے؟ کوئی ایکسکیوز نہیں ہے۔</w:t>
      </w:r>
    </w:p>
    <w:p>
      <w:r>
        <w:rPr>
          <w:b/>
        </w:rPr>
        <w:t xml:space="preserve">[39:13] </w:t>
      </w:r>
      <w:r>
        <w:t>to mein dua karta hoon ke Allah taala hum ko aur aap ko aqal de, Allah taala hum ko aur aap ko</w:t>
      </w:r>
    </w:p>
    <w:p>
      <w:pPr>
        <w:jc w:val="right"/>
      </w:pPr>
      <w:r>
        <w:t>تو میں دعا کرتا ہوں کہ اللہ تعالی ہم کو اور آپ کو عقل دے، اللہ تعالی ہم کو اور آپ کو</w:t>
      </w:r>
    </w:p>
    <w:p>
      <w:r>
        <w:rPr>
          <w:b/>
        </w:rPr>
        <w:t xml:space="preserve">[39:25] </w:t>
      </w:r>
      <w:r>
        <w:t>ba khabar banaye, hum ko aur aap ko</w:t>
      </w:r>
    </w:p>
    <w:p>
      <w:pPr>
        <w:jc w:val="right"/>
      </w:pPr>
      <w:r>
        <w:t>باخبر بنائے، ہم کو اور آپ کو</w:t>
      </w:r>
    </w:p>
    <w:p>
      <w:r>
        <w:rPr>
          <w:b/>
        </w:rPr>
        <w:t xml:space="preserve">[39:32] </w:t>
      </w:r>
      <w:r>
        <w:t>sochne wala banaye ke kahan jana hai,</w:t>
      </w:r>
    </w:p>
    <w:p>
      <w:pPr>
        <w:jc w:val="right"/>
      </w:pPr>
      <w:r>
        <w:t>سوچنے والا بنائے کہ کہاں جانا ہے،</w:t>
      </w:r>
    </w:p>
    <w:p>
      <w:r>
        <w:rPr>
          <w:b/>
        </w:rPr>
        <w:t xml:space="preserve">[39:38] </w:t>
      </w:r>
      <w:r>
        <w:t>aakhir mein kya paish aana hai, zindagi ke safar ka end kya hai. aisi baatein hum se sochen to mein dua karta hoon ke Allah taala hum sab ko khush amdeed ke sath jeene ki tofeeq de.</w:t>
      </w:r>
    </w:p>
    <w:p>
      <w:pPr>
        <w:jc w:val="right"/>
      </w:pPr>
      <w:r>
        <w:t>آخر میں کیا پیش آنا ہے، زندگی کے سفر کا اینڈ کیا ہے۔ ایسی باتیں ہم سے سوچیں تو میں دعا کرتا ہوں کہ اللہ تعالی ہم سب کو خوش آمدید کے ساتھ جینے کی توفیق دے۔</w:t>
      </w:r>
    </w:p>
    <w:p>
      <w:r>
        <w:rPr>
          <w:b/>
        </w:rPr>
        <w:t xml:space="preserve">[40:03] </w:t>
      </w:r>
      <w:r>
        <w:t>assalam o alaikum wa rehmatullah.</w:t>
      </w:r>
    </w:p>
    <w:p>
      <w:pPr>
        <w:jc w:val="right"/>
      </w:pPr>
      <w:r>
        <w:t>السلام علیکم ورحمۃ اللہ۔</w:t>
      </w:r>
    </w:p>
    <w:p>
      <w:r>
        <w:rPr>
          <w:b/>
        </w:rPr>
        <w:t xml:space="preserve">[40:16] </w:t>
      </w:r>
      <w:r>
        <w:t>okay, so we will start with the question answer session now. ah, Maulana, sab se pehle comments parhna chahein ge. Maulana, yeh comment ah miss sarah fatima ne bheja hai bangalore se.</w:t>
      </w:r>
    </w:p>
    <w:p>
      <w:pPr>
        <w:jc w:val="right"/>
      </w:pPr>
      <w:r>
        <w:t>اوکے، سو وی ویل سٹارٹ ود دی کوئسچن انسر سیشن ناو۔ آہ، مولانا، سب سے پہلے کمنٹس پڑھنا چاہیں گے۔ مولانا، یہ کمنٹ آہ مس سارہ فاطمہ نے بھیجا ہے بنگلور سے۔</w:t>
      </w:r>
    </w:p>
    <w:p>
      <w:r>
        <w:rPr>
          <w:b/>
        </w:rPr>
        <w:t xml:space="preserve">[40:33] </w:t>
      </w:r>
      <w:r>
        <w:t>aik spirit of islam ah reader ne un ko yeh message ah likha tha. ah, un ka naam hai mister chandra shekhar, jo udupi district, karnataka mein rehte hain.</w:t>
      </w:r>
    </w:p>
    <w:p>
      <w:pPr>
        <w:jc w:val="right"/>
      </w:pPr>
      <w:r>
        <w:t>ایک سپرٹ آف اسلام آہ ریڈر نے ان کو یہ میسج آہ لکھا تھا۔ آہ، ان کا نام ہے مسٹر چندر شیکھر، جو اڈوپی ڈسٹرکٹ، کرناٹکا میں رہتے ہیں۔</w:t>
      </w:r>
    </w:p>
    <w:p>
      <w:r>
        <w:rPr>
          <w:b/>
        </w:rPr>
        <w:t xml:space="preserve">[40:44] </w:t>
      </w:r>
      <w:r>
        <w:t>unhon ne likha ke ah, "dear sister, first of all, please accept my belated thanks to you for sending me a copy of your holy book quran in the month of may 2017.</w:t>
      </w:r>
    </w:p>
    <w:p>
      <w:pPr>
        <w:jc w:val="right"/>
      </w:pPr>
      <w:r>
        <w:t>انہوں نے لکھا کہ آہ، "ڈیئر سسٹر، فرسٹ آف آل، پلیز ایکسیپٹ مائی بیلیٹڈ تھینکس ٹو یو فار سینڈنگ می ا کاپی آف یور ہولی بک قرآن ان دی منتھ آف مئی 2017۔</w:t>
      </w:r>
    </w:p>
    <w:p>
      <w:r>
        <w:rPr>
          <w:b/>
        </w:rPr>
        <w:t xml:space="preserve">[40:58] </w:t>
      </w:r>
      <w:r>
        <w:t>it took me nearly more than one year to read the book in detail and understand its content. speaking frankly, earlier i had an opinion that islam was a religion of violence, war and hatred.</w:t>
      </w:r>
    </w:p>
    <w:p>
      <w:pPr>
        <w:jc w:val="right"/>
      </w:pPr>
      <w:r>
        <w:t>اٹ ٹک می نیئرلی مور دین ون ایئر ٹو ریڈ دا بک ان ڈیٹیل اینڈ انڈرسٹینڈ اٹس کنٹینٹ۔ سپیکنگ فرینکلی، ارلیئر آئی ہیڈ این اوپینین دیٹ اسلام واز ا ریلیجن آف وائلنس، وار اینڈ ہیٹریڈ۔</w:t>
      </w:r>
    </w:p>
    <w:p>
      <w:r>
        <w:rPr>
          <w:b/>
        </w:rPr>
        <w:t xml:space="preserve">[41:14] </w:t>
      </w:r>
      <w:r>
        <w:t>after going through the book in detail, my impression towards islam is completely changed, as it preaches love, peace and harmony to the people, which is really the need of the day.</w:t>
      </w:r>
    </w:p>
    <w:p>
      <w:pPr>
        <w:jc w:val="right"/>
      </w:pPr>
      <w:r>
        <w:t>افٹر گوئنگ تھرو دا بک ان ڈیٹیل، مائی امپریشن ٹورڈز اسلام از کمپلیٹلی چینجڈ، ایز اٹ پریچز لو، پیس اینڈ ہارمونی ٹو دا پیپل، وچ از ریلی دا نیڈ آف دا ڈے۔</w:t>
      </w:r>
    </w:p>
    <w:p>
      <w:r>
        <w:rPr>
          <w:b/>
        </w:rPr>
        <w:t xml:space="preserve">[41:28] </w:t>
      </w:r>
      <w:r>
        <w:t>may almighty bless you for sending me the copy of the quran, which enlighten my knowledge in all fields and branches of life.</w:t>
      </w:r>
    </w:p>
    <w:p>
      <w:pPr>
        <w:jc w:val="right"/>
      </w:pPr>
      <w:r>
        <w:t>می المائٹی بلیس یو فار سینڈنگ می دا کاپی آف دا قرآن، وچ انلائٹن مائی نالج ان آل فیلڈز اینڈ برانچز آف لائف۔</w:t>
      </w:r>
    </w:p>
    <w:p>
      <w:r>
        <w:rPr>
          <w:b/>
        </w:rPr>
        <w:t xml:space="preserve">[41:37] </w:t>
      </w:r>
      <w:r>
        <w:t>i pray to god to give you every strength to continue your sincere efforts in future." also, bohat bari news aayi hai yani aik aadmi jo quran ke baray mein negative rai rakhta tha, parhne ke baad us ki rai positive ho gayi.</w:t>
      </w:r>
    </w:p>
    <w:p>
      <w:pPr>
        <w:jc w:val="right"/>
      </w:pPr>
      <w:r>
        <w:t>آئی پری ٹو گاڈ ٹو گیو یو ایوری سٹرینتھ ٹو کنٹینیو یور سنسیر ایفرٹس ان فیوچر۔" Also, بہت بڑی نیوز آئی ہے یعنی ایک آدمی جو قرآن کے بارے میں نیگیٹیو رائے رکھتا تھا، پڑھنے کے بعد اس کی رائے پازیٹیو ہو گئی۔</w:t>
      </w:r>
    </w:p>
    <w:p>
      <w:r>
        <w:rPr>
          <w:b/>
        </w:rPr>
        <w:t xml:space="preserve">[42:02] </w:t>
      </w:r>
      <w:r>
        <w:t>is se andaza kiya hai ke hum kitna zaroorat hai ke hum quran ko phailayen, quran ko phailayen, logon ko un ki apni zuban mein un ko parhne ka moqa dein.</w:t>
      </w:r>
    </w:p>
    <w:p>
      <w:pPr>
        <w:jc w:val="right"/>
      </w:pPr>
      <w:r>
        <w:t>اس سے اندازہ کیا ہے کہ ہم کتنا ضرورت ہے کہ ہم قرآن کو پھیلائیں، قرآن کو پھیلائیں، لوگوں کو ان کی اپنی زبان میں ان کو پڑھنے کا موقع دیں۔</w:t>
      </w:r>
    </w:p>
    <w:p>
      <w:r>
        <w:rPr>
          <w:b/>
        </w:rPr>
        <w:t xml:space="preserve">[42:17] </w:t>
      </w:r>
      <w:r>
        <w:t>Maulana iqbal umri ne chennai se likha hai: "Maulana, ummat e wasat yani beech ki ummat yani rasool aur aqwam ke darmiyan wasat wasat banane wali ummat, yahi tarjuma sahi hai." Maulana, jazak Allah.</w:t>
      </w:r>
    </w:p>
    <w:p>
      <w:pPr>
        <w:jc w:val="right"/>
      </w:pPr>
      <w:r>
        <w:t>مولانا اقبال عمری نے چنئی سے لکھا ہے: "مولانا، امت وسط یعنی بیچ کی امت یعنی رسول اور اقوام کے درمیان وسط وسط بنانے والی امت، یہی ترجمہ صحیح ہے۔" مولانا، جزاک اللہ۔</w:t>
      </w:r>
    </w:p>
    <w:p>
      <w:r>
        <w:rPr>
          <w:b/>
        </w:rPr>
        <w:t xml:space="preserve">[42:34] </w:t>
      </w:r>
      <w:r>
        <w:t>mehtab sahib ne likha hai dhampur se: "maulana, aap aap ka har ek lecture hamein wisdom aur jeene ka saleeqa sikhata hai.</w:t>
      </w:r>
    </w:p>
    <w:p>
      <w:pPr>
        <w:jc w:val="right"/>
      </w:pPr>
      <w:r>
        <w:t>مہتاب صاحب نے لکھا ہے دھامپور سے: "مولانا، آپ آپ کا ہر ایک لیکچر ہمیں وزڈم اور جینے کا سلیقہ سکھاتا ہے۔</w:t>
      </w:r>
    </w:p>
    <w:p>
      <w:r>
        <w:rPr>
          <w:b/>
        </w:rPr>
        <w:t xml:space="preserve">[42:45] </w:t>
      </w:r>
      <w:r>
        <w:t>kal saturday lecture bohat hi shandar tha. aap ke jo comments par explanation the aur jo aap ne apna personal experience bayan kiya ke aap ki rooh aur body alag ho gayi, woh experience mere liye bohat ahem tha.</w:t>
      </w:r>
    </w:p>
    <w:p>
      <w:pPr>
        <w:jc w:val="right"/>
      </w:pPr>
      <w:r>
        <w:t>کل سیٹرڈے لیکچر بہت ہی شاندار تھا۔ آپ کے جو کمنٹس پر ایکسپلینیشن تھے اور جو آپ نے اپنا پرسنل ایکسپیرینس بیان کیا کہ آپ کی روح اور باڈی الگ ہو گئی، وہ ایکسپیرینس میرے لیے بہت اہم تھا۔</w:t>
      </w:r>
    </w:p>
    <w:p>
      <w:r>
        <w:rPr>
          <w:b/>
        </w:rPr>
        <w:t xml:space="preserve">[43:01] </w:t>
      </w:r>
      <w:r>
        <w:t>jazak Allah. " maulana sahib, miss shabana ansari ne pakistan se likha hai: "Allah has given us each and every kind of facility to spread the word of God.</w:t>
      </w:r>
    </w:p>
    <w:p>
      <w:pPr>
        <w:jc w:val="right"/>
      </w:pPr>
      <w:r>
        <w:t>جزاک اللہ۔" مولانا صاحب، مس شبانہ انصاری نے پاکستان سے لکھا ہے: "اللہ ہیز گیون اس ایچ اینڈ ایوری کائنڈ آف فیسلیٹی ٹو سپریڈ دا ورڈ آف گاڈ۔</w:t>
      </w:r>
    </w:p>
    <w:p>
      <w:r>
        <w:rPr>
          <w:b/>
        </w:rPr>
        <w:t xml:space="preserve">[43:17] </w:t>
      </w:r>
      <w:r>
        <w:t>now we have no excuse at all. maulana sahib, we will inshallah do our utmost to stick to this greatest mission.</w:t>
      </w:r>
    </w:p>
    <w:p>
      <w:pPr>
        <w:jc w:val="right"/>
      </w:pPr>
      <w:r>
        <w:t>ناؤ وی ہیو نو ایکسکیوز ایٹ آل۔ مولانا صاحب، وی ویل انشاءاللہ ڈو اور اٹموسٹ ٹو سٹک ٹو دس گریٹسٹ مشن۔</w:t>
      </w:r>
    </w:p>
    <w:p>
      <w:r>
        <w:rPr>
          <w:b/>
        </w:rPr>
        <w:t xml:space="preserve">[43:27] </w:t>
      </w:r>
      <w:r>
        <w:t>maulana sahib, please pray for us and for all CPS members all over the world who are dedicated to this mission. we get solace when you pray for all of us.</w:t>
      </w:r>
    </w:p>
    <w:p>
      <w:pPr>
        <w:jc w:val="right"/>
      </w:pPr>
      <w:r>
        <w:t>مولانا صاحب، پلیز پری فار اس اینڈ فار آل سی پی ایس ممبرز آل اوور دا ورلڈ ہو آر ڈیڈیکیٹڈ ٹو دس مشن۔ وی گیٹ سولیس وین یو پری فار آل آف اس۔</w:t>
      </w:r>
    </w:p>
    <w:p>
      <w:r>
        <w:rPr>
          <w:b/>
        </w:rPr>
        <w:t xml:space="preserve">[43:39] </w:t>
      </w:r>
      <w:r>
        <w:t>may Allah help us all. "</w:t>
      </w:r>
    </w:p>
    <w:p>
      <w:pPr>
        <w:jc w:val="right"/>
      </w:pPr>
      <w:r>
        <w:t>می اللہ ہیلپ اس آل۔"</w:t>
      </w:r>
    </w:p>
    <w:p>
      <w:r>
        <w:rPr>
          <w:b/>
        </w:rPr>
        <w:t xml:space="preserve">[43:45] </w:t>
      </w:r>
      <w:r>
        <w:t>doctor junaid sheikh ne likha hai mumbai se: "maulana, today class was super thrilling for me. it increased my accountability.</w:t>
      </w:r>
    </w:p>
    <w:p>
      <w:pPr>
        <w:jc w:val="right"/>
      </w:pPr>
      <w:r>
        <w:t>ڈاکٹر جنید شیخ نے لکھا ہے ممبئی سے: "مولانا، ٹوڈے کلاس واز سپر تھرلنگ فار می۔ اٹ انکریز مائی اکاؤنٹیبلٹی۔</w:t>
      </w:r>
    </w:p>
    <w:p>
      <w:r>
        <w:rPr>
          <w:b/>
        </w:rPr>
        <w:t xml:space="preserve">[43:56] </w:t>
      </w:r>
      <w:r>
        <w:t>i felt its a crime if i am not using dawah infrastructure provided by God in this age for spreading the word of God peacefully.</w:t>
      </w:r>
    </w:p>
    <w:p>
      <w:pPr>
        <w:jc w:val="right"/>
      </w:pPr>
      <w:r>
        <w:t>آئی فیلٹ اٹس ا کرائم اف آئی ایم ناٹ یوزنگ دعویٰ انفراسٹرکچر پرووائیڈڈ بائے گاڈ ان دس ایج فار سپریڈنگ دا ورڈ آف گاڈ پیس فلی۔</w:t>
      </w:r>
    </w:p>
    <w:p>
      <w:r>
        <w:rPr>
          <w:b/>
        </w:rPr>
        <w:t xml:space="preserve">[44:05] </w:t>
      </w:r>
      <w:r>
        <w:t>jazak Allah. " maulana sahib, maulana ab sawal lena chahenge.</w:t>
      </w:r>
    </w:p>
    <w:p>
      <w:pPr>
        <w:jc w:val="right"/>
      </w:pPr>
      <w:r>
        <w:t>جزاک اللہ۔" مولانا صاحب، مولانا اب سوال لینا چاہیں گے۔</w:t>
      </w:r>
    </w:p>
    <w:p>
      <w:r>
        <w:rPr>
          <w:b/>
        </w:rPr>
        <w:t xml:space="preserve">[44:16] </w:t>
      </w:r>
      <w:r>
        <w:t>maulana, yeh sawal bheja hai ahmedabad se fawad fawad sahib ne. unhone likha hai: "maulana, you talked about commercialization in today's talk.</w:t>
      </w:r>
    </w:p>
    <w:p>
      <w:pPr>
        <w:jc w:val="right"/>
      </w:pPr>
      <w:r>
        <w:t>مولانا، یہ سوال بھیجا ہے احمد آباد سے فواد فواد صاحب نے۔ انہوں نے لکھا ہے: "مولانا، یو ٹاکڈ اباؤٹ کمرشلائزیشن ان ٹوڈے ٹاک۔</w:t>
      </w:r>
    </w:p>
    <w:p>
      <w:r>
        <w:rPr>
          <w:b/>
        </w:rPr>
        <w:t xml:space="preserve">[44:29] </w:t>
      </w:r>
      <w:r>
        <w:t>it is the same commercialization which is also making Muslim youth job oriented or business oriented.</w:t>
      </w:r>
    </w:p>
    <w:p>
      <w:pPr>
        <w:jc w:val="right"/>
      </w:pPr>
      <w:r>
        <w:t>اٹ از دا سیم کمرشلائزیشن وچ از السو میکنگ مسلم یوتھ جاب اورینٹڈ اور بزنس اورینٹڈ۔</w:t>
      </w:r>
    </w:p>
    <w:p>
      <w:r>
        <w:rPr>
          <w:b/>
        </w:rPr>
        <w:t xml:space="preserve">[44:38] </w:t>
      </w:r>
      <w:r>
        <w:t>as a result, their focus on dawah has reduced. so don't you think that commercialization is a negative phenomenon of modern times?" nahi, hargiz nahi, hargiz nahi.</w:t>
      </w:r>
    </w:p>
    <w:p>
      <w:pPr>
        <w:jc w:val="right"/>
      </w:pPr>
      <w:r>
        <w:t>ایز ا رزلٹ، دیر فوکس ان دعویٰ ہیز ریڈیوسڈ۔ سو ڈونٹ یو تھنک دیٹ کمرشلائزیشن از ا نیگیٹیو فیناومینا آف ماڈرن ٹائم؟" نہیں، ہرگز نہیں، ہرگز نہیں۔</w:t>
      </w:r>
    </w:p>
    <w:p>
      <w:r>
        <w:rPr>
          <w:b/>
        </w:rPr>
        <w:t xml:space="preserve">[44:55] </w:t>
      </w:r>
      <w:r>
        <w:t>dekhiye, har cheez ka ek history hota hai, ek proper use hota hai. maslan, musalmanon ne Quran se qital nikal rakha hai, ladte phirte hain, pathar marte hain, gun chalate hain.</w:t>
      </w:r>
    </w:p>
    <w:p>
      <w:pPr>
        <w:jc w:val="right"/>
      </w:pPr>
      <w:r>
        <w:t>دیکھیے، ہر چیز کا ایک ہسٹری ہوتا ہے، ایک پراپر یوز ہوتا ہے۔ مثلاً، مسلمانوں نے قرآن سے قتال نکال رکھا ہے، لڑتے پھرتے ہیں، پتھر مارتے ہیں، گن چلاتے ہیں۔</w:t>
      </w:r>
    </w:p>
    <w:p>
      <w:r>
        <w:rPr>
          <w:b/>
        </w:rPr>
        <w:t xml:space="preserve">[45:12] </w:t>
      </w:r>
      <w:r>
        <w:t>woh misuse of Quran hai. toh aap yeh samajh lijiye ke har cheez, har cheez, har cheez ka misuse bhi hai aur proper use bhi hai.</w:t>
      </w:r>
    </w:p>
    <w:p>
      <w:pPr>
        <w:jc w:val="right"/>
      </w:pPr>
      <w:r>
        <w:t>وہ مس یوز آف قرآن ہے۔ تو آپ یہ سمجھ لیجئے کہ ہر چیز، ہر چیز، ہر چیز کا مس یوز بھی ہے اور پراپر یوز بھی ہے۔</w:t>
      </w:r>
    </w:p>
    <w:p>
      <w:r>
        <w:rPr>
          <w:b/>
        </w:rPr>
        <w:t xml:space="preserve">[45:23] </w:t>
      </w:r>
      <w:r>
        <w:t>toh main iske proper use ko keh raha hoon, aap bhi misuse, misuse ka pehlu bol rahe hain. toh yeh toh imtehan hai, duniya toh imtehan hai, yahan toh misuse ka aspect hamesha rahega, Quran ke bare mein bhi rahega.</w:t>
      </w:r>
    </w:p>
    <w:p>
      <w:pPr>
        <w:jc w:val="right"/>
      </w:pPr>
      <w:r>
        <w:t>تو میں اس کے پراپر یوز کو کہہ رہا ہوں، آپ بھی مس یوز، مس یوز کا پہلو بول رہے ہیں۔ تو یہ تو امتحان ہے، دنیا تو امتحان ہے، یہاں تو مس یوز کا اسپیکٹ ہمیشہ رہے گا، قرآن کے بارے میں بھی رہے گا۔</w:t>
      </w:r>
    </w:p>
    <w:p>
      <w:r>
        <w:rPr>
          <w:b/>
        </w:rPr>
        <w:t xml:space="preserve">[45:41] </w:t>
      </w:r>
      <w:r>
        <w:t>aap misuse ki baat kyun karte hain? proper use ki baat kijiye.</w:t>
      </w:r>
    </w:p>
    <w:p>
      <w:pPr>
        <w:jc w:val="right"/>
      </w:pPr>
      <w:r>
        <w:t>آپ مس یوز کی بات کیوں کرتے ہیں؟ پراپر یوز کی بات کیجئے۔</w:t>
      </w:r>
    </w:p>
    <w:p>
      <w:r>
        <w:rPr>
          <w:b/>
        </w:rPr>
        <w:t xml:space="preserve">[45:49] </w:t>
      </w:r>
      <w:r>
        <w:t>faisal saleem sahib ne bangalore se comment bheja hai, unhone likha hai: "maulana sahib, from today's session, i understood that we have all the facilities which is given to us by God.</w:t>
      </w:r>
    </w:p>
    <w:p>
      <w:pPr>
        <w:jc w:val="right"/>
      </w:pPr>
      <w:r>
        <w:t>فیصل سلیم صاحب نے بنگلور سے کمنٹ بھیجا ہے، انہوں نے لکھا ہے: "مولانا صاحب، فرام ٹوڈے سیشن، آئی انڈرسٹوڈ دیٹ وی ہیو آل دا فیسلیٹیز وچ از گیون ٹو اس بائے گاڈ۔</w:t>
      </w:r>
    </w:p>
    <w:p>
      <w:r>
        <w:rPr>
          <w:b/>
        </w:rPr>
        <w:t xml:space="preserve">[46:03] </w:t>
      </w:r>
      <w:r>
        <w:t>we just need to incorporate them into our life and move ahead with no excuse to achieve or complete the mission of Allah. "</w:t>
      </w:r>
    </w:p>
    <w:p>
      <w:pPr>
        <w:jc w:val="right"/>
      </w:pPr>
      <w:r>
        <w:t>وی جسٹ نیڈ ٹو انکارپوریٹ دیم انٹو اور لائف اینڈ موو اہیڈ ود نو ایکسکیوز ٹو اچیو اور کمپلیٹ دا مشن آف اللہ۔"</w:t>
      </w:r>
    </w:p>
    <w:p>
      <w:r>
        <w:rPr>
          <w:b/>
        </w:rPr>
        <w:t xml:space="preserve">[46:16] </w:t>
      </w:r>
      <w:r>
        <w:t>maulana, agla sawal lete hain. yeh mahboob bhai ne mumbai se bheja hai, unhone likha hai: "maulana, my question is not related to today's class.</w:t>
      </w:r>
    </w:p>
    <w:p>
      <w:pPr>
        <w:jc w:val="right"/>
      </w:pPr>
      <w:r>
        <w:t>مولانا، اگلا سوال لیتے ہیں۔ یہ محبوب بھائی نے ممبئی سے بھیجا ہے، انہوں نے لکھا ہے: "مولانا، مائی کوئسچن از ناٹ ریلیٹڈ ٹو ٹوڈے کلاس۔</w:t>
      </w:r>
    </w:p>
    <w:p>
      <w:r>
        <w:rPr>
          <w:b/>
        </w:rPr>
        <w:t xml:space="preserve">[46:29] </w:t>
      </w:r>
      <w:r>
        <w:t>recently, when we travel to rajouri for the dawah meet, the rajouri team gifted all of us some books. one of them was a book which is basically our speech given at srinagar tagore hall.</w:t>
      </w:r>
    </w:p>
    <w:p>
      <w:pPr>
        <w:jc w:val="right"/>
      </w:pPr>
      <w:r>
        <w:t>ریسنٹلی، وین وی ٹریول ٹو رجوری فار دا دعویٰ میٹ، دا رجوری ٹیم گفٹڈ آل آف اس سم بکس۔ ون آف دیم واز ا بک وچ از بیسکلی اور سپیچ گیون ایٹ سری نگر ٹگور ہال۔</w:t>
      </w:r>
    </w:p>
    <w:p>
      <w:r>
        <w:rPr>
          <w:b/>
        </w:rPr>
        <w:t xml:space="preserve">[46:46] </w:t>
      </w:r>
      <w:r>
        <w:t>you repeatedly said in that speech: 'main toh ek deewana aadmi hoon.' my request is, maulana, that how I could develop that deewangi like you?</w:t>
      </w:r>
    </w:p>
    <w:p>
      <w:pPr>
        <w:jc w:val="right"/>
      </w:pPr>
      <w:r>
        <w:t>یو ریپیٹڈلی سیڈ ان دیٹ سپیچ: 'میں تو ایک دیوانہ آدمی ہوں۔' مائی ریکویسٹ از، مولانا، دیٹ ہاؤ آئی کڈ ڈیویلپ دیٹ دیوانگی لائک یو؟</w:t>
      </w:r>
    </w:p>
    <w:p>
      <w:r>
        <w:rPr>
          <w:b/>
        </w:rPr>
        <w:t xml:space="preserve">[46:58] </w:t>
      </w:r>
      <w:r>
        <w:t>what is your advice?" bhai, dua kijiye aur Quran poori rasool Allah ki seerat ko padhiye, sahaba ke halaat ko padhiye.</w:t>
      </w:r>
    </w:p>
    <w:p>
      <w:pPr>
        <w:jc w:val="right"/>
      </w:pPr>
      <w:r>
        <w:t>واٹ از یور ایڈوائس؟" بھائی، دعا کیجئے اور قرآن پوری رسول اللہ کی سیرت کو پڑھیے، صحابہ کے حالات کو پڑھیے۔</w:t>
      </w:r>
    </w:p>
    <w:p>
      <w:r>
        <w:rPr>
          <w:b/>
        </w:rPr>
        <w:t xml:space="preserve">[47:09] </w:t>
      </w:r>
      <w:r>
        <w:t>main ne toh yahi kiya tha,</w:t>
      </w:r>
    </w:p>
    <w:p>
      <w:pPr>
        <w:jc w:val="right"/>
      </w:pPr>
      <w:r>
        <w:t>میں نے تو یہی کیا تھا،</w:t>
      </w:r>
    </w:p>
    <w:p>
      <w:r>
        <w:rPr>
          <w:b/>
        </w:rPr>
        <w:t xml:space="preserve">[47:14] </w:t>
      </w:r>
      <w:r>
        <w:t>main ne toh yahi kiya tha ke dua ki hai, Quran ko padha, hadith ko padha, seerat ko padha, sahaba ke halaat ko padha, isi ka outcome tha deewangi.</w:t>
      </w:r>
    </w:p>
    <w:p>
      <w:pPr>
        <w:jc w:val="right"/>
      </w:pPr>
      <w:r>
        <w:t>میں نے تو یہی کیا تھا کہ دعا کی ہے، قرآن کو پڑھا، حدیث کو پڑھا، سیرت کو پڑھا، صحابہ کے حالات کو پڑھا، اسی کا آؤٹ کم تھا دیوانگی۔</w:t>
      </w:r>
    </w:p>
    <w:p>
      <w:r>
        <w:rPr>
          <w:b/>
        </w:rPr>
        <w:t xml:space="preserve">[47:28] </w:t>
      </w:r>
      <w:r>
        <w:t>aap bhi yahi kijiye.</w:t>
      </w:r>
    </w:p>
    <w:p>
      <w:pPr>
        <w:jc w:val="right"/>
      </w:pPr>
      <w:r>
        <w:t>آپ بھی یہی کیجئے۔</w:t>
      </w:r>
    </w:p>
    <w:p>
      <w:r>
        <w:rPr>
          <w:b/>
        </w:rPr>
        <w:t xml:space="preserve">[47:35] </w:t>
      </w:r>
      <w:r>
        <w:t>doctor naghma siddiqui ne dilli se likha hai: "i understood our role as the middle nation as the mission of all muslims, for which god has given all support in terms of infrastructure virtually free.</w:t>
      </w:r>
    </w:p>
    <w:p>
      <w:pPr>
        <w:jc w:val="right"/>
      </w:pPr>
      <w:r>
        <w:t>ڈاکٹر نغمہ صدیقی نے دلی سے لکھا ہے: "آئی انڈرسٹوڈ اور رول ایز دا مڈل نیشن ایز دا مشن آف آل مسلمز، فار وچ گاڈ ہیز گیون آل سپورٹ ان ٹرمز آف انفراسٹرکچر ورچولی فری۔</w:t>
      </w:r>
    </w:p>
    <w:p>
      <w:r>
        <w:rPr>
          <w:b/>
        </w:rPr>
        <w:t xml:space="preserve">[47:52] </w:t>
      </w:r>
      <w:r>
        <w:t>may god help us to perform this task." mr. asad parvez ne boston, usa se likha hai: "i gave a copy of the quran to my global strategy professor.</w:t>
      </w:r>
    </w:p>
    <w:p>
      <w:pPr>
        <w:jc w:val="right"/>
      </w:pPr>
      <w:r>
        <w:t>می گاڈ ہیلپ اس ٹو پرفارم دس ٹاسک۔" مسٹر اسد پرویز نے بوسٹن، یو ایس اے سے لکھا ہے: "آئی گیو ا کاپی آف دا قرآن ٹو مائی گلوبل سٹریٹیجی پروفیسر۔</w:t>
      </w:r>
    </w:p>
    <w:p>
      <w:r>
        <w:rPr>
          <w:b/>
        </w:rPr>
        <w:t xml:space="preserve">[48:06] </w:t>
      </w:r>
      <w:r>
        <w:t>he said he was waiting for a long time to find out about islam, but never had the opportunity. people are waiting, but we never avail the opportunity.</w:t>
      </w:r>
    </w:p>
    <w:p>
      <w:pPr>
        <w:jc w:val="right"/>
      </w:pPr>
      <w:r>
        <w:t>ہی سیڈ ہی واز ویٹنگ فار ا لانگ ٹائم ٹو فائنڈ آؤٹ اباؤٹ اسلام، بٹ نیور ہیڈ دی اپرچونیٹی۔ پیپل آر ویٹنگ، بٹ وی نیور اویل دی اپرچونیٹی۔</w:t>
      </w:r>
    </w:p>
    <w:p>
      <w:r>
        <w:rPr>
          <w:b/>
        </w:rPr>
        <w:t xml:space="preserve">[48:19] </w:t>
      </w:r>
      <w:r>
        <w:t>this is the experience that i gain from this interaction."</w:t>
      </w:r>
    </w:p>
    <w:p>
      <w:pPr>
        <w:jc w:val="right"/>
      </w:pPr>
      <w:r>
        <w:t>دس از دا ایکسپیرینس دیٹ آئی گین فرام دس انٹریکشن۔"</w:t>
      </w:r>
    </w:p>
    <w:p>
      <w:r>
        <w:rPr>
          <w:b/>
        </w:rPr>
        <w:t xml:space="preserve">[48:26] </w:t>
      </w:r>
      <w:r>
        <w:t>ibn abdul rehman sahib ne srinagar se likha hai: "no one has a better speech than that of those who engage in dawah activities.</w:t>
      </w:r>
    </w:p>
    <w:p>
      <w:pPr>
        <w:jc w:val="right"/>
      </w:pPr>
      <w:r>
        <w:t>ابن عبدالرحمن صاحب نے سری نگر سے لکھا ہے: "نو ون ہیز ا بیٹر سپیچ دین دیٹ آف دوز ہو انگیج ان دعویٰ ایکٹیویٹیز۔</w:t>
      </w:r>
    </w:p>
    <w:p>
      <w:r>
        <w:rPr>
          <w:b/>
        </w:rPr>
        <w:t xml:space="preserve">[48:37] </w:t>
      </w:r>
      <w:r>
        <w:t>commenting such people, the quran says: 'who speaks better than one who calls to allah, does good work and says: 'i am surely one of the muslims.'" maulana, agla sawal lete hain.</w:t>
      </w:r>
    </w:p>
    <w:p>
      <w:pPr>
        <w:jc w:val="right"/>
      </w:pPr>
      <w:r>
        <w:t>کمنٹنگ سچ پیپل، دا قرآن سیز: 'ہو سپیکس بیٹر دین ون ہو کالز ٹو اللہ، ڈز گڈ ورک اینڈ سیز: 'آئی ایم شورلی ون آف دا مسلمز۔'" مولانا، اگلا سوال لیتے ہیں۔</w:t>
      </w:r>
    </w:p>
    <w:p>
      <w:r>
        <w:rPr>
          <w:b/>
        </w:rPr>
        <w:t xml:space="preserve">[48:52] </w:t>
      </w:r>
      <w:r>
        <w:t>yeh sawal ah bhejha hai farooq ahmed sahib ne bhopal se. unhon ne likha hai: "Maulana, how to become a strong personality like you?</w:t>
      </w:r>
    </w:p>
    <w:p>
      <w:pPr>
        <w:jc w:val="right"/>
      </w:pPr>
      <w:r>
        <w:t>یہ سوال آہ بھیجا ہے فاروق احمد صاحب نے بھوپال سے۔ انہوں نے لکھا ہے: "مولانا، ہاؤ ٹو بیکم ا سٹرونگ پرسنیلٹی لائک یو؟</w:t>
      </w:r>
    </w:p>
    <w:p>
      <w:r>
        <w:rPr>
          <w:b/>
        </w:rPr>
        <w:t xml:space="preserve">[49:08] </w:t>
      </w:r>
      <w:r>
        <w:t>i am always making mistakes and feel that it is a result of my low will power. so please guide me as to how can i increase my will power and become like you a strong personality."</w:t>
      </w:r>
    </w:p>
    <w:p>
      <w:pPr>
        <w:jc w:val="right"/>
      </w:pPr>
      <w:r>
        <w:t>آئی ایم الویز میکنگ مسٹیکس اینڈ فیل دیٹ اٹ از ا رزلٹ آف مائی لو ول پاور۔ سو پلیز گائیڈ می ایز ٹو ہاؤ کین آئی انکریز مائی ول پاور اینڈ بیکم لائک یو ا سٹرونگ پرسنیلٹی۔"</w:t>
      </w:r>
    </w:p>
    <w:p>
      <w:r>
        <w:rPr>
          <w:b/>
        </w:rPr>
        <w:t xml:space="preserve">[49:32] </w:t>
      </w:r>
      <w:r>
        <w:t>bhai, dua kijiye aur seerat ko padhiye. bas dua kijiye aur seerat ko padhiye.</w:t>
      </w:r>
    </w:p>
    <w:p>
      <w:pPr>
        <w:jc w:val="right"/>
      </w:pPr>
      <w:r>
        <w:t>بھائی، دعا کیجئے اور سیرت کو پڑھیے۔ بس دعا کیجئے اور سیرت کو پڑھیے۔</w:t>
      </w:r>
    </w:p>
    <w:p>
      <w:r>
        <w:rPr>
          <w:b/>
        </w:rPr>
        <w:t xml:space="preserve">[49:41] </w:t>
      </w:r>
      <w:r>
        <w:t>har cheez isi se paida hoti hai.</w:t>
      </w:r>
    </w:p>
    <w:p>
      <w:pPr>
        <w:jc w:val="right"/>
      </w:pPr>
      <w:r>
        <w:t>ہر چیز اسی سے پیدا ہوتی ہے۔</w:t>
      </w:r>
    </w:p>
    <w:p>
      <w:r>
        <w:rPr>
          <w:b/>
        </w:rPr>
        <w:t xml:space="preserve">[49:54] </w:t>
      </w:r>
      <w:r>
        <w:t>ab main dekhen, kal ek waqia soch raha tha rasool allah ka.</w:t>
      </w:r>
    </w:p>
    <w:p>
      <w:pPr>
        <w:jc w:val="right"/>
      </w:pPr>
      <w:r>
        <w:t>اب میں دیکھیں، کل ایک واقعہ سوچ رہا تھا رسول اللہ کا۔</w:t>
      </w:r>
    </w:p>
    <w:p>
      <w:r>
        <w:rPr>
          <w:b/>
        </w:rPr>
        <w:t xml:space="preserve">[50:00] </w:t>
      </w:r>
      <w:r>
        <w:t>kaisa ajeeb waqia hai</w:t>
      </w:r>
    </w:p>
    <w:p>
      <w:pPr>
        <w:jc w:val="right"/>
      </w:pPr>
      <w:r>
        <w:t>کیسا عجیب واقعہ ہے</w:t>
      </w:r>
    </w:p>
    <w:p>
      <w:r>
        <w:rPr>
          <w:b/>
        </w:rPr>
        <w:t xml:space="preserve">[50:06] </w:t>
      </w:r>
      <w:r>
        <w:t>ke ghazwa-e-uhud jo tha, us mein aap jante hain ke sahaba mein se taqreeban 70 aadmi maare gaye the,</w:t>
      </w:r>
    </w:p>
    <w:p>
      <w:pPr>
        <w:jc w:val="right"/>
      </w:pPr>
      <w:r>
        <w:t>کہ غزوہ احد جو تھا، اس میں آپ جانتے ہیں کہ صحابہ میں سے تقریباً 70 آدمی مارے گئے تھے،</w:t>
      </w:r>
    </w:p>
    <w:p>
      <w:r>
        <w:rPr>
          <w:b/>
        </w:rPr>
        <w:t xml:space="preserve">[50:21] </w:t>
      </w:r>
      <w:r>
        <w:t>taqreeban 70 aadmi.</w:t>
      </w:r>
    </w:p>
    <w:p>
      <w:pPr>
        <w:jc w:val="right"/>
      </w:pPr>
      <w:r>
        <w:t>تقریباً 70 آدمی۔</w:t>
      </w:r>
    </w:p>
    <w:p>
      <w:r>
        <w:rPr>
          <w:b/>
        </w:rPr>
        <w:t xml:space="preserve">[50:26] </w:t>
      </w:r>
      <w:r>
        <w:t>aur us waqt jo hai, jo quraish ka sardaar tha, pahad par chada hua tha, fateh ka jazba le kar.</w:t>
      </w:r>
    </w:p>
    <w:p>
      <w:pPr>
        <w:jc w:val="right"/>
      </w:pPr>
      <w:r>
        <w:t>اور اس وقت جو ہے، جو قریش کا سردار تھا، پہاڑ پر چڑھا ہوا تھا، فتح کا جذبہ لے کر۔</w:t>
      </w:r>
    </w:p>
    <w:p>
      <w:r>
        <w:rPr>
          <w:b/>
        </w:rPr>
        <w:t xml:space="preserve">[50:41] </w:t>
      </w:r>
      <w:r>
        <w:t>wahan se woh zor se awaz de kar bola</w:t>
      </w:r>
    </w:p>
    <w:p>
      <w:pPr>
        <w:jc w:val="right"/>
      </w:pPr>
      <w:r>
        <w:t>وہاں سے وہ زور سے آواز دے کر بولا</w:t>
      </w:r>
    </w:p>
    <w:p>
      <w:r>
        <w:rPr>
          <w:b/>
        </w:rPr>
        <w:t xml:space="preserve">[50:49] </w:t>
      </w:r>
      <w:r>
        <w:t>ke: "lana uzza wa la allah lakum." uzza ek but ka naam tha. allah ne uzza wa la uzza lakum.</w:t>
      </w:r>
    </w:p>
    <w:p>
      <w:pPr>
        <w:jc w:val="right"/>
      </w:pPr>
      <w:r>
        <w:t>کہ: "لنا عزہ ولا اللہ لکم۔" عزہ ایک بت کا نام تھا۔ اللہ نے عزہ ولا عزہ لکم۔</w:t>
      </w:r>
    </w:p>
    <w:p>
      <w:r>
        <w:rPr>
          <w:b/>
        </w:rPr>
        <w:t xml:space="preserve">[51:03] </w:t>
      </w:r>
      <w:r>
        <w:t>to rasool allah ne sahaba se kaha ke: "kaho lana maula wa la maula lakum."</w:t>
      </w:r>
    </w:p>
    <w:p>
      <w:pPr>
        <w:jc w:val="right"/>
      </w:pPr>
      <w:r>
        <w:t>تو رسول اللہ نے صحابہ سے کہا کہ: "کہو لنا مولا ولا مولا لکم۔"</w:t>
      </w:r>
    </w:p>
    <w:p>
      <w:r>
        <w:rPr>
          <w:b/>
        </w:rPr>
        <w:t xml:space="preserve">[51:13] </w:t>
      </w:r>
      <w:r>
        <w:t>main sochta hoon ke 70 sahaba ki laashein padi hui hain, kya manzar hoga woh?</w:t>
      </w:r>
    </w:p>
    <w:p>
      <w:pPr>
        <w:jc w:val="right"/>
      </w:pPr>
      <w:r>
        <w:t>میں سوچتا ہوں کہ 70 صحابہ کی لاشیں پڑی ہوئی ہیں، کیا منظر ہوگا وہ؟</w:t>
      </w:r>
    </w:p>
    <w:p>
      <w:r>
        <w:rPr>
          <w:b/>
        </w:rPr>
        <w:t xml:space="preserve">[51:24] </w:t>
      </w:r>
      <w:r>
        <w:t>aur us waqt aap sahaba se keh rahe hain ke: "hamare hamari madad par allah hai, tumhari madad par allah nahin."</w:t>
      </w:r>
    </w:p>
    <w:p>
      <w:pPr>
        <w:jc w:val="right"/>
      </w:pPr>
      <w:r>
        <w:t>اور اس وقت آپ صحابہ سے کہہ رہے ہیں کہ: "ہمارے ہماری مدد پر اللہ ہے، تمہاری مدد پر اللہ نہیں۔"</w:t>
      </w:r>
    </w:p>
    <w:p>
      <w:r>
        <w:rPr>
          <w:b/>
        </w:rPr>
        <w:t xml:space="preserve">[51:38] </w:t>
      </w:r>
      <w:r>
        <w:t>meri poori mind-boggling yeh soch jab main yeh jab main sochta hoon to bilkul dimagh hil jata hai.</w:t>
      </w:r>
    </w:p>
    <w:p>
      <w:pPr>
        <w:jc w:val="right"/>
      </w:pPr>
      <w:r>
        <w:t>میری پوری مائنڈ بانکلنگ یہ سوچ جب میں یہ جب میں سوچتا ہوں تو بالکل دماغ ہل جاتا ہے۔</w:t>
      </w:r>
    </w:p>
    <w:p>
      <w:r>
        <w:rPr>
          <w:b/>
        </w:rPr>
        <w:t xml:space="preserve">[51:56] </w:t>
      </w:r>
      <w:r>
        <w:t>to aap is padhiye seerat ki kitabon ko, rasool allah ki seerat, sahaba ki seerat, phir apne aap sari sifatain paida hoti hain.</w:t>
      </w:r>
    </w:p>
    <w:p>
      <w:pPr>
        <w:jc w:val="right"/>
      </w:pPr>
      <w:r>
        <w:t>تو آپ اس پڑھیے سیرت کی کتابوں کو، رسول اللہ کی سیرت، صحابہ کی سیرت، پھر اپنے آپ ساری صفتیں پیدا ہوتی ہیں۔</w:t>
      </w:r>
    </w:p>
    <w:p>
      <w:r>
        <w:rPr>
          <w:b/>
        </w:rPr>
        <w:t xml:space="preserve">[52:15] </w:t>
      </w:r>
      <w:r>
        <w:t>maulana, agla comment bhejha hai mr. naveed kapoor ne dilli se. unhon ne likha hai: "maulana, i learn today that the development in today's world has been created by god, so that we can easily do dawah work.</w:t>
      </w:r>
    </w:p>
    <w:p>
      <w:pPr>
        <w:jc w:val="right"/>
      </w:pPr>
      <w:r>
        <w:t>مولانا، اگلا کمنٹ بھیجا ہے مسٹر نوید کپور نے دلی سے۔ انہوں نے لکھا ہے: "مولانا، آئی لرن ٹوڈے دیٹ دا ڈیویلپمنٹ ان ٹوڈے ورلڈ ہیز بین کریٹڈ بائے گاڈ، سو دیٹ وی کین ایزیلی ڈو دعویٰ ورک۔</w:t>
      </w:r>
    </w:p>
    <w:p>
      <w:r>
        <w:rPr>
          <w:b/>
        </w:rPr>
        <w:t xml:space="preserve">[52:31] </w:t>
      </w:r>
      <w:r>
        <w:t>now we have no reason not to spread the message to entire humanity."</w:t>
      </w:r>
    </w:p>
    <w:p>
      <w:pPr>
        <w:jc w:val="right"/>
      </w:pPr>
      <w:r>
        <w:t>ناؤ وی ہیو نو ریزن ناٹ ٹو سپریڈ دا میسج ٹو انٹائر ہیومینٹی۔"</w:t>
      </w:r>
    </w:p>
    <w:p>
      <w:r>
        <w:rPr>
          <w:b/>
        </w:rPr>
        <w:t xml:space="preserve">[52:40] </w:t>
      </w:r>
      <w:r>
        <w:t>kya matlab hua? sawali ke comment tha? maulana, achha achha.</w:t>
      </w:r>
    </w:p>
    <w:p>
      <w:pPr>
        <w:jc w:val="right"/>
      </w:pPr>
      <w:r>
        <w:t>کیا مطلب ہوا؟ سوالی کے کمنٹ تھا؟ مولانا، اچھا اچھا۔</w:t>
      </w:r>
    </w:p>
    <w:p>
      <w:r>
        <w:rPr>
          <w:b/>
        </w:rPr>
        <w:t xml:space="preserve">[52:49] </w:t>
      </w:r>
      <w:r>
        <w:t>maulana, agla sawal bheja hai jinhon ne unhon ne apni location nahi likhi hai aur un ka naam un ka naam farooq sahib hai.</w:t>
      </w:r>
    </w:p>
    <w:p>
      <w:pPr>
        <w:jc w:val="right"/>
      </w:pPr>
      <w:r>
        <w:t>مولانا، اگلا سوال بھیجا ہے جنہوں نے انہوں نے اپنی لوکیشن نہیں لکھی ہے اور ان کا نام ان کا نام فاروق صاحب ہے۔</w:t>
      </w:r>
    </w:p>
    <w:p>
      <w:r>
        <w:rPr>
          <w:b/>
        </w:rPr>
        <w:t xml:space="preserve">[53:00] </w:t>
      </w:r>
      <w:r>
        <w:t>unhon ne likha hai ke: "maulana, i am an old man who is 75 years of age. please tell me how can i do dawah work as i did not do it in my entire life.</w:t>
      </w:r>
    </w:p>
    <w:p>
      <w:pPr>
        <w:jc w:val="right"/>
      </w:pPr>
      <w:r>
        <w:t>انہوں نے لکھا ہے کہ: "مولانا، آئی ایم این اولڈ مین ہو از 75 ایئرز آف ایج۔ پلیز ٹیل می ہاؤ کین آئی ڈو دعویٰ ورک ایز آئی ڈیڈ ناٹ ڈو اٹ ان مائی انٹائر لائف۔</w:t>
      </w:r>
    </w:p>
    <w:p>
      <w:r>
        <w:rPr>
          <w:b/>
        </w:rPr>
        <w:t xml:space="preserve">[53:15] </w:t>
      </w:r>
      <w:r>
        <w:t>i don't have a good health, but after listening to your talks, i now have a burning desire to do dawah work before i return to allah.</w:t>
      </w:r>
    </w:p>
    <w:p>
      <w:pPr>
        <w:jc w:val="right"/>
      </w:pPr>
      <w:r>
        <w:t>آئی ڈونٹ ہیو ا گڈ ہیلتھ، بٹ افٹر لسننگ ٹو یور ٹاکس، آئی ناو ہیو ا برننگ ڈیزائر ٹو ڈو دعویٰ ورک بیفور آئی ریٹرن ٹو اللہ۔</w:t>
      </w:r>
    </w:p>
    <w:p>
      <w:r>
        <w:rPr>
          <w:b/>
        </w:rPr>
        <w:t xml:space="preserve">[53:26] </w:t>
      </w:r>
      <w:r>
        <w:t>can you give me some advice so that i don't die disappointed?" bohat achi aap ki khwahish hai.</w:t>
      </w:r>
    </w:p>
    <w:p>
      <w:pPr>
        <w:jc w:val="right"/>
      </w:pPr>
      <w:r>
        <w:t>کین یو گیو می سم ایڈوائس سو دیٹ آئی ڈونٹ ڈائی ڈس اپوائنٹڈ؟" بہت اچھی آپ کی خواہش ہے۔</w:t>
      </w:r>
    </w:p>
    <w:p>
      <w:r>
        <w:rPr>
          <w:b/>
        </w:rPr>
        <w:t xml:space="preserve">[53:41] </w:t>
      </w:r>
      <w:r>
        <w:t>ab mein yeh kahunga ke aaj hum is daur mein hain jabke allah rab ul alameen ne</w:t>
      </w:r>
    </w:p>
    <w:p>
      <w:pPr>
        <w:jc w:val="right"/>
      </w:pPr>
      <w:r>
        <w:t>اب میں یہ کہوں گا کہ آج ہم اس دور میں ہیں جبکہ اللہ رب العالمین نے</w:t>
      </w:r>
    </w:p>
    <w:p>
      <w:r>
        <w:rPr>
          <w:b/>
        </w:rPr>
        <w:t xml:space="preserve">[53:52] </w:t>
      </w:r>
      <w:r>
        <w:t>saari duniya ko hukum de rakha hai ke mere jo bande khade hon dawah ke liye, un ko kaho infrastructure free mein supply karo, free mein.</w:t>
      </w:r>
    </w:p>
    <w:p>
      <w:pPr>
        <w:jc w:val="right"/>
      </w:pPr>
      <w:r>
        <w:t>ساری دنیا کو حکم دے رکھا ہے کہ میرے جو بندے کھڑے ہوں دعوت کے لیے، ان کو کہو انفراسٹرکچر فری میں سپلائی کرو، فری میں۔</w:t>
      </w:r>
    </w:p>
    <w:p>
      <w:r>
        <w:rPr>
          <w:b/>
        </w:rPr>
        <w:t xml:space="preserve">[54:09] </w:t>
      </w:r>
      <w:r>
        <w:t>misalan dekhiye, choti choti kitabein dawah par, islam par free mein aap ko ab harj hasil hain.</w:t>
      </w:r>
    </w:p>
    <w:p>
      <w:pPr>
        <w:jc w:val="right"/>
      </w:pPr>
      <w:r>
        <w:t>مثلاً دیکھیے، چھوٹی چھوٹی کتابیں دعوت پر، اسلام پر فری میں آپ کو اب حرج حاصل ہیں۔</w:t>
      </w:r>
    </w:p>
    <w:p>
      <w:r>
        <w:rPr>
          <w:b/>
        </w:rPr>
        <w:t xml:space="preserve">[54:21] </w:t>
      </w:r>
      <w:r>
        <w:t>to aap pocket mein rakhiye, jeeb mein rakhiye, koi to jo jo milta hai us ko dete rahey. koi doctor mila to doctor ko de dijiye.</w:t>
      </w:r>
    </w:p>
    <w:p>
      <w:pPr>
        <w:jc w:val="right"/>
      </w:pPr>
      <w:r>
        <w:t>تو آپ پاکٹ میں رکھیے، جیب میں رکھیے، کوئی تو جو جو ملتا ہے اس کو دیتے رہیے۔ کوئی ڈاکٹر ملا تو ڈاکٹر کو دے دیجئے۔</w:t>
      </w:r>
    </w:p>
    <w:p>
      <w:r>
        <w:rPr>
          <w:b/>
        </w:rPr>
        <w:t xml:space="preserve">[54:40] </w:t>
      </w:r>
      <w:r>
        <w:t>to yeh bohat hi aasan hai, bohat hi aasan hai. sirf tadap chahiye, tadap jazba chahiye, spirit chahiye aur allah se dua karna yeh chahiye.</w:t>
      </w:r>
    </w:p>
    <w:p>
      <w:pPr>
        <w:jc w:val="right"/>
      </w:pPr>
      <w:r>
        <w:t>تو یہ بہت ہی آسان ہے، بہت ہی آسان ہے۔ صرف تڑپ چاہیے، تڑپ جذبہ چاہیے، سپرٹ چاہیے اور اللہ سے دعا کرنا یہ چاہیے۔</w:t>
      </w:r>
    </w:p>
    <w:p>
      <w:r>
        <w:rPr>
          <w:b/>
        </w:rPr>
        <w:t xml:space="preserve">[55:03] </w:t>
      </w:r>
      <w:r>
        <w:t>maulana, agla comment bheja hai shayan tahir sahib ne. unhon ne likha hai: "i am from karachi, pakistan.</w:t>
      </w:r>
    </w:p>
    <w:p>
      <w:pPr>
        <w:jc w:val="right"/>
      </w:pPr>
      <w:r>
        <w:t>مولانا، اگلا کمنٹ بھیجا ہے شایان طاہر صاحب نے۔ انہوں نے لکھا ہے: "آئی ایم فرام کراچی، پاکستان۔</w:t>
      </w:r>
    </w:p>
    <w:p>
      <w:r>
        <w:rPr>
          <w:b/>
        </w:rPr>
        <w:t xml:space="preserve">[55:12] </w:t>
      </w:r>
      <w:r>
        <w:t>i want to know if cps is here. i want to be part of the dawah work. i am doing it now with different groups.</w:t>
      </w:r>
    </w:p>
    <w:p>
      <w:pPr>
        <w:jc w:val="right"/>
      </w:pPr>
      <w:r>
        <w:t>آئی وانٹ ٹو نو اف سی پی ایس از ہیر۔ آئی وانٹ ٹو بی پارٹ آف دا دعویٰ ورک۔ آئی ایم ڈوئنگ اٹ ناو ود ڈفرنٹ گروپس۔</w:t>
      </w:r>
    </w:p>
    <w:p>
      <w:r>
        <w:rPr>
          <w:b/>
        </w:rPr>
        <w:t xml:space="preserve">[55:22] </w:t>
      </w:r>
      <w:r>
        <w:t>all are doing good, alhamdulillah, but your wisdom and mission i think is the need for the day." is mein koi sawal hai?</w:t>
      </w:r>
    </w:p>
    <w:p>
      <w:pPr>
        <w:jc w:val="right"/>
      </w:pPr>
      <w:r>
        <w:t>آل آر ڈوئنگ گڈ، الحمدللہ، بٹ یور وزڈم اینڈ مشن آئی تھنک از دا نیڈ فار دا ڈے۔" اس میں کوئی سوال ہے؟</w:t>
      </w:r>
    </w:p>
    <w:p>
      <w:r>
        <w:rPr>
          <w:b/>
        </w:rPr>
        <w:t xml:space="preserve">[55:32] </w:t>
      </w:r>
      <w:r>
        <w:t>nahi, comment hai maulana un ka. maulana, agla comment bheja hai doctor aslam khan sahib ne saharanpur se. unhon ne likha hai: "without the quran, this world becomes meaningless.</w:t>
      </w:r>
    </w:p>
    <w:p>
      <w:pPr>
        <w:jc w:val="right"/>
      </w:pPr>
      <w:r>
        <w:t>نہیں، کمنٹ ہے مولانا ان کا۔ مولانا، اگلا کمنٹ بھیجا ہے ڈاکٹر اسلم خان صاحب نے سہارن پور سے۔ انہوں نے لکھا ہے: "وِداؤٹ دی قرآن، دس ورلڈ بیکمز میننگ لیس۔</w:t>
      </w:r>
    </w:p>
    <w:p>
      <w:r>
        <w:rPr>
          <w:b/>
        </w:rPr>
        <w:t xml:space="preserve">[55:46] </w:t>
      </w:r>
      <w:r>
        <w:t>without joining the here, after with it, after dawah, the entire matter takes a new dimension of hope. cps team has made this present world extremely meaningful and extremely valuable."</w:t>
      </w:r>
    </w:p>
    <w:p>
      <w:pPr>
        <w:jc w:val="right"/>
      </w:pPr>
      <w:r>
        <w:t>وِداؤٹ جوائننگ دی ہیئر، افٹر ود اٹ، افٹر دعویٰ، دی انٹائر میٹر ٹیکس ا نیو ڈائمنشن آف ہوپ۔ سی پی ایس ٹیم ہیز میڈ دس پریزنٹ ورلڈ ایکسٹریملی میننگ فل اینڈ ایکسٹریملی ویلیو ایبل۔"</w:t>
      </w:r>
    </w:p>
    <w:p>
      <w:r>
        <w:rPr>
          <w:b/>
        </w:rPr>
        <w:t xml:space="preserve">[56:06] </w:t>
      </w:r>
      <w:r>
        <w:t>riaz bhatt sahib ne srinagar se likha hai: "today mind awakening lecture regarding duties of middle ummah is very timely, as majority of muslims have forgotten this primary duty." maulana sahib, my question is that: how can we multiply these efforts?</w:t>
      </w:r>
    </w:p>
    <w:p>
      <w:pPr>
        <w:jc w:val="right"/>
      </w:pPr>
      <w:r>
        <w:t>ریاض بھٹ صاحب نے سری نگر سے لکھا ہے: "ٹوڈے مائنڈ اویکننگ لیکچر ریگارڈنگ ڈیوٹیز آف مڈل امت از ویری ٹائملی، ایز میجورٹی آف مسلمز ہیو فورگاٹن دس پرائمری ڈیوٹی۔" مولانا صاحب، مائی کوئسچن از دیٹ: ہاؤ کین وی ملٹی پلائی دیز ایفرٹس؟</w:t>
      </w:r>
    </w:p>
    <w:p>
      <w:r>
        <w:rPr>
          <w:b/>
        </w:rPr>
        <w:t xml:space="preserve">[56:34] </w:t>
      </w:r>
      <w:r>
        <w:t>bas logon ko kahiye ke woh lecture ko sunein, dawah pamphlets padhein, quran ko padhein. mind ko awaken karne ki zaroorat hai.</w:t>
      </w:r>
    </w:p>
    <w:p>
      <w:pPr>
        <w:jc w:val="right"/>
      </w:pPr>
      <w:r>
        <w:t>بس لوگوں کو کہیے کہ وہ لیکچر کو سنیں، دعوتی پمفلیٹ پڑھیں، قرآن کو پڑھیں۔ مائنڈ کو اویکن کرنے کی ضرورت ہے۔</w:t>
      </w:r>
    </w:p>
    <w:p>
      <w:r>
        <w:rPr>
          <w:b/>
        </w:rPr>
        <w:t xml:space="preserve">[56:48] </w:t>
      </w:r>
      <w:r>
        <w:t>ek hi zaroorat hai ke logon ke mind ko awaken kiya jaye. bas baqi sab cheezein apne aap aati hain.</w:t>
      </w:r>
    </w:p>
    <w:p>
      <w:pPr>
        <w:jc w:val="right"/>
      </w:pPr>
      <w:r>
        <w:t>ایک ہی ضرورت ہے کہ لوگوں کے مائنڈ کو اویکن کیا جائے۔ بس باقی سب چیزیں اپنے آپ آتی ہیں۔</w:t>
      </w:r>
    </w:p>
    <w:p>
      <w:r>
        <w:rPr>
          <w:b/>
        </w:rPr>
        <w:t xml:space="preserve">[56:59] </w:t>
      </w:r>
      <w:r>
        <w:t>in awareness ko khatam karna hai, awareness lana hai. is ke baad sab cheezein apne aap aati hain.</w:t>
      </w:r>
    </w:p>
    <w:p>
      <w:pPr>
        <w:jc w:val="right"/>
      </w:pPr>
      <w:r>
        <w:t>ان اویرنس کو ختم کرنا ہے، اویرنس لانا ہے۔ اس کے بعد سب چیزیں اپنے آپ آتی ہیں۔</w:t>
      </w:r>
    </w:p>
    <w:p>
      <w:r>
        <w:rPr>
          <w:b/>
        </w:rPr>
        <w:t xml:space="preserve">[57:12] </w:t>
      </w:r>
      <w:r>
        <w:t>faraaz khan sahib ne delhi se likha hai: "maulana, god is saying, ab to tumhein koi problem nahi hai. this reflects the great rahmat of god.</w:t>
      </w:r>
    </w:p>
    <w:p>
      <w:pPr>
        <w:jc w:val="right"/>
      </w:pPr>
      <w:r>
        <w:t>فراز خان صاحب نے دلی سے لکھا ہے: "مولانا، گاڈ از سینگ، اب تو تمہیں کوئی پرابلم نہیں ہے۔ دس ریفلیکٹس دا گریٹ رحمت آف گاڈ۔</w:t>
      </w:r>
    </w:p>
    <w:p>
      <w:r>
        <w:rPr>
          <w:b/>
        </w:rPr>
        <w:t xml:space="preserve">[57:24] </w:t>
      </w:r>
      <w:r>
        <w:t>god wants us to be successful and he is showering all his rahmat to make us successful. how sad would be our end if he fail even after such high level support which is working for us?" maulana, agla sawal lete hain jo miss sadia ne bheja hai usa se.</w:t>
      </w:r>
    </w:p>
    <w:p>
      <w:pPr>
        <w:jc w:val="right"/>
      </w:pPr>
      <w:r>
        <w:t>گاڈ وانٹس اس ٹو بی سکسیس فل اینڈ ہی از شاورنگ آل ہز رحمت ٹو میک اس سکسیس فل۔ ہاؤ سیڈ وڈ بی اور اینڈ اف ہی فیل ایون افٹر سچ ہائی لیول سپورٹ وچ از ورکنگ فار اس؟" مولانا، اگلا سوال لیتے ہیں جو مس سعدیہ نے بھیجا ہے یو ایس اے سے۔</w:t>
      </w:r>
    </w:p>
    <w:p>
      <w:r>
        <w:rPr>
          <w:b/>
        </w:rPr>
        <w:t xml:space="preserve">[57:45] </w:t>
      </w:r>
      <w:r>
        <w:t>unhon ne likha hai: "in quran there is reference of punishment for mushrikeen and kafir.</w:t>
      </w:r>
    </w:p>
    <w:p>
      <w:pPr>
        <w:jc w:val="right"/>
      </w:pPr>
      <w:r>
        <w:t>انہوں نے لکھا ہے: "ان قرآن دیر از ریفرنس آف پنشمنٹ فار مشرکین اینڈ کافر۔</w:t>
      </w:r>
    </w:p>
    <w:p>
      <w:r>
        <w:rPr>
          <w:b/>
        </w:rPr>
        <w:t xml:space="preserve">[57:57] </w:t>
      </w:r>
      <w:r>
        <w:t>that is people who believe in more than one god or those people who do not believe in truth. my question is: is there any mention of those people who don't worship allah or don't believe in his existence?" bhai, kahin punishment ke to hai nahi jo aap keh rahe hain.</w:t>
      </w:r>
    </w:p>
    <w:p>
      <w:pPr>
        <w:jc w:val="right"/>
      </w:pPr>
      <w:r>
        <w:t>دیٹ از پیپل ہو بیلیو ان مور دین ون گاڈ اور دوز پیپل ہو ڈو ناٹ بیلیو ان ٹروتھ۔ مائی کوئسچن از: از دیر اینی مینشن آف دوز پیپل ہو ڈونٹ ورشپ اللہ اور ڈونٹ بیلیو ان ہز ایگزسٹنس؟" بھئی، کہیں پنشمنٹ کے تو ہے نہیں جو آپ کہہ رہے ہیں۔</w:t>
      </w:r>
    </w:p>
    <w:p>
      <w:r>
        <w:rPr>
          <w:b/>
        </w:rPr>
        <w:t xml:space="preserve">[58:23] </w:t>
      </w:r>
      <w:r>
        <w:t>sirf ek hi cheez hai ke koi attack kare to defence mein un se tum lad sakte ho. wahan bhi yeh hai ke us ko manage karne ki koshish karo.</w:t>
      </w:r>
    </w:p>
    <w:p>
      <w:pPr>
        <w:jc w:val="right"/>
      </w:pPr>
      <w:r>
        <w:t>صرف ایک ہی چیز ہے کہ کوئی اٹیک کرے تو ڈیفنس میں ان سے تم لڑ سکتے ہو۔ وہاں بھی یہ ہے کہ اس کو مینج کرنے کی کوشش کرو۔</w:t>
      </w:r>
    </w:p>
    <w:p>
      <w:r>
        <w:rPr>
          <w:b/>
        </w:rPr>
        <w:t xml:space="preserve">[58:34] </w:t>
      </w:r>
      <w:r>
        <w:t>yeh nahi ke andaaz ladai shuru kar do. islam mein jo taleem hai woh yeh hai ke individuals ke liye hai ke aap un ko train karein, un ko tarbiyat karein, un ko samjhaein.</w:t>
      </w:r>
    </w:p>
    <w:p>
      <w:pPr>
        <w:jc w:val="right"/>
      </w:pPr>
      <w:r>
        <w:t>یہ نہیں کہ انداز لڑائی شروع کر دو۔ اسلام میں جو تعلیم ہے وہ یہ ہے کہ انڈیویجولز کے لیے ہے کہ آپ ان کو ٹرین کریں، ان کو تربیت کریں، ان کو سمجھائیں۔</w:t>
      </w:r>
    </w:p>
    <w:p>
      <w:r>
        <w:rPr>
          <w:b/>
        </w:rPr>
        <w:t xml:space="preserve">[58:49] </w:t>
      </w:r>
      <w:r>
        <w:t>yeh jo nikal rakha hai musalmanon ne ke jo rasool allah ke khilaf gustakhi kare, us ko maro, yeh bilkul jhooti baat hai.</w:t>
      </w:r>
    </w:p>
    <w:p>
      <w:pPr>
        <w:jc w:val="right"/>
      </w:pPr>
      <w:r>
        <w:t>یہ جو نکال رکھا ہے مسلمانوں نے کہ جو رسول اللہ کے خلاف گستاخی کرے، اس کو مارو، یہ بالکل جھوٹی بات ہے۔</w:t>
      </w:r>
    </w:p>
    <w:p>
      <w:r>
        <w:rPr>
          <w:b/>
        </w:rPr>
        <w:t xml:space="preserve">[58:59] </w:t>
      </w:r>
      <w:r>
        <w:t>bilkul jhooti baat hai. maro nahi, is ko milo, is ke muhabbat se samjhao. is ko literature to parhne ke liye yeh bilkul jhoota concept hai ke jo gustakhi kare, us ko maro.</w:t>
      </w:r>
    </w:p>
    <w:p>
      <w:pPr>
        <w:jc w:val="right"/>
      </w:pPr>
      <w:r>
        <w:t>بالکل جھوٹی بات ہے۔ مارو نہیں، اس کو ملو، اس کے محبت سے سمجھاؤ۔ اس کو لٹریچر تو پڑھنے کے لیے یہ بالکل جھوٹا کانسیپٹ ہے کہ جو گستاخی کرے، اس کو مارو۔</w:t>
      </w:r>
    </w:p>
    <w:p>
      <w:r>
        <w:rPr>
          <w:b/>
        </w:rPr>
        <w:t xml:space="preserve">[59:15] </w:t>
      </w:r>
      <w:r>
        <w:t>yeh Islam mein hai hi nahi.</w:t>
      </w:r>
    </w:p>
    <w:p>
      <w:pPr>
        <w:jc w:val="right"/>
      </w:pPr>
      <w:r>
        <w:t>یہ اسلام میں ہے ہی نہیں۔</w:t>
      </w:r>
    </w:p>
    <w:p>
      <w:r>
        <w:rPr>
          <w:b/>
        </w:rPr>
        <w:t xml:space="preserve">[59:19] </w:t>
      </w:r>
      <w:r>
        <w:t>punishment in the hereafter.</w:t>
      </w:r>
    </w:p>
    <w:p>
      <w:pPr>
        <w:jc w:val="right"/>
      </w:pPr>
      <w:r>
        <w:t>پنشمنٹ ان دی ہیئر افٹر۔</w:t>
      </w:r>
    </w:p>
    <w:p>
      <w:r>
        <w:rPr>
          <w:b/>
        </w:rPr>
        <w:t xml:space="preserve">[59:26] </w:t>
      </w:r>
      <w:r>
        <w:t>Maulana, woh jo punishment ko refer kar rahe hain, woh hereafter ki punishment ko refer kar rahe hain. Hereafter ki jo hai, woh punishment nahi hai.</w:t>
      </w:r>
    </w:p>
    <w:p>
      <w:pPr>
        <w:jc w:val="right"/>
      </w:pPr>
      <w:r>
        <w:t>مولانا، وہ جو پنشمنٹ کو ریفر کر رہے ہیں، وہ ہیئر افٹر کی پنشمنٹ کو ریفر کر رہے ہیں۔ ہیئر افٹر کی جو ہے، وہ پنشمنٹ نہیں ہے۔</w:t>
      </w:r>
    </w:p>
    <w:p>
      <w:r>
        <w:rPr>
          <w:b/>
        </w:rPr>
        <w:t xml:space="preserve">[59:42] </w:t>
      </w:r>
      <w:r>
        <w:t>hadees mein aata hai: "in hai ila aamaalukum turad alaikum." kya hai sahab?</w:t>
      </w:r>
    </w:p>
    <w:p>
      <w:pPr>
        <w:jc w:val="right"/>
      </w:pPr>
      <w:r>
        <w:t>حدیث میں آتا ہے: "ان ہے الا اعمالکم ترد علیکم۔" کیا ہے صاحب؟</w:t>
      </w:r>
    </w:p>
    <w:p>
      <w:r>
        <w:rPr>
          <w:b/>
        </w:rPr>
        <w:t xml:space="preserve">[59:51] </w:t>
      </w:r>
      <w:r>
        <w:t>is ko parhiye, is ka tarjuma parhiye: "in ya ila aamaalukum turad alaikum." ya ibaad, inma ya aamaalukum, ahsaha lakum, thum ufiyukum iyaha.</w:t>
      </w:r>
    </w:p>
    <w:p>
      <w:pPr>
        <w:jc w:val="right"/>
      </w:pPr>
      <w:r>
        <w:t>اس کو پڑھیے، اس کا ترجمہ پڑھیے: "ان یا الا اعمالکم ترد علیکم۔" یا عباد، انما یا اعمالکم، احصیہ لکم، ثم اوفیکم ایاہا۔</w:t>
      </w:r>
    </w:p>
    <w:p>
      <w:r>
        <w:rPr>
          <w:b/>
        </w:rPr>
        <w:t xml:space="preserve">[1:00:10] </w:t>
      </w:r>
      <w:r>
        <w:t>ae mere bando, beshak yeh tumhare aamaal hain jis ko hum ne tumhare liye shumar kar rakha hai. phir tum ko is ka poora poora badla diya jayega.</w:t>
      </w:r>
    </w:p>
    <w:p>
      <w:pPr>
        <w:jc w:val="right"/>
      </w:pPr>
      <w:r>
        <w:t>اے میرے بندوں، بے شک یہ تمہارے اعمال ہیں جس کو ہم نے تمہارے لیے شمار کر رکھا ہے۔ پھر تم کو اس کا پورا پورا بدلہ دیا جائے گا۔</w:t>
      </w:r>
    </w:p>
    <w:p>
      <w:r>
        <w:rPr>
          <w:b/>
        </w:rPr>
        <w:t xml:space="preserve">[1:00:20] </w:t>
      </w:r>
      <w:r>
        <w:t>sahih Muslim. to jannat aur jahannum ka jo concept hai Quran o hadees mein, woh to yahi hai ke hamara apne aamaal ka hamare tak loota jana, is ke result ka, is ke nateeje ka.</w:t>
      </w:r>
    </w:p>
    <w:p>
      <w:pPr>
        <w:jc w:val="right"/>
      </w:pPr>
      <w:r>
        <w:t>صحیح مسلم۔ تو جنت اور جہنم کا جو کانسیپٹ ہے قرآن و حدیث میں، وہ تو یہی ہے کہ ہمارا اپنے اعمال کا ہمارے تک لوٹا جانا، اس کے رزلٹ کا، اس کے نتیجے کا۔</w:t>
      </w:r>
    </w:p>
    <w:p>
      <w:r>
        <w:rPr>
          <w:b/>
        </w:rPr>
        <w:t xml:space="preserve">[1:00:45] </w:t>
      </w:r>
      <w:r>
        <w:t>to aadmi ko sochna chahiye ke mera amal kaisa hai, mera amal kaisa hai. kyunke Allah ne jab paida kiya hai to mein soch raha tha kal ke meri paidaish hui yakam January 1925 ko.</w:t>
      </w:r>
    </w:p>
    <w:p>
      <w:pPr>
        <w:jc w:val="right"/>
      </w:pPr>
      <w:r>
        <w:t>تو آدمی کو سوچنا چاہیے کہ میرا عمل کیسا ہے، میرا عمل کیسا ہے۔ کیونکہ اللہ نے جب پیدا کیا ہے تو میں سوچ رہا تھا کل کہ میری پیدائش ہوئی یکم جنوری 1925 کو۔</w:t>
      </w:r>
    </w:p>
    <w:p>
      <w:r>
        <w:rPr>
          <w:b/>
        </w:rPr>
        <w:t xml:space="preserve">[1:01:04] </w:t>
      </w:r>
      <w:r>
        <w:t>is ka matlab kya hai? yakam January 1925 se pehle mein non existence tha, ghair maujood.</w:t>
      </w:r>
    </w:p>
    <w:p>
      <w:pPr>
        <w:jc w:val="right"/>
      </w:pPr>
      <w:r>
        <w:t>اس کا مطلب کیا ہے؟ یکم جنوری 1925 سے پہلے میں نان ایگزسٹنس تھا، غیر موجود۔</w:t>
      </w:r>
    </w:p>
    <w:p>
      <w:r>
        <w:rPr>
          <w:b/>
        </w:rPr>
        <w:t xml:space="preserve">[1:01:16] </w:t>
      </w:r>
      <w:r>
        <w:t>yakam January 1925 ko mein maujood ho gaya. kaisi ajeeb cheez hai!</w:t>
      </w:r>
    </w:p>
    <w:p>
      <w:pPr>
        <w:jc w:val="right"/>
      </w:pPr>
      <w:r>
        <w:t>یکم جنوری 1925 کو میں موجود ہو گیا۔ کیسی عجیب چیز ہے!</w:t>
      </w:r>
    </w:p>
    <w:p>
      <w:r>
        <w:rPr>
          <w:b/>
        </w:rPr>
        <w:t xml:space="preserve">[1:01:22] </w:t>
      </w:r>
      <w:r>
        <w:t>ek insaan bolne wala, sochne wala, chalne wala, yaani hazaron cheezein hain ek insaan ke andar, tab woh insaan banta hai.</w:t>
      </w:r>
    </w:p>
    <w:p>
      <w:pPr>
        <w:jc w:val="right"/>
      </w:pPr>
      <w:r>
        <w:t>ایک انسان بولنے والا، سوچنے والا، چلنے والا، یعنی ہزاروں چیزیں ہیں ایک انسان کے اندر، تب وہ انسان بنتا ہے۔</w:t>
      </w:r>
    </w:p>
    <w:p>
      <w:r>
        <w:rPr>
          <w:b/>
        </w:rPr>
        <w:t xml:space="preserve">[1:01:37] </w:t>
      </w:r>
      <w:r>
        <w:t>to aisa hai ke insaan ek tareekh se pehle wajood hi nahi tha is ka, aur phir is ka wajood ho gaya. yaani ghair maujood ko Allah ne maujood kar diya, non existent ko existent kar diya.</w:t>
      </w:r>
    </w:p>
    <w:p>
      <w:pPr>
        <w:jc w:val="right"/>
      </w:pPr>
      <w:r>
        <w:t>تو ایسا ہے کہ انسان ایک تاریخ سے پہلے وجود ہی نہیں تھا اس کا، اور پھر اس کا وجود ہو گیا۔ یعنی غیر موجود کو اللہ نے موجود کر دیا، نان ایگزسٹنٹ کو ایگزسٹ کر دیا۔</w:t>
      </w:r>
    </w:p>
    <w:p>
      <w:r>
        <w:rPr>
          <w:b/>
        </w:rPr>
        <w:t xml:space="preserve">[1:01:55] </w:t>
      </w:r>
      <w:r>
        <w:t>yeh to kitni badi blessing hai!</w:t>
      </w:r>
    </w:p>
    <w:p>
      <w:pPr>
        <w:jc w:val="right"/>
      </w:pPr>
      <w:r>
        <w:t>یہ تو کتنی بڑی بلیسنگ ہے!</w:t>
      </w:r>
    </w:p>
    <w:p>
      <w:r>
        <w:rPr>
          <w:b/>
        </w:rPr>
        <w:t xml:space="preserve">[1:02:01] </w:t>
      </w:r>
      <w:r>
        <w:t>is ka aadmi soche ke sari is ki way of thinking badal jaye.</w:t>
      </w:r>
    </w:p>
    <w:p>
      <w:pPr>
        <w:jc w:val="right"/>
      </w:pPr>
      <w:r>
        <w:t>اس کا آدمی سوچے کہ ساری اس کی وے آف تھنکنگ بدل جائے۔</w:t>
      </w:r>
    </w:p>
    <w:p>
      <w:r>
        <w:rPr>
          <w:b/>
        </w:rPr>
        <w:t xml:space="preserve">[1:02:13] </w:t>
      </w:r>
      <w:r>
        <w:t>mein to yahi samajhta hoon.</w:t>
      </w:r>
    </w:p>
    <w:p>
      <w:pPr>
        <w:jc w:val="right"/>
      </w:pPr>
      <w:r>
        <w:t>میں تو یہی سمجھتا ہوں۔</w:t>
      </w:r>
    </w:p>
    <w:p>
      <w:r>
        <w:rPr>
          <w:b/>
        </w:rPr>
        <w:t xml:space="preserve">[1:02:21] </w:t>
      </w:r>
      <w:r>
        <w:t>Maulana, agla comment bheja hai Muhammad Yaqoob Umri ne. unhone likha hai: "Maulana, I listen to the complete lecture without any</w:t>
      </w:r>
    </w:p>
    <w:p>
      <w:pPr>
        <w:jc w:val="right"/>
      </w:pPr>
      <w:r>
        <w:t>مولانا، اگلا کمنٹ بھیجا ہے محمد یعقوب عمری نے۔ انہوں نے لکھا ہے: "مولانا، آئی لسن ٹو دا کمپلیٹ لیکچر وِداؤٹ اینی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