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Why God Pushes You out of Your Comfort Zone November 24, 2018</w:t>
      </w:r>
    </w:p>
    <w:p>
      <w:r>
        <w:t>https://www.youtube.com/watch?v=smtQmn5KbxY</w:t>
      </w:r>
    </w:p>
    <w:p>
      <w:r>
        <w:rPr>
          <w:b/>
        </w:rPr>
        <w:t xml:space="preserve">[00:14] </w:t>
      </w:r>
      <w:r>
        <w:t>Bismillah hir rahman nir rahim, wa salli Allahu ala nabiyil karim. Rabbish rah li sadri, wa yassir li amri,</w:t>
      </w:r>
    </w:p>
    <w:p>
      <w:pPr>
        <w:jc w:val="right"/>
      </w:pPr>
      <w:r>
        <w:t>بسم اللہ الرحمن الرحیم، وصلی اللہ علی نبی الکریم۔ رب اشرح لی صدری، ویسر لی امری،</w:t>
      </w:r>
    </w:p>
    <w:p>
      <w:r>
        <w:rPr>
          <w:b/>
        </w:rPr>
        <w:t xml:space="preserve">[00:29] </w:t>
      </w:r>
      <w:r>
        <w:t>wah al uqdatan min lisani, yafqahu qawli.</w:t>
      </w:r>
    </w:p>
    <w:p>
      <w:pPr>
        <w:jc w:val="right"/>
      </w:pPr>
      <w:r>
        <w:t>واحل العقدۃ من لسانی، یفقہ قولی۔</w:t>
      </w:r>
    </w:p>
    <w:p>
      <w:r>
        <w:rPr>
          <w:b/>
        </w:rPr>
        <w:t xml:space="preserve">[00:37] </w:t>
      </w:r>
      <w:r>
        <w:t>aaj ka topic</w:t>
      </w:r>
    </w:p>
    <w:p>
      <w:pPr>
        <w:jc w:val="right"/>
      </w:pPr>
      <w:r>
        <w:t>آج کا ٹاپک</w:t>
      </w:r>
    </w:p>
    <w:p>
      <w:r>
        <w:rPr>
          <w:b/>
        </w:rPr>
        <w:t xml:space="preserve">[00:42] </w:t>
      </w:r>
      <w:r>
        <w:t>"Remembrance of God" hai.</w:t>
      </w:r>
    </w:p>
    <w:p>
      <w:pPr>
        <w:jc w:val="right"/>
      </w:pPr>
      <w:r>
        <w:t>"Remembrance of God" ہے۔</w:t>
      </w:r>
    </w:p>
    <w:p>
      <w:r>
        <w:rPr>
          <w:b/>
        </w:rPr>
        <w:t xml:space="preserve">[00:47] </w:t>
      </w:r>
      <w:r>
        <w:t>is topic ka</w:t>
      </w:r>
    </w:p>
    <w:p>
      <w:pPr>
        <w:jc w:val="right"/>
      </w:pPr>
      <w:r>
        <w:t>اس ٹاپک کا</w:t>
      </w:r>
    </w:p>
    <w:p>
      <w:r>
        <w:rPr>
          <w:b/>
        </w:rPr>
        <w:t xml:space="preserve">[00:53] </w:t>
      </w:r>
      <w:r>
        <w:t>base Quran ki ek ayat hai,</w:t>
      </w:r>
    </w:p>
    <w:p>
      <w:pPr>
        <w:jc w:val="right"/>
      </w:pPr>
      <w:r>
        <w:t>بیس قرآن کی ایک آیت ہے،</w:t>
      </w:r>
    </w:p>
    <w:p>
      <w:r>
        <w:rPr>
          <w:b/>
        </w:rPr>
        <w:t xml:space="preserve">[00:59] </w:t>
      </w:r>
      <w:r>
        <w:t>woh ayat aap parh dijiye aur tarjuma parh dijiye.</w:t>
      </w:r>
    </w:p>
    <w:p>
      <w:pPr>
        <w:jc w:val="right"/>
      </w:pPr>
      <w:r>
        <w:t>وہ آیت آپ پڑھ دیجیے اور ترجمہ پڑھ دیجیے۔</w:t>
      </w:r>
    </w:p>
    <w:p>
      <w:r>
        <w:rPr>
          <w:b/>
        </w:rPr>
        <w:t xml:space="preserve">[01:04] </w:t>
      </w:r>
      <w:r>
        <w:t>Al ladheena aamano wa tatma'innu quloobuhum bi dhikrillah, ala bi dhikrillah tatma'innul quloob. Woh log jo iman laye aur jin ke dil Allah ki yaad se mutma'in hote hain.</w:t>
      </w:r>
    </w:p>
    <w:p>
      <w:pPr>
        <w:jc w:val="right"/>
      </w:pPr>
      <w:r>
        <w:t>الذین آمنوا وتطمئن قلوبهم بذکر اللہ، علی بذکر اللہ تطمئن القلوب۔ وہ لوگ جو ایمان لائے اور جن کے دل اللہ کی یاد سے مطمئن ہوتے ہیں۔</w:t>
      </w:r>
    </w:p>
    <w:p>
      <w:r>
        <w:rPr>
          <w:b/>
        </w:rPr>
        <w:t xml:space="preserve">[01:17] </w:t>
      </w:r>
      <w:r>
        <w:t>suno, Allah ki yaad hi se dilo ko itminan hasil hota hai. Surah Al-Ra'd, Surah number 13, verse number 28.</w:t>
      </w:r>
    </w:p>
    <w:p>
      <w:pPr>
        <w:jc w:val="right"/>
      </w:pPr>
      <w:r>
        <w:t>سنو، اللہ کی یاد ہی سے دلوں کو اطمینان حاصل ہوتا ہے۔ سورہ الرعد، سورہ نمبر 13، ورس نمبر 28۔</w:t>
      </w:r>
    </w:p>
    <w:p>
      <w:r>
        <w:rPr>
          <w:b/>
        </w:rPr>
        <w:t xml:space="preserve">[01:30] </w:t>
      </w:r>
      <w:r>
        <w:t>dekhiye,</w:t>
      </w:r>
    </w:p>
    <w:p>
      <w:pPr>
        <w:jc w:val="right"/>
      </w:pPr>
      <w:r>
        <w:t>دیکھیے،</w:t>
      </w:r>
    </w:p>
    <w:p>
      <w:r>
        <w:rPr>
          <w:b/>
        </w:rPr>
        <w:t xml:space="preserve">[01:36] </w:t>
      </w:r>
      <w:r>
        <w:t>aap aisa nahi kar sakte ke ayat to Quran ki parhein aur apne mindset se is par judge karein. Aisa nahi kar sakte aap.</w:t>
      </w:r>
    </w:p>
    <w:p>
      <w:pPr>
        <w:jc w:val="right"/>
      </w:pPr>
      <w:r>
        <w:t>آپ ایسا نہیں کر سکتے کہ آیت تو قرآن کی پڑھیں اور اپنے مائنڈ سیٹ سے اس پر جج کریں۔ ایسا نہیں کر سکتے آپ۔</w:t>
      </w:r>
    </w:p>
    <w:p>
      <w:r>
        <w:rPr>
          <w:b/>
        </w:rPr>
        <w:t xml:space="preserve">[01:49] </w:t>
      </w:r>
      <w:r>
        <w:t>Khuda ka mindset aur hai, agar aap ka mindset aur hai to is ka naam. To aap ne Khuda ko remember nahi kiya.</w:t>
      </w:r>
    </w:p>
    <w:p>
      <w:pPr>
        <w:jc w:val="right"/>
      </w:pPr>
      <w:r>
        <w:t>خدا کا مائنڈ سیٹ اور ہے، اگر آپ کا مائنڈ سیٹ اور ہے تو اس کا نام۔ تو آپ نے خدا کو ریممبر نہیں کیا۔</w:t>
      </w:r>
    </w:p>
    <w:p>
      <w:r>
        <w:rPr>
          <w:b/>
        </w:rPr>
        <w:t xml:space="preserve">[02:02] </w:t>
      </w:r>
      <w:r>
        <w:t>is liye main samajhta hoon ke is ayat ka matlab yeh hai ke zindagi ka koi bhi mamla ho,</w:t>
      </w:r>
    </w:p>
    <w:p>
      <w:pPr>
        <w:jc w:val="right"/>
      </w:pPr>
      <w:r>
        <w:t>اس لیے میں سمجھتا ہوں کہ اس آیت کا مطلب یہ ہے کہ زندگی کا کوئی بھی معاملہ ہو،</w:t>
      </w:r>
    </w:p>
    <w:p>
      <w:r>
        <w:rPr>
          <w:b/>
        </w:rPr>
        <w:t xml:space="preserve">[02:11] </w:t>
      </w:r>
      <w:r>
        <w:t>zindagi ka koi bhi mamla ho, is ko Khuda ke mindset se judge karo. Is ke bare mein jo rai banao, yeh jaan kar ke Khuda ka plan kya hai,</w:t>
      </w:r>
    </w:p>
    <w:p>
      <w:pPr>
        <w:jc w:val="right"/>
      </w:pPr>
      <w:r>
        <w:t>زندگی کا کوئی بھی معاملہ ہو، اس کو خدا کے مائنڈ سیٹ سے جج کرو۔ اس کے بارے میں جو رائے بناؤ، یہ جان کر کہ خدا کا پلان کیا ہے،</w:t>
      </w:r>
    </w:p>
    <w:p>
      <w:r>
        <w:rPr>
          <w:b/>
        </w:rPr>
        <w:t xml:space="preserve">[02:27] </w:t>
      </w:r>
      <w:r>
        <w:t>Khuda ka naqsha takhleeq kiya hai.</w:t>
      </w:r>
    </w:p>
    <w:p>
      <w:pPr>
        <w:jc w:val="right"/>
      </w:pPr>
      <w:r>
        <w:t>خدا کا نقشہ تخلیق کیا ہے۔</w:t>
      </w:r>
    </w:p>
    <w:p>
      <w:r>
        <w:rPr>
          <w:b/>
        </w:rPr>
        <w:t xml:space="preserve">[02:35] </w:t>
      </w:r>
      <w:r>
        <w:t>koi baat jo aap ko sawal ban rahi hai, woh Khuda ke naqshe ke mutabiq kya hai?</w:t>
      </w:r>
    </w:p>
    <w:p>
      <w:pPr>
        <w:jc w:val="right"/>
      </w:pPr>
      <w:r>
        <w:t>کوئی بات جو آپ کو سوال بن رہی ہے، وہ خدا کے نقشے کے مطابق کیا ہے؟</w:t>
      </w:r>
    </w:p>
    <w:p>
      <w:r>
        <w:rPr>
          <w:b/>
        </w:rPr>
        <w:t xml:space="preserve">[02:46] </w:t>
      </w:r>
      <w:r>
        <w:t>ab is baat ko samne zehen mein rakh kar ke sochiye ke ayat mein yeh hai ke Allah ke zikr se peace of mind hasil hota hai.</w:t>
      </w:r>
    </w:p>
    <w:p>
      <w:pPr>
        <w:jc w:val="right"/>
      </w:pPr>
      <w:r>
        <w:t>اب اس بات کو سامنے ذہن میں رکھ کر کے سوچیے کہ آیت میں یہ ہے کہ اللہ کے ذکر سے پیس آف مائنڈ حاصل ہوتا ہے۔</w:t>
      </w:r>
    </w:p>
    <w:p>
      <w:r>
        <w:rPr>
          <w:b/>
        </w:rPr>
        <w:t xml:space="preserve">[03:03] </w:t>
      </w:r>
      <w:r>
        <w:t>is ayat ka matlab yeh hai ke Allah ke yaad se, Allah ke zikr se peace of mind hasil hota hai.</w:t>
      </w:r>
    </w:p>
    <w:p>
      <w:pPr>
        <w:jc w:val="right"/>
      </w:pPr>
      <w:r>
        <w:t>اس آیت کا مطلب یہ ہے کہ اللہ کے یاد سے، اللہ کے ذکر سے پیس آف مائنڈ حاصل ہوتا ہے۔</w:t>
      </w:r>
    </w:p>
    <w:p>
      <w:r>
        <w:rPr>
          <w:b/>
        </w:rPr>
        <w:t xml:space="preserve">[03:13] </w:t>
      </w:r>
      <w:r>
        <w:t>to aap sawal hai ke zikr ka matlab kya hai? Zikr ka matlab yeh hai ke aap sab se pehle yeh janiye ke Khuda ne kis creation plan ke tehat yeh sab kuch banaya hai.</w:t>
      </w:r>
    </w:p>
    <w:p>
      <w:pPr>
        <w:jc w:val="right"/>
      </w:pPr>
      <w:r>
        <w:t>تو آپ سوال ہے کہ ذکر کا مطلب کیا ہے؟ ذکر کا مطلب یہ ہے کہ آپ سب سے پہلے یہ جانیں کہ خدا نے کس کریشن پلان کے تحت یہ سب کچھ بنایا ہے۔</w:t>
      </w:r>
    </w:p>
    <w:p>
      <w:r>
        <w:rPr>
          <w:b/>
        </w:rPr>
        <w:t xml:space="preserve">[03:31] </w:t>
      </w:r>
      <w:r>
        <w:t>to jab aap parhein ke Quran ko to Quran mein aap ko bohat si ayatein milengi, jis mein aap ko payenge ke insaan ko paida kiya gaya mushkil mein.</w:t>
      </w:r>
    </w:p>
    <w:p>
      <w:pPr>
        <w:jc w:val="right"/>
      </w:pPr>
      <w:r>
        <w:t>تو جب آپ پڑھیں کہ قرآن کو تو قرآن میں آپ کو بہت سی آیتیں ملیں گی، جس میں آپ کو پائیں گے کہ انسان کو پیدا کیا گیا مشکل میں۔</w:t>
      </w:r>
    </w:p>
    <w:p>
      <w:r>
        <w:rPr>
          <w:b/>
        </w:rPr>
        <w:t xml:space="preserve">[03:48] </w:t>
      </w:r>
      <w:r>
        <w:t>Laqad khalaqal insana fi qabar.</w:t>
      </w:r>
    </w:p>
    <w:p>
      <w:pPr>
        <w:jc w:val="right"/>
      </w:pPr>
      <w:r>
        <w:t>لقد خلق الانسان فی قبر۔</w:t>
      </w:r>
    </w:p>
    <w:p>
      <w:r>
        <w:rPr>
          <w:b/>
        </w:rPr>
        <w:t xml:space="preserve">[03:53] </w:t>
      </w:r>
      <w:r>
        <w:t>yani aap ghor kijiye ke khaliq yeh keh raha hai ke insaan ko qabar mein paida kiya gaya tha, mushkilat mein.</w:t>
      </w:r>
    </w:p>
    <w:p>
      <w:pPr>
        <w:jc w:val="right"/>
      </w:pPr>
      <w:r>
        <w:t>یعنی آپ غور کیجیے کہ خالق یہ کہہ رہا ہے کہ انسان کو قبر میں پیدا کیا گیا تھا، مشکلات میں۔</w:t>
      </w:r>
    </w:p>
    <w:p>
      <w:r>
        <w:rPr>
          <w:b/>
        </w:rPr>
        <w:t xml:space="preserve">[04:04] </w:t>
      </w:r>
      <w:r>
        <w:t>to aap isi ke lehaz se sochenge ke is ayat ka matlab Khuda ke kalam ke mutabiq kya hai. Aise hi dekhiye, ek ayat hai: "Wa lanabluwannakum bishay".</w:t>
      </w:r>
    </w:p>
    <w:p>
      <w:pPr>
        <w:jc w:val="right"/>
      </w:pPr>
      <w:r>
        <w:t>تو آپ اسی کے لحاظ سے سوچیں گے کہ اس آیت کا مطلب خدا کے کلام کے مطابق کیا ہے۔ ایسے ہی دیکھیے، ایک آیت ہے: "ولا نبلونکم بشیم"۔</w:t>
      </w:r>
    </w:p>
    <w:p>
      <w:r>
        <w:rPr>
          <w:b/>
        </w:rPr>
        <w:t xml:space="preserve">[04:21] </w:t>
      </w:r>
      <w:r>
        <w:t>is ayat ko parhiye, sahib, is ka tarjuma kijiye.</w:t>
      </w:r>
    </w:p>
    <w:p>
      <w:pPr>
        <w:jc w:val="right"/>
      </w:pPr>
      <w:r>
        <w:t>اس آیت کو پڑھیے، صاحب، اس کا ترجمہ کیجیے۔</w:t>
      </w:r>
    </w:p>
    <w:p>
      <w:r>
        <w:rPr>
          <w:b/>
        </w:rPr>
        <w:t xml:space="preserve">[04:49] </w:t>
      </w:r>
      <w:r>
        <w:t>ab is ka tarjuma parhiye.</w:t>
      </w:r>
    </w:p>
    <w:p>
      <w:pPr>
        <w:jc w:val="right"/>
      </w:pPr>
      <w:r>
        <w:t>اب اس کا ترجمہ پڑھیے۔</w:t>
      </w:r>
    </w:p>
    <w:p>
      <w:r>
        <w:rPr>
          <w:b/>
        </w:rPr>
        <w:t xml:space="preserve">[04:55] </w:t>
      </w:r>
      <w:r>
        <w:t>aur hum tum ko zaroor azmayenge, kuch khauf se, kuch bhook se.</w:t>
      </w:r>
    </w:p>
    <w:p>
      <w:pPr>
        <w:jc w:val="right"/>
      </w:pPr>
      <w:r>
        <w:t>اور ہم تم کو ضرور آزمائیں گے، کچھ خوف سے، کچھ بھوک سے۔</w:t>
      </w:r>
    </w:p>
    <w:p>
      <w:r>
        <w:rPr>
          <w:b/>
        </w:rPr>
        <w:t xml:space="preserve">[05:08] </w:t>
      </w:r>
      <w:r>
        <w:t>aur hum tum ko zaroor azmayenge, kuch dar ke zariye se, kuch khauf ke zariye se, aur kuch maal aur aulad mein kami ke zariye se.</w:t>
      </w:r>
    </w:p>
    <w:p>
      <w:pPr>
        <w:jc w:val="right"/>
      </w:pPr>
      <w:r>
        <w:t>اور ہم تم کو ضرور آزمائیں گے، کچھ ڈر کے ذریعے سے، کچھ خوف کے ذریعے سے، اور کچھ مال اور اولاد میں کمی کے ذریعے سے۔</w:t>
      </w:r>
    </w:p>
    <w:p>
      <w:r>
        <w:rPr>
          <w:b/>
        </w:rPr>
        <w:t xml:space="preserve">[05:18] </w:t>
      </w:r>
      <w:r>
        <w:t>aur basharat de do sabr karne walon ko. Jab jab un ko museebat pohnchti hai to woh kehte hain ke hum Allah ke liye hain aur usi ki taraf lotne wale hain.</w:t>
      </w:r>
    </w:p>
    <w:p>
      <w:pPr>
        <w:jc w:val="right"/>
      </w:pPr>
      <w:r>
        <w:t>اور بشارت دے دو صبر کرنے والوں کو۔ جب جب ان کو مصیبت پہنچتی ہے تو وہ کہتے ہیں کہ ہم اللہ کے لیے ہیں اور اسی کی طرف لوٹنے والے ہیں۔</w:t>
      </w:r>
    </w:p>
    <w:p>
      <w:r>
        <w:rPr>
          <w:b/>
        </w:rPr>
        <w:t xml:space="preserve">[05:30] </w:t>
      </w:r>
      <w:r>
        <w:t>unhi ke upar Allah ki rehmaten hain aur unhi ke upar Allah ki barkaten hain.</w:t>
      </w:r>
    </w:p>
    <w:p>
      <w:pPr>
        <w:jc w:val="right"/>
      </w:pPr>
      <w:r>
        <w:t>انہی کے اوپر اللہ کی رحمتیں ہیں اور انہی کے اوپر اللہ کی برکتیں ہیں۔</w:t>
      </w:r>
    </w:p>
    <w:p>
      <w:r>
        <w:rPr>
          <w:b/>
        </w:rPr>
        <w:t xml:space="preserve">[05:36] </w:t>
      </w:r>
      <w:r>
        <w:t>ab dekhiye ke is ayat par aap ghor kijiye. Is mein bataya gaya hai ke zindagi mein loss zaroor paish ayega, suffer zaroor hogi.</w:t>
      </w:r>
    </w:p>
    <w:p>
      <w:pPr>
        <w:jc w:val="right"/>
      </w:pPr>
      <w:r>
        <w:t>اب دیکھیے کہ اس آیت پر آپ غور کیجیے۔ اس میں بتایا گیا ہے کہ زندگی میں لاسٹ ضرور پیش آئے گا، سفر ضرور ہوگی۔</w:t>
      </w:r>
    </w:p>
    <w:p>
      <w:r>
        <w:rPr>
          <w:b/>
        </w:rPr>
        <w:t xml:space="preserve">[05:51] </w:t>
      </w:r>
      <w:r>
        <w:t>to aap kaise aisa kar sakte hain ke</w:t>
      </w:r>
    </w:p>
    <w:p>
      <w:pPr>
        <w:jc w:val="right"/>
      </w:pPr>
      <w:r>
        <w:t>تو آپ کیسے ایسا کر سکتے ہیں کہ</w:t>
      </w:r>
    </w:p>
    <w:p>
      <w:r>
        <w:rPr>
          <w:b/>
        </w:rPr>
        <w:t xml:space="preserve">[05:57] </w:t>
      </w:r>
      <w:r>
        <w:t>Quran ko,</w:t>
      </w:r>
    </w:p>
    <w:p>
      <w:pPr>
        <w:jc w:val="right"/>
      </w:pPr>
      <w:r>
        <w:t>قرآن کو،</w:t>
      </w:r>
    </w:p>
    <w:p>
      <w:r>
        <w:rPr>
          <w:b/>
        </w:rPr>
        <w:t xml:space="preserve">[06:02] </w:t>
      </w:r>
      <w:r>
        <w:t>Quran ki is ayat ko ignore kar ke aap ek matlab nikalen?</w:t>
      </w:r>
    </w:p>
    <w:p>
      <w:pPr>
        <w:jc w:val="right"/>
      </w:pPr>
      <w:r>
        <w:t>قرآن کی اس آیت کو اگنور کر کے آپ ایک مطلب نکالیں؟</w:t>
      </w:r>
    </w:p>
    <w:p>
      <w:r>
        <w:rPr>
          <w:b/>
        </w:rPr>
        <w:t xml:space="preserve">[06:10] </w:t>
      </w:r>
      <w:r>
        <w:t>to bilashuba Allah ki yaad se insan ko peace of mind milta hai. lekin is ki, is ka, yani is ka jo jar bataya,</w:t>
      </w:r>
    </w:p>
    <w:p>
      <w:pPr>
        <w:jc w:val="right"/>
      </w:pPr>
      <w:r>
        <w:t>تو بلاشبہ اللہ کی یاد سے انسان کو پیس آف مائنڈ ملتا ہے۔ لیکن اس کی، اس کا، یعنی اس کا جو جڑ بتایا،</w:t>
      </w:r>
    </w:p>
    <w:p>
      <w:r>
        <w:rPr>
          <w:b/>
        </w:rPr>
        <w:t xml:space="preserve">[06:26] </w:t>
      </w:r>
      <w:r>
        <w:t>wo sabr. sabr.</w:t>
      </w:r>
    </w:p>
    <w:p>
      <w:pPr>
        <w:jc w:val="right"/>
      </w:pPr>
      <w:r>
        <w:t>وہ صبر۔ صبر۔</w:t>
      </w:r>
    </w:p>
    <w:p>
      <w:r>
        <w:rPr>
          <w:b/>
        </w:rPr>
        <w:t xml:space="preserve">[06:32] </w:t>
      </w:r>
      <w:r>
        <w:t>sabr. sabr ka matlab kya hai? sabr ka matlab hai ke react na karte hue</w:t>
      </w:r>
    </w:p>
    <w:p>
      <w:pPr>
        <w:jc w:val="right"/>
      </w:pPr>
      <w:r>
        <w:t>صبر۔ صبر کا مطلب کیا ہے؟ صبر کا مطلب ہے کہ ری ایکٹ نہ کرتے ہوئے</w:t>
      </w:r>
    </w:p>
    <w:p>
      <w:r>
        <w:rPr>
          <w:b/>
        </w:rPr>
        <w:t xml:space="preserve">[06:48] </w:t>
      </w:r>
      <w:r>
        <w:t>positive mind ke sath sochna.</w:t>
      </w:r>
    </w:p>
    <w:p>
      <w:pPr>
        <w:jc w:val="right"/>
      </w:pPr>
      <w:r>
        <w:t>پازیٹیو مائنڈ کے ساتھ سوچنا۔</w:t>
      </w:r>
    </w:p>
    <w:p>
      <w:r>
        <w:rPr>
          <w:b/>
        </w:rPr>
        <w:t xml:space="preserve">[06:54] </w:t>
      </w:r>
      <w:r>
        <w:t>yani aap par jo beet hai, jo suffering, jo problem, jo difficulties</w:t>
      </w:r>
    </w:p>
    <w:p>
      <w:pPr>
        <w:jc w:val="right"/>
      </w:pPr>
      <w:r>
        <w:t>یعنی آپ پر جو بیت ہے، جو سفرنگ، جو پرابلم، جو ڈیفیکلٹیز</w:t>
      </w:r>
    </w:p>
    <w:p>
      <w:r>
        <w:rPr>
          <w:b/>
        </w:rPr>
        <w:t xml:space="preserve">[07:09] </w:t>
      </w:r>
      <w:r>
        <w:t>beet hain, is par aap react na karen, negative na ho jayen, balke apne aap ko positive mind ko maintain karte hue sochen.</w:t>
      </w:r>
    </w:p>
    <w:p>
      <w:pPr>
        <w:jc w:val="right"/>
      </w:pPr>
      <w:r>
        <w:t>بیت ہیں، اس پر آپ ری ایکٹ نہ کریں، نیگیٹیو نہ ہو جائیں، بلکہ اپنے آپ کو پازیٹیو مائنڈ کو مینٹین کرتے ہوئے سوچیں۔</w:t>
      </w:r>
    </w:p>
    <w:p>
      <w:r>
        <w:rPr>
          <w:b/>
        </w:rPr>
        <w:t xml:space="preserve">[07:28] </w:t>
      </w:r>
      <w:r>
        <w:t>to ye main bahut pehle se is par sochta raha hoon. to bahut pehle, shuru mein jab hum ne English padhni shuru ki thi, bahut pehle ki baat hai, naujawani ki umar mein,</w:t>
      </w:r>
    </w:p>
    <w:p>
      <w:pPr>
        <w:jc w:val="right"/>
      </w:pPr>
      <w:r>
        <w:t>تو یہ میں بہت پہلے سے اس پر سوچتا رہا ہوں۔ تو بہت پہلے، شروع میں جب ہم نے انگلش پڑھنی شروع کی تھی، بہت پہلے کی بات ہے، نوجوانی کی عمر میں،</w:t>
      </w:r>
    </w:p>
    <w:p>
      <w:r>
        <w:rPr>
          <w:b/>
        </w:rPr>
        <w:t xml:space="preserve">[07:42] </w:t>
      </w:r>
      <w:r>
        <w:t>to ek mazmoon hum ne padha tha is kitaab mein jo hum ne shuru mein padhi thi, Angrezi ki. to is mein ek article tha, is ka title tha "Difficulties".</w:t>
      </w:r>
    </w:p>
    <w:p>
      <w:pPr>
        <w:jc w:val="right"/>
      </w:pPr>
      <w:r>
        <w:t>تو ایک مضمون ہم نے پڑھا تھا اس کتاب میں جو ہم نے شروع میں پڑھی تھی، انگریزی کی۔ تو اس میں ایک آرٹیکل تھا، اس کا ٹائٹل تھا "ڈیفیکلٹیز"۔</w:t>
      </w:r>
    </w:p>
    <w:p>
      <w:r>
        <w:rPr>
          <w:b/>
        </w:rPr>
        <w:t xml:space="preserve">[07:58] </w:t>
      </w:r>
      <w:r>
        <w:t>Difficulties. to abhi tak mujhe yaad hai, is kitaab mein likha tha ek bahut expert aadmi ne: "It is not ease but effort,</w:t>
      </w:r>
    </w:p>
    <w:p>
      <w:pPr>
        <w:jc w:val="right"/>
      </w:pPr>
      <w:r>
        <w:t>ڈیفیکلٹیز۔ تو ابھی تک مجھے یاد ہے، اس کتاب میں لکھا تھا ایک بہت ایکسپرٹ آدمی نے: "It is not ease but effort,</w:t>
      </w:r>
    </w:p>
    <w:p>
      <w:r>
        <w:rPr>
          <w:b/>
        </w:rPr>
        <w:t xml:space="preserve">[08:13] </w:t>
      </w:r>
      <w:r>
        <w:t>not facility but difficulty that makes men." yahan men ka matlab hai great men.</w:t>
      </w:r>
    </w:p>
    <w:p>
      <w:pPr>
        <w:jc w:val="right"/>
      </w:pPr>
      <w:r>
        <w:t>not facility but difficulty that makes men." یہاں مین کا مطلب ہے گریٹ مین۔</w:t>
      </w:r>
    </w:p>
    <w:p>
      <w:r>
        <w:rPr>
          <w:b/>
        </w:rPr>
        <w:t xml:space="preserve">[08:24] </w:t>
      </w:r>
      <w:r>
        <w:t>"It is not ease but effort, not facility but difficulty that makes men." ab poori history batati hai kaise hua.</w:t>
      </w:r>
    </w:p>
    <w:p>
      <w:pPr>
        <w:jc w:val="right"/>
      </w:pPr>
      <w:r>
        <w:t>"It is not ease but effort, not facility but difficulty that makes men." اب پوری ہسٹری بتاتی ہے کیسے ہوا۔</w:t>
      </w:r>
    </w:p>
    <w:p>
      <w:r>
        <w:rPr>
          <w:b/>
        </w:rPr>
        <w:t xml:space="preserve">[08:37] </w:t>
      </w:r>
      <w:r>
        <w:t>jo affluence mein paida hue, jo yani</w:t>
      </w:r>
    </w:p>
    <w:p>
      <w:pPr>
        <w:jc w:val="right"/>
      </w:pPr>
      <w:r>
        <w:t>جو افلوئنس میں پیدا ہوئے، جو یعنی</w:t>
      </w:r>
    </w:p>
    <w:p>
      <w:r>
        <w:rPr>
          <w:b/>
        </w:rPr>
        <w:t xml:space="preserve">[08:46] </w:t>
      </w:r>
      <w:r>
        <w:t>aise halaat mein paida hue, koi koi koi difficulty pesh hi nahin aayi, unhon ne tareekh mein koi bada karnama anjam nahin diya.</w:t>
      </w:r>
    </w:p>
    <w:p>
      <w:pPr>
        <w:jc w:val="right"/>
      </w:pPr>
      <w:r>
        <w:t>ایسے حالات میں پیدا ہوئے، کوئی کوئی کوئی ڈیفیکلٹی پیش ہی نہیں آئی، انہوں نے تاریخ میں کوئی بڑا کارنامہ انجام نہیں دیا۔</w:t>
      </w:r>
    </w:p>
    <w:p>
      <w:r>
        <w:rPr>
          <w:b/>
        </w:rPr>
        <w:t xml:space="preserve">[08:57] </w:t>
      </w:r>
      <w:r>
        <w:t>tareekh mein bada karnama unhi logon ne anjam diya hai jin ko difficulties pesh aayen, suffering pesh aayen.</w:t>
      </w:r>
    </w:p>
    <w:p>
      <w:pPr>
        <w:jc w:val="right"/>
      </w:pPr>
      <w:r>
        <w:t>تاریخ میں بڑا کارنامہ انہی لوگوں نے انجام دیا ہے جن کو ڈیفیکلٹیز پیش آئیں، سفرنگ پیش آئیں۔</w:t>
      </w:r>
    </w:p>
    <w:p>
      <w:r>
        <w:rPr>
          <w:b/>
        </w:rPr>
        <w:t xml:space="preserve">[09:10] </w:t>
      </w:r>
      <w:r>
        <w:t>to main soch raha tha ke ye jo ayat hai Quran mein ke</w:t>
      </w:r>
    </w:p>
    <w:p>
      <w:pPr>
        <w:jc w:val="right"/>
      </w:pPr>
      <w:r>
        <w:t>تو میں سوچ رہا تھا کہ یہ جو آیت ہے قرآن میں کہ</w:t>
      </w:r>
    </w:p>
    <w:p>
      <w:r>
        <w:rPr>
          <w:b/>
        </w:rPr>
        <w:t xml:space="preserve">[09:20] </w:t>
      </w:r>
      <w:r>
        <w:t>wo ayat hai ke</w:t>
      </w:r>
    </w:p>
    <w:p>
      <w:pPr>
        <w:jc w:val="right"/>
      </w:pPr>
      <w:r>
        <w:t>وہ آیت ہے کہ</w:t>
      </w:r>
    </w:p>
    <w:p>
      <w:r>
        <w:rPr>
          <w:b/>
        </w:rPr>
        <w:t xml:space="preserve">[09:26] </w:t>
      </w:r>
      <w:r>
        <w:t>kya zameen o aasman mein</w:t>
      </w:r>
    </w:p>
    <w:p>
      <w:pPr>
        <w:jc w:val="right"/>
      </w:pPr>
      <w:r>
        <w:t>کیا زمین و آسمان میں</w:t>
      </w:r>
    </w:p>
    <w:p>
      <w:r>
        <w:rPr>
          <w:b/>
        </w:rPr>
        <w:t xml:space="preserve">[09:31] </w:t>
      </w:r>
      <w:r>
        <w:t>is ko naseehat nahin lete? zameen o aasman ke andar</w:t>
      </w:r>
    </w:p>
    <w:p>
      <w:pPr>
        <w:jc w:val="right"/>
      </w:pPr>
      <w:r>
        <w:t>اس کو نصیحت نہیں لیتے؟ زمین و آسمان کے اندر</w:t>
      </w:r>
    </w:p>
    <w:p>
      <w:r>
        <w:rPr>
          <w:b/>
        </w:rPr>
        <w:t xml:space="preserve">[09:38] </w:t>
      </w:r>
      <w:r>
        <w:t>fis samawati wal arz.</w:t>
      </w:r>
    </w:p>
    <w:p>
      <w:pPr>
        <w:jc w:val="right"/>
      </w:pPr>
      <w:r>
        <w:t>فی السماوات والارض۔</w:t>
      </w:r>
    </w:p>
    <w:p>
      <w:r>
        <w:rPr>
          <w:b/>
        </w:rPr>
        <w:t xml:space="preserve">[09:46] </w:t>
      </w:r>
      <w:r>
        <w:t>haan, ab tarjuma kijiye. aur zameen o aasman mein bahut si nishaniyan hain jis ke paas se wo guzarte hain aur use wo araz karne wale hain.</w:t>
      </w:r>
    </w:p>
    <w:p>
      <w:pPr>
        <w:jc w:val="right"/>
      </w:pPr>
      <w:r>
        <w:t>ہاں، اب ترجمہ کیجیے۔ اور زمین و آسمان میں بہت سی نشانیاں ہیں جس کے پاس سے وہ گزرتے ہیں اور اسے وہ اعراض کرنے والے ہیں۔</w:t>
      </w:r>
    </w:p>
    <w:p>
      <w:r>
        <w:rPr>
          <w:b/>
        </w:rPr>
        <w:t xml:space="preserve">[09:57] </w:t>
      </w:r>
      <w:r>
        <w:t>ab dekhiye, aasman mein nishaniyan hain to aap kahan guzarte hain is se? aasman mein to bahut bada hai, universe hai.</w:t>
      </w:r>
    </w:p>
    <w:p>
      <w:pPr>
        <w:jc w:val="right"/>
      </w:pPr>
      <w:r>
        <w:t>اب دیکھیے، آسمان میں نشانیاں ہیں تو آپ کہاں گزرتے ہیں اس سے؟ آسمان میں تو بہت بڑا ہے، یونیورس ہے۔</w:t>
      </w:r>
    </w:p>
    <w:p>
      <w:r>
        <w:rPr>
          <w:b/>
        </w:rPr>
        <w:t xml:space="preserve">[10:08] </w:t>
      </w:r>
      <w:r>
        <w:t>to universe mein kahan guzarte hain aap?</w:t>
      </w:r>
    </w:p>
    <w:p>
      <w:pPr>
        <w:jc w:val="right"/>
      </w:pPr>
      <w:r>
        <w:t>تو یونیورس میں کہاں گزرتے ہیں آپ؟</w:t>
      </w:r>
    </w:p>
    <w:p>
      <w:r>
        <w:rPr>
          <w:b/>
        </w:rPr>
        <w:t xml:space="preserve">[10:13] </w:t>
      </w:r>
      <w:r>
        <w:t>to is ka matlab hai ke history ke through jante hain, history ke through jante hain, lekin is ke sabak nahin lete.</w:t>
      </w:r>
    </w:p>
    <w:p>
      <w:pPr>
        <w:jc w:val="right"/>
      </w:pPr>
      <w:r>
        <w:t>تو اس کا مطلب ہے کہ ہسٹری کے تھرو جانتے ہیں، ہسٹری کے تھرو جانتے ہیں، لیکن اس کے سبق نہیں لیتے۔</w:t>
      </w:r>
    </w:p>
    <w:p>
      <w:r>
        <w:rPr>
          <w:b/>
        </w:rPr>
        <w:t xml:space="preserve">[10:29] </w:t>
      </w:r>
      <w:r>
        <w:t>to history mein kya ho raha hai, wo aap study ke through jante hain, science ki study se jante hain, historical books ke padh padh kar jante hain.</w:t>
      </w:r>
    </w:p>
    <w:p>
      <w:pPr>
        <w:jc w:val="right"/>
      </w:pPr>
      <w:r>
        <w:t>تو ہسٹری میں کیا ہو رہا ہے، وہ آپ اسٹڈی کے تھرو جانتے ہیں، سائنس کی اسٹڈی سے جانتے ہیں، ہسٹوریکل بکس کے پڑھ پڑھ کر جانتے ہیں۔</w:t>
      </w:r>
    </w:p>
    <w:p>
      <w:r>
        <w:rPr>
          <w:b/>
        </w:rPr>
        <w:t xml:space="preserve">[10:46] </w:t>
      </w:r>
      <w:r>
        <w:t>ye sab aap ke samne aata hai. isi ka nichod to hai ye: "Saying it is not ease but effort, not facility but difficulty that makes men." isi ka to ye gist hai.</w:t>
      </w:r>
    </w:p>
    <w:p>
      <w:pPr>
        <w:jc w:val="right"/>
      </w:pPr>
      <w:r>
        <w:t>یہ سب آپ کے سامنے آتا ہے۔ اسی کا نچوڑ تو ہے یہ: "Saying it is not ease but effort, not facility but difficulty that makes men." اسی کا تو یہ جسٹ ہے۔</w:t>
      </w:r>
    </w:p>
    <w:p>
      <w:r>
        <w:rPr>
          <w:b/>
        </w:rPr>
        <w:t xml:space="preserve">[11:03] </w:t>
      </w:r>
      <w:r>
        <w:t>jis ka mani kiya howa hai is ayat ko aur mutaliq aur ayaten jo is ko. lekin jab aap sochte hain to maloom hota hai ke aap ko jo aise waqeat hain jo aap ke liye in wanted hote hain,</w:t>
      </w:r>
    </w:p>
    <w:p>
      <w:pPr>
        <w:jc w:val="right"/>
      </w:pPr>
      <w:r>
        <w:t>جس کا معنی کیا ہوا ہے اس آیت کو اور متعلق اور آیتیں جو اس کو۔ لیکن جب آپ سوچتے ہیں تو معلوم ہوتا ہے کہ آپ کو جو ایسے واقعات ہیں جو آپ کے لیے ان وانٹڈ ہوتے ہیں،</w:t>
      </w:r>
    </w:p>
    <w:p>
      <w:r>
        <w:rPr>
          <w:b/>
        </w:rPr>
        <w:t xml:space="preserve">[11:21] </w:t>
      </w:r>
      <w:r>
        <w:t>bazaahir problem hote hain, to un par aap ko sochna hai, react nahi karna hai, un ka positive response dena hai, negative nahi dena hai.</w:t>
      </w:r>
    </w:p>
    <w:p>
      <w:pPr>
        <w:jc w:val="right"/>
      </w:pPr>
      <w:r>
        <w:t>بظاہر پرابلم ہوتے ہیں، تو ان پر آپ کو سوچنا ہے، ری ایکٹ نہیں کرنا ہے، ان کا پازیٹیو ریسپانس دینا ہے، نیگیٹیو نہیں دینا ہے۔</w:t>
      </w:r>
    </w:p>
    <w:p>
      <w:r>
        <w:rPr>
          <w:b/>
        </w:rPr>
        <w:t xml:space="preserve">[11:36] </w:t>
      </w:r>
      <w:r>
        <w:t>yeh matlab howa hai is ka. to is ka mani kiya hai? aadmi aksar kiya karta hai ke woh comfort zone mein rehna chahta hai.</w:t>
      </w:r>
    </w:p>
    <w:p>
      <w:pPr>
        <w:jc w:val="right"/>
      </w:pPr>
      <w:r>
        <w:t>یہ مطلب ہوا ہے اس کا۔ تو اس کا معنی کیا ہے؟ آدمی اکثر کیا کرتا ہے کہ وہ کمفرٹ زون میں رہنا چاہتا ہے۔</w:t>
      </w:r>
    </w:p>
    <w:p>
      <w:r>
        <w:rPr>
          <w:b/>
        </w:rPr>
        <w:t xml:space="preserve">[11:51] </w:t>
      </w:r>
      <w:r>
        <w:t>aam tor par comfort zone mein rehna chahta hai to jata hai comfort zone, koi talash karta hai.</w:t>
      </w:r>
    </w:p>
    <w:p>
      <w:pPr>
        <w:jc w:val="right"/>
      </w:pPr>
      <w:r>
        <w:t>عام طور پر کمفرٹ زون میں رہنا چاہتا ہے تو جاتا ہے کمفرٹ زون، کوئی تلاش کرتا ہے۔</w:t>
      </w:r>
    </w:p>
    <w:p>
      <w:r>
        <w:rPr>
          <w:b/>
        </w:rPr>
        <w:t xml:space="preserve">[12:03] </w:t>
      </w:r>
      <w:r>
        <w:t>to Khuda insaan ke is mindset ko todta hai. insaan daudta hai hamesha comfort zone ki taraf.</w:t>
      </w:r>
    </w:p>
    <w:p>
      <w:pPr>
        <w:jc w:val="right"/>
      </w:pPr>
      <w:r>
        <w:t>تو خدا انسان کے اس مائنڈ سیٹ کو توڑتا ہے۔ انسان دوڑتا ہے ہمیشہ کمفرٹ زون کی طرف۔</w:t>
      </w:r>
    </w:p>
    <w:p>
      <w:r>
        <w:rPr>
          <w:b/>
        </w:rPr>
        <w:t xml:space="preserve">[12:14] </w:t>
      </w:r>
      <w:r>
        <w:t>to in Khuda is ko todta hai, is ko dhakelta hai ke jao,</w:t>
      </w:r>
    </w:p>
    <w:p>
      <w:pPr>
        <w:jc w:val="right"/>
      </w:pPr>
      <w:r>
        <w:t>تو ان خدا اس کو توڑتا ہے، اس کو دھکیلتا ہے کہ جاؤ،</w:t>
      </w:r>
    </w:p>
    <w:p>
      <w:r>
        <w:rPr>
          <w:b/>
        </w:rPr>
        <w:t xml:space="preserve">[12:24] </w:t>
      </w:r>
      <w:r>
        <w:t>challenge, challenge ka muqabla samna karo,</w:t>
      </w:r>
    </w:p>
    <w:p>
      <w:pPr>
        <w:jc w:val="right"/>
      </w:pPr>
      <w:r>
        <w:t>چیلنج، چیلنج کا مقابلہ سامنا کرو،</w:t>
      </w:r>
    </w:p>
    <w:p>
      <w:r>
        <w:rPr>
          <w:b/>
        </w:rPr>
        <w:t xml:space="preserve">[12:30] </w:t>
      </w:r>
      <w:r>
        <w:t>challenge ka samna karo. yeh sab kyun hai? kyunke dekhiye, comfort zone mein aap chale jayen to sab se bari cheez jo hai, is se aap mehroom ho jate hain, woh kiya hai?</w:t>
      </w:r>
    </w:p>
    <w:p>
      <w:pPr>
        <w:jc w:val="right"/>
      </w:pPr>
      <w:r>
        <w:t>چیلنج کا سامنا کرو۔ یہ سب کیوں ہے؟ کیونکہ دیکھیے، کمفرٹ زون میں آپ چلے جائیں تو سب سے بڑی چیز جو ہے، اس سے آپ محروم ہو جاتے ہیں، وہ کیا ہے؟</w:t>
      </w:r>
    </w:p>
    <w:p>
      <w:r>
        <w:rPr>
          <w:b/>
        </w:rPr>
        <w:t xml:space="preserve">[12:44] </w:t>
      </w:r>
      <w:r>
        <w:t>experience.</w:t>
      </w:r>
    </w:p>
    <w:p>
      <w:pPr>
        <w:jc w:val="right"/>
      </w:pPr>
      <w:r>
        <w:t>ایکسپیرینس۔</w:t>
      </w:r>
    </w:p>
    <w:p>
      <w:r>
        <w:rPr>
          <w:b/>
        </w:rPr>
        <w:t xml:space="preserve">[12:49] </w:t>
      </w:r>
      <w:r>
        <w:t>bas baithe hue hain, yaani AC mein baithe hue hain aur aaram mein baithe hue hain, aaram gadhe par baithe hue hain ya aap ko sab kuch free mein mil raha ho to baithe hue hain.</w:t>
      </w:r>
    </w:p>
    <w:p>
      <w:pPr>
        <w:jc w:val="right"/>
      </w:pPr>
      <w:r>
        <w:t>بس بیٹھے ہوئے ہیں، یعنی اے سی میں بیٹھے ہوئے ہیں اور آرام میں بیٹھے ہوئے ہیں، آرام گدھے پر بیٹھے ہوئے ہیں یا آپ کو سب کچھ فری میں مل رہا ہو تو بیٹھے ہوئے ہیں۔</w:t>
      </w:r>
    </w:p>
    <w:p>
      <w:r>
        <w:rPr>
          <w:b/>
        </w:rPr>
        <w:t xml:space="preserve">[13:06] </w:t>
      </w:r>
      <w:r>
        <w:t>to comfort zone aadmi ko mehroom kar deta hai experience se, tajrube se. aur tajruba hi to sab kuch hai.</w:t>
      </w:r>
    </w:p>
    <w:p>
      <w:pPr>
        <w:jc w:val="right"/>
      </w:pPr>
      <w:r>
        <w:t>تو کمفرٹ زون آدمی کو محروم کر دیتا ہے ایکسپیرینس سے، تجربے سے۔ اور تجربہ ہی تو سب کچھ ہے۔</w:t>
      </w:r>
    </w:p>
    <w:p>
      <w:r>
        <w:rPr>
          <w:b/>
        </w:rPr>
        <w:t xml:space="preserve">[13:19] </w:t>
      </w:r>
      <w:r>
        <w:t>sari bari bari baaten experience se milti hain, tajrube se milti hain.</w:t>
      </w:r>
    </w:p>
    <w:p>
      <w:pPr>
        <w:jc w:val="right"/>
      </w:pPr>
      <w:r>
        <w:t>ساری بڑی بڑی باتیں ایکسپیرینس سے ملتی ہیں، تجربے سے ملتی ہیں۔</w:t>
      </w:r>
    </w:p>
    <w:p>
      <w:r>
        <w:rPr>
          <w:b/>
        </w:rPr>
        <w:t xml:space="preserve">[13:26] </w:t>
      </w:r>
      <w:r>
        <w:t>isi liye jo bas scarer hain, jo scientist hain, woh apne kuch dalte hain is mein. heal, yaani halaat mein, challenge mein,</w:t>
      </w:r>
    </w:p>
    <w:p>
      <w:pPr>
        <w:jc w:val="right"/>
      </w:pPr>
      <w:r>
        <w:t>اسی لیے جو بس اسکارر ہیں، جو سائنٹسٹ ہیں، وہ اپنے کچھ ڈالتے ہیں اس میں۔ ہیل، یعنی حالات میں، چیلنج میں،</w:t>
      </w:r>
    </w:p>
    <w:p>
      <w:r>
        <w:rPr>
          <w:b/>
        </w:rPr>
        <w:t xml:space="preserve">[13:43] </w:t>
      </w:r>
      <w:r>
        <w:t>difficulties mein, tab un ko bari baaten daryaft hoti hain.</w:t>
      </w:r>
    </w:p>
    <w:p>
      <w:pPr>
        <w:jc w:val="right"/>
      </w:pPr>
      <w:r>
        <w:t>ڈیفیکلٹیز میں، تب ان کو بڑی باتیں دریافت ہوتی ہیں۔</w:t>
      </w:r>
    </w:p>
    <w:p>
      <w:r>
        <w:rPr>
          <w:b/>
        </w:rPr>
        <w:t xml:space="preserve">[13:51] </w:t>
      </w:r>
      <w:r>
        <w:t>to is ka to is ke mani hain ke aap chahte hain apne aap ko. acha, isi liye dekhiye, comfort, so called comfort zone, so called comfort zone mein aap apne ko le to jate hain lekin peace nahi milta aap ko,</w:t>
      </w:r>
    </w:p>
    <w:p>
      <w:pPr>
        <w:jc w:val="right"/>
      </w:pPr>
      <w:r>
        <w:t>تو اس کا تو اس کے معنی ہیں کہ آپ چاہتے ہیں اپنے آپ کو۔ اچھا، اسی لیے دیکھیے، کمفرٹ، سو سو کالڈ کمفرٹ زون، سو کالڈ کمفرٹ زون میں آپ اپنے کو لے تو جاتے ہیں لیکن پیس نہیں ملتا آپ کو،</w:t>
      </w:r>
    </w:p>
    <w:p>
      <w:r>
        <w:rPr>
          <w:b/>
        </w:rPr>
        <w:t xml:space="preserve">[14:10] </w:t>
      </w:r>
      <w:r>
        <w:t>sukoon nahi milta.</w:t>
      </w:r>
    </w:p>
    <w:p>
      <w:pPr>
        <w:jc w:val="right"/>
      </w:pPr>
      <w:r>
        <w:t>سکون نہیں ملتا۔</w:t>
      </w:r>
    </w:p>
    <w:p>
      <w:r>
        <w:rPr>
          <w:b/>
        </w:rPr>
        <w:t xml:space="preserve">[14:14] </w:t>
      </w:r>
      <w:r>
        <w:t>to sukoon is mein hai ke aap Khuda ke creation plan ko le kar sochen, is se alag ho kar sochen to aap ko peace of mind kahan se kahan se milega?</w:t>
      </w:r>
    </w:p>
    <w:p>
      <w:pPr>
        <w:jc w:val="right"/>
      </w:pPr>
      <w:r>
        <w:t>تو سکون اس میں ہے کہ آپ خدا کے کریشن پلان کو لے کر سوچیں، اس سے الگ ہو کر سوچیں تو آپ کو پیس آف مائنڈ کہاں سے کہاں سے ملے گا؟</w:t>
      </w:r>
    </w:p>
    <w:p>
      <w:r>
        <w:rPr>
          <w:b/>
        </w:rPr>
        <w:t xml:space="preserve">[14:29] </w:t>
      </w:r>
      <w:r>
        <w:t>to Khuda chahta hai ke aap ko experience ho, aap ko tajruba ho, naye naye rishte khulain aap ke liye, naye naye window khulain aap ke liye.</w:t>
      </w:r>
    </w:p>
    <w:p>
      <w:pPr>
        <w:jc w:val="right"/>
      </w:pPr>
      <w:r>
        <w:t>تو خدا چاہتا ہے کہ آپ کو ایکسپیرینس ہو، آپ کو تجربہ ہو، نئے نئے رشتہ کھلیں آپ کے لیے، نئے نئے ونڈو کھلیں آپ کے لیے۔</w:t>
      </w:r>
    </w:p>
    <w:p>
      <w:r>
        <w:rPr>
          <w:b/>
        </w:rPr>
        <w:t xml:space="preserve">[14:40] </w:t>
      </w:r>
      <w:r>
        <w:t>woh sab hota hai challenge ke zariye, challenge ke zariye. comfort zone mein jeene se nahi hota.</w:t>
      </w:r>
    </w:p>
    <w:p>
      <w:pPr>
        <w:jc w:val="right"/>
      </w:pPr>
      <w:r>
        <w:t>وہ سب ہوتا ہے چیلنج کے ذریعے، چیلنج کے ذریعے۔ کمفرٹ زون میں جینے سے نہیں ہوتا۔</w:t>
      </w:r>
    </w:p>
    <w:p>
      <w:r>
        <w:rPr>
          <w:b/>
        </w:rPr>
        <w:t xml:space="preserve">[14:52] </w:t>
      </w:r>
      <w:r>
        <w:t>to is ayat ka matlab yeh nahi ke comfort zone tum ko de de ga Khuda. Allah Allah karo, baith kar kahin aur tum ko comfort zone mil jayega.</w:t>
      </w:r>
    </w:p>
    <w:p>
      <w:pPr>
        <w:jc w:val="right"/>
      </w:pPr>
      <w:r>
        <w:t>تو اس آیت کا مطلب یہ نہیں کہ کمفرٹ زون تم کو دے دے گا خدا۔ اللہ اللہ کرو، بیٹھ کر کہیں اور تم کو کمفرٹ زون مل جائے گا۔</w:t>
      </w:r>
    </w:p>
    <w:p>
      <w:r>
        <w:rPr>
          <w:b/>
        </w:rPr>
        <w:t xml:space="preserve">[15:06] </w:t>
      </w:r>
      <w:r>
        <w:t>yeh matlab nahi hai.</w:t>
      </w:r>
    </w:p>
    <w:p>
      <w:pPr>
        <w:jc w:val="right"/>
      </w:pPr>
      <w:r>
        <w:t>یہ مطلب نہیں ہے۔</w:t>
      </w:r>
    </w:p>
    <w:p>
      <w:r>
        <w:rPr>
          <w:b/>
        </w:rPr>
        <w:t xml:space="preserve">[15:10] </w:t>
      </w:r>
      <w:r>
        <w:t>kyunke jab dekhiye, jab Khuda ka jo creation plan hai, is mein yeh hai ke challenge dala jaye, comfort zone se bahar nikala jaye to kaise milega?</w:t>
      </w:r>
    </w:p>
    <w:p>
      <w:pPr>
        <w:jc w:val="right"/>
      </w:pPr>
      <w:r>
        <w:t>کیونکہ جب دیکھیے، جب خدا کا جو کریشن پلان ہے، اس میں یہ ہے کہ چیلنج ڈالا جائے، کمفرٹ زون سے باہر نکالا جائے تو کیسے ملے گا؟</w:t>
      </w:r>
    </w:p>
    <w:p>
      <w:r>
        <w:rPr>
          <w:b/>
        </w:rPr>
        <w:t xml:space="preserve">[15:26] </w:t>
      </w:r>
      <w:r>
        <w:t>ab dekhiye ke Arnold Toynbee ne poori history ki study ki hai, sari chhan mara hai sari history ko aur khulasa kiya bataya?</w:t>
      </w:r>
    </w:p>
    <w:p>
      <w:pPr>
        <w:jc w:val="right"/>
      </w:pPr>
      <w:r>
        <w:t>اب دیکھیے کہ انرل ٹائٹ بی نے پوری ہسٹری کی اسٹڈی کی ہے، ساری چھان مارا ہے ساری ہسٹری کو اور خلاصہ کیا بتایا؟</w:t>
      </w:r>
    </w:p>
    <w:p>
      <w:r>
        <w:rPr>
          <w:b/>
        </w:rPr>
        <w:t xml:space="preserve">[15:40] </w:t>
      </w:r>
      <w:r>
        <w:t>us ne khulasa bataya ke zindagi mein har qaum ko jo jo taraqqi karti hai, woh un ka kiya process hai?</w:t>
      </w:r>
    </w:p>
    <w:p>
      <w:pPr>
        <w:jc w:val="right"/>
      </w:pPr>
      <w:r>
        <w:t>اس نے خلاصہ بتایا کہ زندگی میں ہر قوم کو جو جو ترقی کرتی ہے، وہ ان کا کیا پراسیس ہے؟</w:t>
      </w:r>
    </w:p>
    <w:p>
      <w:r>
        <w:rPr>
          <w:b/>
        </w:rPr>
        <w:t xml:space="preserve">[15:55] </w:t>
      </w:r>
      <w:r>
        <w:t>us ko us ne aik aik woh banaya hai, aik principle: challenge response mechanism.</w:t>
      </w:r>
    </w:p>
    <w:p>
      <w:pPr>
        <w:jc w:val="right"/>
      </w:pPr>
      <w:r>
        <w:t>اس کو اس نے ایک ایک وہ بنایا ہے، ایک پرنسپل: چیلنج ریسپانس میکنزم۔</w:t>
      </w:r>
    </w:p>
    <w:p>
      <w:r>
        <w:rPr>
          <w:b/>
        </w:rPr>
        <w:t xml:space="preserve">[16:06] </w:t>
      </w:r>
      <w:r>
        <w:t>challenge response mechanism yani challenge paish aata hai, phir woh woh group of people jo hai, jin ko paish aaya hai, woh is ko sochte hain to phir naye naye ideas aate hain.</w:t>
      </w:r>
    </w:p>
    <w:p>
      <w:pPr>
        <w:jc w:val="right"/>
      </w:pPr>
      <w:r>
        <w:t>چیلنج ریسپانس میکنزم یعنی چیلنج پیش آتا ہے، پھر وہ وہ گروپ آف پیپل جو ہے، جن کو پیش آیا ہے، وہ اس کو سوچتے ہیں تو پھر نئے نئے آئیڈیاز آتے ہیں۔</w:t>
      </w:r>
    </w:p>
    <w:p>
      <w:r>
        <w:rPr>
          <w:b/>
        </w:rPr>
        <w:t xml:space="preserve">[16:27] </w:t>
      </w:r>
      <w:r>
        <w:t>jaise misaal ke taur par dekhiye, sab se bara jo flood aata hai, calamity ki sab se bara calamity hai, woh toofan e nooh hai.</w:t>
      </w:r>
    </w:p>
    <w:p>
      <w:pPr>
        <w:jc w:val="right"/>
      </w:pPr>
      <w:r>
        <w:t>جیسے مثال کے طور پر دیکھیے، سب سے بڑا جو فلڈ آتا ہے، کلائمیٹی کی سب سے بڑا کلائمیٹی ہے، وہ طوفان نوح ہے۔</w:t>
      </w:r>
    </w:p>
    <w:p>
      <w:r>
        <w:rPr>
          <w:b/>
        </w:rPr>
        <w:t xml:space="preserve">[16:42] </w:t>
      </w:r>
      <w:r>
        <w:t>toofan e nooh jis ko great flood kaha jata hai history mein. to toofan e nooh se pehle insan comfort zone mein tha, woh yani aap jante hain ke ek area hai, jis ko kehte hain meso pitebia.</w:t>
      </w:r>
    </w:p>
    <w:p>
      <w:pPr>
        <w:jc w:val="right"/>
      </w:pPr>
      <w:r>
        <w:t>طوفان نوح جس کو گریٹ فلڈ کہا جاتا ہے ہسٹری میں۔ تو طوفان نوح سے پہلے انسان کمفرٹ زون میں تھا، وہ یعنی آپ جانتے ہیں کہ ایک ایریا ہے، جس کو کہتے ہیں میسو پٹیبیا۔</w:t>
      </w:r>
    </w:p>
    <w:p>
      <w:r>
        <w:rPr>
          <w:b/>
        </w:rPr>
        <w:t xml:space="preserve">[17:01] </w:t>
      </w:r>
      <w:r>
        <w:t>yeh area dijla aur furaat darmian hai aur bohat hi shadab hai, bohat tarqeez hai, bohat hi achi aab o hawa hai wahan ki.</w:t>
      </w:r>
    </w:p>
    <w:p>
      <w:pPr>
        <w:jc w:val="right"/>
      </w:pPr>
      <w:r>
        <w:t>یہ ایریا دجلہ اور فریت درمیان ہے اور بہت ہی شاداب ہے، بہت ترخیز ہے، بہت ہی اچھی آب و ہوا ہے وہاں کی۔</w:t>
      </w:r>
    </w:p>
    <w:p>
      <w:r>
        <w:rPr>
          <w:b/>
        </w:rPr>
        <w:t xml:space="preserve">[17:13] </w:t>
      </w:r>
      <w:r>
        <w:t>har lehaz se woh insan ke liye comfort zone hai. to insan jab paida hua to sab se pehle isi mein woh rehne laga.</w:t>
      </w:r>
    </w:p>
    <w:p>
      <w:pPr>
        <w:jc w:val="right"/>
      </w:pPr>
      <w:r>
        <w:t>ہر لحاظ سے وہ انسان کے لیے کمفرٹ زون ہے۔ تو انسان جب پیدا ہوا تو سب سے پہلے اسی میں وہ رہنے لگا۔</w:t>
      </w:r>
    </w:p>
    <w:p>
      <w:r>
        <w:rPr>
          <w:b/>
        </w:rPr>
        <w:t xml:space="preserve">[17:25] </w:t>
      </w:r>
      <w:r>
        <w:t>aaj bara acha laga is ko, wahan ache phal hote hain, acha ghalla paida hota hai, achi har cheez achi hoti hai wahan ki.</w:t>
      </w:r>
    </w:p>
    <w:p>
      <w:pPr>
        <w:jc w:val="right"/>
      </w:pPr>
      <w:r>
        <w:t>آج بڑا اچھا لگا اس کو، وہاں اچھے پھل ہوتے ہیں، اچھا غلہ پیدا ہوتا ہے، اچھی ہر چیز اچھی ہوتی ہے وہاں کی۔</w:t>
      </w:r>
    </w:p>
    <w:p>
      <w:r>
        <w:rPr>
          <w:b/>
        </w:rPr>
        <w:t xml:space="preserve">[17:36] </w:t>
      </w:r>
      <w:r>
        <w:t>to practically woh insan ka first comfort zone tha, woh jis ko kehte hain ab meso pitebia, dijla aur furaat ke darmian ka area hai jo iraq mein pal ho hai.</w:t>
      </w:r>
    </w:p>
    <w:p>
      <w:pPr>
        <w:jc w:val="right"/>
      </w:pPr>
      <w:r>
        <w:t>تو پریکٹیکلی وہ انسان کا فرسٹ کمفرٹ زون تھا، وہ جس کو کہتے ہیں اب میسو پٹیبیا، دجلہ اور فرات کے درمیان کا ایریا ہے جو عراق میں پل ہو ہے۔</w:t>
      </w:r>
    </w:p>
    <w:p>
      <w:r>
        <w:rPr>
          <w:b/>
        </w:rPr>
        <w:t xml:space="preserve">[17:56] </w:t>
      </w:r>
      <w:r>
        <w:t>to aap ghor kijiye, khuda ne wahan par bohat bara flood paida kiya</w:t>
      </w:r>
    </w:p>
    <w:p>
      <w:pPr>
        <w:jc w:val="right"/>
      </w:pPr>
      <w:r>
        <w:t>تو آپ غور کیجئے، خدا نے وہاں پر بہت بڑا فلڈ پیدا کیا</w:t>
      </w:r>
    </w:p>
    <w:p>
      <w:r>
        <w:rPr>
          <w:b/>
        </w:rPr>
        <w:t xml:space="preserve">[18:02] </w:t>
      </w:r>
      <w:r>
        <w:t>aur har dono ne kashti banai, us par baith gaye log. to wahan se nikal kar phenk diya,</w:t>
      </w:r>
    </w:p>
    <w:p>
      <w:pPr>
        <w:jc w:val="right"/>
      </w:pPr>
      <w:r>
        <w:t>اور ہر دونوں نے کشتی بنائی، اس پر بیٹھ گئے لوگ۔ تو وہاں سے نکال کر پھینک دیا،</w:t>
      </w:r>
    </w:p>
    <w:p>
      <w:r>
        <w:rPr>
          <w:b/>
        </w:rPr>
        <w:t xml:space="preserve">[18:12] </w:t>
      </w:r>
      <w:r>
        <w:t>comfort zone se nikal kar phenk diya. aur kahan phenka? turkish, turkey ka ilaaqa jo hai, jis jo pahari ilaaqa hai, wahan daal diya.</w:t>
      </w:r>
    </w:p>
    <w:p>
      <w:pPr>
        <w:jc w:val="right"/>
      </w:pPr>
      <w:r>
        <w:t>کمفرٹ زون سے نکال کر پھینک دیا۔ اور کہاں پھینکا؟ ٹرکش، ٹرکی کا علاقہ جو ہے، جس جو پہاڑی علاقہ ہے، وہاں ڈال دیا۔</w:t>
      </w:r>
    </w:p>
    <w:p>
      <w:r>
        <w:rPr>
          <w:b/>
        </w:rPr>
        <w:t xml:space="preserve">[18:25] </w:t>
      </w:r>
      <w:r>
        <w:t>wahan kuch bhi comfort zone nahi tha, wahan to pathar thay, pahar tha, musibatein theen. to compression create kiya, laane ke niklo comfort zone se, jao europe mein, jao africa mein,</w:t>
      </w:r>
    </w:p>
    <w:p>
      <w:pPr>
        <w:jc w:val="right"/>
      </w:pPr>
      <w:r>
        <w:t>وہاں کچھ بھی کمفرٹ زون نہیں تھا، وہاں تو پتھر تھے، پہاڑ تھا، مصیبتیں تھیں۔ تو کمپریشن کریٹ کیا، لانے کہ نکلو کمفرٹ زون سے، جاؤ یورپ میں، جاؤ افریقہ میں،</w:t>
      </w:r>
    </w:p>
    <w:p>
      <w:r>
        <w:rPr>
          <w:b/>
        </w:rPr>
        <w:t xml:space="preserve">[18:43] </w:t>
      </w:r>
      <w:r>
        <w:t>jao asia mein. tab taraqqi shuru hui insan ki. agar insan isi comfort zone mein jeeta rehta to taraqqi hi na hoti.</w:t>
      </w:r>
    </w:p>
    <w:p>
      <w:pPr>
        <w:jc w:val="right"/>
      </w:pPr>
      <w:r>
        <w:t>جاؤ ایشیا میں۔ تب ترقی شروع ہوئی انسان کی۔ اگر انسان اسی کمفرٹ زون میں جیتا رہتا تو ترقی ہی نہ ہوتی۔</w:t>
      </w:r>
    </w:p>
    <w:p>
      <w:r>
        <w:rPr>
          <w:b/>
        </w:rPr>
        <w:t xml:space="preserve">[19:00] </w:t>
      </w:r>
      <w:r>
        <w:t>to yeh first jo pehla bara waqia jo hua hai insan ki history mein, woh tha great flood, jis ko hum kehte hain toofan e nooh.</w:t>
      </w:r>
    </w:p>
    <w:p>
      <w:pPr>
        <w:jc w:val="right"/>
      </w:pPr>
      <w:r>
        <w:t>تو یہ فرسٹ جو پہلا بڑا واقعہ جو ہوا ہے انسان کی ہسٹری میں، وہ تھا گریٹ فلڈ، جس کو ہم کہتے ہیں طوفان نوح۔</w:t>
      </w:r>
    </w:p>
    <w:p>
      <w:r>
        <w:rPr>
          <w:b/>
        </w:rPr>
        <w:t xml:space="preserve">[19:11] </w:t>
      </w:r>
      <w:r>
        <w:t>woh kya tha? woh yahi to tha, comfort zone se nikal kar bahar phenk diya gaya, challenge yani comfort zone se nikal kar zone of challenge mein daal diya gaya.</w:t>
      </w:r>
    </w:p>
    <w:p>
      <w:pPr>
        <w:jc w:val="right"/>
      </w:pPr>
      <w:r>
        <w:t>وہ کیا تھا؟ وہ یہی تو تھا، کمفرٹ زون سے نکال کر باہر پھینک دیا گیا، چیلنج یعنی کمفرٹ زون سے نکال کر زون آف چیلنج میں ڈال دیا گیا۔</w:t>
      </w:r>
    </w:p>
    <w:p>
      <w:r>
        <w:rPr>
          <w:b/>
        </w:rPr>
        <w:t xml:space="preserve">[19:26] </w:t>
      </w:r>
      <w:r>
        <w:t>comfort zone se nikal kar kar challenge mein daal diya, challenge jao. tab insan ke potential bahar aaye.</w:t>
      </w:r>
    </w:p>
    <w:p>
      <w:pPr>
        <w:jc w:val="right"/>
      </w:pPr>
      <w:r>
        <w:t>کمفرٹ زون سے نکال کر کر چیلنج میں ڈال دیا، چیلنج جاؤ۔ تب انسان کے پوٹینشل باہر آئے۔</w:t>
      </w:r>
    </w:p>
    <w:p>
      <w:r>
        <w:rPr>
          <w:b/>
        </w:rPr>
        <w:t xml:space="preserve">[19:39] </w:t>
      </w:r>
      <w:r>
        <w:t>insan ki jo jo salahiyatein theen, woh ubhreen.</w:t>
      </w:r>
    </w:p>
    <w:p>
      <w:pPr>
        <w:jc w:val="right"/>
      </w:pPr>
      <w:r>
        <w:t>انسان کی جو جو صلاحیتیں تھیں، وہ ابھریں۔</w:t>
      </w:r>
    </w:p>
    <w:p>
      <w:r>
        <w:rPr>
          <w:b/>
        </w:rPr>
        <w:t xml:space="preserve">[19:50] </w:t>
      </w:r>
      <w:r>
        <w:t>to jab khuda ka plan yeh hai to aap kaise aisa kar sakte hain ke aap ko kahin comfort zone mein le kar baith jayein?</w:t>
      </w:r>
    </w:p>
    <w:p>
      <w:pPr>
        <w:jc w:val="right"/>
      </w:pPr>
      <w:r>
        <w:t>تو جب خدا کا پلان یہ ہے تو آپ کیسے ایسا کر سکتے ہیں کہ آپ کو کہیں کمفرٹ زون میں لے کر بیٹھ جائیں؟</w:t>
      </w:r>
    </w:p>
    <w:p>
      <w:r>
        <w:rPr>
          <w:b/>
        </w:rPr>
        <w:t xml:space="preserve">[20:02] </w:t>
      </w:r>
      <w:r>
        <w:t>baithain ge to tod de ga khuda, jaise ke toda. yani khuda ki plan yeh hai ke koi koi comfort zone, comfort zone apne liye create karta hai to us ko shakh laga kar ke, challenge kar ke tod deta hai,</w:t>
      </w:r>
    </w:p>
    <w:p>
      <w:pPr>
        <w:jc w:val="right"/>
      </w:pPr>
      <w:r>
        <w:t>بیٹھیں گے تو توڑ دے گا خدا، جیسے کہ توڑا۔ یعنی خدا کی پلان یہ ہے کہ کوئی کوئی کمفرٹ زون، کمفرٹ زون اپنے لیے کریٹ کرتا ہے تو اس کو شاخ لگا کر کے، چیلنج کر کے توڑ دیتا ہے،</w:t>
      </w:r>
    </w:p>
    <w:p>
      <w:r>
        <w:rPr>
          <w:b/>
        </w:rPr>
        <w:t xml:space="preserve">[20:21] </w:t>
      </w:r>
      <w:r>
        <w:t>jao bahar.</w:t>
      </w:r>
    </w:p>
    <w:p>
      <w:pPr>
        <w:jc w:val="right"/>
      </w:pPr>
      <w:r>
        <w:t>جاؤ باہر۔</w:t>
      </w:r>
    </w:p>
    <w:p>
      <w:r>
        <w:rPr>
          <w:b/>
        </w:rPr>
        <w:t xml:space="preserve">[20:25] </w:t>
      </w:r>
      <w:r>
        <w:t>to behal is cheez ko samajh kar jab aap sochen ge, tab aap ko sukoon aaye ga. kyunke sukoon jaise explanation se aata hai ke is cheez ka aap jo explain kar lete hain na,</w:t>
      </w:r>
    </w:p>
    <w:p>
      <w:pPr>
        <w:jc w:val="right"/>
      </w:pPr>
      <w:r>
        <w:t>تو بہرحال اس چیز کو سمجھ کر جب آپ سوچیں گے، تب آپ کو سکون آئے گا۔ کیونکہ سکون جیسے ایکسپلینیشن سے آتا ہے کہ اس چیز کا آپ جو ایکسپلین کر لیتے ہیں نا،</w:t>
      </w:r>
    </w:p>
    <w:p>
      <w:r>
        <w:rPr>
          <w:b/>
        </w:rPr>
        <w:t xml:space="preserve">[20:42] </w:t>
      </w:r>
      <w:r>
        <w:t>that leads to peace. peace naam hai is baat ka ke jo paish aaya, us ko aap explain kar lein.</w:t>
      </w:r>
    </w:p>
    <w:p>
      <w:pPr>
        <w:jc w:val="right"/>
      </w:pPr>
      <w:r>
        <w:t>دیٹ لیڈز ٹو پیس۔ پیس نام ہے اس بات کا کہ جو پیش آیا، اس کو آپ ایکسپلین کر لیں۔</w:t>
      </w:r>
    </w:p>
    <w:p>
      <w:r>
        <w:rPr>
          <w:b/>
        </w:rPr>
        <w:t xml:space="preserve">[20:54] </w:t>
      </w:r>
      <w:r>
        <w:t>yeh hai is ayat ka matlab. meri dua hai ke Allah taala aap ko tofeeq de ke hum hamare andar right thinking aaye.</w:t>
      </w:r>
    </w:p>
    <w:p>
      <w:pPr>
        <w:jc w:val="right"/>
      </w:pPr>
      <w:r>
        <w:t>یہ ہے اس آیت کا مطلب۔ میری دعا ہے کہ اللہ تعالی آپ کو توفیق دے کہ ہم ہمارے اندر رائٹ تھنکنگ آئے۔</w:t>
      </w:r>
    </w:p>
    <w:p>
      <w:r>
        <w:rPr>
          <w:b/>
        </w:rPr>
        <w:t xml:space="preserve">[21:03] </w:t>
      </w:r>
      <w:r>
        <w:t>right thinking. assalam o alaikum wa rehmatullah</w:t>
      </w:r>
    </w:p>
    <w:p>
      <w:pPr>
        <w:jc w:val="right"/>
      </w:pPr>
      <w:r>
        <w:t>رائٹ تھنکنگ۔ السلام علیکم ورحمۃ اللہ</w:t>
      </w:r>
    </w:p>
    <w:p>
      <w:r>
        <w:rPr>
          <w:b/>
        </w:rPr>
        <w:t xml:space="preserve">[21:20] </w:t>
      </w:r>
      <w:r>
        <w:t>. Maulana, kam aaj ki talk se yeh to pata chala ke comfort zone se nikal ke hamein jo challenge milta hai, usi se hamari development hoti hai.</w:t>
      </w:r>
    </w:p>
    <w:p>
      <w:pPr>
        <w:jc w:val="right"/>
      </w:pPr>
      <w:r>
        <w:t>۔ مولانا، کم آج کی ٹاک سے یہ تو پتہ چلا کہ کمفرٹ زون سے نکل کے ہمیں جو چیلنج ملتا ہے، اسی سے ہماری ڈیویلپمنٹ ہوتی ہے۔</w:t>
      </w:r>
    </w:p>
    <w:p>
      <w:r>
        <w:rPr>
          <w:b/>
        </w:rPr>
        <w:t xml:space="preserve">[21:32] </w:t>
      </w:r>
      <w:r>
        <w:t>but usually kya hota hai? jab development hoti hai, ek to spiritual development hoti hai aur ek commercial development hoti hai.</w:t>
      </w:r>
    </w:p>
    <w:p>
      <w:pPr>
        <w:jc w:val="right"/>
      </w:pPr>
      <w:r>
        <w:t>بٹ یوژولی کیا ہوتا ہے؟ جب ڈیویلپمنٹ ہوتی ہے، ایک تو سپرچول ڈیویلپمنٹ ہوتی ہے اور ایک کمرشل ڈیویلپمنٹ ہوتی ہے۔</w:t>
      </w:r>
    </w:p>
    <w:p>
      <w:r>
        <w:rPr>
          <w:b/>
        </w:rPr>
        <w:t xml:space="preserve">[21:41] </w:t>
      </w:r>
      <w:r>
        <w:t>to log commercial development ki taraf ziyada chalay jatay hain, spiritual ki taraf kam chalay jatay hain. to kya formula aisa hona chahiye ke hum spiritual ki taraf ziyada jayen aur commercial ki taraf kam jayen?</w:t>
      </w:r>
    </w:p>
    <w:p>
      <w:pPr>
        <w:jc w:val="right"/>
      </w:pPr>
      <w:r>
        <w:t>تو لوگ کمرشل ڈیویلپمنٹ کی طرف زیادہ چلے جاتے ہیں، سپرچول کی طرف کم چلے جاتے ہیں۔ تو کیا فارمولا ایسا ہونا چاہیے کہ ہم سپرچول کی طرف زیادہ جائیں اور کمرشل کی طرف کم جائیں؟</w:t>
      </w:r>
    </w:p>
    <w:p>
      <w:r>
        <w:rPr>
          <w:b/>
        </w:rPr>
        <w:t xml:space="preserve">[21:53] </w:t>
      </w:r>
      <w:r>
        <w:t>haan, yeh aik question hai. yeh aik question hai.</w:t>
      </w:r>
    </w:p>
    <w:p>
      <w:pPr>
        <w:jc w:val="right"/>
      </w:pPr>
      <w:r>
        <w:t>ہاں، یہ ایک کوئسچن ہے۔ یہ ایک کوئسچن ہے۔</w:t>
      </w:r>
    </w:p>
    <w:p>
      <w:r>
        <w:rPr>
          <w:b/>
        </w:rPr>
        <w:t xml:space="preserve">[22:01] </w:t>
      </w:r>
      <w:r>
        <w:t>ab yahan par dobara hamein rethinking karni paray gi. rethinking. aaj hi mein soch raha tha ke maut jo hai, koi negative event nahi hai,</w:t>
      </w:r>
    </w:p>
    <w:p>
      <w:pPr>
        <w:jc w:val="right"/>
      </w:pPr>
      <w:r>
        <w:t>اب یہاں پر دوبارہ ہمیں ری تھنکنگ کرنی پڑے گی۔ ری تھنکنگ۔ آج ہی میں سوچ رہا تھا کہ موت جو ہے، کوئی نیگیٹیو ایونٹ نہیں ہے،</w:t>
      </w:r>
    </w:p>
    <w:p>
      <w:r>
        <w:rPr>
          <w:b/>
        </w:rPr>
        <w:t xml:space="preserve">[22:19] </w:t>
      </w:r>
      <w:r>
        <w:t>total maenay mein positive event hai. kyunke aaj hosh ka woh batata hai ke tum jo comfort zone bana rahay ho ya success dhoondh rahay ho,</w:t>
      </w:r>
    </w:p>
    <w:p>
      <w:pPr>
        <w:jc w:val="right"/>
      </w:pPr>
      <w:r>
        <w:t>ٹوٹل معنی میں پازیٹیو ایونٹ ہے۔ کیونکہ آج ہوش کا وہ بتاتا ہے کہ تم جو کمفرٹ زون بنا رہے ہو یا سکسیس ڈھونڈ رہے ہو،</w:t>
      </w:r>
    </w:p>
    <w:p>
      <w:r>
        <w:rPr>
          <w:b/>
        </w:rPr>
        <w:t xml:space="preserve">[22:33] </w:t>
      </w:r>
      <w:r>
        <w:t>to kitnay din ke liye?</w:t>
      </w:r>
    </w:p>
    <w:p>
      <w:pPr>
        <w:jc w:val="right"/>
      </w:pPr>
      <w:r>
        <w:t>تو کتنے دن کے لیے؟</w:t>
      </w:r>
    </w:p>
    <w:p>
      <w:r>
        <w:rPr>
          <w:b/>
        </w:rPr>
        <w:t xml:space="preserve">[22:38] </w:t>
      </w:r>
      <w:r>
        <w:t>survey batata hai ke average over 70 saal hai.</w:t>
      </w:r>
    </w:p>
    <w:p>
      <w:pPr>
        <w:jc w:val="right"/>
      </w:pPr>
      <w:r>
        <w:t>سروے بتاتا ہے کہ ایوریج اوور 70 سال ہے۔</w:t>
      </w:r>
    </w:p>
    <w:p>
      <w:r>
        <w:rPr>
          <w:b/>
        </w:rPr>
        <w:t xml:space="preserve">[22:45] </w:t>
      </w:r>
      <w:r>
        <w:t>to 70 saal ke liye baqi zindagi to baqi hai. kyunke science yeh bhi kehti hai ke insan jo hai, yaani pedaishi taur par eternal being hai,</w:t>
      </w:r>
    </w:p>
    <w:p>
      <w:pPr>
        <w:jc w:val="right"/>
      </w:pPr>
      <w:r>
        <w:t>تو 70 سال کے لیے باقی زندگی تو باقی ہے۔ کیونکہ سائنس یہ بھی کہتی ہے کہ انسان جو ہے، یعنی پیدائشی طور پر ایٹرنل بینگ ہے،</w:t>
      </w:r>
    </w:p>
    <w:p>
      <w:r>
        <w:rPr>
          <w:b/>
        </w:rPr>
        <w:t xml:space="preserve">[23:03] </w:t>
      </w:r>
      <w:r>
        <w:t>yaani death exception hai, rule nahi hai. to to woh woh woh rule kahan avail karen ge?</w:t>
      </w:r>
    </w:p>
    <w:p>
      <w:pPr>
        <w:jc w:val="right"/>
      </w:pPr>
      <w:r>
        <w:t>یعنی ڈیتھ ایکسیپشن ہے، رول نہیں ہے۔ تو تو وہ وہ وہ رول کہاں اویل کریں گے؟</w:t>
      </w:r>
    </w:p>
    <w:p>
      <w:r>
        <w:rPr>
          <w:b/>
        </w:rPr>
        <w:t xml:space="preserve">[23:12] </w:t>
      </w:r>
      <w:r>
        <w:t>hum avail kahan karen ge? is eternity ko hum kaise avail karen ge? kyunke 70 saal to kuch nahi hai, baqi to baqi hai sab eternity.</w:t>
      </w:r>
    </w:p>
    <w:p>
      <w:pPr>
        <w:jc w:val="right"/>
      </w:pPr>
      <w:r>
        <w:t>ہم اویل کہاں کریں گے؟ اس ایٹرنیٹی کو ہم کیسے اویل کریں گے؟ کیونکہ 70 سال تو کچھ نہیں ہے، باقی تو باقی ہے سب ایٹرنیٹی۔</w:t>
      </w:r>
    </w:p>
    <w:p>
      <w:r>
        <w:rPr>
          <w:b/>
        </w:rPr>
        <w:t xml:space="preserve">[23:25] </w:t>
      </w:r>
      <w:r>
        <w:t>yeh khud science ki jo researches hui hain, haan, biology mein khaas taur par ke biological structure jo hai, hamara hai, woh poora ka poora aisa hai ke jo kabhi just nahi hota,</w:t>
      </w:r>
    </w:p>
    <w:p>
      <w:pPr>
        <w:jc w:val="right"/>
      </w:pPr>
      <w:r>
        <w:t>یہ خود سائنس کی جو ریسرچز ہوئی ہیں، ہاں، بائیولوجی میں خاص طور پر کہ بائیولوجیکل سٹرکچر جو ہے، ہمارا ہے، وہ پورا کا پورا ایسا ہے کہ جو کبھی جسٹ نہیں ہوتا،</w:t>
      </w:r>
    </w:p>
    <w:p>
      <w:r>
        <w:rPr>
          <w:b/>
        </w:rPr>
        <w:t xml:space="preserve">[23:45] </w:t>
      </w:r>
      <w:r>
        <w:t>real sense mein woh baqi rehta hai.</w:t>
      </w:r>
    </w:p>
    <w:p>
      <w:pPr>
        <w:jc w:val="right"/>
      </w:pPr>
      <w:r>
        <w:t>ریئل سینس میں وہ باقی رہتا ہے۔</w:t>
      </w:r>
    </w:p>
    <w:p>
      <w:r>
        <w:rPr>
          <w:b/>
        </w:rPr>
        <w:t xml:space="preserve">[23:51] </w:t>
      </w:r>
      <w:r>
        <w:t>to woh jo jo eternity hai, larger sense mein, larger sense mein hamara problem eternity hai, temporary nahi hai.</w:t>
      </w:r>
    </w:p>
    <w:p>
      <w:pPr>
        <w:jc w:val="right"/>
      </w:pPr>
      <w:r>
        <w:t>تو وہ جو جو ایٹرنیٹی ہے، لارجر سینس میں، لارجر سینس میں ہمارا پرابلم ایٹرنیٹی ہے، ٹیمپریری نہیں ہے۔</w:t>
      </w:r>
    </w:p>
    <w:p>
      <w:r>
        <w:rPr>
          <w:b/>
        </w:rPr>
        <w:t xml:space="preserve">[24:07] </w:t>
      </w:r>
      <w:r>
        <w:t>to yeh soche aadmi, yeh soche ke ke eternity mein mera haal kya hoga? temporary mein to mein kuch kar loon ga apne liye.</w:t>
      </w:r>
    </w:p>
    <w:p>
      <w:pPr>
        <w:jc w:val="right"/>
      </w:pPr>
      <w:r>
        <w:t>تو یہ سوچے آدمی، یہ سوچے کہ کہ ایٹرنیٹی میں میرا حال کیا ہوگا؟ ٹیمپریری میں تو میں کچھ کر لوں گا اپنے لیے۔</w:t>
      </w:r>
    </w:p>
    <w:p>
      <w:r>
        <w:rPr>
          <w:b/>
        </w:rPr>
        <w:t xml:space="preserve">[24:20] </w:t>
      </w:r>
      <w:r>
        <w:t>lekin sawal hai ke eternity mein mera haal kya hoga? cycle research jo hai, cycle research bhi aik baat bata di ke aadmi marta hai tab bhi khatam nahi hota.</w:t>
      </w:r>
    </w:p>
    <w:p>
      <w:pPr>
        <w:jc w:val="right"/>
      </w:pPr>
      <w:r>
        <w:t>لیکن سوال ہے کہ ایٹرنیٹی میں میرا حال کیا ہوگا؟ سائیکل ریسرچ جو ہے، سائیکل ریسرچ بھی ایک بات بتا دی کہ آدمی مرتا ہے تب بھی ختم نہیں ہوتا۔</w:t>
      </w:r>
    </w:p>
    <w:p>
      <w:r>
        <w:rPr>
          <w:b/>
        </w:rPr>
        <w:t xml:space="preserve">[24:34] </w:t>
      </w:r>
      <w:r>
        <w:t>cycle research jo hai, aik naya subject hai ke insan marta hai tab bhi khatam nahi hota. to insan ko sochna chahiye ke sab kuch agar karta hai woh temporary ke liye,</w:t>
      </w:r>
    </w:p>
    <w:p>
      <w:pPr>
        <w:jc w:val="right"/>
      </w:pPr>
      <w:r>
        <w:t>سائیکل ریسرچ جو ہے، ایک نیا سبجیکٹ ہے کہ انسان مرتا ہے تب بھی ختم نہیں ہوتا۔ تو انسان کو سوچنا چاہیے کہ سب کچھ اگر کرتا ہے وہ ٹیمپریری کے لیے،</w:t>
      </w:r>
    </w:p>
    <w:p>
      <w:r>
        <w:rPr>
          <w:b/>
        </w:rPr>
        <w:t xml:space="preserve">[24:51] </w:t>
      </w:r>
      <w:r>
        <w:t>to phir eternity ko jo face kaise kare ga? woh phir face kare ga. jab tak aadmi is tareeqay se na soche, us ko sachai ka sira nahi mile ga.</w:t>
      </w:r>
    </w:p>
    <w:p>
      <w:pPr>
        <w:jc w:val="right"/>
      </w:pPr>
      <w:r>
        <w:t>تو پھر ایٹرنیٹی کو جو فیس کیسے کرے گا؟ وہ پھر فیس کرے گا۔ جب تک آدمی اس طریقے سے نہ سوچے، اس کو سچائی کا سرا نہیں ملے گا۔</w:t>
      </w:r>
    </w:p>
    <w:p>
      <w:r>
        <w:rPr>
          <w:b/>
        </w:rPr>
        <w:t xml:space="preserve">[25:09] </w:t>
      </w:r>
      <w:r>
        <w:t>maulana, yeh soch jo hai na, yeh CPS members mein to mein ne dekhi hai, but out out of CPS members mein yeh soch nahi hai. to woh kaise laayi jaye?</w:t>
      </w:r>
    </w:p>
    <w:p>
      <w:pPr>
        <w:jc w:val="right"/>
      </w:pPr>
      <w:r>
        <w:t>مولانا، یہ سوچ جو ہے نا، یہ سی پی ایس ممبرز میں تو میں نے دیکھی ہے، بٹ آؤٹ آؤٹ آف سی پی ایس ممبرز میں یہ سوچ نہیں ہے۔ تو وہ کیسے لائی جائے؟</w:t>
      </w:r>
    </w:p>
    <w:p>
      <w:r>
        <w:rPr>
          <w:b/>
        </w:rPr>
        <w:t xml:space="preserve">[25:18] </w:t>
      </w:r>
      <w:r>
        <w:t>un ko kaise bataya jaye?</w:t>
      </w:r>
    </w:p>
    <w:p>
      <w:pPr>
        <w:jc w:val="right"/>
      </w:pPr>
      <w:r>
        <w:t>ان کو کیسے بتایا جائے؟</w:t>
      </w:r>
    </w:p>
    <w:p>
      <w:r>
        <w:rPr>
          <w:b/>
        </w:rPr>
        <w:t xml:space="preserve">[25:20] </w:t>
      </w:r>
      <w:r>
        <w:t>is ki wajah dekhiye ke CPS members is isi baat ki tarah, isi tarah ki baat suntay hain, parhtay hain.</w:t>
      </w:r>
    </w:p>
    <w:p>
      <w:pPr>
        <w:jc w:val="right"/>
      </w:pPr>
      <w:r>
        <w:t>اس کی وجہ دیکھیے کہ سی پی ایس ممبرز اس اسی بات کی طرح، اسی طرح کی بات سنتے ہیں، پڑھتے ہیں۔</w:t>
      </w:r>
    </w:p>
    <w:p>
      <w:r>
        <w:rPr>
          <w:b/>
        </w:rPr>
        <w:t xml:space="preserve">[25:30] </w:t>
      </w:r>
      <w:r>
        <w:t>doosray logon ko suntay hain, na parhtay to kaise banay ga? un ko bani is liye ke is ko aisi baaten na sunnay ko milti hain, na parhnay ko milti hain.</w:t>
      </w:r>
    </w:p>
    <w:p>
      <w:pPr>
        <w:jc w:val="right"/>
      </w:pPr>
      <w:r>
        <w:t>دوسرے لوگوں کو سنتے ہیں، نہ پڑھتے تو کیسے بنے گا؟ ان کو بنی اس لیے کہ اس کو ایسی باتیں نہ سننے کو ملتی ہیں، نہ پڑھنے کو ملتی ہیں۔</w:t>
      </w:r>
    </w:p>
    <w:p>
      <w:r>
        <w:rPr>
          <w:b/>
        </w:rPr>
        <w:t xml:space="preserve">[25:42] </w:t>
      </w:r>
      <w:r>
        <w:t>CPS ko milti hain. is se hamein yeh seekhna hai ke hum extend karen. CPS ka jo tareeqa hai, us ko extend karen.</w:t>
      </w:r>
    </w:p>
    <w:p>
      <w:pPr>
        <w:jc w:val="right"/>
      </w:pPr>
      <w:r>
        <w:t>سی پی ایس کو ملتی ہیں۔ اس سے ہمیں یہ سیکھنا ہے کہ ہم ایکسٹینڈ کریں۔ سی پی ایس کا جو طریقہ ہے، اس کو ایکسٹینڈ کریں۔</w:t>
      </w:r>
    </w:p>
    <w:p>
      <w:r>
        <w:rPr>
          <w:b/>
        </w:rPr>
        <w:t xml:space="preserve">[25:55] </w:t>
      </w:r>
      <w:r>
        <w:t>literature logon ko parhwaien ya awaaz logon ko sunwayen ya haqeeqat logon ko batayen. yeh tajurba hai. CPS aik tajurba hai ke agar insan ko aware kar diya jaye to soch bilkul doosri ho jati hai.</w:t>
      </w:r>
    </w:p>
    <w:p>
      <w:pPr>
        <w:jc w:val="right"/>
      </w:pPr>
      <w:r>
        <w:t>لٹریچر لوگوں کو پڑھوائیں یا آواز لوگوں کو سنوائیں یا حقیقت لوگوں کو بتائیں۔ یہ تجربہ ہے۔ سی پی ایس ایک تجربہ ہے کہ اگر انسان کو اویر کر دیا جائے تو سوچ بالکل دوسری ہو جاتی ہے۔</w:t>
      </w:r>
    </w:p>
    <w:p>
      <w:r>
        <w:rPr>
          <w:b/>
        </w:rPr>
        <w:t xml:space="preserve">[26:13] </w:t>
      </w:r>
      <w:r>
        <w:t>to CPS naam hai un logon ka jo aware ho chukay hain. to doosray log agar in awareness ki wajah se is mein nahi hain to un ko hum aware karen.</w:t>
      </w:r>
    </w:p>
    <w:p>
      <w:pPr>
        <w:jc w:val="right"/>
      </w:pPr>
      <w:r>
        <w:t>تو سی پی ایس نام ہے ان لوگوں کا جو اویئر ہو چکے ہیں۔ تو دوسرے لوگ اگر ان اویرنس کی وجہ سے اس میں نہیں ہیں تو ان کو ہم اویر کریں۔</w:t>
      </w:r>
    </w:p>
    <w:p>
      <w:r>
        <w:rPr>
          <w:b/>
        </w:rPr>
        <w:t xml:space="preserve">[26:27] </w:t>
      </w:r>
      <w:r>
        <w:t>yeh is mein se lesson milta hai. acha, mein apna aik personal experience share karoon ga ke abhi yaad aaya mujhe.</w:t>
      </w:r>
    </w:p>
    <w:p>
      <w:pPr>
        <w:jc w:val="right"/>
      </w:pPr>
      <w:r>
        <w:t>یہ اس میں سے لسن ملتا ہے۔ اچھا، میں اپنا ایک پرسنل ایکسپیرینس شیئر کروں گا کہ ابھی یاد آیا مجھے۔</w:t>
      </w:r>
    </w:p>
    <w:p>
      <w:r>
        <w:rPr>
          <w:b/>
        </w:rPr>
        <w:t xml:space="preserve">[26:37] </w:t>
      </w:r>
      <w:r>
        <w:t>dekhiye,</w:t>
      </w:r>
    </w:p>
    <w:p>
      <w:pPr>
        <w:jc w:val="right"/>
      </w:pPr>
      <w:r>
        <w:t>دیکھیے،</w:t>
      </w:r>
    </w:p>
    <w:p>
      <w:r>
        <w:rPr>
          <w:b/>
        </w:rPr>
        <w:t xml:space="preserve">[26:41] </w:t>
      </w:r>
      <w:r>
        <w:t>1983 mein jab ke abhi mein boorha nahi hua tha, jab kehna chahiye ke jawani ke umar mein tha, 1983 to us zamane mein paidal jaya karta tha,</w:t>
      </w:r>
    </w:p>
    <w:p>
      <w:pPr>
        <w:jc w:val="right"/>
      </w:pPr>
      <w:r>
        <w:t>1983 میں جب کہ ابھی میں بوڑھا نہیں ہوا تھا، جب کہنا چاہیے کہ جوانی کے عمر میں تھا، 1983 تو اس زمانے میں پیدل جایا کرتا تھا،</w:t>
      </w:r>
    </w:p>
    <w:p>
      <w:r>
        <w:rPr>
          <w:b/>
        </w:rPr>
        <w:t xml:space="preserve">[26:58] </w:t>
      </w:r>
      <w:r>
        <w:t>yani old delhi se wahan radio station paidal jata tha aur isi din paidal aata tha.</w:t>
      </w:r>
    </w:p>
    <w:p>
      <w:pPr>
        <w:jc w:val="right"/>
      </w:pPr>
      <w:r>
        <w:t>یعنی اولڈ ڈلی سے وہاں ریڈیو اسٹیشن پیدل جاتا تھا اور اسی دن پیدل آتا تھا۔</w:t>
      </w:r>
    </w:p>
    <w:p>
      <w:r>
        <w:rPr>
          <w:b/>
        </w:rPr>
        <w:t xml:space="preserve">[27:11] </w:t>
      </w:r>
      <w:r>
        <w:t>paidl aana, paidal jana is liye ke wahan par quran ka ek dars chalaya tha hum ne ek sahib ke makan par jo ke akhatta hote the quran ka dars.</w:t>
      </w:r>
    </w:p>
    <w:p>
      <w:pPr>
        <w:jc w:val="right"/>
      </w:pPr>
      <w:r>
        <w:t>پیدل آنا، پیدل جانا اس لیے کہ وہاں پر قرآن کا ایک درس چلایا تھا ہم نے ایک صاحب کے مکان پر جو کہ اکٹھا ہوتے تھے قرآن کا درس۔</w:t>
      </w:r>
    </w:p>
    <w:p>
      <w:r>
        <w:rPr>
          <w:b/>
        </w:rPr>
        <w:t xml:space="preserve">[27:25] </w:t>
      </w:r>
      <w:r>
        <w:t>to ek din kya hua 1983 mein ke barish barish hui thi din mein aur sham tak woh mausam jo hai bilkul rainy season bana hua tha.</w:t>
      </w:r>
    </w:p>
    <w:p>
      <w:pPr>
        <w:jc w:val="right"/>
      </w:pPr>
      <w:r>
        <w:t>تو ایک دن کیا ہوا 1983 میں کہ بارش بارش ہوئی تھی دن میں اور شام تک وہ موسم جو ہے بالکل رینی سیزن بنا ہوا تھا۔</w:t>
      </w:r>
    </w:p>
    <w:p>
      <w:r>
        <w:rPr>
          <w:b/>
        </w:rPr>
        <w:t xml:space="preserve">[27:40] </w:t>
      </w:r>
      <w:r>
        <w:t>sadak ke kinare kinare jagah jagah pani tha. achha, meri adat yeh hai ke mein ek dam is se chalta hoon, yani jo tareeqa hai chalne, yani bilkul bayen side se.</w:t>
      </w:r>
    </w:p>
    <w:p>
      <w:pPr>
        <w:jc w:val="right"/>
      </w:pPr>
      <w:r>
        <w:t>سڑک کے کنارے کنارے جگہ جگہ پانی تھا۔ اچھا، میری عادت یہ ہے کہ میں ایک دم اس سے چلتا ہوں، یعنی جو طریقہ ہے چلنے، یعنی بالکل بائیں سائیڈ سے۔</w:t>
      </w:r>
    </w:p>
    <w:p>
      <w:r>
        <w:rPr>
          <w:b/>
        </w:rPr>
        <w:t xml:space="preserve">[27:57] </w:t>
      </w:r>
      <w:r>
        <w:t>to ek dam left side pe ek dam mein chal raha tha aur roshni kam thi. to ek jagah idhar pul tha aur wohin yahan garha woh pani ka pani lagta tha ke pani hai.</w:t>
      </w:r>
    </w:p>
    <w:p>
      <w:pPr>
        <w:jc w:val="right"/>
      </w:pPr>
      <w:r>
        <w:t>تو ایک دم لیفٹ سائیڈ پہ ایک دم میں چل رہا تھا اور روشنی کم تھی۔ تو ایک جگہ ادھر پل تھا اور وہیں یہاں گڑھا وہ پانی کا پانی لگتا تھا کہ پانی ہے۔</w:t>
      </w:r>
    </w:p>
    <w:p>
      <w:r>
        <w:rPr>
          <w:b/>
        </w:rPr>
        <w:t xml:space="preserve">[28:14] </w:t>
      </w:r>
      <w:r>
        <w:t>to aam taur par wahan par chhote chhote woh hote hain, ise is mein pani hota tha. hum wahan mein samjha ke abhi aisa hi hai. to mein ne wahan paon rakh diya.</w:t>
      </w:r>
    </w:p>
    <w:p>
      <w:pPr>
        <w:jc w:val="right"/>
      </w:pPr>
      <w:r>
        <w:t>تو عام طور پر وہاں پر چھوٹے چھوٹے وہ ہوتے ہیں، اسے اس میں پانی ہوتا تھا۔ ہم وہاں میں سمجھا کہ ابھی ایسا ہی ہے۔ تو میں نے وہاں پاؤں رکھ دیا۔</w:t>
      </w:r>
    </w:p>
    <w:p>
      <w:r>
        <w:rPr>
          <w:b/>
        </w:rPr>
        <w:t xml:space="preserve">[28:25] </w:t>
      </w:r>
      <w:r>
        <w:t>paon rakh diya to achaanak dam mein neeche gir gaya kyun ke woh gehra gehra garha tha aur is ke woh bayen side mein tha.</w:t>
      </w:r>
    </w:p>
    <w:p>
      <w:pPr>
        <w:jc w:val="right"/>
      </w:pPr>
      <w:r>
        <w:t>پاؤں رکھ دیا تو اچانک دم میں نیچے گر گیا کیونکہ وہ گہرا گہرا گڑھا تھا اور اس کے وہ بائیں سائیڈ میں تھا۔</w:t>
      </w:r>
    </w:p>
    <w:p>
      <w:r>
        <w:rPr>
          <w:b/>
        </w:rPr>
        <w:t xml:space="preserve">[28:36] </w:t>
      </w:r>
      <w:r>
        <w:t>woh idhar jo pole tha, us pole ke neeche woh tha, haan, junction bagh. to mera yeh hath nahi, yeh yeh yeh hath tha, right side tha,</w:t>
      </w:r>
    </w:p>
    <w:p>
      <w:pPr>
        <w:jc w:val="right"/>
      </w:pPr>
      <w:r>
        <w:t>وہ ادھر جو پول تھا، اس پول کے نیچے وہ تھا، ہاں، جنکشن باغ۔ تو میرا یہ ہاتھ نہیں، یہ یہ یہ ہاتھ تھا، رائٹ سائیڈ تھا،</w:t>
      </w:r>
    </w:p>
    <w:p>
      <w:r>
        <w:rPr>
          <w:b/>
        </w:rPr>
        <w:t xml:space="preserve">[28:52] </w:t>
      </w:r>
      <w:r>
        <w:t>shayad idhar tha. achha, haan, woh pole ke pole ke just is side mein tha.</w:t>
      </w:r>
    </w:p>
    <w:p>
      <w:pPr>
        <w:jc w:val="right"/>
      </w:pPr>
      <w:r>
        <w:t>شاید ادھر تھا۔ اچھا، ہاں، وہ پول کے پول کے جسٹ اس سائیڈ میں تھا۔</w:t>
      </w:r>
    </w:p>
    <w:p>
      <w:r>
        <w:rPr>
          <w:b/>
        </w:rPr>
        <w:t xml:space="preserve">[29:02] </w:t>
      </w:r>
      <w:r>
        <w:t>haan, yahan pole tha, idhar road thi aur idhar rasta tha. to mera hath chala gaya poora ka poora junction box mein aur woh woh cheez hui jis ko kehte hain electric burn.</w:t>
      </w:r>
    </w:p>
    <w:p>
      <w:pPr>
        <w:jc w:val="right"/>
      </w:pPr>
      <w:r>
        <w:t>ہاں، یہاں پول تھا، ادھر روڈ تھی اور ادھر راستہ تھا۔ تو میرا ہاتھ چلا گیا پورا کا پورا جنکشن باکس میں اور وہ وہ چیز ہوئی جس کو کہتے ہیں الیکٹرک برن۔</w:t>
      </w:r>
    </w:p>
    <w:p>
      <w:r>
        <w:rPr>
          <w:b/>
        </w:rPr>
        <w:t xml:space="preserve">[29:19] </w:t>
      </w:r>
      <w:r>
        <w:t>to yeh bohat bara sa jal gaya. to jab hum doctor jab hum gaye wahan asfal mein to</w:t>
      </w:r>
    </w:p>
    <w:p>
      <w:pPr>
        <w:jc w:val="right"/>
      </w:pPr>
      <w:r>
        <w:t>تو یہ بہت بڑا سا جل گیا۔ تو جب ہم ڈاکٹر جب ہم گئے وہاں اسفال میں تو</w:t>
      </w:r>
    </w:p>
    <w:p>
      <w:r>
        <w:rPr>
          <w:b/>
        </w:rPr>
        <w:t xml:space="preserve">[29:35] </w:t>
      </w:r>
      <w:r>
        <w:t>yeh ya hamare jo bete hain Sani Hasnain, woh le gaye the mujh ko wahan. lambi kahani hai jo mein ne isi zamane mein likhi thi monthly magazine risala mein.</w:t>
      </w:r>
    </w:p>
    <w:p>
      <w:pPr>
        <w:jc w:val="right"/>
      </w:pPr>
      <w:r>
        <w:t>یہ یا ہمارے جو بیٹے ہیں ثانی حسنین، وہ لے گئے تھے مجھ کو وہاں۔ لمبی کہانی ہے جو میں نے اسی زمانے میں لکھی تھی منتھلی میگزین رسالہ میں۔</w:t>
      </w:r>
    </w:p>
    <w:p>
      <w:r>
        <w:rPr>
          <w:b/>
        </w:rPr>
        <w:t xml:space="preserve">[29:50] </w:t>
      </w:r>
      <w:r>
        <w:t>to is mein chala gaya.</w:t>
      </w:r>
    </w:p>
    <w:p>
      <w:pPr>
        <w:jc w:val="right"/>
      </w:pPr>
      <w:r>
        <w:t>تو اس میں چلا گیا۔</w:t>
      </w:r>
    </w:p>
    <w:p>
      <w:r>
        <w:rPr>
          <w:b/>
        </w:rPr>
        <w:t xml:space="preserve">[29:54] </w:t>
      </w:r>
      <w:r>
        <w:t>to doctor sab doctoron ne jinhon ne kaha, jinhon ne dekha, unhon ne kaha tha ke yeh electric burn mein to aadmi ka marna yaqeeni hai.</w:t>
      </w:r>
    </w:p>
    <w:p>
      <w:pPr>
        <w:jc w:val="right"/>
      </w:pPr>
      <w:r>
        <w:t>تو ڈاکٹر سب ڈاکٹروں نے جنہوں نے کہا، جنہوں نے دیکھا، انہوں نے کہا تھا کہ یہ الیکٹرک برن میں تو آدمی کا مرنا یقینی ہے۔</w:t>
      </w:r>
    </w:p>
    <w:p>
      <w:r>
        <w:rPr>
          <w:b/>
        </w:rPr>
        <w:t xml:space="preserve">[30:08] </w:t>
      </w:r>
      <w:r>
        <w:t>electric burn ki mein aadmi zinda nahi reh sakta. achha, mein aap ka aap ko tajurba batata hoon. jitni der mein yani behosh tha to logon ne dekha ke mujhe ke mein behosh ho gaya ho chuka hoon lekin mein andar se hosh mein tha.</w:t>
      </w:r>
    </w:p>
    <w:p>
      <w:pPr>
        <w:jc w:val="right"/>
      </w:pPr>
      <w:r>
        <w:t>الیکٹرک برن کی میں آدمی زندہ نہیں رہ سکتا۔ اچھا، میں آپ کا آپ کو تجربہ بتاتا ہوں۔ جتنی دیر میں یعنی بے ہوش تھا تو لوگوں نے دیکھا کہ مجھے کہ میں بے ہوش ہو گیا ہو چکا ہوں لیکن میں اندر سے ہوش میں تھا۔</w:t>
      </w:r>
    </w:p>
    <w:p>
      <w:r>
        <w:rPr>
          <w:b/>
        </w:rPr>
        <w:t xml:space="preserve">[30:32] </w:t>
      </w:r>
      <w:r>
        <w:t>andar se abhi tak mujhe yaad hai ke mein dekhta tha ke mein yahan hoon, yahan hoon yani zameen mein nahi hoon, yahan hoon aur yahan se apne dead body ko dekh raha hoon.</w:t>
      </w:r>
    </w:p>
    <w:p>
      <w:pPr>
        <w:jc w:val="right"/>
      </w:pPr>
      <w:r>
        <w:t>اندر سے ابھی تک مجھے یاد ہے کہ میں دیکھتا تھا کہ میں یہاں ہوں، یہاں ہوں یعنی زمین میں نہیں ہوں، یہاں ہوں اور یہاں سے اپنے ڈیڈ باڈی کو دیکھ رہا ہوں۔</w:t>
      </w:r>
    </w:p>
    <w:p>
      <w:r>
        <w:rPr>
          <w:b/>
        </w:rPr>
        <w:t xml:space="preserve">[30:45] </w:t>
      </w:r>
      <w:r>
        <w:t>meri body dead ho chuki hai aur yahan se mein dekh raha hoon ke yeh dead body padi hui hai. khud apne aap ko is tareeqe se mein ne dekha ke mein bahar hoon aur yahan dead body padi hui hai.</w:t>
      </w:r>
    </w:p>
    <w:p>
      <w:pPr>
        <w:jc w:val="right"/>
      </w:pPr>
      <w:r>
        <w:t>میری باڈی ڈیڈ ہو چکی ہے اور یہاں سے میں دیکھ رہا ہوں کہ یہ ڈیڈ باڈی پڑی ہوئی ہے۔ خود اپنے آپ کو اس طریقے سے میں نے دیکھا کہ میں باہر ہوں اور یہاں ڈیڈ باڈی پڑی ہوئی ہے۔</w:t>
      </w:r>
    </w:p>
    <w:p>
      <w:r>
        <w:rPr>
          <w:b/>
        </w:rPr>
        <w:t xml:space="preserve">[31:00] </w:t>
      </w:r>
      <w:r>
        <w:t>abhi bhi mujhe yaad hai.</w:t>
      </w:r>
    </w:p>
    <w:p>
      <w:pPr>
        <w:jc w:val="right"/>
      </w:pPr>
      <w:r>
        <w:t>ابھی بھی مجھے یاد ہے۔</w:t>
      </w:r>
    </w:p>
    <w:p>
      <w:r>
        <w:rPr>
          <w:b/>
        </w:rPr>
        <w:t xml:space="preserve">[31:04] </w:t>
      </w:r>
      <w:r>
        <w:t>to us waqt jo hai mein kya sochta tha apne future ke bare mein. mere mind mein yeh nahi tha ke mein khatam ho gaya ke body to idhar padi hui hai, mein phir bhi zinda hoon.</w:t>
      </w:r>
    </w:p>
    <w:p>
      <w:pPr>
        <w:jc w:val="right"/>
      </w:pPr>
      <w:r>
        <w:t>تو اس وقت جو ہے میں کیا سوچتا تھا اپنے فیوچر کے بارے میں۔ میرے مائنڈ میں یہ نہیں تھا کہ میں ختم ہو گیا کہ باڈی تو ادھر پڑی ہوئی ہے، میں پھر بھی زندہ ہوں۔</w:t>
      </w:r>
    </w:p>
    <w:p>
      <w:r>
        <w:rPr>
          <w:b/>
        </w:rPr>
        <w:t xml:space="preserve">[31:20] </w:t>
      </w:r>
      <w:r>
        <w:t>to mein mein soch raha tha us zamane mein bahar se ke woh us waqt tha jab ke quran ki commentary likh raha tha.</w:t>
      </w:r>
    </w:p>
    <w:p>
      <w:pPr>
        <w:jc w:val="right"/>
      </w:pPr>
      <w:r>
        <w:t>تو میں میں سوچ رہا تھا اس زمانے میں باہر سے کہ وہ اس وقت تھا جب کہ قرآن کی کمنٹری لکھ رہا تھا۔</w:t>
      </w:r>
    </w:p>
    <w:p>
      <w:r>
        <w:rPr>
          <w:b/>
        </w:rPr>
        <w:t xml:space="preserve">[31:29] </w:t>
      </w:r>
      <w:r>
        <w:t>mein Tazkir ul Quran wohi zamana tha. to mein yeh soch raha tha ke yeh commentary ki to abhi poori hui nahi, kaise poori hogi, kya hoga,</w:t>
      </w:r>
    </w:p>
    <w:p>
      <w:pPr>
        <w:jc w:val="right"/>
      </w:pPr>
      <w:r>
        <w:t>میں تذکر القرآن وہی زمانہ تھا۔ تو میں یہ سوچ رہا تھا کہ یہ کمنٹری کی تو ابھی پوری ہوئی نہیں، کیسے پوری ہوگی، کیا ہوگا،</w:t>
      </w:r>
    </w:p>
    <w:p>
      <w:r>
        <w:rPr>
          <w:b/>
        </w:rPr>
        <w:t xml:space="preserve">[31:43] </w:t>
      </w:r>
      <w:r>
        <w:t>yeh soch raha tha. to mein agar apne experience ko le kar sochun to eternity bilkul mere liye personal tajurba hai.</w:t>
      </w:r>
    </w:p>
    <w:p>
      <w:pPr>
        <w:jc w:val="right"/>
      </w:pPr>
      <w:r>
        <w:t>یہ سوچ رہا تھا۔ تو میں اگر اپنے ایکسپیرینس کو لے کر سوچوں تو ایٹرنیٹی بالکل میرے لیے پرسنل تجربہ ہے۔</w:t>
      </w:r>
    </w:p>
    <w:p>
      <w:r>
        <w:rPr>
          <w:b/>
        </w:rPr>
        <w:t xml:space="preserve">[31:56] </w:t>
      </w:r>
      <w:r>
        <w:t>eternity ke aadmi marta nahi. is liye mein kahunga ke hamari yeh planning jo temporary ko le kar ho, woh bohat hi zyada yani woh hai</w:t>
      </w:r>
    </w:p>
    <w:p>
      <w:pPr>
        <w:jc w:val="right"/>
      </w:pPr>
      <w:r>
        <w:t>ایٹرنیٹی کہ آدمی مرتا نہیں۔ اس لیے میں کہوں گا کہ ہماری یہ پلاننگ جو ٹیمپریری کو لے کر ہو، وہ بہت ہی زیادہ یعنی وہ ہے</w:t>
      </w:r>
    </w:p>
    <w:p>
      <w:r>
        <w:rPr>
          <w:b/>
        </w:rPr>
        <w:t xml:space="preserve">[32:18] </w:t>
      </w:r>
      <w:r>
        <w:t>sahi planning nahi hai. sahi planning woh hai jo eternity ko le kar ho, temporary ko le kar nahi.</w:t>
      </w:r>
    </w:p>
    <w:p>
      <w:pPr>
        <w:jc w:val="right"/>
      </w:pPr>
      <w:r>
        <w:t>صحیح پلاننگ نہیں ہے۔ صحیح پلاننگ وہ ہے جو ایٹرنیٹی کو لے کر ہو، ٹیمپریری کو لے کر نہیں۔</w:t>
      </w:r>
    </w:p>
    <w:p>
      <w:r>
        <w:rPr>
          <w:b/>
        </w:rPr>
        <w:t xml:space="preserve">[32:30] </w:t>
      </w:r>
      <w:r>
        <w:t>to mere liye to yeh bilkul yani mere apne tajrube ke mutabiq to yani yeh baat ke aadmi 70 saal ko le kar planning kare bilkul absurd hai kyunke mujhe 70 saal se zyada jeena hai.</w:t>
      </w:r>
    </w:p>
    <w:p>
      <w:pPr>
        <w:jc w:val="right"/>
      </w:pPr>
      <w:r>
        <w:t>تو میرے لیے تو یہ بالکل یعنی میرے اپنے تجربے کے مطابق تو یعنی یہ بات کہ آدمی 70 سال کو لے کر پلاننگ کرے بالکل ایبسرٹ ہے کیونکہ مجھے 70 سال سے زیادہ جینا ہے۔</w:t>
      </w:r>
    </w:p>
    <w:p>
      <w:r>
        <w:rPr>
          <w:b/>
        </w:rPr>
        <w:t xml:space="preserve">[32:49] </w:t>
      </w:r>
      <w:r>
        <w:t>to aisi planning ka faida</w:t>
      </w:r>
    </w:p>
    <w:p>
      <w:pPr>
        <w:jc w:val="right"/>
      </w:pPr>
      <w:r>
        <w:t>تو ایسی پلاننگ کا فائدہ</w:t>
      </w:r>
    </w:p>
    <w:p>
      <w:r>
        <w:rPr>
          <w:b/>
        </w:rPr>
        <w:t xml:space="preserve">[32:51] </w:t>
      </w:r>
      <w:r>
        <w:t>kya? haan, Maulana, hamara question yeh hai ke when we are faced with a challenge or a problem or any situation, and our mind gets very embroiled into the problem or the situation, and it is very difficult to redirect it to God.</w:t>
      </w:r>
    </w:p>
    <w:p>
      <w:pPr>
        <w:jc w:val="right"/>
      </w:pPr>
      <w:r>
        <w:t>کیا؟ ہاں، مولانا، ہمارا کوئسچن یہ ہے کہ وین وی آر فیسڈ ود ا چیلنج اور ا پرابلم اور اینی سچویشن، اور مائنڈ گیٹس ویری ایمبرائڈ انٹو دا پرابلم اور دا سچویشن، اینڈ اٹ از ویری ڈیفیکلٹ ٹو ری ڈائریکٹ اٹ ٹو گاڈ۔</w:t>
      </w:r>
    </w:p>
    <w:p>
      <w:r>
        <w:rPr>
          <w:b/>
        </w:rPr>
        <w:t xml:space="preserve">[33:08] </w:t>
      </w:r>
      <w:r>
        <w:t>so how do we, how do we redirect ourselves to God? hamara mind itna zyada involve ho jata hai is problem mein ya is issue mein ke hum Khuda ki taraf is ko wapas kheench kar la nahi paate.</w:t>
      </w:r>
    </w:p>
    <w:p>
      <w:pPr>
        <w:jc w:val="right"/>
      </w:pPr>
      <w:r>
        <w:t>سو ہاؤ ڈو وی، ہاؤ ڈو وی ری ڈائریکٹ اور سیلف ٹو گاڈ؟ ہمارا مائنڈ اتنا زیادہ انوالو ہو جاتا ہے اس پرابلم میں یا اس ایشو میں کہ ہم خدا کی طرف اس کو واپس کھینچ کر لا نہیں پاتے۔</w:t>
      </w:r>
    </w:p>
    <w:p>
      <w:r>
        <w:rPr>
          <w:b/>
        </w:rPr>
        <w:t xml:space="preserve">[33:20] </w:t>
      </w:r>
      <w:r>
        <w:t>is ke liye kya kya kaise karein?</w:t>
      </w:r>
    </w:p>
    <w:p>
      <w:pPr>
        <w:jc w:val="right"/>
      </w:pPr>
      <w:r>
        <w:t>اس کے لیے کیا کیا کیسے کریں؟</w:t>
      </w:r>
    </w:p>
    <w:p>
      <w:r>
        <w:rPr>
          <w:b/>
        </w:rPr>
        <w:t xml:space="preserve">[33:24] </w:t>
      </w:r>
      <w:r>
        <w:t>nahi to yeh dekhein ke har bade insaan ka experience,</w:t>
      </w:r>
    </w:p>
    <w:p>
      <w:pPr>
        <w:jc w:val="right"/>
      </w:pPr>
      <w:r>
        <w:t>نہیں تو یہ دیکھیں کہ ہر بڑے انسان کا ایکسپیرینس،</w:t>
      </w:r>
    </w:p>
    <w:p>
      <w:r>
        <w:rPr>
          <w:b/>
        </w:rPr>
        <w:t xml:space="preserve">[33:34] </w:t>
      </w:r>
      <w:r>
        <w:t>har bade jo super success jin ko hui, super achievers, jitne super achievers hain, ek kitaab padhi hai super achievers ke bare mein.</w:t>
      </w:r>
    </w:p>
    <w:p>
      <w:pPr>
        <w:jc w:val="right"/>
      </w:pPr>
      <w:r>
        <w:t>ہر بڑے جو سپر سکسیس جن کو ہوئی، سپر اچیورز، جتنے سپر اچیورز ہیں، ایک کتاب پڑھی ہے سپر اچیورز کے بارے میں۔</w:t>
      </w:r>
    </w:p>
    <w:p>
      <w:r>
        <w:rPr>
          <w:b/>
        </w:rPr>
        <w:t xml:space="preserve">[33:46] </w:t>
      </w:r>
      <w:r>
        <w:t>woh kitaab ko aap padhiye. ek aadmi ne super achievers ke selected list ko yeh study ki hai to is poori kitaab ka khulasa yeh hai ke jitne super achievers the,</w:t>
      </w:r>
    </w:p>
    <w:p>
      <w:pPr>
        <w:jc w:val="right"/>
      </w:pPr>
      <w:r>
        <w:t>وہ کتاب کو آپ پڑھیے۔ ایک آدمی نے سپر اچیورز کے سلیکٹڈ لسٹ کو یہ سٹڈی کی ہے تو اس پوری کتاب کا خلاصہ یہ ہے کہ جتنے سپر اچیورز تھے،</w:t>
      </w:r>
    </w:p>
    <w:p>
      <w:r>
        <w:rPr>
          <w:b/>
        </w:rPr>
        <w:t xml:space="preserve">[34:07] </w:t>
      </w:r>
      <w:r>
        <w:t>un sab ko problem, un sab ne problem ko face kiya lekin us se detach ho kar ke unhone rasta nikala.</w:t>
      </w:r>
    </w:p>
    <w:p>
      <w:pPr>
        <w:jc w:val="right"/>
      </w:pPr>
      <w:r>
        <w:t>ان سب کو پرابلم، ان سب نے پرابلم کو فیس کیا لیکن اس سے ڈیٹیچ ہو کر کے انہوں نے راستہ نکالا۔</w:t>
      </w:r>
    </w:p>
    <w:p>
      <w:r>
        <w:rPr>
          <w:b/>
        </w:rPr>
        <w:t xml:space="preserve">[34:20] </w:t>
      </w:r>
      <w:r>
        <w:t>to kaise nikala? is is salahiyat ko unhone worldly border pe istemal kiya. to Khuda mein kyun nahi istemal karte ho? yani problem mein ghar kar ke alag se sochna,</w:t>
      </w:r>
    </w:p>
    <w:p>
      <w:pPr>
        <w:jc w:val="right"/>
      </w:pPr>
      <w:r>
        <w:t>تو کیسے نکالا؟ اس اس صلاحیت کو انہوں نے ورلڈلی بارڈر پہ استعمال کیا۔ تو خدا میں کیوں نہیں استعمال کرتے ہو؟ یعنی پرابلم میں گھر کر کے الگ سے سوچنا،</w:t>
      </w:r>
    </w:p>
    <w:p>
      <w:r>
        <w:rPr>
          <w:b/>
        </w:rPr>
        <w:t xml:space="preserve">[34:34] </w:t>
      </w:r>
      <w:r>
        <w:t>yeh har ek super achievers ki kahani hai. to woh yahan bhi karein. matlab aakhirat mein Allah ke samne yeh excuse nahi hoga kyunke woh is se poocha jayega ke worldly borders mein tum ne aisa kiya?</w:t>
      </w:r>
    </w:p>
    <w:p>
      <w:pPr>
        <w:jc w:val="right"/>
      </w:pPr>
      <w:r>
        <w:t>یہ ہر ایک سپر اچیورز کی کہانی ہے۔ تو وہ یہاں بھی کریں۔ مطلب آخرت میں اللہ کے سامنے یہ ایکسکیوز نہیں ہوگا کیونکہ وہ اس سے پوچھا جائے گا کہ ورلڈلی بارڈرز میں تم نے ایسا کیا؟</w:t>
      </w:r>
    </w:p>
    <w:p>
      <w:r>
        <w:rPr>
          <w:b/>
        </w:rPr>
        <w:t xml:space="preserve">[34:53] </w:t>
      </w:r>
      <w:r>
        <w:t>woh Khuda ke momin kyun nahi aisa kiya?</w:t>
      </w:r>
    </w:p>
    <w:p>
      <w:pPr>
        <w:jc w:val="right"/>
      </w:pPr>
      <w:r>
        <w:t>وہ خدا کے مومن کیوں نہیں ایسا کیا؟</w:t>
      </w:r>
    </w:p>
    <w:p>
      <w:r>
        <w:rPr>
          <w:b/>
        </w:rPr>
        <w:t xml:space="preserve">[35:03] </w:t>
      </w:r>
      <w:r>
        <w:t>Maulana, kuch sawal aur comments aaye hain. ek sawal hai jo Faizan Maqsood sahib ne kiya hai.</w:t>
      </w:r>
    </w:p>
    <w:p>
      <w:pPr>
        <w:jc w:val="right"/>
      </w:pPr>
      <w:r>
        <w:t>مولانا، کچھ سوال اور کمنٹس آئے ہیں۔ ایک سوال ہے جو فیضان مقصود صاحب نے کیا ہے۔</w:t>
      </w:r>
    </w:p>
    <w:p>
      <w:r>
        <w:rPr>
          <w:b/>
        </w:rPr>
        <w:t xml:space="preserve">[35:11] </w:t>
      </w:r>
      <w:r>
        <w:t>unhone aap se poocha hai ke what is the difference between zikr and shukr? is is ke bare mein bataein. zikr aur shukr ke beech mein kya difference hai?</w:t>
      </w:r>
    </w:p>
    <w:p>
      <w:pPr>
        <w:jc w:val="right"/>
      </w:pPr>
      <w:r>
        <w:t>انہوں نے آپ سے پوچھا ہے کہ واٹ از دا ڈیفرنس بٹوین ذکر اینڈ شکر؟ اس اس کے بارے میں بتائیں۔ ذکر اور شکر کے بیچ میں کیا ڈیفرنس ہے؟</w:t>
      </w:r>
    </w:p>
    <w:p>
      <w:r>
        <w:rPr>
          <w:b/>
        </w:rPr>
        <w:t xml:space="preserve">[35:25] </w:t>
      </w:r>
      <w:r>
        <w:t>main arz karoon ke shukr jo hai Allah ki greatness ko le kar ke hota hai, yani glory glory ko le ke hota hai. aur zikr jo hai nahi,</w:t>
      </w:r>
    </w:p>
    <w:p>
      <w:pPr>
        <w:jc w:val="right"/>
      </w:pPr>
      <w:r>
        <w:t>میں عرض کروں کہ شکر جو ہے اللہ کی گریٹنس کو لے کر کے ہوتا ہے، یعنی گلور گلوری کو لے کے ہوتا ہے۔ اور ذکر جو ہے نہیں،</w:t>
      </w:r>
    </w:p>
    <w:p>
      <w:r>
        <w:rPr>
          <w:b/>
        </w:rPr>
        <w:t xml:space="preserve">[35:38] </w:t>
      </w:r>
      <w:r>
        <w:t>Allah ki glory ko le kar hota hai. aur shukr jo hai Allah ki blessing ko le kar hota hai, nematoun ko.</w:t>
      </w:r>
    </w:p>
    <w:p>
      <w:pPr>
        <w:jc w:val="right"/>
      </w:pPr>
      <w:r>
        <w:t>اللہ کی گلوری کو لے کر ہوتا ہے۔ اور شکر جو ہے اللہ کی بلیسنگ کو لے کر ہوتا ہے، نعمتوں کو۔</w:t>
      </w:r>
    </w:p>
    <w:p>
      <w:r>
        <w:rPr>
          <w:b/>
        </w:rPr>
        <w:t xml:space="preserve">[35:49] </w:t>
      </w:r>
      <w:r>
        <w:t>to ek hai blessing ko sochna, ek hai khud Allah ki apni great greatness ko le kar sochna.</w:t>
      </w:r>
    </w:p>
    <w:p>
      <w:pPr>
        <w:jc w:val="right"/>
      </w:pPr>
      <w:r>
        <w:t>تو ایک ہے بلیسنگ کو سوچنا، ایک ہے خود اللہ کی اپنی گریٹ گریٹنس کو لے کر سوچنا۔</w:t>
      </w:r>
    </w:p>
    <w:p>
      <w:r>
        <w:rPr>
          <w:b/>
        </w:rPr>
        <w:t xml:space="preserve">[35:59] </w:t>
      </w:r>
      <w:r>
        <w:t>to</w:t>
      </w:r>
    </w:p>
    <w:p>
      <w:pPr>
        <w:jc w:val="right"/>
      </w:pPr>
      <w:r>
        <w:t>تو</w:t>
      </w:r>
    </w:p>
    <w:p>
      <w:r>
        <w:rPr>
          <w:b/>
        </w:rPr>
        <w:t xml:space="preserve">[36:02] </w:t>
      </w:r>
      <w:r>
        <w:t>yeh yani wajood dono ka ek doosre se taluq bhi hai lekin aur alag alag kar ke sochen to woh yahi hai ke Allah ki greatness ko le kar sochen to woh zikr hai aur Allah ki blessing ko le kar sochen to woh shukr hai.</w:t>
      </w:r>
    </w:p>
    <w:p>
      <w:pPr>
        <w:jc w:val="right"/>
      </w:pPr>
      <w:r>
        <w:t>یہ یعنی وجود دونوں کا ایک دوسرے سے تعلق بھی ہے لیکن اور الگ الگ کر کے سوچیں تو وہ یہی ہے کہ اللہ کی گریٹنس کو لے کر سوچیں تو وہ ذکر ہے اور اللہ کی بلیسنگ کو لے کر سوچیں تو وہ شکر ہے۔</w:t>
      </w:r>
    </w:p>
    <w:p>
      <w:r>
        <w:rPr>
          <w:b/>
        </w:rPr>
        <w:t xml:space="preserve">[36:21] </w:t>
      </w:r>
      <w:r>
        <w:t>Maulana, ek sawal kiya hai MB Shah sahib ne. unhone likha hai ke why do we need prayers, worship and physical exercise to remember God?</w:t>
      </w:r>
    </w:p>
    <w:p>
      <w:pPr>
        <w:jc w:val="right"/>
      </w:pPr>
      <w:r>
        <w:t>مولانا، ایک سوال کیا ہے ایم بی شاہ صاحب نے۔ انہوں نے لکھا ہے کہ وائی ڈو وی نیڈ پریئرز، ورشپ اینڈ فزیکل ایکسرسائز ٹو ریممبر گاڈ؟</w:t>
      </w:r>
    </w:p>
    <w:p>
      <w:r>
        <w:rPr>
          <w:b/>
        </w:rPr>
        <w:t xml:space="preserve">[36:35] </w:t>
      </w:r>
      <w:r>
        <w:t>how many of us get benefited when we go to mosque? what is that benefit? please explain why is God so obsessed to the degree we worship Him?</w:t>
      </w:r>
    </w:p>
    <w:p>
      <w:pPr>
        <w:jc w:val="right"/>
      </w:pPr>
      <w:r>
        <w:t>ہاؤ مینی اف اس گیٹ بینیفیٹڈ وین وی گو ٹو ماسک؟ واٹ از دیٹ بینیفٹ؟ پلیز ایکسپلین وائی از گاڈ سو ابسیسڈ ٹو دا ڈگری وی ورشپ ہم؟</w:t>
      </w:r>
    </w:p>
    <w:p>
      <w:r>
        <w:rPr>
          <w:b/>
        </w:rPr>
        <w:t xml:space="preserve">[36:48] </w:t>
      </w:r>
      <w:r>
        <w:t>I have deep issues with five prayers which Muslims normally do. I don't think this would benefit humankind at all.</w:t>
      </w:r>
    </w:p>
    <w:p>
      <w:pPr>
        <w:jc w:val="right"/>
      </w:pPr>
      <w:r>
        <w:t>ائی ہیو ڈیپ ایشوز ود فائیو پریئرز وچ مسلم نارملی ڈو۔ ائی ڈونٹ تھنک دس وڈ بینیفٹ ہیومن کائنڈ ایٹ ال۔</w:t>
      </w:r>
    </w:p>
    <w:p>
      <w:r>
        <w:rPr>
          <w:b/>
        </w:rPr>
        <w:t xml:space="preserve">[36:59] </w:t>
      </w:r>
      <w:r>
        <w:t>is it not just the wastage of water and time?</w:t>
      </w:r>
    </w:p>
    <w:p>
      <w:pPr>
        <w:jc w:val="right"/>
      </w:pPr>
      <w:r>
        <w:t>از اٹ ناٹ جسٹ دا ویسٹیج اف واٹر اینڈ ٹائم؟</w:t>
      </w:r>
    </w:p>
    <w:p>
      <w:r>
        <w:rPr>
          <w:b/>
        </w:rPr>
        <w:t xml:space="preserve">[37:05] </w:t>
      </w:r>
      <w:r>
        <w:t>dekhein, is sawal ka scientific jawab mujhe mila tha. ek bar scientific jawab</w:t>
      </w:r>
    </w:p>
    <w:p>
      <w:pPr>
        <w:jc w:val="right"/>
      </w:pPr>
      <w:r>
        <w:t>دیکھیں، اس سوال کا سائنٹیفک جواب مجھے ملا تھا۔ ایک بار سائنٹیفک جواب</w:t>
      </w:r>
    </w:p>
    <w:p>
      <w:r>
        <w:rPr>
          <w:b/>
        </w:rPr>
        <w:t xml:space="preserve">[37:17] </w:t>
      </w:r>
      <w:r>
        <w:t>jab aap ko yaad hoga, ek zamane mein ek race thi Russia aur America ke darmiyan ke woh satellite udate the zameen ke upar jaane ke liye.</w:t>
      </w:r>
    </w:p>
    <w:p>
      <w:pPr>
        <w:jc w:val="right"/>
      </w:pPr>
      <w:r>
        <w:t>جب آپ کو یاد ہوگا، ایک زمانے میں ایک ریس تھی روس اور امریکہ کے درمیان کہ وہ سیٹلائٹ اڑاتے تھے زمین کے اوپر جانے کے لیے۔</w:t>
      </w:r>
    </w:p>
    <w:p>
      <w:r>
        <w:rPr>
          <w:b/>
        </w:rPr>
        <w:t xml:space="preserve">[37:34] </w:t>
      </w:r>
      <w:r>
        <w:t>to aik satellite gaya tha zameen ke upar. aap jante hain ke zameen ke upar jab woh jata hai to zameen ke gird ghoom raha hota hai.</w:t>
      </w:r>
    </w:p>
    <w:p>
      <w:pPr>
        <w:jc w:val="right"/>
      </w:pPr>
      <w:r>
        <w:t>تو ایک سیٹلائٹ گیا تھا زمین کے اوپر۔ آپ جانتے ہیں کہ زمین کے اوپر جب وہ جاتا ہے تو زمین کے گرد گھوم رہا ہوتا ہے۔</w:t>
      </w:r>
    </w:p>
    <w:p>
      <w:r>
        <w:rPr>
          <w:b/>
        </w:rPr>
        <w:t xml:space="preserve">[37:43] </w:t>
      </w:r>
      <w:r>
        <w:t>aisa nahi ke yahan zameen hai, wahan woh hai. nahi, woh ghoomta hai. is ke gird ghoomte hi ghoomte aage badhta hai. woh satellite zameen ke ghoomte hue aage badhta hai.</w:t>
      </w:r>
    </w:p>
    <w:p>
      <w:pPr>
        <w:jc w:val="right"/>
      </w:pPr>
      <w:r>
        <w:t>ایسا نہیں کہ یہاں زمین ہے، وہاں وہ ہے۔ نہیں، وہ گھومتا ہے۔ اس کے گرد گھومتے ہی گھومتے آگے بڑھتا ہے۔ وہ سیٹلائٹ زمین کے گھومتے ہوئے آگے بڑھتا ہے۔</w:t>
      </w:r>
    </w:p>
    <w:p>
      <w:r>
        <w:rPr>
          <w:b/>
        </w:rPr>
        <w:t xml:space="preserve">[37:56] </w:t>
      </w:r>
      <w:r>
        <w:t>aisa nahi hota ke idhar zameen hai, idhar woh hai. to is ne zameen se, yani space se, zameen ko dekha tha.</w:t>
      </w:r>
    </w:p>
    <w:p>
      <w:pPr>
        <w:jc w:val="right"/>
      </w:pPr>
      <w:r>
        <w:t>ایسا نہیں ہوتا کہ ادھر زمین ہے، ادھر وہ ہے۔ تو اس نے زمین سے، یعنی سپیس سے، زمین کو دیکھا تھا۔</w:t>
      </w:r>
    </w:p>
    <w:p>
      <w:r>
        <w:rPr>
          <w:b/>
        </w:rPr>
        <w:t xml:space="preserve">[38:13] </w:t>
      </w:r>
      <w:r>
        <w:t>woh ghaliban roos ka easternar tha. maine likha hai is ke risale mein is ka qissa naam naam ke sath. to</w:t>
      </w:r>
    </w:p>
    <w:p>
      <w:pPr>
        <w:jc w:val="right"/>
      </w:pPr>
      <w:r>
        <w:t>وہ غالباً روس کا ایسٹرنار تھا۔ میں نے لکھا ہے اس کے رسالے میں اس کا قصہ نام نام کے ساتھ۔ تو</w:t>
      </w:r>
    </w:p>
    <w:p>
      <w:r>
        <w:rPr>
          <w:b/>
        </w:rPr>
        <w:t xml:space="preserve">[38:25] </w:t>
      </w:r>
      <w:r>
        <w:t>is ne likha tha ke jab mein ghoom is ke gird ghoom raha tha to is ne jumla tha is mein: "I saw rapid succession of day and night".</w:t>
      </w:r>
    </w:p>
    <w:p>
      <w:pPr>
        <w:jc w:val="right"/>
      </w:pPr>
      <w:r>
        <w:t>اس نے لکھا تھا کہ جب میں گھوم اس کے گرد گھوم رہا تھا تو اس نے جملہ تھا اس میں: "آئی سا ریپڈ سکسیشن اف ڈیئر نائٹ"۔</w:t>
      </w:r>
    </w:p>
    <w:p>
      <w:r>
        <w:rPr>
          <w:b/>
        </w:rPr>
        <w:t xml:space="preserve">[38:42] </w:t>
      </w:r>
      <w:r>
        <w:t>"I saw rapid succession of day and night" aisa kuch tha ke woh aik aik ke baad aik aise ghoom rahe hain.</w:t>
      </w:r>
    </w:p>
    <w:p>
      <w:pPr>
        <w:jc w:val="right"/>
      </w:pPr>
      <w:r>
        <w:t>"آئی سا ریپڈ سکسیشن اف ڈیئر نائٹ" ایسا کچھ تھا کہ وہ ایک ایک کے بعد ایک ایسے گھوم رہے ہیں۔</w:t>
      </w:r>
    </w:p>
    <w:p>
      <w:r>
        <w:rPr>
          <w:b/>
        </w:rPr>
        <w:t xml:space="preserve">[38:53] </w:t>
      </w:r>
      <w:r>
        <w:t>raat chal rahi hai, phir din chal raha hai. dono aik doosre se chal rahe hain. to khair, jab yeh sab dekh kar ke jab utra woh zameen par, dobara jab woh aaya zameen par to is ka photo aaya tha jo hum ne chhapa tha apne magazine mein.</w:t>
      </w:r>
    </w:p>
    <w:p>
      <w:pPr>
        <w:jc w:val="right"/>
      </w:pPr>
      <w:r>
        <w:t>رات چل رہی ہے، پھر دن چل رہا ہے۔ دونوں ایک دوسرے سے چل رہے ہیں۔ تو خیر، جب یہ سب دیکھ کر کے جب اترا وہ زمین پر، دوبارہ جب وہ آیا زمین پر تو اس کا فوٹو آیا تھا جو ہم نے چھاپا تھا اپنے میگزین میں۔</w:t>
      </w:r>
    </w:p>
    <w:p>
      <w:r>
        <w:rPr>
          <w:b/>
        </w:rPr>
        <w:t xml:space="preserve">[39:12] </w:t>
      </w:r>
      <w:r>
        <w:t>abhi bhi aap dekh sakte hain is ke photo ke. to secular aadmi tha, aik nojawan tha, secular. lekin jab woh zameen par utra is se space craft se to bilkul sab sajde ki halat mein gir pada.</w:t>
      </w:r>
    </w:p>
    <w:p>
      <w:pPr>
        <w:jc w:val="right"/>
      </w:pPr>
      <w:r>
        <w:t>ابھی بھی آپ دیکھ سکتے ہیں اس کے فوٹو کے۔ تو سیکولر آدمی تھا، ایک نوجوان تھا، سیکولر۔ لیکن جب وہ زمین پر اترا اس سے اسپیس کریف سے تو بالکل سب سجدے کی حالت میں گر پڑا۔</w:t>
      </w:r>
    </w:p>
    <w:p>
      <w:r>
        <w:rPr>
          <w:b/>
        </w:rPr>
        <w:t xml:space="preserve">[39:32] </w:t>
      </w:r>
      <w:r>
        <w:t>woh foran ke foran sajde ki halat mein. to sajda natural response hai creator ki blessing ka.</w:t>
      </w:r>
    </w:p>
    <w:p>
      <w:pPr>
        <w:jc w:val="right"/>
      </w:pPr>
      <w:r>
        <w:t>وہ فوراً کے فوراً سجدے کی حالت میں۔ تو سجدہ نیچرل رسپانس ہے کریٹر کی بلیسنگ کا۔</w:t>
      </w:r>
    </w:p>
    <w:p>
      <w:r>
        <w:rPr>
          <w:b/>
        </w:rPr>
        <w:t xml:space="preserve">[39:46] </w:t>
      </w:r>
      <w:r>
        <w:t>sajda jo hai natural response hai creator ki blessing ka. to jo aadmi aisa kehta hai, use kuch socha hi nahi.</w:t>
      </w:r>
    </w:p>
    <w:p>
      <w:pPr>
        <w:jc w:val="right"/>
      </w:pPr>
      <w:r>
        <w:t>سجدہ جو ہے نیچرل رسپانس ہے کریٹر کی بلیسنگ کا۔ تو جو آدمی ایسا کہتا ہے، اسے کچھ سوچا ہی نہیں۔</w:t>
      </w:r>
    </w:p>
    <w:p>
      <w:r>
        <w:rPr>
          <w:b/>
        </w:rPr>
        <w:t xml:space="preserve">[39:57] </w:t>
      </w:r>
      <w:r>
        <w:t>be socha sab zindagi guzar raha hai woh. ab woh jo gaya tha upar, us ko shakk laga. shakk ne sachwaya us ko. to is spontaneous nahi, woh gir pada sajde mein.</w:t>
      </w:r>
    </w:p>
    <w:p>
      <w:pPr>
        <w:jc w:val="right"/>
      </w:pPr>
      <w:r>
        <w:t>بے سوچ سب زندگی گزار رہا ہے وہ۔ اب وہ جو گیا تھا اوپر، اس کو شک لگا۔ شک نے سچوایا اس کو۔ تو اس اسپانٹینیس نہیں، وہ گر پڑا سجدے میں۔</w:t>
      </w:r>
    </w:p>
    <w:p>
      <w:r>
        <w:rPr>
          <w:b/>
        </w:rPr>
        <w:t xml:space="preserve">[40:12] </w:t>
      </w:r>
      <w:r>
        <w:t>ji sahib ne sawal kiya hai, mein kahunga ke aap sochiye, sochne wale baniye. sochne wale baniye to aap samjhein ke woh to aik spontaneous response hai aik sochne wale insan ka.</w:t>
      </w:r>
    </w:p>
    <w:p>
      <w:pPr>
        <w:jc w:val="right"/>
      </w:pPr>
      <w:r>
        <w:t>جی صاحب نے سوال کیا ہے، میں کہوں گا کہ آپ سوچیے، سوچنے والے بنیے۔ سوچنے والے بنیے تو آپ سمجھیں کہ وہ تو ایک اسپانٹینیس رسپانس ہے ایک سوچنے والے انسان کا۔</w:t>
      </w:r>
    </w:p>
    <w:p>
      <w:r>
        <w:rPr>
          <w:b/>
        </w:rPr>
        <w:t xml:space="preserve">[40:29] </w:t>
      </w:r>
      <w:r>
        <w:t>aap is ko bilkul technical andaaz mein le rahe hain.</w:t>
      </w:r>
    </w:p>
    <w:p>
      <w:pPr>
        <w:jc w:val="right"/>
      </w:pPr>
      <w:r>
        <w:t>آپ اس کو بالکل ٹیکنیکل انداز میں لے رہے ہیں۔</w:t>
      </w:r>
    </w:p>
    <w:p>
      <w:r>
        <w:rPr>
          <w:b/>
        </w:rPr>
        <w:t xml:space="preserve">[40:35] </w:t>
      </w:r>
      <w:r>
        <w:t>yeh jo sawal kiya hai kisi ne namaz ke bare mein, mein aik baat is mein kehna chahunga ke aisa lagta hai ke unhon ne logon ko namaz parhte hue dekha hai jo sirf aik form ko dohrate hain.</w:t>
      </w:r>
    </w:p>
    <w:p>
      <w:pPr>
        <w:jc w:val="right"/>
      </w:pPr>
      <w:r>
        <w:t>یہ جو سوال کیا ہے کسی نے نماز کے بارے میں، میں ایک بات اس میں کہنا چاہوں گا کہ ایسا لگتا ہے کہ انہوں نے لوگوں کو نماز پڑھتے ہوئے دیکھا ہے جو صرف ایک فارم کو دہراتے ہیں۔</w:t>
      </w:r>
    </w:p>
    <w:p>
      <w:r>
        <w:rPr>
          <w:b/>
        </w:rPr>
        <w:t xml:space="preserve">[40:49] </w:t>
      </w:r>
      <w:r>
        <w:t>chunki namaz mein spirit nahi hai, sari jo worship hai, forms of worship hain, ibadat hain, woh spirit se khali hai. is liye log samajhte hain ke bas aik yeh form hai, aik exercise hai jo aik dohrana hai.</w:t>
      </w:r>
    </w:p>
    <w:p>
      <w:pPr>
        <w:jc w:val="right"/>
      </w:pPr>
      <w:r>
        <w:t>چونکہ نماز میں اسپرٹ نہیں ہے، ساری جو ورشپ ہے، فارمز اف ورشپ ہیں، عبادات ہیں، وہ اسپرٹ سے خالی ہے۔ اس لیے لوگ سمجھتے ہیں کہ بس ایک یہ فارم ہے، ایک ایکسرسائز ہے جو ایک دہرانا ہے۔</w:t>
      </w:r>
    </w:p>
    <w:p>
      <w:r>
        <w:rPr>
          <w:b/>
        </w:rPr>
        <w:t xml:space="preserve">[41:02] </w:t>
      </w:r>
      <w:r>
        <w:t>agar namaz ke andar spirit aa jaye to kuch shakal doosri hogi. mere khayal se yahi aik wajah hai jis ki wajah se woh yeh soch rahe hain ke woh aik useless exercise hai.</w:t>
      </w:r>
    </w:p>
    <w:p>
      <w:pPr>
        <w:jc w:val="right"/>
      </w:pPr>
      <w:r>
        <w:t>اگر نماز کے اندر اسپرٹ آ جائے تو کچھ شکل دوسری ہوگی۔ میرے خیال سے یہی ایک وجہ ہے جس کی وجہ سے وہ یہ سوچ رہے ہیں کہ وہ ایک یوزلیس ایکسرسائز ہے۔</w:t>
      </w:r>
    </w:p>
    <w:p>
      <w:r>
        <w:rPr>
          <w:b/>
        </w:rPr>
        <w:t xml:space="preserve">[41:13] </w:t>
      </w:r>
      <w:r>
        <w:t>aik isi par aik aur point yeh bhi samajh mein aa raha hai ke log jo hain, woh blessings ko khuda se attribute hi nahi karte hain.</w:t>
      </w:r>
    </w:p>
    <w:p>
      <w:pPr>
        <w:jc w:val="right"/>
      </w:pPr>
      <w:r>
        <w:t>ایک اسی پر ایک اور پوائنٹ یہ بھی سمجھ میں آ رہا ہے کہ لوگ جو ہیں، وہ بلیسنگز کو خدا سے ایٹریبیوٹ ہی نہیں کرتے ہیں۔</w:t>
      </w:r>
    </w:p>
    <w:p>
      <w:r>
        <w:rPr>
          <w:b/>
        </w:rPr>
        <w:t xml:space="preserve">[41:24] </w:t>
      </w:r>
      <w:r>
        <w:t>woh samajhte hain sab kuch market mein milta hai. woh jo aik aik bar aik german aurat ne kaha tha ke mujhe khuda ki nahi zaroorat hai, mujhe to sab kuch market mein milta hai.</w:t>
      </w:r>
    </w:p>
    <w:p>
      <w:pPr>
        <w:jc w:val="right"/>
      </w:pPr>
      <w:r>
        <w:t>وہ سمجھتے ہیں سب کچھ مارکیٹ میں ملتا ہے۔ وہ جو ایک ایک بار ایک جرمن عورت نے کہا تھا کہ مجھے خدا کی نہیں ضرورت ہے، مجھے تو سب کچھ مارکیٹ میں ملتا ہے۔</w:t>
      </w:r>
    </w:p>
    <w:p>
      <w:r>
        <w:rPr>
          <w:b/>
        </w:rPr>
        <w:t xml:space="preserve">[41:35] </w:t>
      </w:r>
      <w:r>
        <w:t>to woh jab blessing attribute karenge khuda ko, tabhi un ko khuda ke aage surrender karne ka khayal aayega.</w:t>
      </w:r>
    </w:p>
    <w:p>
      <w:pPr>
        <w:jc w:val="right"/>
      </w:pPr>
      <w:r>
        <w:t>تو وہ جب بلیسنگ ایٹریبیوٹ کریں گے خدا کو، تبھی ان کو خدا کے آگے سرینڈر کرنے کا خیال آئے گا۔</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