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Faith in Action November 17, 2018</w:t>
      </w:r>
    </w:p>
    <w:p>
      <w:r>
        <w:t>https://www.youtube.com/watch?v=weoRqHqTSKQ</w:t>
      </w:r>
    </w:p>
    <w:p>
      <w:r>
        <w:rPr>
          <w:b/>
        </w:rPr>
        <w:t xml:space="preserve">[00:14] </w:t>
      </w:r>
      <w:r>
        <w:t>bismillah hir rahman nir rahim, wa salallahu ala nabiyyil karim.</w:t>
      </w:r>
    </w:p>
    <w:p>
      <w:pPr>
        <w:jc w:val="right"/>
      </w:pPr>
      <w:r>
        <w:t>بسم اللہ الرحمن الرحیم، وصلی اللہ علی نبی الکریم۔</w:t>
      </w:r>
    </w:p>
    <w:p>
      <w:r>
        <w:rPr>
          <w:b/>
        </w:rPr>
        <w:t xml:space="preserve">[00:26] </w:t>
      </w:r>
      <w:r>
        <w:t>17 november 2018.</w:t>
      </w:r>
    </w:p>
    <w:p>
      <w:pPr>
        <w:jc w:val="right"/>
      </w:pPr>
      <w:r>
        <w:t>17 نومبر 2018۔</w:t>
      </w:r>
    </w:p>
    <w:p>
      <w:r>
        <w:rPr>
          <w:b/>
        </w:rPr>
        <w:t xml:space="preserve">[00:42] </w:t>
      </w:r>
      <w:r>
        <w:t>mein bohat pehle se yeh sunta aaya tha, madrasay ki zidd mein, ke kalma go ke liye jannat hai.</w:t>
      </w:r>
    </w:p>
    <w:p>
      <w:pPr>
        <w:jc w:val="right"/>
      </w:pPr>
      <w:r>
        <w:t>میں بہت پہلے سے یہ سنتا آیا تھا، مدرسے کی ضدی میں، کہ کلمہ گو کے لیے جنت ہے۔</w:t>
      </w:r>
    </w:p>
    <w:p>
      <w:r>
        <w:rPr>
          <w:b/>
        </w:rPr>
        <w:t xml:space="preserve">[00:56] </w:t>
      </w:r>
      <w:r>
        <w:t>jo kalma parh le, us ke liye jannat hai. bohat se log baray baray tareeqay chalayein unhon ne, isi liye ke ja ja ke logon se kehte hain kalma parho.</w:t>
      </w:r>
    </w:p>
    <w:p>
      <w:pPr>
        <w:jc w:val="right"/>
      </w:pPr>
      <w:r>
        <w:t>جو کلمہ پڑھ لے، اس کے لیے جنت ہے۔ بہت سے لوگ بڑے بڑے طریقے چلائیں انہوں نے، اسی لیے کہ جا جا کے لوگوں سے کہتے ہیں کلمہ پڑھو۔</w:t>
      </w:r>
    </w:p>
    <w:p>
      <w:r>
        <w:rPr>
          <w:b/>
        </w:rPr>
        <w:t xml:space="preserve">[01:08] </w:t>
      </w:r>
      <w:r>
        <w:t>dekhein, yeh bohat hi ghalat hawala hai.</w:t>
      </w:r>
    </w:p>
    <w:p>
      <w:pPr>
        <w:jc w:val="right"/>
      </w:pPr>
      <w:r>
        <w:t>دیکھیں، یہ بہت ہی غلط حوالہ ہے۔</w:t>
      </w:r>
    </w:p>
    <w:p>
      <w:r>
        <w:rPr>
          <w:b/>
        </w:rPr>
        <w:t xml:space="preserve">[01:13] </w:t>
      </w:r>
      <w:r>
        <w:t>kalma go ke liye jannat hai ka matlab yeh hai ke jis ne kalma parh liya, usay jannat hai.</w:t>
      </w:r>
    </w:p>
    <w:p>
      <w:pPr>
        <w:jc w:val="right"/>
      </w:pPr>
      <w:r>
        <w:t>کلمہ گو کے لیے جنت ہے کا مطلب یہ ہے کہ جس نے کلمہ پڑھ لیا، اسے جنت ہے۔</w:t>
      </w:r>
    </w:p>
    <w:p>
      <w:r>
        <w:rPr>
          <w:b/>
        </w:rPr>
        <w:t xml:space="preserve">[01:22] </w:t>
      </w:r>
      <w:r>
        <w:t>hargiz yeh matlab is ka nahi hai ke bas kalma parh liya to jannat hai. kyunke dekhiye, hadith mein, quran mein isi ke sath yeh bhi to hai</w:t>
      </w:r>
    </w:p>
    <w:p>
      <w:pPr>
        <w:jc w:val="right"/>
      </w:pPr>
      <w:r>
        <w:t>ہرگز یہ مطلب اس کا نہیں ہے کہ بس کلمہ پڑھ لیا تو جنت ہے۔ کیونکہ دیکھیے، حدیث میں، قرآن میں اسی کے ساتھ یہ بھی تو ہے</w:t>
      </w:r>
    </w:p>
    <w:p>
      <w:r>
        <w:rPr>
          <w:b/>
        </w:rPr>
        <w:t xml:space="preserve">[01:37] </w:t>
      </w:r>
      <w:r>
        <w:t>ke "wafina aamano" woh ayat parhiye, is ka tarjuma parhiye.</w:t>
      </w:r>
    </w:p>
    <w:p>
      <w:pPr>
        <w:jc w:val="right"/>
      </w:pPr>
      <w:r>
        <w:t>کہ "وفین آمنوا" وہ آیت پڑھیے، اس کا ترجمہ پڑھیے۔</w:t>
      </w:r>
    </w:p>
    <w:p>
      <w:r>
        <w:rPr>
          <w:b/>
        </w:rPr>
        <w:t xml:space="preserve">[01:44] </w:t>
      </w:r>
      <w:r>
        <w:t>surah al-baqarah, ayat number surah number 2, ayat number 137.</w:t>
      </w:r>
    </w:p>
    <w:p>
      <w:pPr>
        <w:jc w:val="right"/>
      </w:pPr>
      <w:r>
        <w:t>سورہ البقرہ، آیت نمبر سورہ نمبر 2، آیت نمبر 137۔</w:t>
      </w:r>
    </w:p>
    <w:p>
      <w:r>
        <w:rPr>
          <w:b/>
        </w:rPr>
        <w:t xml:space="preserve">[01:59] </w:t>
      </w:r>
      <w:r>
        <w:t>fain aamano bimathil ma aamantum bihi faqad htado. wa in tawallaw fainnama hum fi shiqaq fasayubtiloon. woh waqt waqt nahi, chaliye. yaani phir agar woh iman layein jis tarah tum iman laye ho to woh beshak woh rah pa gaye.</w:t>
      </w:r>
    </w:p>
    <w:p>
      <w:pPr>
        <w:jc w:val="right"/>
      </w:pPr>
      <w:r>
        <w:t>فإن آمنوا بمثل ما آمنتم به فقد هتدوا۔ وإن تولوا فإنما هم في شقاق فسيبطلون۔ وہ وقت وقت نہیں، چلیے۔ یعنی پھر اگر وہ ایمان لائیں جس طرح تم ایمان لائے ہو تو وہ بے شک وہ راہ پا گئے۔</w:t>
      </w:r>
    </w:p>
    <w:p>
      <w:r>
        <w:rPr>
          <w:b/>
        </w:rPr>
        <w:t xml:space="preserve">[02:09] </w:t>
      </w:r>
      <w:r>
        <w:t>ab dekhiye, yahan par tum ka matlab hai sahaba.</w:t>
      </w:r>
    </w:p>
    <w:p>
      <w:pPr>
        <w:jc w:val="right"/>
      </w:pPr>
      <w:r>
        <w:t>اب دیکھیے، یہاں پر تم کا مطلب ہے صحابہ۔</w:t>
      </w:r>
    </w:p>
    <w:p>
      <w:r>
        <w:rPr>
          <w:b/>
        </w:rPr>
        <w:t xml:space="preserve">[02:15] </w:t>
      </w:r>
      <w:r>
        <w:t>jo rasool Allah ke ashaab thay, ashaab kis ko kehte hain? jinhon ne rasool Allah ki sohbat payi, rasool Allah se suna,</w:t>
      </w:r>
    </w:p>
    <w:p>
      <w:pPr>
        <w:jc w:val="right"/>
      </w:pPr>
      <w:r>
        <w:t>جو رسول اللہ کے اصحاب تھے، اصحاب کس کو کہتے ہیں؟ جنہوں نے رسول اللہ کی صحبت پائی، رسول اللہ سے سنا،</w:t>
      </w:r>
    </w:p>
    <w:p>
      <w:r>
        <w:rPr>
          <w:b/>
        </w:rPr>
        <w:t xml:space="preserve">[02:27] </w:t>
      </w:r>
      <w:r>
        <w:t>woh log hain. to jo "fain aamano bimathil ma aamantum bihi" yaani agar woh iman layein is tarah jis tarah se rasool Allah ke sahaba iman laye hain,</w:t>
      </w:r>
    </w:p>
    <w:p>
      <w:pPr>
        <w:jc w:val="right"/>
      </w:pPr>
      <w:r>
        <w:t>وہ لوگ ہیں۔ تو جو "فین آمنوا بمثل ما آمنتم به" یعنی اگر وہ ایمان لائیں اس طرح جس طرح سے رسول اللہ کے صحابہ ایمان لائے ہیں،</w:t>
      </w:r>
    </w:p>
    <w:p>
      <w:r>
        <w:rPr>
          <w:b/>
        </w:rPr>
        <w:t xml:space="preserve">[02:42] </w:t>
      </w:r>
      <w:r>
        <w:t>yaani sahaba ka pattern, sahaba ka model.</w:t>
      </w:r>
    </w:p>
    <w:p>
      <w:pPr>
        <w:jc w:val="right"/>
      </w:pPr>
      <w:r>
        <w:t>یعنی صحابہ کا پیٹرن، صحابہ کا ماڈل۔</w:t>
      </w:r>
    </w:p>
    <w:p>
      <w:r>
        <w:rPr>
          <w:b/>
        </w:rPr>
        <w:t xml:space="preserve">[02:49] </w:t>
      </w:r>
      <w:r>
        <w:t>to sahaba ke baray mein aap kitabon mein parhein to aata hai ke</w:t>
      </w:r>
    </w:p>
    <w:p>
      <w:pPr>
        <w:jc w:val="right"/>
      </w:pPr>
      <w:r>
        <w:t>تو صحابہ کے بارے میں آپ کتابوں میں پڑھیں تو آتا ہے کہ</w:t>
      </w:r>
    </w:p>
    <w:p>
      <w:r>
        <w:rPr>
          <w:b/>
        </w:rPr>
        <w:t xml:space="preserve">[02:59] </w:t>
      </w:r>
      <w:r>
        <w:t>woh bar bar is ko mante thay: "jadid o imaanakum" apne iman ki tajdeed karte raho, revive karte raho.</w:t>
      </w:r>
    </w:p>
    <w:p>
      <w:pPr>
        <w:jc w:val="right"/>
      </w:pPr>
      <w:r>
        <w:t>وہ بار بار اس کو مانتے تھے: "جددوا ایمانکم" اپنے ایمان کی تجدید کرتے رہو، ریوائیو کرتے رہو۔</w:t>
      </w:r>
    </w:p>
    <w:p>
      <w:r>
        <w:rPr>
          <w:b/>
        </w:rPr>
        <w:t xml:space="preserve">[03:16] </w:t>
      </w:r>
      <w:r>
        <w:t>mukhtalif andaaz mein yeh baat hadithon mein aayi hai. to mein kahunga ke is ko agar lafz badal kar mein kahoon to mein kahunga apne iman ko plus banate raho.</w:t>
      </w:r>
    </w:p>
    <w:p>
      <w:pPr>
        <w:jc w:val="right"/>
      </w:pPr>
      <w:r>
        <w:t>مختلف انداز میں یہ بات حدیثوں میں آئی ہے۔ تو میں کہوں گا کہ اس کو اگر لفظ بدل کر میں کہوں تو میں کہوں گا اپنے ایمان کو پلس بناتے رہو۔</w:t>
      </w:r>
    </w:p>
    <w:p>
      <w:r>
        <w:rPr>
          <w:b/>
        </w:rPr>
        <w:t xml:space="preserve">[03:30] </w:t>
      </w:r>
      <w:r>
        <w:t>yeh sahaba ke baray mein bhi aaya hai ke woh apne iman ko plus banate rehte thay,</w:t>
      </w:r>
    </w:p>
    <w:p>
      <w:pPr>
        <w:jc w:val="right"/>
      </w:pPr>
      <w:r>
        <w:t>یہ صحابہ کے بارے میں بھی آیا ہے کہ وہ اپنے ایمان کو پلس بناتے رہتے تھے،</w:t>
      </w:r>
    </w:p>
    <w:p>
      <w:r>
        <w:rPr>
          <w:b/>
        </w:rPr>
        <w:t xml:space="preserve">[03:38] </w:t>
      </w:r>
      <w:r>
        <w:t>yaani boost karte rehte thay is ko. aik hai kalma parhna, aik hai kalma parhne ke baad aik aur process jari karna.</w:t>
      </w:r>
    </w:p>
    <w:p>
      <w:pPr>
        <w:jc w:val="right"/>
      </w:pPr>
      <w:r>
        <w:t>یعنی بوسٹ کرتے رہتے تھے اس کو۔ ایک ہے کلمہ پڑھنا، ایک ہے کلمہ پڑھنے کے بعد ایک اور پراسیس جاری کرنا۔</w:t>
      </w:r>
    </w:p>
    <w:p>
      <w:r>
        <w:rPr>
          <w:b/>
        </w:rPr>
        <w:t xml:space="preserve">[03:52] </w:t>
      </w:r>
      <w:r>
        <w:t>woh process kya tha? iman ko plus banana, iman ko boost karte rehna.</w:t>
      </w:r>
    </w:p>
    <w:p>
      <w:pPr>
        <w:jc w:val="right"/>
      </w:pPr>
      <w:r>
        <w:t>وہ پراسیس کیا تھا؟ ایمان کو پلس بنانا، ایمان کو بوسٹ کرتے رہنا۔</w:t>
      </w:r>
    </w:p>
    <w:p>
      <w:r>
        <w:rPr>
          <w:b/>
        </w:rPr>
        <w:t xml:space="preserve">[04:01] </w:t>
      </w:r>
      <w:r>
        <w:t>to yeh bohat se sahaba ke baray mein aata hai aur tabieen ke baray mein aata hai. mein bohat ziyada samajhta hoon ke clear hai, oonchi baat: "amshu bina" woh parhiye to.</w:t>
      </w:r>
    </w:p>
    <w:p>
      <w:pPr>
        <w:jc w:val="right"/>
      </w:pPr>
      <w:r>
        <w:t>تو یہ بہت سے صحابہ کے بارے میں آتا ہے اور تابعین کے بارے میں آتا ہے۔ میں بہت زیادہ سمجھتا ہوں کہ کلیئر ہے، اونچی بات: "امشو بنا" وہ پڑھیے تو۔</w:t>
      </w:r>
    </w:p>
    <w:p>
      <w:r>
        <w:rPr>
          <w:b/>
        </w:rPr>
        <w:t xml:space="preserve">[04:17] </w:t>
      </w:r>
      <w:r>
        <w:t>an ibrahim an alqamah innahu kana yaqoolu liashabihi: "amshu bina nazdad imana" ibrahim alqamah se riwayat karte hain ke alqamah apne saathioun se kaha karte thay: "hamare sath chalo, hum iman mein izafa karein, hum iman mein izafa karte hain".</w:t>
      </w:r>
    </w:p>
    <w:p>
      <w:pPr>
        <w:jc w:val="right"/>
      </w:pPr>
      <w:r>
        <w:t>عن ابراہیم عن القمہ انہ کان یقول لاصحابہ: "امشو بنا نزداد ایمانا" ابراہیم القمہ سے روایت کرتے ہیں کہ القمہ اپنے ساتھیوں سے کہا کرتے تھے: "ہمارے ساتھ چلو، ہم ایمان میں اضافہ کریں، ہم ایمان میں اضافہ کرتے ہیں"۔</w:t>
      </w:r>
    </w:p>
    <w:p>
      <w:r>
        <w:rPr>
          <w:b/>
        </w:rPr>
        <w:t xml:space="preserve">[04:36] </w:t>
      </w:r>
      <w:r>
        <w:t>al-iman le ibn abi shibah hadith number 104.</w:t>
      </w:r>
    </w:p>
    <w:p>
      <w:pPr>
        <w:jc w:val="right"/>
      </w:pPr>
      <w:r>
        <w:t>الایمان لے ابن ابی شیبہ حدیث نمبر 104۔</w:t>
      </w:r>
    </w:p>
    <w:p>
      <w:r>
        <w:rPr>
          <w:b/>
        </w:rPr>
        <w:t xml:space="preserve">[04:43] </w:t>
      </w:r>
      <w:r>
        <w:t>dekhiye, is ka matlab kya hai? is ka matlab yeh hai ke aao apne iman mein tajrubay ka izafa karein, karein apne iman mein tajrubay ka izafa karein.</w:t>
      </w:r>
    </w:p>
    <w:p>
      <w:pPr>
        <w:jc w:val="right"/>
      </w:pPr>
      <w:r>
        <w:t>دیکھیے، اس کا مطلب کیا ہے؟ اس کا مطلب یہ ہے کہ آؤ اپنے ایمان میں تجربے کا اضافہ کریں، کریں اپنے ایمان میں تجربے کا اضافہ کریں۔</w:t>
      </w:r>
    </w:p>
    <w:p>
      <w:r>
        <w:rPr>
          <w:b/>
        </w:rPr>
        <w:t xml:space="preserve">[05:00] </w:t>
      </w:r>
      <w:r>
        <w:t>misalan hamare aik saathi, hamare aik saathi gaye aik aik top ke aik aadmi ke paas quran lene ke.</w:t>
      </w:r>
    </w:p>
    <w:p>
      <w:pPr>
        <w:jc w:val="right"/>
      </w:pPr>
      <w:r>
        <w:t>مثلاً ہمارے ایک ساتھی، ہمارے ایک ساتھی گئے ایک ایک ٹاپ کے ایک آدمی کے پاس قرآن لینے کے۔</w:t>
      </w:r>
    </w:p>
    <w:p>
      <w:r>
        <w:rPr>
          <w:b/>
        </w:rPr>
        <w:t xml:space="preserve">[05:11] </w:t>
      </w:r>
      <w:r>
        <w:t>woh saathi kal aanay walay hain, woh aap ko khud apni zuban se batayein ge, inshallah. to jab woh pahunche un ke ghar, un ko naq kiya un ka ghar to un ki khatoon nikli,</w:t>
      </w:r>
    </w:p>
    <w:p>
      <w:pPr>
        <w:jc w:val="right"/>
      </w:pPr>
      <w:r>
        <w:t>وہ ساتھی کل آنے والے ہیں، وہ آپ کو خود اپنی زبان سے بتائیں گے، انشاءاللہ۔ تو جب وہ پہنچے ان کے گھر، ان کو ناک کیا ان کا گھر تو ان کی خاتون نکلی،</w:t>
      </w:r>
    </w:p>
    <w:p>
      <w:r>
        <w:rPr>
          <w:b/>
        </w:rPr>
        <w:t xml:space="preserve">[05:29] </w:t>
      </w:r>
      <w:r>
        <w:t>ghaliban un ki mrs. to jab unhon ne kaha ke main aaya tha sham flan sahib ko aik aik quran dene ke liye, quran ka translation dene ke liye,</w:t>
      </w:r>
    </w:p>
    <w:p>
      <w:pPr>
        <w:jc w:val="right"/>
      </w:pPr>
      <w:r>
        <w:t>غالباً ان کی مسز۔ تو جب انہوں نے کہا کہ میں آیا تھا شم فلاں صاحب کو ایک ایک قرآن دینے کے لیے، قرآن کا ٹرانسلیشن دینے کے لیے،</w:t>
      </w:r>
    </w:p>
    <w:p>
      <w:r>
        <w:rPr>
          <w:b/>
        </w:rPr>
        <w:t xml:space="preserve">[05:43] </w:t>
      </w:r>
      <w:r>
        <w:t>to khatoon ne kaha ke woh to</w:t>
      </w:r>
    </w:p>
    <w:p>
      <w:pPr>
        <w:jc w:val="right"/>
      </w:pPr>
      <w:r>
        <w:t>تو خاتون نے کہا کہ وہ تو</w:t>
      </w:r>
    </w:p>
    <w:p>
      <w:r>
        <w:rPr>
          <w:b/>
        </w:rPr>
        <w:t xml:space="preserve">[05:51] </w:t>
      </w:r>
      <w:r>
        <w:t>kal un ki maut ho gayi, woh guzar gaye kal.</w:t>
      </w:r>
    </w:p>
    <w:p>
      <w:pPr>
        <w:jc w:val="right"/>
      </w:pPr>
      <w:r>
        <w:t>کل ان کی موت ہو گئی، وہ گزر گئے کل۔</w:t>
      </w:r>
    </w:p>
    <w:p>
      <w:r>
        <w:rPr>
          <w:b/>
        </w:rPr>
        <w:t xml:space="preserve">[05:58] </w:t>
      </w:r>
      <w:r>
        <w:t>to is ke baad woh aik dam jo le gaye the hamare saathi wahan, woh sakte pe par gaye. un ka bayan yeh hai ke is ke baad main sochta raha ke agar akhirat mein woh aadmi jo jis ke liye quran le ke gaya tha, main mera us ka saamna ho aur woh kahe ke tum quran laye to aap pehle kyun nahi laye?</w:t>
      </w:r>
    </w:p>
    <w:p>
      <w:pPr>
        <w:jc w:val="right"/>
      </w:pPr>
      <w:r>
        <w:t>تو اس کے بعد وہ ایک دم جو لے گئے تھے ہمارے ساتھی وہاں، وہ سکتے پہ پڑ گئے۔ ان کا بیان یہ ہے کہ اس کے بعد میں سوچتا رہا کہ اگر آخرت میں وہ آدمی جو جس کے لیے قرآن لے کے گیا تھا، میں میرا اس کا سامنا ہو اور وہ کہے کہ تم قرآن لائے تو آپ پہلے کیوں نہیں لائے؟</w:t>
      </w:r>
    </w:p>
    <w:p>
      <w:r>
        <w:rPr>
          <w:b/>
        </w:rPr>
        <w:t xml:space="preserve">[06:26] </w:t>
      </w:r>
      <w:r>
        <w:t>itni der kyun kiya tum ne lane mein? to main kya jawab doon ga? kyunke jis sheher mein woh rehta tha, woh aadmi is sheher mein hamare saathi bhi rehte the.</w:t>
      </w:r>
    </w:p>
    <w:p>
      <w:pPr>
        <w:jc w:val="right"/>
      </w:pPr>
      <w:r>
        <w:t>اتنی دیر کیوں کیا تم نے لانے میں؟ تو میں کیا جواب دوں گا؟ کیونکہ جس شہر میں وہ رہتا تھا، وہ آدمی اس شہر میں ہمارے ساتھی بھی رہتے تھے۔</w:t>
      </w:r>
    </w:p>
    <w:p>
      <w:r>
        <w:rPr>
          <w:b/>
        </w:rPr>
        <w:t xml:space="preserve">[06:40] </w:t>
      </w:r>
      <w:r>
        <w:t>yeh tajurba hai. to jab aap chale phiren ge, logon se milen ge, interact karen ge logon se to bar bar aap ko aise tajurba guzeren ge jo aap ko aap ke iman ko yaad dilayen ge,</w:t>
      </w:r>
    </w:p>
    <w:p>
      <w:pPr>
        <w:jc w:val="right"/>
      </w:pPr>
      <w:r>
        <w:t>یہ تجربہ ہے۔ تو جب آپ چلے پھریں گے، لوگوں سے ملیں گے، انٹریکٹ کریں گے لوگوں سے تو بار بار آپ کو ایسے تجربات گزریں گے جو آپ کو آپ کے ایمان کو یاد دلائیں گے،</w:t>
      </w:r>
    </w:p>
    <w:p>
      <w:r>
        <w:rPr>
          <w:b/>
        </w:rPr>
        <w:t xml:space="preserve">[06:59] </w:t>
      </w:r>
      <w:r>
        <w:t>iman ko plus banayen ge, jaise ke yeh waqia hai.</w:t>
      </w:r>
    </w:p>
    <w:p>
      <w:pPr>
        <w:jc w:val="right"/>
      </w:pPr>
      <w:r>
        <w:t>ایمان کو پلس بنائیں گے، جیسے کہ یہ واقعہ ہے۔</w:t>
      </w:r>
    </w:p>
    <w:p>
      <w:r>
        <w:rPr>
          <w:b/>
        </w:rPr>
        <w:t xml:space="preserve">[07:06] </w:t>
      </w:r>
      <w:r>
        <w:t>to iman is is liye main kehta hoon ke iman woh hai jo iman in action ho, sirf parh liya nahi, iman in action.</w:t>
      </w:r>
    </w:p>
    <w:p>
      <w:pPr>
        <w:jc w:val="right"/>
      </w:pPr>
      <w:r>
        <w:t>تو ایمان اس اس لیے میں کہتا ہوں کہ ایمان وہ ہے جو ایمان ان ایکشن ہو، صرف پڑھ لیا نہیں، ایمان ان ایکشن۔</w:t>
      </w:r>
    </w:p>
    <w:p>
      <w:r>
        <w:rPr>
          <w:b/>
        </w:rPr>
        <w:t xml:space="preserve">[07:22] </w:t>
      </w:r>
      <w:r>
        <w:t>to woh jo sahib hamare idhar saathi jinka yeh qissa hai, woh inshallah kal aap ko apna qissa batayen ge. to un ka iman iman in action tha,</w:t>
      </w:r>
    </w:p>
    <w:p>
      <w:pPr>
        <w:jc w:val="right"/>
      </w:pPr>
      <w:r>
        <w:t>تو وہ جو صاحب ہمارے ادھر ساتھی جن کا یہ قصہ ہے، وہ انشاءاللہ کل آپ کو اپنا قصہ بتائیں گے۔ تو ان کا ایمان ایمان ان ایکشن تھا،</w:t>
      </w:r>
    </w:p>
    <w:p>
      <w:r>
        <w:rPr>
          <w:b/>
        </w:rPr>
        <w:t xml:space="preserve">[07:37] </w:t>
      </w:r>
      <w:r>
        <w:t>yani chal phir kar ke jate the, jate hain</w:t>
      </w:r>
    </w:p>
    <w:p>
      <w:pPr>
        <w:jc w:val="right"/>
      </w:pPr>
      <w:r>
        <w:t>یعنی چل پھر کر کے جاتے تھے، جاتے ہیں</w:t>
      </w:r>
    </w:p>
    <w:p>
      <w:r>
        <w:rPr>
          <w:b/>
        </w:rPr>
        <w:t xml:space="preserve">[07:43] </w:t>
      </w:r>
      <w:r>
        <w:t>dusron ke paas. to un mein se aik qissa yeh hai ke woh gaye kisi jaan ke paas quran dene ke liye.</w:t>
      </w:r>
    </w:p>
    <w:p>
      <w:pPr>
        <w:jc w:val="right"/>
      </w:pPr>
      <w:r>
        <w:t>دوسروں کے پاس۔ تو ان میں سے ایک قصہ یہ ہے کہ وہ گئے کسی جان کے پاس قرآن دینے کے لیے۔</w:t>
      </w:r>
    </w:p>
    <w:p>
      <w:r>
        <w:rPr>
          <w:b/>
        </w:rPr>
        <w:t xml:space="preserve">[07:52] </w:t>
      </w:r>
      <w:r>
        <w:t>to hamare paas woh to kal guzar gaye. to iman in action se un ko kya tajurba pesh aaya ke woh aadmi jis ko hamein dena tha, woh aadmi aaj nahi hai, kal tha, aaj nahi hai.</w:t>
      </w:r>
    </w:p>
    <w:p>
      <w:pPr>
        <w:jc w:val="right"/>
      </w:pPr>
      <w:r>
        <w:t>تو ہمارے پاس وہ تو کل گزر گئے۔ تو ایمان ان ایکشن سے ان کو کیا تجربہ پیش آیا کہ وہ آدمی جس کو ہمیں دینا تھا، وہ آدمی آج نہیں ہے، کل تھا، آج نہیں ہے۔</w:t>
      </w:r>
    </w:p>
    <w:p>
      <w:r>
        <w:rPr>
          <w:b/>
        </w:rPr>
        <w:t xml:space="preserve">[08:10] </w:t>
      </w:r>
      <w:r>
        <w:t>to woh akhirat mein pooche ke tum aik din pehle kyun nahi aaye? aik din baad kyun aaye? yeh hai tajurba, yeh hai iman in action,</w:t>
      </w:r>
    </w:p>
    <w:p>
      <w:pPr>
        <w:jc w:val="right"/>
      </w:pPr>
      <w:r>
        <w:t>تو وہ آخرت میں پوچھے کہ تم ایک دن پہلے کیوں نہیں آئے؟ ایک دن بعد کیوں آئے؟ یہ ہے تجربہ، یہ ہے ایمان ان ایکشن،</w:t>
      </w:r>
    </w:p>
    <w:p>
      <w:r>
        <w:rPr>
          <w:b/>
        </w:rPr>
        <w:t xml:space="preserve">[08:24] </w:t>
      </w:r>
      <w:r>
        <w:t>yeh hai iman ko barhana, ajdad iman.</w:t>
      </w:r>
    </w:p>
    <w:p>
      <w:pPr>
        <w:jc w:val="right"/>
      </w:pPr>
      <w:r>
        <w:t>یہ ہے ایمان کو بڑھانا، اجداد ایمان۔</w:t>
      </w:r>
    </w:p>
    <w:p>
      <w:r>
        <w:rPr>
          <w:b/>
        </w:rPr>
        <w:t xml:space="preserve">[08:31] </w:t>
      </w:r>
      <w:r>
        <w:t>to yeh tabayeen ka jo qaul hai, is is ko phir se sunaiye un ko: "amsho bina"</w:t>
      </w:r>
    </w:p>
    <w:p>
      <w:pPr>
        <w:jc w:val="right"/>
      </w:pPr>
      <w:r>
        <w:t>تو یہ تابعین کا جو قول ہے، اس اس کو پھر سے سنائیے ان کو: "امشو بنا"</w:t>
      </w:r>
    </w:p>
    <w:p>
      <w:r>
        <w:rPr>
          <w:b/>
        </w:rPr>
        <w:t xml:space="preserve">[08:40] </w:t>
      </w:r>
      <w:r>
        <w:t>. an alqama ke woh kaha karte the apne sahaba se: "hamare sath chalo, hum iman mein izafa karte hain".</w:t>
      </w:r>
    </w:p>
    <w:p>
      <w:pPr>
        <w:jc w:val="right"/>
      </w:pPr>
      <w:r>
        <w:t>۔ عن القمہ انہ کان یقول لاصحابہ: "امشو بنا نزداد ایمانا"۔ القمہ اپنے اصحاب سے کہا کرتے تھے: "ہمارے ساتھ چلو، ہم ایمان میں اضافہ کرتے ہیں"۔</w:t>
      </w:r>
    </w:p>
    <w:p>
      <w:r>
        <w:rPr>
          <w:b/>
        </w:rPr>
        <w:t xml:space="preserve">[08:58] </w:t>
      </w:r>
      <w:r>
        <w:t>is par ghor kijiye aap ke is ka matlab kya hai ke aao hum apne iman mein tajurba ka izafa karen, logon se milen,</w:t>
      </w:r>
    </w:p>
    <w:p>
      <w:pPr>
        <w:jc w:val="right"/>
      </w:pPr>
      <w:r>
        <w:t>اس پر غور کیجئے آپ کہ اس کا مطلب کیا ہے کہ آؤ ہم اپنے ایمان میں تجربے کا اضافہ کریں، لوگوں سے ملیں،</w:t>
      </w:r>
    </w:p>
    <w:p>
      <w:r>
        <w:rPr>
          <w:b/>
        </w:rPr>
        <w:t xml:space="preserve">[09:12] </w:t>
      </w:r>
      <w:r>
        <w:t>baat cheet karen, interaction karen. to hum ko hamare iman mein tajurbaat ka izafa hoga, is se iman barhta rahe ga, barhta rahe ga, barhta rahe ga.</w:t>
      </w:r>
    </w:p>
    <w:p>
      <w:pPr>
        <w:jc w:val="right"/>
      </w:pPr>
      <w:r>
        <w:t>بات چیت کریں، انٹریکشن کریں۔ تو ہم کو ہمارے ایمان میں تجربات کا اضافہ ہوگا، اس سے ایمان بڑھتا رہے گا، بڑھتا رہے گا، بڑھتا رہے گا۔</w:t>
      </w:r>
    </w:p>
    <w:p>
      <w:r>
        <w:rPr>
          <w:b/>
        </w:rPr>
        <w:t xml:space="preserve">[09:28] </w:t>
      </w:r>
      <w:r>
        <w:t>to main samajhta hoon ke har aadmi ko, chahe woh paidaishi islam muslim ho ya naya muslim bana ho, sab ko yeh janna chahiye ke is is ka iman is waqt hai sahi iman jab ke woh barabar apne iman ko iman plus banata rahe.</w:t>
      </w:r>
    </w:p>
    <w:p>
      <w:pPr>
        <w:jc w:val="right"/>
      </w:pPr>
      <w:r>
        <w:t>تو میں سمجھتا ہوں کہ ہر آدمی کو، چاہے وہ پیدائشی اسلام مسلم ہو یا نیا مسلم بنا ہو، سب کو یہ جاننا چاہیے کہ اس اس کا ایمان اس وقت ہے صحیح ایمان جب کہ وہ برابر اپنے ایمان کو ایمان پلس بناتا رہے۔</w:t>
      </w:r>
    </w:p>
    <w:p>
      <w:r>
        <w:rPr>
          <w:b/>
        </w:rPr>
        <w:t xml:space="preserve">[09:54] </w:t>
      </w:r>
      <w:r>
        <w:t>is ka iman iman in action ho,</w:t>
      </w:r>
    </w:p>
    <w:p>
      <w:pPr>
        <w:jc w:val="right"/>
      </w:pPr>
      <w:r>
        <w:t>اس کا ایمان ایمان ان ایکشن ہو،</w:t>
      </w:r>
    </w:p>
    <w:p>
      <w:r>
        <w:rPr>
          <w:b/>
        </w:rPr>
        <w:t xml:space="preserve">[10:01] </w:t>
      </w:r>
      <w:r>
        <w:t>yani iman ko woh boost boost karta rahe. boost yani is ka matlab kya hua?</w:t>
      </w:r>
    </w:p>
    <w:p>
      <w:pPr>
        <w:jc w:val="right"/>
      </w:pPr>
      <w:r>
        <w:t>یعنی ایمان کو وہ بوسٹ بوسٹ کرتا رہے۔ بوسٹ یعنی اس کا مطلب کیا ہوا؟</w:t>
      </w:r>
    </w:p>
    <w:p>
      <w:r>
        <w:rPr>
          <w:b/>
        </w:rPr>
        <w:t xml:space="preserve">[10:13] </w:t>
      </w:r>
      <w:r>
        <w:t>is ka matlab hai ke iman is ke andar aik zinda force ki tarah madakhil ho. yeh nahi ke bas laam hai, laam alif jo jo chand lafz hain, us ko dohrana,</w:t>
      </w:r>
    </w:p>
    <w:p>
      <w:pPr>
        <w:jc w:val="right"/>
      </w:pPr>
      <w:r>
        <w:t>اس کا مطلب ہے کہ ایمان اس کے اندر ایک زندہ فورس کی طرح مداخل ہو۔ یہ نہیں کہ بس لام ہے، لام الف جو جو چند لفظ ہیں، اس کو دہرانا،</w:t>
      </w:r>
    </w:p>
    <w:p>
      <w:r>
        <w:rPr>
          <w:b/>
        </w:rPr>
        <w:t xml:space="preserve">[10:29] </w:t>
      </w:r>
      <w:r>
        <w:t>yani kuch kalma ko zuban se lafz service ke taur par dohra lena. yeh harghiz matlab nahi hai jo log aisi tareeqa chala rahe hain ke kalma parhwana, woh kuch nothing hai, woh nothing hai.</w:t>
      </w:r>
    </w:p>
    <w:p>
      <w:pPr>
        <w:jc w:val="right"/>
      </w:pPr>
      <w:r>
        <w:t>یعنی کچھ کلمہ کو زبان سے لفظ سروس کے طور پر دہرا لینا۔ یہ ہرگز مطلب نہیں ہے جو لوگ ایسی طریقہ چلا رہے ہیں کہ کلمہ پڑھوانا، وہ کچھ نتھنگ ہے، وہ نتھنگ ہے۔</w:t>
      </w:r>
    </w:p>
    <w:p>
      <w:r>
        <w:rPr>
          <w:b/>
        </w:rPr>
        <w:t xml:space="preserve">[10:46] </w:t>
      </w:r>
      <w:r>
        <w:t>woh iman ko iman in aksar bana banao, iman ko iman plus banao, tab woh iman iman hai.</w:t>
      </w:r>
    </w:p>
    <w:p>
      <w:pPr>
        <w:jc w:val="right"/>
      </w:pPr>
      <w:r>
        <w:t>وہ ایمان کو ایمان ان اکثر بنا بناؤ، ایمان کو ایمان پلس بناؤ، تب وہ ایمان ایمان ہے۔</w:t>
      </w:r>
    </w:p>
    <w:p>
      <w:r>
        <w:rPr>
          <w:b/>
        </w:rPr>
        <w:t xml:space="preserve">[10:59] </w:t>
      </w:r>
      <w:r>
        <w:t>iman mein daily tajurba ka izafa karo, tab woh iman iman hai.</w:t>
      </w:r>
    </w:p>
    <w:p>
      <w:pPr>
        <w:jc w:val="right"/>
      </w:pPr>
      <w:r>
        <w:t>ایمان میں ڈیلی تجربے کا اضافہ کرو، تب وہ ایمان ایمان ہے</w:t>
      </w:r>
    </w:p>
    <w:p>
      <w:r>
        <w:rPr>
          <w:b/>
        </w:rPr>
        <w:t xml:space="preserve">[11:10] </w:t>
      </w:r>
      <w:r>
        <w:t>aur tab woh jannat ka rasta banta hai.</w:t>
      </w:r>
    </w:p>
    <w:p>
      <w:pPr>
        <w:jc w:val="right"/>
      </w:pPr>
      <w:r>
        <w:t>اور تب وہ جنت کا راستہ بنتا ہے۔</w:t>
      </w:r>
    </w:p>
    <w:p>
      <w:r>
        <w:rPr>
          <w:b/>
        </w:rPr>
        <w:t xml:space="preserve">[11:21] </w:t>
      </w:r>
      <w:r>
        <w:t>aur dekhiye, imaan laane ke baad imaan aap ki soch mein shaamil ho jaaye,</w:t>
      </w:r>
    </w:p>
    <w:p>
      <w:pPr>
        <w:jc w:val="right"/>
      </w:pPr>
      <w:r>
        <w:t>اور دیکھیے، ایمان لانے کے بعد ایمان آپ کی سوچ میں شامل ہو جائے،</w:t>
      </w:r>
    </w:p>
    <w:p>
      <w:r>
        <w:rPr>
          <w:b/>
        </w:rPr>
        <w:t xml:space="preserve">[11:31] </w:t>
      </w:r>
      <w:r>
        <w:t>yaani chalna phirna us ki ek soorat hai, in in interaction us ki ek soorat hai. Isi ke saath zaroori hai ke imaan aap ki soch mein shaamil ho jaaye,</w:t>
      </w:r>
    </w:p>
    <w:p>
      <w:pPr>
        <w:jc w:val="right"/>
      </w:pPr>
      <w:r>
        <w:t>یعنی چلنا پھرنا اس کی ایک صورت ہے، ان ان انٹریکشن اس کی ایک صورت ہے۔ اسی کے ساتھ ضروری ہے کہ ایمان آپ کی سوچ میں شامل ہو جائے،</w:t>
      </w:r>
    </w:p>
    <w:p>
      <w:r>
        <w:rPr>
          <w:b/>
        </w:rPr>
        <w:t xml:space="preserve">[11:47] </w:t>
      </w:r>
      <w:r>
        <w:t>yaani is ko kahenge thinking process. Imaan aap ke thinking process mein shaamil ho jaaye.</w:t>
      </w:r>
    </w:p>
    <w:p>
      <w:pPr>
        <w:jc w:val="right"/>
      </w:pPr>
      <w:r>
        <w:t>یعنی اس کو کہیں گے تھنکنگ پراسیس۔ ایمان آپ کے تھنکنگ پراسیس میں شامل ہو جائے۔</w:t>
      </w:r>
    </w:p>
    <w:p>
      <w:r>
        <w:rPr>
          <w:b/>
        </w:rPr>
        <w:t xml:space="preserve">[12:00] </w:t>
      </w:r>
      <w:r>
        <w:t>woh kaise? Aap kuch karein</w:t>
      </w:r>
    </w:p>
    <w:p>
      <w:pPr>
        <w:jc w:val="right"/>
      </w:pPr>
      <w:r>
        <w:t>وہ کیسے؟ آپ کچھ کریں</w:t>
      </w:r>
    </w:p>
    <w:p>
      <w:r>
        <w:rPr>
          <w:b/>
        </w:rPr>
        <w:t xml:space="preserve">[12:06] </w:t>
      </w:r>
      <w:r>
        <w:t>toh wahan par koi na koi aspect aisa hoga hoga jo aap ko yaad dilaye ga. Toh is ko sochein aap.</w:t>
      </w:r>
    </w:p>
    <w:p>
      <w:pPr>
        <w:jc w:val="right"/>
      </w:pPr>
      <w:r>
        <w:t>تو وہاں پر کوئی نہ کوئی اسپیکٹ ایسا ہوگا ہوگا جو آپ کو یاد دلائے گا۔ تو اس کو سوچیں آپ۔</w:t>
      </w:r>
    </w:p>
    <w:p>
      <w:r>
        <w:rPr>
          <w:b/>
        </w:rPr>
        <w:t xml:space="preserve">[12:24] </w:t>
      </w:r>
      <w:r>
        <w:t>toh imaan aap ke thinking process mein shaamil ho jaaye, tab imaan laana hua. Yeh jo hadees hai ke "man qala la ilaha illallah dakhala al jannah" jis ne kaha la ilaha illallah dakhala al jannah,</w:t>
      </w:r>
    </w:p>
    <w:p>
      <w:pPr>
        <w:jc w:val="right"/>
      </w:pPr>
      <w:r>
        <w:t>تو ایمان آپ کے تھنکنگ پراسیس میں شامل ہو جائے، تب ایمان لانا ہوا۔ یہ جو حدیث ہے کہ "من قال لا الہ الا اللہ دخل الجنہ" جس نے کہا لا الہ الا اللہ دخل الجنہ،</w:t>
      </w:r>
    </w:p>
    <w:p>
      <w:r>
        <w:rPr>
          <w:b/>
        </w:rPr>
        <w:t xml:space="preserve">[12:48] </w:t>
      </w:r>
      <w:r>
        <w:t>jis ne kaha ke la ilaha illallah toh woh jannat mein jayega, toh yeh lafz service ke maani mein nahi hai.</w:t>
      </w:r>
    </w:p>
    <w:p>
      <w:pPr>
        <w:jc w:val="right"/>
      </w:pPr>
      <w:r>
        <w:t>جس نے کہا کہ لا الہ الا اللہ تو وہ جنت میں جائے گا، تو یہ لفظ سروس کے معنی میں نہیں ہے۔</w:t>
      </w:r>
    </w:p>
    <w:p>
      <w:r>
        <w:rPr>
          <w:b/>
        </w:rPr>
        <w:t xml:space="preserve">[13:03] </w:t>
      </w:r>
      <w:r>
        <w:t>jaise aap farz ki jiye ke aap kahein kisi se ke "bismillah" keh kar khana khaao, ya aap ne kisi se kaha ke "bismillah" keh kar khana khaao,</w:t>
      </w:r>
    </w:p>
    <w:p>
      <w:pPr>
        <w:jc w:val="right"/>
      </w:pPr>
      <w:r>
        <w:t>جیسے آپ فرض کیجئے کہ آپ کہیں کسی سے کہ "بسم اللہ" کہہ کر کھانا کھاؤ، یا آپ نے کسی سے کہا کہ "بسم اللہ" کہہ کر کھانا کھاؤ،</w:t>
      </w:r>
    </w:p>
    <w:p>
      <w:r>
        <w:rPr>
          <w:b/>
        </w:rPr>
        <w:t xml:space="preserve">[13:19] </w:t>
      </w:r>
      <w:r>
        <w:t>toh "bismillah" "bismillah" toh khoob kahe aur khana na khaaye, na na breakfast le, na dinner, na subah ka khana, na shaam ka khana, bas "bismillah" "bismillah" "bismillah" toh ek ridiculous baat ho jayegi,</w:t>
      </w:r>
    </w:p>
    <w:p>
      <w:pPr>
        <w:jc w:val="right"/>
      </w:pPr>
      <w:r>
        <w:t>تو "بسم اللہ" "بسم اللہ" تو خوب کہے اور کھانا نہ کھائے، نہ نہ بریک فاسٹ لے، نہ ڈنر، نہ صبح کا کھانا، نہ شام کا کھانا، بس "بسم اللہ" "بسم اللہ" "بسم اللہ" تو ایک ریڈیکولس بات ہو جائے گی،</w:t>
      </w:r>
    </w:p>
    <w:p>
      <w:r>
        <w:rPr>
          <w:b/>
        </w:rPr>
        <w:t xml:space="preserve">[13:39] </w:t>
      </w:r>
      <w:r>
        <w:t>ridiculous baat ho jayegi. Toh aap la ilaha illallah keh kar ke Islam mein daakhil ho jaayein, lekin yeh la ilaha illallah ko apne thinking process shaamil na karein,</w:t>
      </w:r>
    </w:p>
    <w:p>
      <w:pPr>
        <w:jc w:val="right"/>
      </w:pPr>
      <w:r>
        <w:t>ریڈیکولس بات ہو جائے گی۔ تو آپ لا الہ الا اللہ کہہ کر کے اسلام میں داخل ہو جائیں، لیکن یہ لا الہ الا اللہ کو اپنے تھنکنگ پراسیس شامل نہ کریں،</w:t>
      </w:r>
    </w:p>
    <w:p>
      <w:r>
        <w:rPr>
          <w:b/>
        </w:rPr>
        <w:t xml:space="preserve">[13:55] </w:t>
      </w:r>
      <w:r>
        <w:t>thinking process shaamil na karein toh ridiculous baat ho jayegi, woh koi matlab hi nahi banega is ka.</w:t>
      </w:r>
    </w:p>
    <w:p>
      <w:pPr>
        <w:jc w:val="right"/>
      </w:pPr>
      <w:r>
        <w:t>تھنکنگ پراسیس شامل نہ کریں تو ریڈیکولس بات ہو جائے گی، وہ کوئی مطلب ہی نہیں بنے گا اس کا۔</w:t>
      </w:r>
    </w:p>
    <w:p>
      <w:r>
        <w:rPr>
          <w:b/>
        </w:rPr>
        <w:t xml:space="preserve">[14:07] </w:t>
      </w:r>
      <w:r>
        <w:t>toh yeh hadees bilkul sahi hai ke "man qala la ilaha illallah dakhala al jannah".</w:t>
      </w:r>
    </w:p>
    <w:p>
      <w:pPr>
        <w:jc w:val="right"/>
      </w:pPr>
      <w:r>
        <w:t>تو یہ حدیث بالکل صحیح ہے کہ "من قال لا الہ الا اللہ دخل الجنہ"۔</w:t>
      </w:r>
    </w:p>
    <w:p>
      <w:r>
        <w:rPr>
          <w:b/>
        </w:rPr>
        <w:t xml:space="preserve">[14:17] </w:t>
      </w:r>
      <w:r>
        <w:t>misalan mein ek ek sahib se meri mulaqaat hui toh unhone kaha ke hum dawat ka kaam karte hain. Unhone kaha ke hum dawat ka kaam karte hain.</w:t>
      </w:r>
    </w:p>
    <w:p>
      <w:pPr>
        <w:jc w:val="right"/>
      </w:pPr>
      <w:r>
        <w:t>مثلاً میں ایک ایک صاحب سے میری ملاقات ہوئی تو انہوں نے کہا کہ ہم دعوت کا کام کرتے ہیں۔ انہوں نے کہا کہ ہم دعوت کا کام کرتے ہیں۔</w:t>
      </w:r>
    </w:p>
    <w:p>
      <w:r>
        <w:rPr>
          <w:b/>
        </w:rPr>
        <w:t xml:space="preserve">[14:31] </w:t>
      </w:r>
      <w:r>
        <w:t>toh mein ne kaha aap kya karte hain? Toh unhone bataya ke woh rozana jaate hain park, ek park ka naam liya unhone ke is mein benchien lagi hui hain, woh us ki, woh is mein log aate hain, baithte hain,</w:t>
      </w:r>
    </w:p>
    <w:p>
      <w:pPr>
        <w:jc w:val="right"/>
      </w:pPr>
      <w:r>
        <w:t>تو میں نے کہا آپ کیا کرتے ہیں؟ تو انہوں نے بتایا کہ وہ روزانہ جاتے ہیں پارک، ایک پارک کا نام لیا انہوں نے کہ اس میں بینچیں لگی ہوئی ہیں، وہ اس کی، وہ اس میں لوگ آتے ہیں، بیٹھتے ہیں،</w:t>
      </w:r>
    </w:p>
    <w:p>
      <w:r>
        <w:rPr>
          <w:b/>
        </w:rPr>
        <w:t xml:space="preserve">[14:53] </w:t>
      </w:r>
      <w:r>
        <w:t>log aate hain wahan baithte hain toh sab se milte hain, sab se phir kehte hain ke bhai jo yeh hadees sunate hain ke mein tum ko ek mantra bataunga, mantra is mantra ko padh lo, bas jannat mil jayegi.</w:t>
      </w:r>
    </w:p>
    <w:p>
      <w:pPr>
        <w:jc w:val="right"/>
      </w:pPr>
      <w:r>
        <w:t>لوگ آتے ہیں وہاں بیٹھتے ہیں تو سب سے ملتے ہیں، سب سے پھر کہتے ہیں کہ بھائی جو یہ حدیث سناتے ہیں کہ میں تم کو ایک متر بتاؤں گا، متر اس منتر کو پڑھ لو، بس جنت مل جائے گی۔</w:t>
      </w:r>
    </w:p>
    <w:p>
      <w:r>
        <w:rPr>
          <w:b/>
        </w:rPr>
        <w:t xml:space="preserve">[15:13] </w:t>
      </w:r>
      <w:r>
        <w:t>yeh hadees sunai unhone: "man qala la ilaha illallah dakhala al jannah" toh is ko putar mantra pesh kiya us ke saamne ke yeh mantra hai,</w:t>
      </w:r>
    </w:p>
    <w:p>
      <w:pPr>
        <w:jc w:val="right"/>
      </w:pPr>
      <w:r>
        <w:t>یہ حدیث سنائی انہوں نے: "من قال لا الہ الا اللہ دخل الجنہ" تو اس کو پتر متر پیش کیا اس کے سامنے کہ یہ منتر ہے،</w:t>
      </w:r>
    </w:p>
    <w:p>
      <w:r>
        <w:rPr>
          <w:b/>
        </w:rPr>
        <w:t xml:space="preserve">[15:26] </w:t>
      </w:r>
      <w:r>
        <w:t>is ko padh lo aur jannat mil jayegi tum ko. Woh bechare bechare ne padh diya ke chalo bhai, ek ek mantra se agar pairai milti hai toh kya bura hai?</w:t>
      </w:r>
    </w:p>
    <w:p>
      <w:pPr>
        <w:jc w:val="right"/>
      </w:pPr>
      <w:r>
        <w:t>اس کو پڑھ لو اور جنت مل جائے گی تم کو۔ وہ بیچارے بیچارے نے پڑھ دیا کہ چلو بھئی، ایک ایک متر سے اگر پیرائی ملتی ہے تو کیا برا ہے؟</w:t>
      </w:r>
    </w:p>
    <w:p>
      <w:r>
        <w:rPr>
          <w:b/>
        </w:rPr>
        <w:t xml:space="preserve">[15:38] </w:t>
      </w:r>
      <w:r>
        <w:t>toh yeh yeh yeh bilkul ridiculous baat hai, yaani kalma ko aap mantra bana ke pesh karein aur woh bechara padh de toh aap samjhein ke maine pairai mein mein daakhil kar diya is ko.</w:t>
      </w:r>
    </w:p>
    <w:p>
      <w:pPr>
        <w:jc w:val="right"/>
      </w:pPr>
      <w:r>
        <w:t>تو یہ یہ یہ بالکل ریڈیکولس بات ہے، یعنی کلمہ کو آپ متر بنا کے پیش کریں اور وہ بیچارہ پڑھ دے تو آپ سمجھیں کہ میں نے پیرائی میں میں داخل کر دیا اس کو۔</w:t>
      </w:r>
    </w:p>
    <w:p>
      <w:r>
        <w:rPr>
          <w:b/>
        </w:rPr>
        <w:t xml:space="preserve">[15:53] </w:t>
      </w:r>
      <w:r>
        <w:t>toh yeh ridiculous baat hai.</w:t>
      </w:r>
    </w:p>
    <w:p>
      <w:pPr>
        <w:jc w:val="right"/>
      </w:pPr>
      <w:r>
        <w:t>تو یہ ریڈیکولس بات ہے۔</w:t>
      </w:r>
    </w:p>
    <w:p>
      <w:r>
        <w:rPr>
          <w:b/>
        </w:rPr>
        <w:t xml:space="preserve">[15:58] </w:t>
      </w:r>
      <w:r>
        <w:t>"man qala la ilaha illallah dakhala al jannah" ka matlab hai jis ne samajh boojh kar, samajh boojh kar Quran kalma kalma ko ikhtiyar kiya,</w:t>
      </w:r>
    </w:p>
    <w:p>
      <w:pPr>
        <w:jc w:val="right"/>
      </w:pPr>
      <w:r>
        <w:t>"من قال لا الہ الا اللہ دخل الجنہ" کا مطلب ہے جس نے سمجھ بوجھ کر، سمجھ بوجھ کر قرآن کلمہ کلمہ کو اختیار کیا،</w:t>
      </w:r>
    </w:p>
    <w:p>
      <w:r>
        <w:rPr>
          <w:b/>
        </w:rPr>
        <w:t xml:space="preserve">[16:13] </w:t>
      </w:r>
      <w:r>
        <w:t>sirf lafz service nahi, aur phir woh kalma us ki us ke thinking process mein shaamil ho gaya.</w:t>
      </w:r>
    </w:p>
    <w:p>
      <w:pPr>
        <w:jc w:val="right"/>
      </w:pPr>
      <w:r>
        <w:t>صرف لفظ سروس نہیں، اور پھر وہ کلمہ اس کی اس کے تھنکنگ پراسیس میں شامل ہو گیا۔</w:t>
      </w:r>
    </w:p>
    <w:p>
      <w:r>
        <w:rPr>
          <w:b/>
        </w:rPr>
        <w:t xml:space="preserve">[16:25] </w:t>
      </w:r>
      <w:r>
        <w:t>woh rozana kalma ko ke saath tajrube ke shaamil karta raha</w:t>
      </w:r>
    </w:p>
    <w:p>
      <w:pPr>
        <w:jc w:val="right"/>
      </w:pPr>
      <w:r>
        <w:t>وہ روزانہ کلمہ کو کے ساتھ تجربے کے شامل کرتا رہا</w:t>
      </w:r>
    </w:p>
    <w:p>
      <w:r>
        <w:rPr>
          <w:b/>
        </w:rPr>
        <w:t xml:space="preserve">[16:34] </w:t>
      </w:r>
      <w:r>
        <w:t>aur is tarah apni spiritual development karta raha. Spiritual development</w:t>
      </w:r>
    </w:p>
    <w:p>
      <w:pPr>
        <w:jc w:val="right"/>
      </w:pPr>
      <w:r>
        <w:t>اور اس طرح اپنی اسپیریچول ڈیولپمنٹ کرتا رہا۔ اسپیریچول ڈیولپمنٹ</w:t>
      </w:r>
    </w:p>
    <w:p>
      <w:r>
        <w:rPr>
          <w:b/>
        </w:rPr>
        <w:t xml:space="preserve">[16:43] </w:t>
      </w:r>
      <w:r>
        <w:t>is tarah se ek process, yaani kalma padh kar apni zindagi mein ek process jaari kar diya is ne.</w:t>
      </w:r>
    </w:p>
    <w:p>
      <w:pPr>
        <w:jc w:val="right"/>
      </w:pPr>
      <w:r>
        <w:t>اس طرح سے ایک پراسیس، یعنی کلمہ پڑھ کر اپنی زندگی میں ایک پراسیس جاری کر دیا اس نے۔</w:t>
      </w:r>
    </w:p>
    <w:p>
      <w:r>
        <w:rPr>
          <w:b/>
        </w:rPr>
        <w:t xml:space="preserve">[16:57] </w:t>
      </w:r>
      <w:r>
        <w:t>isi par jiya, isi par</w:t>
      </w:r>
    </w:p>
    <w:p>
      <w:pPr>
        <w:jc w:val="right"/>
      </w:pPr>
      <w:r>
        <w:t>اسی پر جیا، اسی پر</w:t>
      </w:r>
    </w:p>
    <w:p>
      <w:r>
        <w:rPr>
          <w:b/>
        </w:rPr>
        <w:t xml:space="preserve">[17:02] </w:t>
      </w:r>
      <w:r>
        <w:t>zindagi guzari, yahan tak ke isi par is ki maut aa gai. to bilashuba is liye jannat hai.</w:t>
      </w:r>
    </w:p>
    <w:p>
      <w:pPr>
        <w:jc w:val="right"/>
      </w:pPr>
      <w:r>
        <w:t>زندگی گزاری، یہاں تک کہ اسی پر اس کی موت آ گئی۔ تو بلاشبہ اس لیے جنت ہے۔</w:t>
      </w:r>
    </w:p>
    <w:p>
      <w:r>
        <w:rPr>
          <w:b/>
        </w:rPr>
        <w:t xml:space="preserve">[17:12] </w:t>
      </w:r>
      <w:r>
        <w:t>to is liye main kahunga ke imaan kisi qism ke</w:t>
      </w:r>
    </w:p>
    <w:p>
      <w:pPr>
        <w:jc w:val="right"/>
      </w:pPr>
      <w:r>
        <w:t>تو اس لیے میں کہوں گا کہ ایمان کسی قسم کے</w:t>
      </w:r>
    </w:p>
    <w:p>
      <w:r>
        <w:rPr>
          <w:b/>
        </w:rPr>
        <w:t xml:space="preserve">[17:21] </w:t>
      </w:r>
      <w:r>
        <w:t>lafz service ka naam nahi hai.</w:t>
      </w:r>
    </w:p>
    <w:p>
      <w:pPr>
        <w:jc w:val="right"/>
      </w:pPr>
      <w:r>
        <w:t>لفظ سروس کا نام نہیں ہے۔</w:t>
      </w:r>
    </w:p>
    <w:p>
      <w:r>
        <w:rPr>
          <w:b/>
        </w:rPr>
        <w:t xml:space="preserve">[17:26] </w:t>
      </w:r>
      <w:r>
        <w:t>islam ek inqalabi baat hai, revolutionary baat hai.</w:t>
      </w:r>
    </w:p>
    <w:p>
      <w:pPr>
        <w:jc w:val="right"/>
      </w:pPr>
      <w:r>
        <w:t>اسلام ایک انقلابی بات ہے، ریولوشنری بات ہے۔</w:t>
      </w:r>
    </w:p>
    <w:p>
      <w:r>
        <w:rPr>
          <w:b/>
        </w:rPr>
        <w:t xml:space="preserve">[17:39] </w:t>
      </w:r>
      <w:r>
        <w:t>dekhiye, imaan ka aaghaz la alif ko munh se bolne se nahi hota.</w:t>
      </w:r>
    </w:p>
    <w:p>
      <w:pPr>
        <w:jc w:val="right"/>
      </w:pPr>
      <w:r>
        <w:t>دیکھیے، ایمان کا آغاز لام الف کو منہ سے بولنے سے نہیں ہوتا۔</w:t>
      </w:r>
    </w:p>
    <w:p>
      <w:r>
        <w:rPr>
          <w:b/>
        </w:rPr>
        <w:t xml:space="preserve">[17:50] </w:t>
      </w:r>
      <w:r>
        <w:t>la ilaha ka jo lafz hai, us ko bol dene se, munh se, us se islam ka aaghaz nahi hota. islam ka aaghaz hota hai</w:t>
      </w:r>
    </w:p>
    <w:p>
      <w:pPr>
        <w:jc w:val="right"/>
      </w:pPr>
      <w:r>
        <w:t>لا الہ کا جو لفظ ہے، اس کو بول دینے سے، منہ سے، اس سے اسلام کا آغاز نہیں ہوتا۔ اسلام کا آغاز ہوتا ہے</w:t>
      </w:r>
    </w:p>
    <w:p>
      <w:r>
        <w:rPr>
          <w:b/>
        </w:rPr>
        <w:t xml:space="preserve">[18:04] </w:t>
      </w:r>
      <w:r>
        <w:t>daryaft se, inkishaf se, discovery se.</w:t>
      </w:r>
    </w:p>
    <w:p>
      <w:pPr>
        <w:jc w:val="right"/>
      </w:pPr>
      <w:r>
        <w:t>دریافت سے، انکشاف سے، ڈسکوری سے۔</w:t>
      </w:r>
    </w:p>
    <w:p>
      <w:r>
        <w:rPr>
          <w:b/>
        </w:rPr>
        <w:t xml:space="preserve">[18:14] </w:t>
      </w:r>
      <w:r>
        <w:t>jab aap apne upar sochte hain, kainat ke upar sochte hain,</w:t>
      </w:r>
    </w:p>
    <w:p>
      <w:pPr>
        <w:jc w:val="right"/>
      </w:pPr>
      <w:r>
        <w:t>جب آپ اپنے اوپر سوچتے ہیں، کائنات کے اوپر سوچتے ہیں،</w:t>
      </w:r>
    </w:p>
    <w:p>
      <w:r>
        <w:rPr>
          <w:b/>
        </w:rPr>
        <w:t xml:space="preserve">[18:21] </w:t>
      </w:r>
      <w:r>
        <w:t>jo jin ko quran mein kaha gaya, ayat-e-fitrat, fitrat ki nishaniyon par sochte hain, yahan tak ke aap ko discovery ke darje mein Allah rab-ul-alameen ka inkishaf ho jata hai.</w:t>
      </w:r>
    </w:p>
    <w:p>
      <w:pPr>
        <w:jc w:val="right"/>
      </w:pPr>
      <w:r>
        <w:t>جو جن کو قرآن میں کہا گیا، آیات فطرت، فطرت کی نشانیوں پر سوچتے ہیں، یہاں تک کہ آپ کو ڈسکوری کے درجے میں اللہ رب العالمین کا انکشاف ہو جاتا ہے۔</w:t>
      </w:r>
    </w:p>
    <w:p>
      <w:r>
        <w:rPr>
          <w:b/>
        </w:rPr>
        <w:t xml:space="preserve">[18:42] </w:t>
      </w:r>
      <w:r>
        <w:t>phir us par aap khare ho jate hain, us ko apna zindagi ka sab kuch bana lete hain.</w:t>
      </w:r>
    </w:p>
    <w:p>
      <w:pPr>
        <w:jc w:val="right"/>
      </w:pPr>
      <w:r>
        <w:t>پھر اس پر آپ کھڑے ہو جاتے ہیں، اس کو اپنا زندگی کا سب کچھ بنا لیتے ہیں۔</w:t>
      </w:r>
    </w:p>
    <w:p>
      <w:r>
        <w:rPr>
          <w:b/>
        </w:rPr>
        <w:t xml:space="preserve">[18:55] </w:t>
      </w:r>
      <w:r>
        <w:t>to yahan se hota hai imaan ka izafa.</w:t>
      </w:r>
    </w:p>
    <w:p>
      <w:pPr>
        <w:jc w:val="right"/>
      </w:pPr>
      <w:r>
        <w:t>تو یہاں سے ہوتا ہے ایمان کا اضافہ۔</w:t>
      </w:r>
    </w:p>
    <w:p>
      <w:r>
        <w:rPr>
          <w:b/>
        </w:rPr>
        <w:t xml:space="preserve">[19:06] </w:t>
      </w:r>
      <w:r>
        <w:t>jab aisa hota hai</w:t>
      </w:r>
    </w:p>
    <w:p>
      <w:pPr>
        <w:jc w:val="right"/>
      </w:pPr>
      <w:r>
        <w:t>جب ایسا ہوتا ہے</w:t>
      </w:r>
    </w:p>
    <w:p>
      <w:r>
        <w:rPr>
          <w:b/>
        </w:rPr>
        <w:t xml:space="preserve">[19:10] </w:t>
      </w:r>
      <w:r>
        <w:t>to kya hota hai ke imaan o islam aap ki zindagi mein khoon ki tarah shamil hota hai.</w:t>
      </w:r>
    </w:p>
    <w:p>
      <w:pPr>
        <w:jc w:val="right"/>
      </w:pPr>
      <w:r>
        <w:t>تو کیا ہوتا ہے کہ ایمان و اسلام آپ کی زندگی میں خون کی طرح شامل ہوتا ہے۔</w:t>
      </w:r>
    </w:p>
    <w:p>
      <w:r>
        <w:rPr>
          <w:b/>
        </w:rPr>
        <w:t xml:space="preserve">[19:24] </w:t>
      </w:r>
      <w:r>
        <w:t>yani jis tarah khoon dorta hai aap ke ragoon mein, is tarah imaan dorne lagta hai aap ki ragoon mein.</w:t>
      </w:r>
    </w:p>
    <w:p>
      <w:pPr>
        <w:jc w:val="right"/>
      </w:pPr>
      <w:r>
        <w:t>یعنی جس طرح خون دوڑتا ہے آپ کے رگوں میں، اس طرح ایمان دوڑنے لگتا ہے آپ کی رگوں میں۔</w:t>
      </w:r>
    </w:p>
    <w:p>
      <w:r>
        <w:rPr>
          <w:b/>
        </w:rPr>
        <w:t xml:space="preserve">[19:36] </w:t>
      </w:r>
      <w:r>
        <w:t>yani aap ek kahani ke proof ho jate hain ke faith runs in your blood. ek kahani ke proof mein ho jate hain aap ke faith runs in your blood.</w:t>
      </w:r>
    </w:p>
    <w:p>
      <w:pPr>
        <w:jc w:val="right"/>
      </w:pPr>
      <w:r>
        <w:t>یعنی آپ ایک کہانی کے پوشب ہو جاتے ہیں کہ ایمان رنز ان یور بلڈ۔ ایک کہانی کے پوشب میں ہو جاتے ہیں آپ کہ ایمان رنز ان یور بلڈ۔</w:t>
      </w:r>
    </w:p>
    <w:p>
      <w:r>
        <w:rPr>
          <w:b/>
        </w:rPr>
        <w:t xml:space="preserve">[19:55] </w:t>
      </w:r>
      <w:r>
        <w:t>tab woh ek bohat hi ek forceful andaaz mein woh aap ko</w:t>
      </w:r>
    </w:p>
    <w:p>
      <w:pPr>
        <w:jc w:val="right"/>
      </w:pPr>
      <w:r>
        <w:t>تب وہ ایک بہت ہی ایک فورس فل انداز میں وہ آپ کو</w:t>
      </w:r>
    </w:p>
    <w:p>
      <w:r>
        <w:rPr>
          <w:b/>
        </w:rPr>
        <w:t xml:space="preserve">[20:09] </w:t>
      </w:r>
      <w:r>
        <w:t>aap ko mutharrik kar deta hai. to imaan ek zinda haqeeqat hai, zinda</w:t>
      </w:r>
    </w:p>
    <w:p>
      <w:pPr>
        <w:jc w:val="right"/>
      </w:pPr>
      <w:r>
        <w:t>آپ کو متحرک کر دیتا ہے۔ تو ایمان ایک زندہ حقیقت ہے، زندہ</w:t>
      </w:r>
    </w:p>
    <w:p>
      <w:r>
        <w:rPr>
          <w:b/>
        </w:rPr>
        <w:t xml:space="preserve">[20:21] </w:t>
      </w:r>
      <w:r>
        <w:t>ek be-rooh, be-rooh belief nahi hai, lifeless belief nahi hai.</w:t>
      </w:r>
    </w:p>
    <w:p>
      <w:pPr>
        <w:jc w:val="right"/>
      </w:pPr>
      <w:r>
        <w:t>ایک بے روح، بے روح بیلیف نہیں ہے، لائف لیس بیلیف نہیں ہے۔</w:t>
      </w:r>
    </w:p>
    <w:p>
      <w:r>
        <w:rPr>
          <w:b/>
        </w:rPr>
        <w:t xml:space="preserve">[20:33] </w:t>
      </w:r>
      <w:r>
        <w:t>imaan ek lifeless belief nahi hai. islam ya imaan ek zinda haqeeqat hai, zinda.</w:t>
      </w:r>
    </w:p>
    <w:p>
      <w:pPr>
        <w:jc w:val="right"/>
      </w:pPr>
      <w:r>
        <w:t>ایمان ایک لائف لیس بیلیف نہیں ہے۔ اسلام یا ایمان ایک زندہ حقیقت ہے، زندہ۔</w:t>
      </w:r>
    </w:p>
    <w:p>
      <w:r>
        <w:rPr>
          <w:b/>
        </w:rPr>
        <w:t xml:space="preserve">[20:48] </w:t>
      </w:r>
      <w:r>
        <w:t>jab kisi ki zindagi mein imaan is tarah dakhil ho ke woh us ki ragoon mein dorne lage, us ke khoon mein shamil ho jaye, us ke thinking process mein shamil ho jaye,</w:t>
      </w:r>
    </w:p>
    <w:p>
      <w:pPr>
        <w:jc w:val="right"/>
      </w:pPr>
      <w:r>
        <w:t>جب کسی کی زندگی میں ایمان اس طرح داخل ہو کہ وہ اس کی رگوں میں دوڑنے لگے، اس کے خون میں شامل ہو جائے، اس کے تھنکنگ پراسیس میں شامل ہو جائے،</w:t>
      </w:r>
    </w:p>
    <w:p>
      <w:r>
        <w:rPr>
          <w:b/>
        </w:rPr>
        <w:t xml:space="preserve">[21:08] </w:t>
      </w:r>
      <w:r>
        <w:t>tab woh imaan hai, tab woh islam hai, tab</w:t>
      </w:r>
    </w:p>
    <w:p>
      <w:pPr>
        <w:jc w:val="right"/>
      </w:pPr>
      <w:r>
        <w:t>تب وہ ایمان ہے، تب وہ اسلام ہے، تب وہ جنت کی کنجی ہے۔ آپ ایک ایک آیت پڑھیے، وہ جو آیت ہے کہ "اومن کان امت فایان فاہنا</w:t>
      </w:r>
    </w:p>
    <w:p>
      <w:r>
        <w:rPr>
          <w:b/>
        </w:rPr>
        <w:t xml:space="preserve">[21:30] </w:t>
      </w:r>
      <w:r>
        <w:t>wa-ja-a-l-na noo-ran-fee fee-n-na-s".</w:t>
      </w:r>
    </w:p>
    <w:p>
      <w:pPr>
        <w:jc w:val="right"/>
      </w:pPr>
      <w:r>
        <w:t>وجعلنا نوریم فی فی الناس"۔</w:t>
      </w:r>
    </w:p>
    <w:p>
      <w:r>
        <w:rPr>
          <w:b/>
        </w:rPr>
        <w:t xml:space="preserve">[21:43] </w:t>
      </w:r>
      <w:r>
        <w:t>Surah Al-Anam, chapter number six, verse number 122. a-u-m-a-n kaana amita fa-a-h-y-a-n-a-h wa-ja-a-l-na noo-ran-fee fee-n-na-s, ka-ma-th-ar fee th-a-l-u-m-a-t, laisa bi-kh-a-r-i-j min-ha.</w:t>
      </w:r>
    </w:p>
    <w:p>
      <w:pPr>
        <w:jc w:val="right"/>
      </w:pPr>
      <w:r>
        <w:t>سورہ الانعام، چیپٹر نمبر سکس، ورس نمبر 122۔ اومن کان امیت فاحیناہ وجعلنا نوریم فی الناس، کمثر فی ظلمات، لیس بخارج منہا۔</w:t>
      </w:r>
    </w:p>
    <w:p>
      <w:r>
        <w:rPr>
          <w:b/>
        </w:rPr>
        <w:t xml:space="preserve">[21:58] </w:t>
      </w:r>
      <w:r>
        <w:t>kya woh shakhs jo murda tha, hum ne us ko zinda kiya aur us ke liye hum ne noor diye, jis mein jis ki roshni woh logon ke darmiyan chalta hai, us shakhs ki tarah ho sakta hai jo tareeki mein ho aur us se nikalne wala na ho?</w:t>
      </w:r>
    </w:p>
    <w:p>
      <w:pPr>
        <w:jc w:val="right"/>
      </w:pPr>
      <w:r>
        <w:t>کیا وہ شخص جو مردہ تھا، ہم نے اس کو زندہ کیا اور اس کے لیے ہم نے نور دیے، جس میں جس کی روشنی وہ لوگوں کے درمیان چلتا ہے، اس شخص کی طرح ہو سکتا ہے جو تاریکی میں ہو اور اس سے نکلنے والا نہ ہو؟</w:t>
      </w:r>
    </w:p>
    <w:p>
      <w:r>
        <w:rPr>
          <w:b/>
        </w:rPr>
        <w:t xml:space="preserve">[22:15] </w:t>
      </w:r>
      <w:r>
        <w:t>is mani kiya hue? is mani ke imaan woh hai jo aap ki shakhsiyat ko</w:t>
      </w:r>
    </w:p>
    <w:p>
      <w:pPr>
        <w:jc w:val="right"/>
      </w:pPr>
      <w:r>
        <w:t>اس معنی کیا ہوئے؟ اس معنی کہ ایمان وہ ہے جو آپ کی شخصیت کو</w:t>
      </w:r>
    </w:p>
    <w:p>
      <w:r>
        <w:rPr>
          <w:b/>
        </w:rPr>
        <w:t xml:space="preserve">[22:25] </w:t>
      </w:r>
      <w:r>
        <w:t>parnoor shakhsiyat bana de,</w:t>
      </w:r>
    </w:p>
    <w:p>
      <w:pPr>
        <w:jc w:val="right"/>
      </w:pPr>
      <w:r>
        <w:t>پرنور شخصیت بنا دے،</w:t>
      </w:r>
    </w:p>
    <w:p>
      <w:r>
        <w:rPr>
          <w:b/>
        </w:rPr>
        <w:t xml:space="preserve">[22:34] </w:t>
      </w:r>
      <w:r>
        <w:t>aap ki shakhsiyat ko parnoor shakhsiyat bana de.</w:t>
      </w:r>
    </w:p>
    <w:p>
      <w:pPr>
        <w:jc w:val="right"/>
      </w:pPr>
      <w:r>
        <w:t>آپ کی شخصیت کو پرنور شخصیت بنا دے۔</w:t>
      </w:r>
    </w:p>
    <w:p>
      <w:r>
        <w:rPr>
          <w:b/>
        </w:rPr>
        <w:t xml:space="preserve">[22:42] </w:t>
      </w:r>
      <w:r>
        <w:t>woh aap ki zindagi mein aap ka saathi ban jaye, woh aap ki ragon mein daure, aap ke thinking process mein shamil ho,</w:t>
      </w:r>
    </w:p>
    <w:p>
      <w:pPr>
        <w:jc w:val="right"/>
      </w:pPr>
      <w:r>
        <w:t>وہ آپ کی زندگی میں آپ کا ساتھی بن جائے، وہ آپ کی رگوں میں دوڑے، آپ کے تھنکنگ پراسیس میں شامل ہو،</w:t>
      </w:r>
    </w:p>
    <w:p>
      <w:r>
        <w:rPr>
          <w:b/>
        </w:rPr>
        <w:t xml:space="preserve">[22:58] </w:t>
      </w:r>
      <w:r>
        <w:t>woh sote aur jaagte aap ko yaad rahe. is ayat ko phir se padhiye aur phir is ko tarjuma padhiye.</w:t>
      </w:r>
    </w:p>
    <w:p>
      <w:pPr>
        <w:jc w:val="right"/>
      </w:pPr>
      <w:r>
        <w:t>وہ سوتے اور جاگتے آپ کو یاد رہے۔ اس آیت کو پھر سے پڑھیے اور پھر اس کو ترجمہ پڑھیے۔</w:t>
      </w:r>
    </w:p>
    <w:p>
      <w:r>
        <w:rPr>
          <w:b/>
        </w:rPr>
        <w:t xml:space="preserve">[23:11] </w:t>
      </w:r>
      <w:r>
        <w:t>A man kaana mayyitan fa-ahyaynahu wa ja'alna lahu nooran yamshee bihi fin-naasi ka-man mathaluhu fiz-zulumaati laisa bi-khaarijin minha.</w:t>
      </w:r>
    </w:p>
    <w:p>
      <w:pPr>
        <w:jc w:val="right"/>
      </w:pPr>
      <w:r>
        <w:t>اومن کان امیت فاحیناہ وجعلنا نوریم فی الناس، کمثر فی ظلمات، لیس بخارج منہا۔</w:t>
      </w:r>
    </w:p>
    <w:p>
      <w:r>
        <w:rPr>
          <w:b/>
        </w:rPr>
        <w:t xml:space="preserve">[23:21] </w:t>
      </w:r>
      <w:r>
        <w:t>kya woh shakhs jo murda tha, pas hum ne us ko zinda kiya aur us ko noor diye, jis ki roshni mein woh logon ke darmiyan chalta hai, us shakhs ki tarah ho sakta hai jo taariki mein ho aur us se nikalne wala na ho?</w:t>
      </w:r>
    </w:p>
    <w:p>
      <w:pPr>
        <w:jc w:val="right"/>
      </w:pPr>
      <w:r>
        <w:t>کیا وہ شخص جو مردہ تھا، پس ہم نے اس کو زندہ کیا اور اس کو نور دیے، جس کی روشنی میں وہ لوگوں کے درمیان چلتا ہے، اس شخص کی طرح ہو سکتا ہے جو تاریکی میں ہو اور اس سے نکلنے والا نہ ہو؟</w:t>
      </w:r>
    </w:p>
    <w:p>
      <w:r>
        <w:rPr>
          <w:b/>
        </w:rPr>
        <w:t xml:space="preserve">[23:36] </w:t>
      </w:r>
      <w:r>
        <w:t>dekhiye, yeh jo lafz hai ke "pas hum ne us ko zinda kiya",</w:t>
      </w:r>
    </w:p>
    <w:p>
      <w:pPr>
        <w:jc w:val="right"/>
      </w:pPr>
      <w:r>
        <w:t>دیکھیے، یہ جو لفظ ہے کہ "پس ہم نے اس کو زندہ کیا"،</w:t>
      </w:r>
    </w:p>
    <w:p>
      <w:r>
        <w:rPr>
          <w:b/>
        </w:rPr>
        <w:t xml:space="preserve">[23:45] </w:t>
      </w:r>
      <w:r>
        <w:t>yeh jo lafz hai ayat mein ke "pas hum ne us ko zinda kiya", is ka matlab zinda woh khud hi karta hai. Allah ki taraf nisbati se di gayi ke ke Allah ke qanoon ke mutabiq karne ki wajah se aisa hota hai.</w:t>
      </w:r>
    </w:p>
    <w:p>
      <w:pPr>
        <w:jc w:val="right"/>
      </w:pPr>
      <w:r>
        <w:t>یہ جو لفظ ہے آیت میں کہ "پس ہم نے اس کو زندہ کیا"، اس کا مطلب زندہ وہ خود ہی کرتا ہے۔ اللہ کی طرف نسمتی سے دی گئی کہ کہ اللہ کے قانون کے مطابق کرنے کی وجہ سے ایسا ہوتا ہے۔</w:t>
      </w:r>
    </w:p>
    <w:p>
      <w:r>
        <w:rPr>
          <w:b/>
        </w:rPr>
        <w:t xml:space="preserve">[24:06] </w:t>
      </w:r>
      <w:r>
        <w:t>Allah ne jo qanoon banaya hai, jo fitrat ka qanoon hai, us ko follow karne ki wajah se aisa hota hai. is liye us ko bas mansoob kiya Allah ki taraf se.</w:t>
      </w:r>
    </w:p>
    <w:p>
      <w:pPr>
        <w:jc w:val="right"/>
      </w:pPr>
      <w:r>
        <w:t>اللہ نے جو قانون بنایا ہے، جو فطرت کا قانون ہے، اس کو فالو کرنے کی وجہ سے ایسا ہوتا ہے۔ اس لیے اس کو بس منسوب کیا اللہ کی طرف سے۔</w:t>
      </w:r>
    </w:p>
    <w:p>
      <w:r>
        <w:rPr>
          <w:b/>
        </w:rPr>
        <w:t xml:space="preserve">[24:18] </w:t>
      </w:r>
      <w:r>
        <w:t>unhein karne wala to khud hi hota hai.</w:t>
      </w:r>
    </w:p>
    <w:p>
      <w:pPr>
        <w:jc w:val="right"/>
      </w:pPr>
      <w:r>
        <w:t>انہیں کرنے والا تو خود ہی ہوتا ہے۔</w:t>
      </w:r>
    </w:p>
    <w:p>
      <w:r>
        <w:rPr>
          <w:b/>
        </w:rPr>
        <w:t xml:space="preserve">[24:23] </w:t>
      </w:r>
      <w:r>
        <w:t>to jab yeh waqea guzre kisi ke upar</w:t>
      </w:r>
    </w:p>
    <w:p>
      <w:pPr>
        <w:jc w:val="right"/>
      </w:pPr>
      <w:r>
        <w:t>تو جب یہ واقعہ گزرے کسی کے اوپر</w:t>
      </w:r>
    </w:p>
    <w:p>
      <w:r>
        <w:rPr>
          <w:b/>
        </w:rPr>
        <w:t xml:space="preserve">[24:29] </w:t>
      </w:r>
      <w:r>
        <w:t>ke woh imaan us ko is tarah mila, jis se kisi ko roshni mil gayi, jis se bulb off hota, off tha, roshni nahi hui us mein thi, phir kisi ne switch band daba diya aur us mein roshni aa gayi.</w:t>
      </w:r>
    </w:p>
    <w:p>
      <w:pPr>
        <w:jc w:val="right"/>
      </w:pPr>
      <w:r>
        <w:t>کہ وہ ایمان اس کو اس طرح ملا، جس سے کسی کو روشنی مل گئی، جس سے بلب آف ہوتا، آف تھا، روشنی نہیں ہوئی اس میں تھی، پھر کسی نے سوئچ بند دبا دیا اور اس میں روشنی آ گئی۔</w:t>
      </w:r>
    </w:p>
    <w:p>
      <w:r>
        <w:rPr>
          <w:b/>
        </w:rPr>
        <w:t xml:space="preserve">[24:50] </w:t>
      </w:r>
      <w:r>
        <w:t>jab yeh is tarah imaan guzre kisi ki zindagi mein</w:t>
      </w:r>
    </w:p>
    <w:p>
      <w:pPr>
        <w:jc w:val="right"/>
      </w:pPr>
      <w:r>
        <w:t>جب یہ اس طرح ایمان گزرے کسی کی زندگی میں</w:t>
      </w:r>
    </w:p>
    <w:p>
      <w:r>
        <w:rPr>
          <w:b/>
        </w:rPr>
        <w:t xml:space="preserve">[24:56] </w:t>
      </w:r>
      <w:r>
        <w:t>aur poori hasti mein, us ki poori hasti mein shamil ho jaye, us ke thinking process mein shamil ho jaye,</w:t>
      </w:r>
    </w:p>
    <w:p>
      <w:pPr>
        <w:jc w:val="right"/>
      </w:pPr>
      <w:r>
        <w:t>اور پوری ہستی میں، اس کی پوری ہستی میں شامل ہو جائے، اس کے تھنکنگ پراسیس میں شامل ہو جائے،</w:t>
      </w:r>
    </w:p>
    <w:p>
      <w:r>
        <w:rPr>
          <w:b/>
        </w:rPr>
        <w:t xml:space="preserve">[25:07] </w:t>
      </w:r>
      <w:r>
        <w:t>us ka bolna, us ka sochna, us ka us ki dealing,</w:t>
      </w:r>
    </w:p>
    <w:p>
      <w:pPr>
        <w:jc w:val="right"/>
      </w:pPr>
      <w:r>
        <w:t>اس کا بولنا، اس کا سوچنا، اس کا اس کی ڈیلنگ،</w:t>
      </w:r>
    </w:p>
    <w:p>
      <w:r>
        <w:rPr>
          <w:b/>
        </w:rPr>
        <w:t xml:space="preserve">[25:15] </w:t>
      </w:r>
      <w:r>
        <w:t>har cheez mein imaan ki roshni shamil ho jaye,</w:t>
      </w:r>
    </w:p>
    <w:p>
      <w:pPr>
        <w:jc w:val="right"/>
      </w:pPr>
      <w:r>
        <w:t>ہر چیز میں ایمان کی روشنی شامل ہو جائے،</w:t>
      </w:r>
    </w:p>
    <w:p>
      <w:r>
        <w:rPr>
          <w:b/>
        </w:rPr>
        <w:t xml:space="preserve">[25:24] </w:t>
      </w:r>
      <w:r>
        <w:t>tab woh woh cheez banti hai jo aadmi ko le aati hai paradise ki taraf.</w:t>
      </w:r>
    </w:p>
    <w:p>
      <w:pPr>
        <w:jc w:val="right"/>
      </w:pPr>
      <w:r>
        <w:t>تب وہ وہ چیز بنتی ہے جو آدمی کو لے آتی ہے پیرائیز کی طرف۔</w:t>
      </w:r>
    </w:p>
    <w:p>
      <w:r>
        <w:rPr>
          <w:b/>
        </w:rPr>
        <w:t xml:space="preserve">[25:37] </w:t>
      </w:r>
      <w:r>
        <w:t>to yeh jo ayat hai, yeh jo hadith hai ke "man qala la ilaha illallah dakhala al-jannah", jis ne kaha la ilaha, woh jannat mein jayega, woh saada baat nahi hai, woh lafz service nahi hai,</w:t>
      </w:r>
    </w:p>
    <w:p>
      <w:pPr>
        <w:jc w:val="right"/>
      </w:pPr>
      <w:r>
        <w:t>تو یہ جو آیت ہے، یہ جو حدیث ہے کہ "من قال لا الہ الا اللہ دخل الجنہ"، جس نے کہا لا الہ، وہ جنت میں جائے گا، وہ سادہ بات نہیں ہے، وہ لفظ سروس نہیں ہے،</w:t>
      </w:r>
    </w:p>
    <w:p>
      <w:r>
        <w:rPr>
          <w:b/>
        </w:rPr>
        <w:t xml:space="preserve">[25:55] </w:t>
      </w:r>
      <w:r>
        <w:t>woh ek haqeeqat hai, ek daryaft hai, ek discovery hai, ek realization hai.</w:t>
      </w:r>
    </w:p>
    <w:p>
      <w:pPr>
        <w:jc w:val="right"/>
      </w:pPr>
      <w:r>
        <w:t>وہ ایک حقیقت ہے، ایک دریافت ہے، ایک ڈسکوری ہے، ایک ریلائزیشن ہے۔</w:t>
      </w:r>
    </w:p>
    <w:p>
      <w:r>
        <w:rPr>
          <w:b/>
        </w:rPr>
        <w:t xml:space="preserve">[26:09] </w:t>
      </w:r>
      <w:r>
        <w:t>woh imaan plus hai,</w:t>
      </w:r>
    </w:p>
    <w:p>
      <w:pPr>
        <w:jc w:val="right"/>
      </w:pPr>
      <w:r>
        <w:t>وہ ایمان پلس ہے،</w:t>
      </w:r>
    </w:p>
    <w:p>
      <w:r>
        <w:rPr>
          <w:b/>
        </w:rPr>
        <w:t xml:space="preserve">[26:14] </w:t>
      </w:r>
      <w:r>
        <w:t>woh imaan plus hai.</w:t>
      </w:r>
    </w:p>
    <w:p>
      <w:pPr>
        <w:jc w:val="right"/>
      </w:pPr>
      <w:r>
        <w:t>وہ ایمان پلس ہے۔</w:t>
      </w:r>
    </w:p>
    <w:p>
      <w:r>
        <w:rPr>
          <w:b/>
        </w:rPr>
        <w:t xml:space="preserve">[26:24] </w:t>
      </w:r>
      <w:r>
        <w:t>to sahaba. yeh ayat Quran mein ke imaan woh mu'tabar hai jo sahaba jaisa imaan ho.</w:t>
      </w:r>
    </w:p>
    <w:p>
      <w:pPr>
        <w:jc w:val="right"/>
      </w:pPr>
      <w:r>
        <w:t>تو صحابہ۔ یہ آیت قرآن میں کہ ایمان وہ معتبر ہے جو صحابہ جیسا ایمان ہو۔</w:t>
      </w:r>
    </w:p>
    <w:p>
      <w:r>
        <w:rPr>
          <w:b/>
        </w:rPr>
        <w:t xml:space="preserve">[26:34] </w:t>
      </w:r>
      <w:r>
        <w:t>abhi jo ayat padhi gayi, is ka matlab yeh hai ke Allah ke haan imaan woh mu'tabar hai jo sahaba jaisa imaan ho.</w:t>
      </w:r>
    </w:p>
    <w:p>
      <w:pPr>
        <w:jc w:val="right"/>
      </w:pPr>
      <w:r>
        <w:t>ابھی جو آیت پڑھی گئی، اس کا مطلب یہ ہے کہ اللہ کے ہاں ایمان وہ معتبر ہے جو صحابہ جیسا ایمان ہو۔</w:t>
      </w:r>
    </w:p>
    <w:p>
      <w:r>
        <w:rPr>
          <w:b/>
        </w:rPr>
        <w:t xml:space="preserve">[26:47] </w:t>
      </w:r>
      <w:r>
        <w:t>ab aap dekhiye ke jo jo riwayatain aap ke samne padhi gayeen, to sahaba wala imaan kya tha?</w:t>
      </w:r>
    </w:p>
    <w:p>
      <w:pPr>
        <w:jc w:val="right"/>
      </w:pPr>
      <w:r>
        <w:t>اب آپ دیکھیے کہ جو جو روایتیں آپ کے سامنے پڑھی گئیں، تو صحابہ والا ایمان کیا تھا؟</w:t>
      </w:r>
    </w:p>
    <w:p>
      <w:r>
        <w:rPr>
          <w:b/>
        </w:rPr>
        <w:t xml:space="preserve">[27:00] </w:t>
      </w:r>
      <w:r>
        <w:t>woh sahaba wala iman tha ke woh apne sathiyon se kehte the, "ao, ao, hum apne iman ko taza karen,</w:t>
      </w:r>
    </w:p>
    <w:p>
      <w:pPr>
        <w:jc w:val="right"/>
      </w:pPr>
      <w:r>
        <w:t>وہ صحابہ والا ایمان تھا کہ وہ اپنے ساتھیوں سے کہتے تھے، "اؤ، اؤ، ہم اپنے ایمان کو تازہ کریں،</w:t>
      </w:r>
    </w:p>
    <w:p>
      <w:r>
        <w:rPr>
          <w:b/>
        </w:rPr>
        <w:t xml:space="preserve">[27:13] </w:t>
      </w:r>
      <w:r>
        <w:t>apne iman ko revive karen, apne aap ko, apne iman ko zinda iman banayen, is mein tajrubaat ka izafa karen, is mein soch ka izafa karen."</w:t>
      </w:r>
    </w:p>
    <w:p>
      <w:pPr>
        <w:jc w:val="right"/>
      </w:pPr>
      <w:r>
        <w:t>اپنے ایمان کو ریوائیو کریں، اپنے آپ کو، اپنے ایمان کو زندہ ایمان بنائیں، اس میں تجربات کا اضافہ کریں، اس میں سوچ کا اضافہ کریں۔"</w:t>
      </w:r>
    </w:p>
    <w:p>
      <w:r>
        <w:rPr>
          <w:b/>
        </w:rPr>
        <w:t xml:space="preserve">[27:29] </w:t>
      </w:r>
      <w:r>
        <w:t>is tarah se iman lane ke baad aadmi ki zindagi mein ek process chal pada. process</w:t>
      </w:r>
    </w:p>
    <w:p>
      <w:pPr>
        <w:jc w:val="right"/>
      </w:pPr>
      <w:r>
        <w:t>اس طرح سے ایمان لانے کے بعد آدمی کی زندگی میں ایک پراسیس چل پڑے۔ پراسیس</w:t>
      </w:r>
    </w:p>
    <w:p>
      <w:r>
        <w:rPr>
          <w:b/>
        </w:rPr>
        <w:t xml:space="preserve">[27:40] </w:t>
      </w:r>
      <w:r>
        <w:t>iman lane ke baad aap ki zindagi mein ek ek process chal pare, tab woh iman hai, tab woh jannat hai.</w:t>
      </w:r>
    </w:p>
    <w:p>
      <w:pPr>
        <w:jc w:val="right"/>
      </w:pPr>
      <w:r>
        <w:t>ایمان لانے کے بعد آپ کی زندگی میں ایک ایک پراسیس چل پڑے، تب وہ ایمان ہے، تب وہ جنت ہے۔</w:t>
      </w:r>
    </w:p>
    <w:p>
      <w:r>
        <w:rPr>
          <w:b/>
        </w:rPr>
        <w:t xml:space="preserve">[27:55] </w:t>
      </w:r>
      <w:r>
        <w:t>yeh kalma goi ka masla nahi hai</w:t>
      </w:r>
    </w:p>
    <w:p>
      <w:pPr>
        <w:jc w:val="right"/>
      </w:pPr>
      <w:r>
        <w:t>یہ کلمہ گوئی کا مسئلہ نہیں ہے</w:t>
      </w:r>
    </w:p>
    <w:p>
      <w:r>
        <w:rPr>
          <w:b/>
        </w:rPr>
        <w:t xml:space="preserve">[28:01] </w:t>
      </w:r>
      <w:r>
        <w:t>ke yaani recitation ka masla nahi hai, yeh kalma ko apni zindagi mein shamil karne ka masla hai.</w:t>
      </w:r>
    </w:p>
    <w:p>
      <w:pPr>
        <w:jc w:val="right"/>
      </w:pPr>
      <w:r>
        <w:t>کہ یعنی ریسائٹیشن کا مسئلہ نہیں ہے، یہ کلمہ کو اپنی زندگی میں شامل کرنے کا مسئلہ ہے۔</w:t>
      </w:r>
    </w:p>
    <w:p>
      <w:r>
        <w:rPr>
          <w:b/>
        </w:rPr>
        <w:t xml:space="preserve">[28:13] </w:t>
      </w:r>
      <w:r>
        <w:t>kalma ko apni zindagi mein shamil karne ka masla hai,</w:t>
      </w:r>
    </w:p>
    <w:p>
      <w:pPr>
        <w:jc w:val="right"/>
      </w:pPr>
      <w:r>
        <w:t>کلمہ کو اپنی زندگی میں شامل کرنے کا مسئلہ ہے،</w:t>
      </w:r>
    </w:p>
    <w:p>
      <w:r>
        <w:rPr>
          <w:b/>
        </w:rPr>
        <w:t xml:space="preserve">[28:19] </w:t>
      </w:r>
      <w:r>
        <w:t>tab ja kar aisa hota hai ke insaan</w:t>
      </w:r>
    </w:p>
    <w:p>
      <w:pPr>
        <w:jc w:val="right"/>
      </w:pPr>
      <w:r>
        <w:t>تب جا کر ایسا ہوتا ہے کہ انسان</w:t>
      </w:r>
    </w:p>
    <w:p>
      <w:r>
        <w:rPr>
          <w:b/>
        </w:rPr>
        <w:t xml:space="preserve">[28:26] </w:t>
      </w:r>
      <w:r>
        <w:t>ke bare mein farishte likh lete hain ke yeh wohi insaan hai jo jannat ki taraf chal pada hai aur inshallah woh jannat mein dakhil ho jayega.</w:t>
      </w:r>
    </w:p>
    <w:p>
      <w:pPr>
        <w:jc w:val="right"/>
      </w:pPr>
      <w:r>
        <w:t>کے بارے میں فرشتے لکھ لیتے ہیں کہ یہ وہی انسان ہے جو جنت کی طرف چل پڑا ہے اور انشاءاللہ وہ جنت میں داخل ہو جائے گا۔</w:t>
      </w:r>
    </w:p>
    <w:p>
      <w:r>
        <w:rPr>
          <w:b/>
        </w:rPr>
        <w:t xml:space="preserve">[28:40] </w:t>
      </w:r>
      <w:r>
        <w:t>jannat mein is ko dakhila milega. to meri dua hai ke Allah taala mujh ko aur aap ko tofeeq de ke hum is tarah ke momin banen.</w:t>
      </w:r>
    </w:p>
    <w:p>
      <w:pPr>
        <w:jc w:val="right"/>
      </w:pPr>
      <w:r>
        <w:t>جنت میں اس کو داخلہ ملے گا۔ تو میری دعا ہے کہ اللہ تعالی مجھ کو اور آپ کو توفیق دے کہ ہم اس طرح کے مومن بنیں۔</w:t>
      </w:r>
    </w:p>
    <w:p>
      <w:r>
        <w:rPr>
          <w:b/>
        </w:rPr>
        <w:t xml:space="preserve">[28:52] </w:t>
      </w:r>
      <w:r>
        <w:t>assalam o alaikum wa rehmatullah.</w:t>
      </w:r>
    </w:p>
    <w:p>
      <w:pPr>
        <w:jc w:val="right"/>
      </w:pPr>
      <w:r>
        <w:t>السلام علیکم ورحمۃ اللہ۔</w:t>
      </w:r>
    </w:p>
    <w:p>
      <w:r>
        <w:rPr>
          <w:b/>
        </w:rPr>
        <w:t xml:space="preserve">[29:04] </w:t>
      </w:r>
      <w:r>
        <w:t>ah Maulana, mein ne bohat pehle Mehr Qadri, ek Jamaat Islami ke bohat mashhoor ah mussanif hain, un ki kitab parhi thi aur yeh un ke in mazameen ka majmooa tha jo unhon ne mukhtalif kitabon par tabsaray kiye the.</w:t>
      </w:r>
    </w:p>
    <w:p>
      <w:pPr>
        <w:jc w:val="right"/>
      </w:pPr>
      <w:r>
        <w:t>اہ مولانا، میں نے بہت پہلے مہر القادری، ایک جماعت اسلامی کے بہت مشہور اہ مصنف ہیں، ان کی کتاب پڑھی تھی اور یہ ان کے ان مضامین کا مجموعہ تھا جو انہوں نے مختلف کتابوں پر تبصرے کیے تھے۔</w:t>
      </w:r>
    </w:p>
    <w:p>
      <w:r>
        <w:rPr>
          <w:b/>
        </w:rPr>
        <w:t xml:space="preserve">[29:20] </w:t>
      </w:r>
      <w:r>
        <w:t>is mein se ek jo mujhe abhi is ka mafhoom yaad hai, woh yeh tha ke iman aur Islam aisi cheez nahi ke aap is ko masjid mein ah ikhtiyar karen aur masjid se bahar nikal kar is ko chhod den.</w:t>
      </w:r>
    </w:p>
    <w:p>
      <w:pPr>
        <w:jc w:val="right"/>
      </w:pPr>
      <w:r>
        <w:t>اس میں سے ایک جو مجھے ابھی اس کا مفہوم یاد ہے، وہ یہ تھا کہ ایمان اور اسلام ایسی چیز نہیں کہ آپ اس کو مسجد میں اہ اختیار کریں اور مسجد سے باہر نکل کر اس کو چھوڑ دیں۔</w:t>
      </w:r>
    </w:p>
    <w:p>
      <w:r>
        <w:rPr>
          <w:b/>
        </w:rPr>
        <w:t xml:space="preserve">[29:33] </w:t>
      </w:r>
      <w:r>
        <w:t>yahan par un ka mafhoom yeh tha ke masjid se bahar aap ko Islam ki saltanat qaim karni hai, hukoomat ilahiya qaim karni hai. lekin mein samajhta hoon ke unhon ne yeh baat sahi nahi kahi thi.</w:t>
      </w:r>
    </w:p>
    <w:p>
      <w:pPr>
        <w:jc w:val="right"/>
      </w:pPr>
      <w:r>
        <w:t>یہاں پر ان کا مفہوم یہ تھا کہ مسجد سے باہر آپ کو اسلام کی سلطنت قائم کرنی ہے، حکومت الہیہ قائم کرنی ہے۔ لیکن میں سمجھتا ہوں کہ انہوں نے یہ بات صحیح نہیں کہی تھی۔</w:t>
      </w:r>
    </w:p>
    <w:p>
      <w:r>
        <w:rPr>
          <w:b/>
        </w:rPr>
        <w:t xml:space="preserve">[29:43] </w:t>
      </w:r>
      <w:r>
        <w:t>asal maqsad yeh hai ke masjid se bahar aane ke baad aap woh item discover karen jis se aap ke iman mein izafa ho, Allah taala ki discovery mein izafa ho aur aap ka iman har waqt taro taza rahe.</w:t>
      </w:r>
    </w:p>
    <w:p>
      <w:pPr>
        <w:jc w:val="right"/>
      </w:pPr>
      <w:r>
        <w:t>اصل مقصد یہ ہے کہ مسجد سے باہر آنے کے بعد آپ وہ آئٹم ڈسکور کریں جس سے آپ کے ایمان میں اضافہ ہو، اللہ تعالی کی ڈسکوری میں اضافہ ہو اور آپ کا ایمان ہر وقت ترو تازہ رہے۔</w:t>
      </w:r>
    </w:p>
    <w:p>
      <w:r>
        <w:rPr>
          <w:b/>
        </w:rPr>
        <w:t xml:space="preserve">[29:57] </w:t>
      </w:r>
      <w:r>
        <w:t>kya mera samajhna sahi hai?</w:t>
      </w:r>
    </w:p>
    <w:p>
      <w:pPr>
        <w:jc w:val="right"/>
      </w:pPr>
      <w:r>
        <w:t>کیا میرا سمجھنا صحیح ہے؟</w:t>
      </w:r>
    </w:p>
    <w:p>
      <w:r>
        <w:rPr>
          <w:b/>
        </w:rPr>
        <w:t xml:space="preserve">[30:04] </w:t>
      </w:r>
      <w:r>
        <w:t>bilkul, bilkul sahi hai. hukoomat ilahiya qaim karna, woh kahan is mein likha hai ke woh hukoomat ilahiya qaim karo? yeh to apni taraf se izafa hai.</w:t>
      </w:r>
    </w:p>
    <w:p>
      <w:pPr>
        <w:jc w:val="right"/>
      </w:pPr>
      <w:r>
        <w:t>بالکل، بالکل صحیح ہے۔ حکومت الہیہ قائم کرنا، وہ کہاں اس میں لکھا ہے کہ وہ حکومت الہیہ قائم کرو؟ یہ تو اپنی طرف سے اضافہ ہے۔</w:t>
      </w:r>
    </w:p>
    <w:p>
      <w:r>
        <w:rPr>
          <w:b/>
        </w:rPr>
        <w:t xml:space="preserve">[30:16] </w:t>
      </w:r>
      <w:r>
        <w:t>apne apne upar is iman ko taari karna, iman ke taqaze apne upar taari karna to apne aap ko banana, apne apne andar iman ko shamil karna, yeh matlab yaani ke jhanda uthao siyasat ka aur hukoomat ilahiya qaim karo jo kabhi qaim na ho.</w:t>
      </w:r>
    </w:p>
    <w:p>
      <w:pPr>
        <w:jc w:val="right"/>
      </w:pPr>
      <w:r>
        <w:t>اپنے اپنے اوپر اس ایمان کو طاری کرنا، ایمان کے تقاضے اپنے اوپر طاری کرنا تو اپنے آپ کو بنانا، اپنے اپنے اندر ایمان کو شامل کرنا، یہ مطلب یعنی کہ جھنڈا اٹھاؤ سیاست کا اور حکومت الہیہ قائم کرو جو کبھی قائم نہ ہو۔</w:t>
      </w:r>
    </w:p>
    <w:p>
      <w:r>
        <w:rPr>
          <w:b/>
        </w:rPr>
        <w:t xml:space="preserve">[30:42] </w:t>
      </w:r>
      <w:r>
        <w:t>itne din guzar gaye, dedh dedh hazar saal, ab tak to qaim nahi hui. to kya Allah taala aisa target dega jo ke poori na ho?</w:t>
      </w:r>
    </w:p>
    <w:p>
      <w:pPr>
        <w:jc w:val="right"/>
      </w:pPr>
      <w:r>
        <w:t>اتنے دن گزر گئے، ڈیڑھ ڈیڑھ ہزار سال، اب تک تو قائم نہیں ہوئی۔ تو کیا اللہ تعالی ایسا ٹارگٹ دے گا جو کہ پوری نہ ہو؟</w:t>
      </w:r>
    </w:p>
    <w:p>
      <w:r>
        <w:rPr>
          <w:b/>
        </w:rPr>
        <w:t xml:space="preserve">[30:56] </w:t>
      </w:r>
      <w:r>
        <w:t>to hukoomat ilahiya qaim karna nahi, hukoomat ilahiya yaani Allah ki, Allah ki bandagi mein apne aap ko shamil karna hai,</w:t>
      </w:r>
    </w:p>
    <w:p>
      <w:pPr>
        <w:jc w:val="right"/>
      </w:pPr>
      <w:r>
        <w:t>تو حکومت الہیہ قائم کرنا نہیں، حکومت الہیہ یعنی اللہ کی، اللہ کی بندگی میں اپنے آپ کو شامل کرنا ہے،</w:t>
      </w:r>
    </w:p>
    <w:p>
      <w:r>
        <w:rPr>
          <w:b/>
        </w:rPr>
        <w:t xml:space="preserve">[31:10] </w:t>
      </w:r>
      <w:r>
        <w:t>yeh matlab hai is ka. to aap theek kaha aap ne. ah Maulana, hamara question yeh hai ke jo pre modern societies thin, un ke andar log janglon aur yeh sab chale jate the, apna ah religion ko le kar ya spirituality ko le kar bhag jate the ghar se.</w:t>
      </w:r>
    </w:p>
    <w:p>
      <w:pPr>
        <w:jc w:val="right"/>
      </w:pPr>
      <w:r>
        <w:t>یہ مطلب ہے اس کا۔ تو آپ ٹھیک کہا آپ نے۔ اہ مولانا، ہمارا کوئسچن یہ ہے کہ جو پری ماڈرن سوسائٹیز تھیں، ان کے اندر لوگ جنگل اور یہ سب چلے جاتے تھے، اپنا اہ ریلیجن کو لے کر یا سپرچویلٹی کو لے کر بھاگ جاتے تھے گھر سے۔</w:t>
      </w:r>
    </w:p>
    <w:p>
      <w:r>
        <w:rPr>
          <w:b/>
        </w:rPr>
        <w:t xml:space="preserve">[31:32] </w:t>
      </w:r>
      <w:r>
        <w:t>how important it is to live in life and then develop your iman? Maulana, unhon ne yeh kaha ke pehle zamanay mein log apne gharon ko chhod ke janglon mein chale jate the aur spirituality ko badhane ke liye.</w:t>
      </w:r>
    </w:p>
    <w:p>
      <w:pPr>
        <w:jc w:val="right"/>
      </w:pPr>
      <w:r>
        <w:t>ہاؤ امپورٹنٹ اٹ از ٹو لیو ان لائف اینڈ دین ڈیویلپ یور ایمان؟ مولانا، انہوں نے یہ کہا کہ پہلے زمانے میں لوگ اپنے گھروں کو چھوڑ کے جنگلوں میں چلے جاتے تھے اور سپرچویلٹی کو بڑھانے کے لیے۔</w:t>
      </w:r>
    </w:p>
    <w:p>
      <w:r>
        <w:rPr>
          <w:b/>
        </w:rPr>
        <w:t xml:space="preserve">[31:52] </w:t>
      </w:r>
      <w:r>
        <w:t>but kitna important hai ke aap duniya mein, duniya mein reh kar is spirituality ko badhayen. sahi hai, janglon mein jana hi Islam mein nahi hai.</w:t>
      </w:r>
    </w:p>
    <w:p>
      <w:pPr>
        <w:jc w:val="right"/>
      </w:pPr>
      <w:r>
        <w:t>بٹ کتنا امپورٹنٹ ہے کہ آپ دنیا میں، دنیا میں رہ کر اس سپرچویلٹی کو بڑھائیں۔ صحیح ہے، جنگلوں میں جانا ہی اسلام میں نہیں ہے۔</w:t>
      </w:r>
    </w:p>
    <w:p>
      <w:r>
        <w:rPr>
          <w:b/>
        </w:rPr>
        <w:t xml:space="preserve">[32:03] </w:t>
      </w:r>
      <w:r>
        <w:t>la rabbaniyat fi Islam. hadith mein aata hai ke la rabbaniyat, la kuhnoot fi Islam mukhtalif alfaaz mein aaya hai ke janglon mein jana,</w:t>
      </w:r>
    </w:p>
    <w:p>
      <w:pPr>
        <w:jc w:val="right"/>
      </w:pPr>
      <w:r>
        <w:t>لا ربانیت فی الاسلام۔ حدیث میں آتا ہے کہ لا ربانیت، لا کہنوت فی الاسلام مختلف الفاظ میں آیا ہے کہ جنگلوں میں جانا،</w:t>
      </w:r>
    </w:p>
    <w:p>
      <w:r>
        <w:rPr>
          <w:b/>
        </w:rPr>
        <w:t xml:space="preserve">[32:19] </w:t>
      </w:r>
      <w:r>
        <w:t>aabadi ko chhod dena, logon se taluq khatam kar lena, yeh hai hi nahi.</w:t>
      </w:r>
    </w:p>
    <w:p>
      <w:pPr>
        <w:jc w:val="right"/>
      </w:pPr>
      <w:r>
        <w:t>آبادی کو چھوڑ دینا، لوگوں سے تعلق ختم کر لینا، یہ ہے ہی نہیں۔</w:t>
      </w:r>
    </w:p>
    <w:p>
      <w:r>
        <w:rPr>
          <w:b/>
        </w:rPr>
        <w:t xml:space="preserve">[32:28] </w:t>
      </w:r>
      <w:r>
        <w:t>Maa, normal life guzarate hue aap apne aap ko imaan mein dhaal lein, dhaalain, yeh hai Islam.</w:t>
      </w:r>
    </w:p>
    <w:p>
      <w:pPr>
        <w:jc w:val="right"/>
      </w:pPr>
      <w:r>
        <w:t>مام، نارمل لائف گزارتے ہوئے آپ اپنے آپ کو ایمان میں ڈھال لیں، ڈھالیں، یہ ہے اسلام۔</w:t>
      </w:r>
    </w:p>
    <w:p>
      <w:r>
        <w:rPr>
          <w:b/>
        </w:rPr>
        <w:t xml:space="preserve">[32:41] </w:t>
      </w:r>
      <w:r>
        <w:t>Normal life ko chhod kar nahin, normal life ko guzarate hue. Maulana, it is, it is very important to continue to revive your imaan.</w:t>
      </w:r>
    </w:p>
    <w:p>
      <w:pPr>
        <w:jc w:val="right"/>
      </w:pPr>
      <w:r>
        <w:t>نارمل لائف کو چھوڑ کر نہیں، نارمل لائف کو گزارتے ہوئے۔ مولانا، اٹ از، اٹ از ویری امپورٹنٹ ٹو کنٹینیو ٹو ریوائیو یور ایمان۔</w:t>
      </w:r>
    </w:p>
    <w:p>
      <w:r>
        <w:rPr>
          <w:b/>
        </w:rPr>
        <w:t xml:space="preserve">[32:56] </w:t>
      </w:r>
      <w:r>
        <w:t>And today lecture was help me realize the importance of putting, I mean, experience and thinking mein imaan lana, matlab including imaan in our thinking and in our experiences.</w:t>
      </w:r>
    </w:p>
    <w:p>
      <w:pPr>
        <w:jc w:val="right"/>
      </w:pPr>
      <w:r>
        <w:t>اینڈ ٹوڈے لیکچر واز ہیلپ می ریلائز دا امپورٹنس اف پٹنگ، آئی مین، ایکسپیرینس اینڈ تھنکنگ میں ایمان لانا، مطلب انکلوڈنگ ایمان ان اور تھنکنگ اینڈ ان اور ایکسپیرینسز۔</w:t>
      </w:r>
    </w:p>
    <w:p>
      <w:r>
        <w:rPr>
          <w:b/>
        </w:rPr>
        <w:t xml:space="preserve">[33:14] </w:t>
      </w:r>
      <w:r>
        <w:t>But Maulana, my question is that when we are in day to day life, then do we want to do it, but somehow we are not able to do it.</w:t>
      </w:r>
    </w:p>
    <w:p>
      <w:pPr>
        <w:jc w:val="right"/>
      </w:pPr>
      <w:r>
        <w:t>بٹ مولانا، مائی کوئسچن از دیٹ وین وی آر ان ڈے ٹو ڈے لائف، دین دو وی وانٹ ٹو ڈو اٹ، بٹ سم ہاؤ وی آر ناٹ ایبل ٹو ڈو اٹ۔</w:t>
      </w:r>
    </w:p>
    <w:p>
      <w:r>
        <w:rPr>
          <w:b/>
        </w:rPr>
        <w:t xml:space="preserve">[33:26] </w:t>
      </w:r>
      <w:r>
        <w:t>To can you guide us? What is the criterion to judge yourself? Because kabhi bhi hum poora nahin utarte hain is criterion pe.</w:t>
      </w:r>
    </w:p>
    <w:p>
      <w:pPr>
        <w:jc w:val="right"/>
      </w:pPr>
      <w:r>
        <w:t>تو کین یو گائیڈ اس؟ واٹ از دا کرائٹیرین ٹو جج یور سیلف؟ بیکاز کبھی بھی ہم پورا نہیں اترتے ہیں اس کرائٹیرین پہ۔</w:t>
      </w:r>
    </w:p>
    <w:p>
      <w:r>
        <w:rPr>
          <w:b/>
        </w:rPr>
        <w:t xml:space="preserve">[33:40] </w:t>
      </w:r>
      <w:r>
        <w:t>Kya kya kaha unhon ne? Maulana, woh unka ah sawal yeh hai Naghma aap ka ke ah hum sab ko jo hai imaan continuously revive karna chahiye, jaise ke aap ne bataya,</w:t>
      </w:r>
    </w:p>
    <w:p>
      <w:pPr>
        <w:jc w:val="right"/>
      </w:pPr>
      <w:r>
        <w:t>کیا کیا کہا انہوں نے؟ مولانا، وہ ان کا اہ سوال یہ ہے نغمہ آپ کا کہ اہ ہم سب کو جو ہے ایمان کنٹینیوسلی ریوائیو کرنا چاہیے، جیسے کہ آپ نے بتایا،</w:t>
      </w:r>
    </w:p>
    <w:p>
      <w:r>
        <w:rPr>
          <w:b/>
        </w:rPr>
        <w:t xml:space="preserve">[33:56] </w:t>
      </w:r>
      <w:r>
        <w:t>Lekin daily life mein Maulana kya hota hai ke woh ho nahin pata hai, regularize nahin ho pata hai. To kaise is ko hum manage kar sakte hain apni, apni, apni day to day life mein?</w:t>
      </w:r>
    </w:p>
    <w:p>
      <w:pPr>
        <w:jc w:val="right"/>
      </w:pPr>
      <w:r>
        <w:t>لیکن ڈیلی لائف میں مولانا کیا ہوتا ہے کہ وہ ہو نہیں پاتا ہے، ریگولرائز نہیں ہو پاتا ہے۔ تو کیسے اس کو ہم مینج کر سکتے ہیں اپنی، اپنی، اپنی ڈے ٹو ڈے لائف میں؟</w:t>
      </w:r>
    </w:p>
    <w:p>
      <w:r>
        <w:rPr>
          <w:b/>
        </w:rPr>
        <w:t xml:space="preserve">[34:10] </w:t>
      </w:r>
      <w:r>
        <w:t>Aur kya criterion hai Maulana jis se hum is ko, ah, is ko judge kar sakte hain? Hum sahi hain ke nahin? Ke hum sahi hain ya nahin hain?</w:t>
      </w:r>
    </w:p>
    <w:p>
      <w:pPr>
        <w:jc w:val="right"/>
      </w:pPr>
      <w:r>
        <w:t>اور کیا کرائٹیریا ہے مولانا جس سے ہم اس کو، اہ، اس کو جج کر سکتے ہیں؟ ہم صحیح ہیں کہ نہیں؟ کہ ہم صحیح ہیں یا نہیں ہیں؟</w:t>
      </w:r>
    </w:p>
    <w:p>
      <w:r>
        <w:rPr>
          <w:b/>
        </w:rPr>
        <w:t xml:space="preserve">[34:29] </w:t>
      </w:r>
      <w:r>
        <w:t>To ek, ek, ek kal ek sahib ki baat mujhe maloom hui, ek sahib ne kaha ke</w:t>
      </w:r>
    </w:p>
    <w:p>
      <w:pPr>
        <w:jc w:val="right"/>
      </w:pPr>
      <w:r>
        <w:t>تو ایک، ایک، ایک کل ایک صاحب کی بات مجھے معلوم ہوئی، ایک صاحب نے کہا کہ</w:t>
      </w:r>
    </w:p>
    <w:p>
      <w:r>
        <w:rPr>
          <w:b/>
        </w:rPr>
        <w:t xml:space="preserve">[34:41] </w:t>
      </w:r>
      <w:r>
        <w:t>Har eent par Allah likha hua hai. To jo eent aap ke hisse mein aayegi, wohi jab Allah likhi hui eent, tab aap ghar banana sahi hai.</w:t>
      </w:r>
    </w:p>
    <w:p>
      <w:pPr>
        <w:jc w:val="right"/>
      </w:pPr>
      <w:r>
        <w:t>ہر اینٹ پر اللہ لکھا ہوا ہے۔ تو جو اینٹ آپ کے حصے میں آئے گی، وہ وہی جب اللہ لکھی ہوئی اینٹ، تب آپ گھر بنانا صحیح ہے۔</w:t>
      </w:r>
    </w:p>
    <w:p>
      <w:r>
        <w:rPr>
          <w:b/>
        </w:rPr>
        <w:t xml:space="preserve">[34:55] </w:t>
      </w:r>
      <w:r>
        <w:t>Yeh bilkul, yaani yeh khud bana lete hain log.</w:t>
      </w:r>
    </w:p>
    <w:p>
      <w:pPr>
        <w:jc w:val="right"/>
      </w:pPr>
      <w:r>
        <w:t>یہ بالکل، یعنی یہ خود بنا لیتے ہیں لوگ۔</w:t>
      </w:r>
    </w:p>
    <w:p>
      <w:r>
        <w:rPr>
          <w:b/>
        </w:rPr>
        <w:t xml:space="preserve">[35:03] </w:t>
      </w:r>
      <w:r>
        <w:t>Agar kisi ne aisa kaha ho to is ka matlab yeh hai ke har eent mein Allah ki yaad ka saamaan hai, saamaan hai.</w:t>
      </w:r>
    </w:p>
    <w:p>
      <w:pPr>
        <w:jc w:val="right"/>
      </w:pPr>
      <w:r>
        <w:t>اگر کسی نے ایسا کہا ہو تو اس کا مطلب یہ ہے کہ ہر اینٹ میں اللہ کی یاد کا سامان ہے، سامان ہے۔</w:t>
      </w:r>
    </w:p>
    <w:p>
      <w:r>
        <w:rPr>
          <w:b/>
        </w:rPr>
        <w:t xml:space="preserve">[35:16] </w:t>
      </w:r>
      <w:r>
        <w:t>Is eent mein aap ko Allah ki yaad ka saamaan mil jayega. Har eent mein ek, ek tajurba shamil hai jo aap ko Allah ki yaad karne wala banata hai.</w:t>
      </w:r>
    </w:p>
    <w:p>
      <w:pPr>
        <w:jc w:val="right"/>
      </w:pPr>
      <w:r>
        <w:t>اس اینٹ میں آپ کو اللہ کی یاد کا سامان مل جائے گا۔ ہر اینٹ میں ایک، ایک تجربہ شامل ہے جو آپ کو اللہ کی یاد کرنے والا بناتا ہے۔</w:t>
      </w:r>
    </w:p>
    <w:p>
      <w:r>
        <w:rPr>
          <w:b/>
        </w:rPr>
        <w:t xml:space="preserve">[35:33] </w:t>
      </w:r>
      <w:r>
        <w:t>To main is ko, main yun kahunga ke thinking ko develop karna, thinking ko develop karna,</w:t>
      </w:r>
    </w:p>
    <w:p>
      <w:pPr>
        <w:jc w:val="right"/>
      </w:pPr>
      <w:r>
        <w:t>تو میں اس کو، میں یوں کہوں گا کہ تھنکنگ کو ڈیویلپ کرنا، تھنکنگ کو ڈیویلپ کرنا،</w:t>
      </w:r>
    </w:p>
    <w:p>
      <w:r>
        <w:rPr>
          <w:b/>
        </w:rPr>
        <w:t xml:space="preserve">[35:47] </w:t>
      </w:r>
      <w:r>
        <w:t>Jaise kisi ka shair hai ke "Wa fi kulli shain lahu ayatul tadullu 'ala annal mawjoodu".</w:t>
      </w:r>
    </w:p>
    <w:p>
      <w:pPr>
        <w:jc w:val="right"/>
      </w:pPr>
      <w:r>
        <w:t>جیسے کسی کا شعر ہے کہ "وفی کل شین لہو آیت تدل علی نو الواعدو"۔</w:t>
      </w:r>
    </w:p>
    <w:p>
      <w:r>
        <w:rPr>
          <w:b/>
        </w:rPr>
        <w:t xml:space="preserve">[35:55] </w:t>
      </w:r>
      <w:r>
        <w:t>Is ka matlab yahi hai ke har cheez mein saamaan maujood hai Allah ki yaad ka.</w:t>
      </w:r>
    </w:p>
    <w:p>
      <w:pPr>
        <w:jc w:val="right"/>
      </w:pPr>
      <w:r>
        <w:t>اس کا مطلب یہی ہے کہ ہر چیز میں سامان موجود ہے اللہ کی یاد کا۔</w:t>
      </w:r>
    </w:p>
    <w:p>
      <w:r>
        <w:rPr>
          <w:b/>
        </w:rPr>
        <w:t xml:space="preserve">[36:03] </w:t>
      </w:r>
      <w:r>
        <w:t>Agar tum apni thinking ko develop karo to tum padh lo ge is saamaan ko. Yeh matlab hai yeh koi mysterious cheez nahin hai, yeh mysterious cheez nahin hai.</w:t>
      </w:r>
    </w:p>
    <w:p>
      <w:pPr>
        <w:jc w:val="right"/>
      </w:pPr>
      <w:r>
        <w:t>اگر تم اپنی تھنکنگ کو ڈیویلپ کرو تو تم پڑھ لو گے اس سامان کو۔ یہ مطلب ہے یہ کوئی مسٹیریس چیز نہیں ہے، یہ مسٹیریس چیز نہیں ہے۔</w:t>
      </w:r>
    </w:p>
    <w:p>
      <w:r>
        <w:rPr>
          <w:b/>
        </w:rPr>
        <w:t xml:space="preserve">[36:18] </w:t>
      </w:r>
      <w:r>
        <w:t>To yeh naam hai, yaani</w:t>
      </w:r>
    </w:p>
    <w:p>
      <w:pPr>
        <w:jc w:val="right"/>
      </w:pPr>
      <w:r>
        <w:t>تو یہ نام ہے، یعنی</w:t>
      </w:r>
    </w:p>
    <w:p>
      <w:r>
        <w:rPr>
          <w:b/>
        </w:rPr>
        <w:t xml:space="preserve">[36:24] </w:t>
      </w:r>
      <w:r>
        <w:t>Apni soch ko develop karna. Sara maamla is par depend karta hai ke aap ne apni soch ko kitna develop kiya.</w:t>
      </w:r>
    </w:p>
    <w:p>
      <w:pPr>
        <w:jc w:val="right"/>
      </w:pPr>
      <w:r>
        <w:t>اپنی سوچ کو ڈیویلپ کرنا۔ سارا معاملہ اس پر ڈیپینڈ کرتا ہے کہ آپ نے اپنی سوچ کو کتنا ڈیویلپ کیا۔</w:t>
      </w:r>
    </w:p>
    <w:p>
      <w:r>
        <w:rPr>
          <w:b/>
        </w:rPr>
        <w:t xml:space="preserve">[36:36] </w:t>
      </w:r>
      <w:r>
        <w:t>Maulana, yeh sawal bheja hai Aamir Mori sahib ne Kashmir se. Unhon ne likha hai ke "Maulana sahib, when imaan is a discovery and is realized only when we ponder on the creation and on the final book of God,</w:t>
      </w:r>
    </w:p>
    <w:p>
      <w:pPr>
        <w:jc w:val="right"/>
      </w:pPr>
      <w:r>
        <w:t>مولانا، یہ سوال بھیجا ہے عامر موری صاحب نے کشمیر سے۔ انہوں نے لکھا ہے کہ "مولانا صاحب، وین ایمان از ا ڈسکوری اینڈ از ریلائزڈ اونلی وین وی پونڈر ان دا کریشن اینڈ ان دا فائنل بک اف گاڈ،</w:t>
      </w:r>
    </w:p>
    <w:p>
      <w:r>
        <w:rPr>
          <w:b/>
        </w:rPr>
        <w:t xml:space="preserve">[36:57] </w:t>
      </w:r>
      <w:r>
        <w:t>then why kalma recitation is considered compulsory for becoming a believer?" Is ke bare mein bataein. Kya kaha unhon ne?</w:t>
      </w:r>
    </w:p>
    <w:p>
      <w:pPr>
        <w:jc w:val="right"/>
      </w:pPr>
      <w:r>
        <w:t>دین وائی کلمہ ریسیٹیشن از کنسیڈرڈ کمپلسری فار بیکمنگ ا بیلیور؟" اس کے بارے میں بتائیں۔ کیا کہا انہوں نے؟</w:t>
      </w:r>
    </w:p>
    <w:p>
      <w:r>
        <w:rPr>
          <w:b/>
        </w:rPr>
        <w:t xml:space="preserve">[37:07] </w:t>
      </w:r>
      <w:r>
        <w:t>Maulana, woh yeh keh rahe hain ke agar imaan jo hai woh discovery pe based hai ke jab hum Khuda ke creation plan ke upar ponder karte hain aur hum discovery karte hain to jo hai hamara imaan jo hai woh affirm hota hai.</w:t>
      </w:r>
    </w:p>
    <w:p>
      <w:pPr>
        <w:jc w:val="right"/>
      </w:pPr>
      <w:r>
        <w:t>مولانا، وہ یہ کہہ رہے ہیں کہ اگر ایمان جو ہے وہ ڈسکوری پہ بیسڈ ہے کہ جب ہم خدا کے کریشن پلان کے اوپر پونڈر کرتے ہیں اور ہم ڈسکوری کرتے ہیں تو جو ہے ہمارا ایمان جو ہے وہ افارم ہوتا ہے۔</w:t>
      </w:r>
    </w:p>
    <w:p>
      <w:r>
        <w:rPr>
          <w:b/>
        </w:rPr>
        <w:t xml:space="preserve">[37:24] </w:t>
      </w:r>
      <w:r>
        <w:t>To phir kalma recitation zaroori kyun hai? Agar hum discovery karte rahein to kya woh kaafi nahin hai? Bhai, discovery kaise karein?</w:t>
      </w:r>
    </w:p>
    <w:p>
      <w:pPr>
        <w:jc w:val="right"/>
      </w:pPr>
      <w:r>
        <w:t>تو پھر کلمہ ریسیٹیشن ضروری کیوں ہے؟ اگر ہم ڈسکوری کرتے رہیں تو کیا وہ کافی نہیں ہے؟ بھئی، ڈسکوری کیسے کریں؟</w:t>
      </w:r>
    </w:p>
    <w:p>
      <w:r>
        <w:rPr>
          <w:b/>
        </w:rPr>
        <w:t xml:space="preserve">[37:37] </w:t>
      </w:r>
      <w:r>
        <w:t>Discovery through alfaaz hoti hai. Yeh words jo hain, wohi isi through hum sochte hain. Agar hamari recovery na ho hamare paas to hum soch soch bhi nahin sakte.</w:t>
      </w:r>
    </w:p>
    <w:p>
      <w:pPr>
        <w:jc w:val="right"/>
      </w:pPr>
      <w:r>
        <w:t>ڈسکوری تھرو الفاظ ہوتی ہے۔ یہ ورڈ جو ہیں، وہی اسی تھرو ہم سوچتے ہیں۔ اگر ہماری ریکوری نہ ہو ہمارے پاس تو ہم سوچ سوچ بھی نہیں سکتے۔</w:t>
      </w:r>
    </w:p>
    <w:p>
      <w:r>
        <w:rPr>
          <w:b/>
        </w:rPr>
        <w:t xml:space="preserve">[37:55] </w:t>
      </w:r>
      <w:r>
        <w:t>To woh yahan par kalma bator alamat hai, bator to token hai, aur koi doosra shakal nahin insaan jaisi makhlooq ke liye ke is ke liye kuch alfaaz hon jo is ke liye alamat bane.</w:t>
      </w:r>
    </w:p>
    <w:p>
      <w:pPr>
        <w:jc w:val="right"/>
      </w:pPr>
      <w:r>
        <w:t>تو وہ یہاں پر کلمہ بطور علامت ہے، بطور ٹو ٹوکن ہے، اور کوئی دوسرا شکل نہیں انسان جیسی مخلوق کے لیے کہ اس کے لیے کچھ الفاظ ہوں جو اس کے لیے علامت بنیں۔</w:t>
      </w:r>
    </w:p>
    <w:p>
      <w:r>
        <w:rPr>
          <w:b/>
        </w:rPr>
        <w:t xml:space="preserve">[38:14] </w:t>
      </w:r>
      <w:r>
        <w:t>jab hum house kahenge, mind mein layenge, tab hum ek ghar ka tasawwur kar payenge. agar house na ho hamare mind mein to hum ghar ka tasawwur bhi nahi la sakte.</w:t>
      </w:r>
    </w:p>
    <w:p>
      <w:pPr>
        <w:jc w:val="right"/>
      </w:pPr>
      <w:r>
        <w:t>جب ہم ہاؤس کہیں گے، مائنڈ میں لائیں گے، تب ہم ایک گھر کا تصور کر پائیں گے۔ اگر ہاؤس نہ ہو ہمارے مائنڈ میں تو ہم گھر کا تصور بھی نہیں لا سکتے۔</w:t>
      </w:r>
    </w:p>
    <w:p>
      <w:r>
        <w:rPr>
          <w:b/>
        </w:rPr>
        <w:t xml:space="preserve">[38:28] </w:t>
      </w:r>
      <w:r>
        <w:t>humein vacuum mein jeena padega, hum ko vacuum mein jeena padega. jaise Maulana ne kaha ke kalma koi ah lafzon ke doraniye ka naam nahi hai, balke dili tehreer ka naam hai.</w:t>
      </w:r>
    </w:p>
    <w:p>
      <w:pPr>
        <w:jc w:val="right"/>
      </w:pPr>
      <w:r>
        <w:t>ہمیں ویکوم میں جینا پڑے گا، ہم کو ویکوم میں جینا پڑے گا۔ جیسے مولانا نے کہا کہ کلمہ کوئی اہ لفظوں کے دورانیے کا نام نہیں ہے، بلکہ دلی تحریر کا نام ہے۔</w:t>
      </w:r>
    </w:p>
    <w:p>
      <w:r>
        <w:rPr>
          <w:b/>
        </w:rPr>
        <w:t xml:space="preserve">[38:50] </w:t>
      </w:r>
      <w:r>
        <w:t>to Quran mein ek waqea aata hai</w:t>
      </w:r>
    </w:p>
    <w:p>
      <w:pPr>
        <w:jc w:val="right"/>
      </w:pPr>
      <w:r>
        <w:t>تو قرآن میں ایک واقعہ آتا ہے</w:t>
      </w:r>
    </w:p>
    <w:p>
      <w:r>
        <w:rPr>
          <w:b/>
        </w:rPr>
        <w:t xml:space="preserve">[38:54] </w:t>
      </w:r>
      <w:r>
        <w:t>Rasool Allah sal Allah alaihi wasallam ke paas ek delegation aaya Najran ka, woh bhi Christians the.</w:t>
      </w:r>
    </w:p>
    <w:p>
      <w:pPr>
        <w:jc w:val="right"/>
      </w:pPr>
      <w:r>
        <w:t>رسول اللہ صلی اللہ علیہ وسلم کے پاس ایک ڈیلیگیشن آیا نجران کا، وہ بھی کرسچنز تھے۔</w:t>
      </w:r>
    </w:p>
    <w:p>
      <w:r>
        <w:rPr>
          <w:b/>
        </w:rPr>
        <w:t xml:space="preserve">[39:04] </w:t>
      </w:r>
      <w:r>
        <w:t>to Prophet ne un ko Quran padh ke padhaya aur Islam ke bare mein bataya.</w:t>
      </w:r>
    </w:p>
    <w:p>
      <w:pPr>
        <w:jc w:val="right"/>
      </w:pPr>
      <w:r>
        <w:t>تو پرافٹ نے ان کو قرآن پڑھ کے پڑھایا اور اسلام کے بارے میں بتایا۔</w:t>
      </w:r>
    </w:p>
    <w:p>
      <w:r>
        <w:rPr>
          <w:b/>
        </w:rPr>
        <w:t xml:space="preserve">[39:14] </w:t>
      </w:r>
      <w:r>
        <w:t>to un ke upar sachai khul gayi</w:t>
      </w:r>
    </w:p>
    <w:p>
      <w:pPr>
        <w:jc w:val="right"/>
      </w:pPr>
      <w:r>
        <w:t>تو ان کے اوپر سچائی کھل گئی</w:t>
      </w:r>
    </w:p>
    <w:p>
      <w:r>
        <w:rPr>
          <w:b/>
        </w:rPr>
        <w:t xml:space="preserve">[39:21] </w:t>
      </w:r>
      <w:r>
        <w:t>aur woh iman le aaye. to Quran mein aata hai ke</w:t>
      </w:r>
    </w:p>
    <w:p>
      <w:pPr>
        <w:jc w:val="right"/>
      </w:pPr>
      <w:r>
        <w:t>اور وہ ایمان لے آئے۔ تو قرآن میں آتا ہے کہ</w:t>
      </w:r>
    </w:p>
    <w:p>
      <w:r>
        <w:rPr>
          <w:b/>
        </w:rPr>
        <w:t xml:space="preserve">[39:30] </w:t>
      </w:r>
      <w:r>
        <w:t>jab woh iman laye to un ke aankhon se aansu jari ho gaye. to yahi asal cheez hai ke dil mein ek kaifiyat paida hoti hai,</w:t>
      </w:r>
    </w:p>
    <w:p>
      <w:pPr>
        <w:jc w:val="right"/>
      </w:pPr>
      <w:r>
        <w:t>جب وہ ایمان لائے تو ان کے آنکھوں سے آنسو جاری ہو گئے۔ تو یہی اصل چیز ہے کہ دل میں ایک کیفیت پیدا ہوتی ہے،</w:t>
      </w:r>
    </w:p>
    <w:p>
      <w:r>
        <w:rPr>
          <w:b/>
        </w:rPr>
        <w:t xml:space="preserve">[39:45] </w:t>
      </w:r>
      <w:r>
        <w:t>to wahi asal iman hai.</w:t>
      </w:r>
    </w:p>
    <w:p>
      <w:pPr>
        <w:jc w:val="right"/>
      </w:pPr>
      <w:r>
        <w:t>تو وہی اصل ایمان ہے۔</w:t>
      </w:r>
    </w:p>
    <w:p>
      <w:r>
        <w:rPr>
          <w:b/>
        </w:rPr>
        <w:t xml:space="preserve">[39:50] </w:t>
      </w:r>
      <w:r>
        <w:t>aur mujhe ek baat aur yaad aayi ke Maulana ne likha tha, jaise Maulana ne kaha ke iman aap ki poori personality ka hissa bane.</w:t>
      </w:r>
    </w:p>
    <w:p>
      <w:pPr>
        <w:jc w:val="right"/>
      </w:pPr>
      <w:r>
        <w:t>اور مجھے ایک بات اور یاد آئی کہ مولانا نے لکھا تھا، جیسے مولانا نے کہا کہ ایمان آپ کی پوری پرسنیلٹی کا حصہ بنے۔</w:t>
      </w:r>
    </w:p>
    <w:p>
      <w:r>
        <w:rPr>
          <w:b/>
        </w:rPr>
        <w:t xml:space="preserve">[40:03] </w:t>
      </w:r>
      <w:r>
        <w:t>to bohat pehle likha tha iman ke liye Quran ne ek misaal di thi ke jaise ek glass pani hai, us mein aap koi pathar ka tukda daal dein to woh ek kone mein pada rahega,</w:t>
      </w:r>
    </w:p>
    <w:p>
      <w:pPr>
        <w:jc w:val="right"/>
      </w:pPr>
      <w:r>
        <w:t>تو بہت پہلے لکھا تھا ایمان کے لیے قرآن نے ایک مثال دی تھی کہ جیسے ایک گلاس پانی ہے، اس میں آپ کوئی پتھر کا ٹکڑا ڈال دیں تو وہ ایک کونے میں پڑا رہے گا،</w:t>
      </w:r>
    </w:p>
    <w:p>
      <w:r>
        <w:rPr>
          <w:b/>
        </w:rPr>
        <w:t xml:space="preserve">[40:17] </w:t>
      </w:r>
      <w:r>
        <w:t>lekin aap us ke andar ek drop ink daal dein ya koi rang daal dein to woh poora pani ka glass ka color badal jayega.</w:t>
      </w:r>
    </w:p>
    <w:p>
      <w:pPr>
        <w:jc w:val="right"/>
      </w:pPr>
      <w:r>
        <w:t>لیکن آپ اس کے اندر ایک ڈراپ انک ڈال دیں یا کوئی رنگ ڈال دیں تو وہ پورا پانی کا گلاس کا کلر بدل جائے گا۔</w:t>
      </w:r>
    </w:p>
    <w:p>
      <w:r>
        <w:rPr>
          <w:b/>
        </w:rPr>
        <w:t xml:space="preserve">[40:30] </w:t>
      </w:r>
      <w:r>
        <w:t>to iman ka bhi mamla yahi hai ke woh poori shakhsiyat mein dhal jata hai aur poori shakhsiyat ka hissa ban jata hai.</w:t>
      </w:r>
    </w:p>
    <w:p>
      <w:pPr>
        <w:jc w:val="right"/>
      </w:pPr>
      <w:r>
        <w:t>تو ایمان کا بھی معاملہ یہی ہے کہ وہ پوری شخصیت میں ڈھل جاتا ہے اور پوری شخصیت کا حصہ بن جاتا ہے۔</w:t>
      </w:r>
    </w:p>
    <w:p>
      <w:r>
        <w:rPr>
          <w:b/>
        </w:rPr>
        <w:t xml:space="preserve">[40:42] </w:t>
      </w:r>
      <w:r>
        <w:t>aur</w:t>
      </w:r>
    </w:p>
    <w:p>
      <w:pPr>
        <w:jc w:val="right"/>
      </w:pPr>
      <w:r>
        <w:t>اور</w:t>
      </w:r>
    </w:p>
    <w:p>
      <w:r>
        <w:rPr>
          <w:b/>
        </w:rPr>
        <w:t xml:space="preserve">[40:46] </w:t>
      </w:r>
      <w:r>
        <w:t>jo Islam mein ibadat hai, ibadat ka tareeqa jo bataya gaya hai, woh bhi is tareeqe ka hai ke is mein jaise namaz hai, paanch baar padhni hoti hai ke baar baar is ko aadmi revive kare, us ke upar soche.</w:t>
      </w:r>
    </w:p>
    <w:p>
      <w:pPr>
        <w:jc w:val="right"/>
      </w:pPr>
      <w:r>
        <w:t>جو اسلام میں عبادت ہے، عبادت کا طریقہ جو بتایا گیا ہے، وہ بھی اس طریقے کا ہے کہ اس میں جیسے نماز ہے، پانچ بار پڑھنی ہوتی ہے کہ بار بار اس کو آدمی ریوائیو کرے، اس کے اوپر سوچے۔</w:t>
      </w:r>
    </w:p>
    <w:p>
      <w:r>
        <w:rPr>
          <w:b/>
        </w:rPr>
        <w:t xml:space="preserve">[41:04] </w:t>
      </w:r>
      <w:r>
        <w:t>paanch baar namaz parhna, saal mein roza rakhna,</w:t>
      </w:r>
    </w:p>
    <w:p>
      <w:pPr>
        <w:jc w:val="right"/>
      </w:pPr>
      <w:r>
        <w:t>پانچ بار نماز پڑھنا، سال میں روزہ رکھنا،</w:t>
      </w:r>
    </w:p>
    <w:p>
      <w:r>
        <w:rPr>
          <w:b/>
        </w:rPr>
        <w:t xml:space="preserve">[41:08] </w:t>
      </w:r>
      <w:r>
        <w:t>ek baar. to yeh wohi hai ke baar baar aap is ko chounke ek jo zindagi mein kaam</w:t>
      </w:r>
    </w:p>
    <w:p>
      <w:pPr>
        <w:jc w:val="right"/>
      </w:pPr>
      <w:r>
        <w:t>ایک بار۔ تو یہ وہی ہے کہ بار بار آپ اس کو چونکہ ایک جو زندگی میں کام</w:t>
      </w:r>
    </w:p>
    <w:p>
      <w:r>
        <w:rPr>
          <w:b/>
        </w:rPr>
        <w:t xml:space="preserve">[41:15] </w:t>
      </w:r>
      <w:r>
        <w:t>hai, is se phir distract hota hai, lekin phir dobara wapas is raaste pe aa jaye aur is</w:t>
      </w:r>
    </w:p>
    <w:p>
      <w:pPr>
        <w:jc w:val="right"/>
      </w:pPr>
      <w:r>
        <w:t>ہے، اس سے پھر ڈسٹریکٹ ہوتا ہے، لیکن پھر دوبارہ واپس اس راستے پہ آ جائے اور اس</w:t>
      </w:r>
    </w:p>
    <w:p>
      <w:r>
        <w:rPr>
          <w:b/>
        </w:rPr>
        <w:t xml:space="preserve">[41:22] </w:t>
      </w:r>
      <w:r>
        <w:t>ka imaan taaza ho jaye.</w:t>
      </w:r>
    </w:p>
    <w:p>
      <w:pPr>
        <w:jc w:val="right"/>
      </w:pPr>
      <w:r>
        <w:t>کا ایمان تازہ ہو جائے۔</w:t>
      </w:r>
    </w:p>
    <w:p>
      <w:r>
        <w:rPr>
          <w:b/>
        </w:rPr>
        <w:t xml:space="preserve">[41:35] </w:t>
      </w:r>
      <w:r>
        <w:t>kya khulasa hai sahib?</w:t>
      </w:r>
    </w:p>
    <w:p>
      <w:pPr>
        <w:jc w:val="right"/>
      </w:pPr>
      <w:r>
        <w:t>کیا خلاصہ ہے صاحب؟</w:t>
      </w:r>
    </w:p>
    <w:p>
      <w:r>
        <w:rPr>
          <w:b/>
        </w:rPr>
        <w:t xml:space="preserve">[41:42] </w:t>
      </w:r>
      <w:r>
        <w:t>Maulana, Doctor sahib yeh bata rahe the ke ek baar aap ne ah iman ko le ke likha tha ke ah jaise ek ek pani ke glass mein agar koi pathar daal dein to woh pathar kahin glass ke kone mein pada rahega, lekin agar hum is mein ek boond color ki daal dein to poora pani ka rang badal jata hai.</w:t>
      </w:r>
    </w:p>
    <w:p>
      <w:pPr>
        <w:jc w:val="right"/>
      </w:pPr>
      <w:r>
        <w:t>مولانا، ڈاکٹر صاحب یہ بتا رہے تھے کہ ایک بار آپ نے اہ ایمان کو لے کے لکھا تھا کہ اہ جیسے ایک ایک پانی کے گلاس میں اگر کوئی پتھر ڈال دیں تو وہ پتھر کہیں گلاس کے کونے میں پڑا رہے گا، لیکن اگر ہم اس میں ایک بوند کلر کی ڈال دیں تو پورا پانی کا رنگ بدل جاتا ہے۔</w:t>
      </w:r>
    </w:p>
    <w:p>
      <w:r>
        <w:rPr>
          <w:b/>
        </w:rPr>
        <w:t xml:space="preserve">[42:04] </w:t>
      </w:r>
      <w:r>
        <w:t>to iman ka bhi wahi hai ke woh insaan ki poori shakhsiyat ko badal deta hai. phir unhon ne Maulana yeh bhi bataya ke jaise namaz hai, roza hai, ah to woh poora personality mein change le ke aata hai.</w:t>
      </w:r>
    </w:p>
    <w:p>
      <w:pPr>
        <w:jc w:val="right"/>
      </w:pPr>
      <w:r>
        <w:t>تو ایمان کا بھی وہی ہے کہ وہ انسان کی پوری شخصیت کو بدل دیتا ہے۔ پھر انہوں نے مولانا یہ بھی بتایا کہ جیسے نماز ہے، روزہ ہے، اہ تو وہ پورا پرسنیلٹی میں چینج لے کے آتا ہے۔</w:t>
      </w:r>
    </w:p>
    <w:p>
      <w:r>
        <w:rPr>
          <w:b/>
        </w:rPr>
        <w:t xml:space="preserve">[42:21] </w:t>
      </w:r>
      <w:r>
        <w:t>agar is ko ah spirit ke sath hum follow karein. hmm, sahi hai. isi liye, isi liye Quran mein hai ke woh</w:t>
      </w:r>
    </w:p>
    <w:p>
      <w:pPr>
        <w:jc w:val="right"/>
      </w:pPr>
      <w:r>
        <w:t>اگر اس کو اہ سپرٹ کے ساتھ ہم فالو کریں۔ ہمم، صحیح ہے۔ اسی لیے، اسی لیے قرآن میں ہے کہ وہ</w:t>
      </w:r>
    </w:p>
    <w:p>
      <w:r>
        <w:rPr>
          <w:b/>
        </w:rPr>
        <w:t xml:space="preserve">[42:33] </w:t>
      </w:r>
      <w:r>
        <w:t>kya color ke bare mein kya ayat hai? Allah man Allah, is ko padhiye aur is ka tarjuma kijiye.</w:t>
      </w:r>
    </w:p>
    <w:p>
      <w:pPr>
        <w:jc w:val="right"/>
      </w:pPr>
      <w:r>
        <w:t>کیا کلر کے بارے میں کیا آیت ہے؟ اللہ من اللہ، اس کو پڑھیے اور اس کا ترجمہ کیجئے۔</w:t>
      </w:r>
    </w:p>
    <w:p>
      <w:r>
        <w:rPr>
          <w:b/>
        </w:rPr>
        <w:t xml:space="preserve">[42:44] </w:t>
      </w:r>
      <w:r>
        <w:t>acha,</w:t>
      </w:r>
    </w:p>
    <w:p>
      <w:pPr>
        <w:jc w:val="right"/>
      </w:pPr>
      <w:r>
        <w:t>اچھا،</w:t>
      </w:r>
    </w:p>
    <w:p>
      <w:r>
        <w:rPr>
          <w:b/>
        </w:rPr>
        <w:t xml:space="preserve">[43:02] </w:t>
      </w:r>
      <w:r>
        <w:t>Surah Al-Baqarah, chapter number 2, verse number 138: "Sibghatallahi wa man ahsan minallahi sibghataw wa nahnu lahu 'abidun".</w:t>
      </w:r>
    </w:p>
    <w:p>
      <w:pPr>
        <w:jc w:val="right"/>
      </w:pPr>
      <w:r>
        <w:t>سورہ البقرہ، چیپٹر نمبر ٹو، ورس نمبر 138: "سبغت اللہ ومن احسن من اللہ، سبغت ونحن عابدون"۔</w:t>
      </w:r>
    </w:p>
    <w:p>
      <w:r>
        <w:rPr>
          <w:b/>
        </w:rPr>
        <w:t xml:space="preserve">[43:10] </w:t>
      </w:r>
      <w:r>
        <w:t>yeh Allah taala ka rang hai aur kaun rang ke aitbar se Allah taala se behtar ho sakta hai? aur hum hi, aur hum isi ki ibadat karne wale hain.</w:t>
      </w:r>
    </w:p>
    <w:p>
      <w:pPr>
        <w:jc w:val="right"/>
      </w:pPr>
      <w:r>
        <w:t>یہ اللہ تعالی کا رنگ ہے اور کون رنگ کے اعتبار سے اللہ تعالی سے بہتر ہو سکتا ہے؟ اور ہم ہی، اور ہم اسی کی عبادت کرنے والے ہیں۔</w:t>
      </w:r>
    </w:p>
    <w:p>
      <w:r>
        <w:rPr>
          <w:b/>
        </w:rPr>
        <w:t xml:space="preserve">[43:30] </w:t>
      </w:r>
      <w:r>
        <w:t>to yeh misaal di gayi hai sibghah se, sibghah man rang.</w:t>
      </w:r>
    </w:p>
    <w:p>
      <w:pPr>
        <w:jc w:val="right"/>
      </w:pPr>
      <w:r>
        <w:t>تو یہ مثال دی گئی ہے صبغہ سے، صبغہ من رنگ۔</w:t>
      </w:r>
    </w:p>
    <w:p>
      <w:r>
        <w:rPr>
          <w:b/>
        </w:rPr>
        <w:t xml:space="preserve">[43:38] </w:t>
      </w:r>
      <w:r>
        <w:t>to goya imaan laana aise hi hai jaise apne glass mein rang daal dena. pathar daaleinge to woh pada rahega aise hi, lekin jab rang daaleinge to poora uska jo glass mein jo liquid hai,</w:t>
      </w:r>
    </w:p>
    <w:p>
      <w:pPr>
        <w:jc w:val="right"/>
      </w:pPr>
      <w:r>
        <w:t>تو گویا ایمان لانا ایسے ہی ہے جیسے اپنے گلاس میں رنگ ڈال دینا۔ پتھر ڈالیں گے تو وہ پڑا رہے گا ایسے ہی، لیکن جب رنگ ڈالیں گے تو پورا اس کا جو گلاس میں جو لیکوڈ ہے،</w:t>
      </w:r>
    </w:p>
    <w:p>
      <w:r>
        <w:rPr>
          <w:b/>
        </w:rPr>
        <w:t xml:space="preserve">[43:59] </w:t>
      </w:r>
      <w:r>
        <w:t>woh sab rangeen ho jayega. to yeh sahi baat hai ke rang daalne jaisa mamla hai, yeh</w:t>
      </w:r>
    </w:p>
    <w:p>
      <w:pPr>
        <w:jc w:val="right"/>
      </w:pPr>
      <w:r>
        <w:t>وہ سب رنگین ہو جائے گا۔ تو یہ صحیح بات ہے کہ رنگ ڈالنے جیسا معاملہ ہے، یہ</w:t>
      </w:r>
    </w:p>
    <w:p>
      <w:r>
        <w:rPr>
          <w:b/>
        </w:rPr>
        <w:t xml:space="preserve">[44:11] </w:t>
      </w:r>
      <w:r>
        <w:t>kisi liquid mein rang daalne jaisa mamla hai. Maulana, did Prophet Muhammad predict that the real spirit of Islam will degenerate thirty years after his death?</w:t>
      </w:r>
    </w:p>
    <w:p>
      <w:pPr>
        <w:jc w:val="right"/>
      </w:pPr>
      <w:r>
        <w:t>کسی لیکوڈ میں رنگ ڈالنے جیسا معاملہ ہے۔ مولانا، ڈیڈ پرافٹ محمد پریڈکٹ دیٹ دا ریل سپرٹ اف اسلام ول ڈی جنریٹ تھرٹی ایئرز افٹر ہز ڈیتھ؟</w:t>
      </w:r>
    </w:p>
    <w:p>
      <w:r>
        <w:rPr>
          <w:b/>
        </w:rPr>
        <w:t xml:space="preserve">[44:28] </w:t>
      </w:r>
      <w:r>
        <w:t>and this happened after the death of Hassan bin Ali. agar yeh sach hai to Allah ne aisa kyun bola tha? kya kaha Maulana?</w:t>
      </w:r>
    </w:p>
    <w:p>
      <w:pPr>
        <w:jc w:val="right"/>
      </w:pPr>
      <w:r>
        <w:t>اینڈ دس ہیپن افٹر دا ڈیتھ اف حسن بن علی۔ اگر یہ سچ ہے تو اللہ نے ایسا کیوں بولا تھا؟ کیا کہا مولانا؟</w:t>
      </w:r>
    </w:p>
    <w:p>
      <w:r>
        <w:rPr>
          <w:b/>
        </w:rPr>
        <w:t xml:space="preserve">[44:36] </w:t>
      </w:r>
      <w:r>
        <w:t>woh yeh pooch rahi hain ke kya yeh sahi hai ke Prophet Muhammad ne kaha tha ke after thirty years of my death Islam degenerate hoga?</w:t>
      </w:r>
    </w:p>
    <w:p>
      <w:pPr>
        <w:jc w:val="right"/>
      </w:pPr>
      <w:r>
        <w:t>وہ یہ پوچھ رہی ہیں کہ کیا یہ صحیح ہے کہ پرافٹ محمد نے کہا تھا کہ افٹر تھرٹی ایئرز اف مائی ڈیتھ اسلام ڈی جنریٹ ہوگا؟</w:t>
      </w:r>
    </w:p>
    <w:p>
      <w:r>
        <w:rPr>
          <w:b/>
        </w:rPr>
        <w:t xml:space="preserve">[44:46] </w:t>
      </w:r>
      <w:r>
        <w:t>aur agar yeh sahi hai to aisa kyun kaha tha?</w:t>
      </w:r>
    </w:p>
    <w:p>
      <w:pPr>
        <w:jc w:val="right"/>
      </w:pPr>
      <w:r>
        <w:t>اور اگر یہ صحیح ہے تو ایسا کیوں کہا تھا؟</w:t>
      </w:r>
    </w:p>
    <w:p>
      <w:r>
        <w:rPr>
          <w:b/>
        </w:rPr>
        <w:t xml:space="preserve">[44:54] </w:t>
      </w:r>
      <w:r>
        <w:t>haan, exact wording to mujhe yaad nahi, lekin kaha to tha aap ne. ah, woh Hassan apne Hassan bin Ali ke maut maut ke time, uske uske baad se.</w:t>
      </w:r>
    </w:p>
    <w:p>
      <w:pPr>
        <w:jc w:val="right"/>
      </w:pPr>
      <w:r>
        <w:t>ہاں، ایگزیکٹ ورڈنگ تو مجھے یاد نہیں، لیکن کہا تو تھا آپ نے۔ اہ، وہ حسن اپنے حسن بن علی کے موت موت کے ٹائم، اس کے اس کے بعد سے۔</w:t>
      </w:r>
    </w:p>
    <w:p>
      <w:r>
        <w:rPr>
          <w:b/>
        </w:rPr>
        <w:t xml:space="preserve">[45:06] </w:t>
      </w:r>
      <w:r>
        <w:t>dekhein, yeh main is tarah to samajhta hoon, aap ne refer kiya tha law of nature ko, aur yeh aur bhi hadithon mein hai ke jo hua doosri ummaton ke saath, wahi is ummat ke saath bhi hoga.</w:t>
      </w:r>
    </w:p>
    <w:p>
      <w:pPr>
        <w:jc w:val="right"/>
      </w:pPr>
      <w:r>
        <w:t>دیکھیں، یہ میں اس طرح تو سمجھتا ہوں، آپ نے ریفر کیا تھا لاء اف نیچر کو، اور یہ اور بھی حدیثوں میں ہے کہ جو ہوا دوسری امتوں کے ساتھ، وہی اس امت کے ساتھ بھی ہوگا۔</w:t>
      </w:r>
    </w:p>
    <w:p>
      <w:r>
        <w:rPr>
          <w:b/>
        </w:rPr>
        <w:t xml:space="preserve">[45:24] </w:t>
      </w:r>
      <w:r>
        <w:t>yaani degeneration. to</w:t>
      </w:r>
    </w:p>
    <w:p>
      <w:pPr>
        <w:jc w:val="right"/>
      </w:pPr>
      <w:r>
        <w:t>یعنی ڈی جنریشن۔ تو</w:t>
      </w:r>
    </w:p>
    <w:p>
      <w:r>
        <w:rPr>
          <w:b/>
        </w:rPr>
        <w:t xml:space="preserve">[45:30] </w:t>
      </w:r>
      <w:r>
        <w:t>hota yeh hai ke aadmi maslan jawani umar mein ya senior hai, woh us waqt usko Islam samjhaya, Islam qabool kiya, lekin dheere dheere degeneration ek akhlaqi process hai,</w:t>
      </w:r>
    </w:p>
    <w:p>
      <w:pPr>
        <w:jc w:val="right"/>
      </w:pPr>
      <w:r>
        <w:t>ہوتا یہ ہے کہ آدمی مثلاً جوانی عمر میں یا سینئر ہے، وہ اس وقت اس کو اسلام سمجھایا، اسلام قبول کیا، لیکن دھیرے دھیرے ڈی جنریشن ایک اخلاقی پراسیس ہے،</w:t>
      </w:r>
    </w:p>
    <w:p>
      <w:r>
        <w:rPr>
          <w:b/>
        </w:rPr>
        <w:t xml:space="preserve">[45:47] </w:t>
      </w:r>
      <w:r>
        <w:t>ek fitrat ka nizam hai ke degeneration apne aap hota hai, apne aap hota hai.</w:t>
      </w:r>
    </w:p>
    <w:p>
      <w:pPr>
        <w:jc w:val="right"/>
      </w:pPr>
      <w:r>
        <w:t>ایک فطرت کا نظام ہے کہ ڈی جنریشن اپنے آپ ہوتا ہے، اپنے آپ ہوتا ہے۔</w:t>
      </w:r>
    </w:p>
    <w:p>
      <w:r>
        <w:rPr>
          <w:b/>
        </w:rPr>
        <w:t xml:space="preserve">[45:57] </w:t>
      </w:r>
      <w:r>
        <w:t>to wahi hoga. yahan bhi yeh koi afzal ummat nahi hai, balkeh jaise sab ummaten hoti hain, waise yeh bhi hai. to aap ne ek baar yeh ek ummat ko jagaya hai, jagaya tha ke jaagte raho, jaagte raho.</w:t>
      </w:r>
    </w:p>
    <w:p>
      <w:pPr>
        <w:jc w:val="right"/>
      </w:pPr>
      <w:r>
        <w:t>تو وہی ہوگا۔ یہاں بھی یہ کوئی افضل امت نہیں ہے، بلکہ جیسے سب امتیں ہوتی ہیں، ویسے یہ بھی ہے۔ تو آپ نے ایک بار یہ ایک امت کو جگایا ہے، جگایا تھا کہ جاگتے رہو، جاگتے رہو۔</w:t>
      </w:r>
    </w:p>
    <w:p>
      <w:r>
        <w:rPr>
          <w:b/>
        </w:rPr>
        <w:t xml:space="preserve">[46:21] </w:t>
      </w:r>
      <w:r>
        <w:t>hamare bachpan mein, hamare gaon mein ek aadmi tha jo panchayat ki taraf se muqarrar tha. to raat ko uthta tha woh aur zor zor se kehta tha: "jaagte raho, jaagte raho!</w:t>
      </w:r>
    </w:p>
    <w:p>
      <w:pPr>
        <w:jc w:val="right"/>
      </w:pPr>
      <w:r>
        <w:t>ہمارے بچپن میں، ہمارے گاؤں میں ایک آدمی تھا جو پنچایت کی طرف سے مقرر تھا۔ تو رات کو اٹھتا تھا وہ اور زور زور سے کہتا تھا: "جاگتے رہو، جاگتے رہو!</w:t>
      </w:r>
    </w:p>
    <w:p>
      <w:r>
        <w:rPr>
          <w:b/>
        </w:rPr>
        <w:t xml:space="preserve">[46:36] </w:t>
      </w:r>
      <w:r>
        <w:t>" to yeh hai: "jaagte raho!" aur jo log Rasool Allah ke zamane mein Islam qabool kiya, jinhone, un par bhi yeh amal aayega.</w:t>
      </w:r>
    </w:p>
    <w:p>
      <w:pPr>
        <w:jc w:val="right"/>
      </w:pPr>
      <w:r>
        <w:t>" تو یہ ہے: "جاگتے رہو!" اور جو لوگ رسول اللہ کے زمانے میں اسلام قبول کیا، جنہوں نے، ان پر بھی یہ عمل آئے ہوگا۔</w:t>
      </w:r>
    </w:p>
    <w:p>
      <w:r>
        <w:rPr>
          <w:b/>
        </w:rPr>
        <w:t xml:space="preserve">[46:49] </w:t>
      </w:r>
      <w:r>
        <w:t>kuch exception ho sakte hain, aur jo nayi nasal hogi, jo naujawan honge, un par zyada hoga. to yeh wahi "jaagte raho" wali warning hai:</w:t>
      </w:r>
    </w:p>
    <w:p>
      <w:pPr>
        <w:jc w:val="right"/>
      </w:pPr>
      <w:r>
        <w:t>کچھ ایکسیپشن ہو سکتے ہیں، اور جو نئی نسل ہوگی، جو نوجوان ہوں گے، ان پر زیادہ ہوگا۔ تو یہ وہی "جاگتے رہو" والی وارننگ ہے:</w:t>
      </w:r>
    </w:p>
    <w:p>
      <w:r>
        <w:rPr>
          <w:b/>
        </w:rPr>
        <w:t xml:space="preserve">[47:03] </w:t>
      </w:r>
      <w:r>
        <w:t>"apne ko bacha kar rakho!" sahi baat hai.</w:t>
      </w:r>
    </w:p>
    <w:p>
      <w:pPr>
        <w:jc w:val="right"/>
      </w:pPr>
      <w:r>
        <w:t>"اپنے کو بچا کر رکھو!" صحیح بات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