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Team Spirit (Part 2), Nov 10, 2006</w:t>
      </w:r>
    </w:p>
    <w:p>
      <w:r>
        <w:t>https://www.youtube.com/watch?v=Ka5nPXqYX5E</w:t>
      </w:r>
    </w:p>
    <w:p>
      <w:r>
        <w:rPr>
          <w:b/>
        </w:rPr>
        <w:t xml:space="preserve">[00:14] </w:t>
      </w:r>
      <w:r>
        <w:t>Bismillah-ir-Rahman-ir-Rahim, wasallallahu ala an-nabiyyil kareem.</w:t>
      </w:r>
    </w:p>
    <w:p>
      <w:pPr>
        <w:jc w:val="right"/>
      </w:pPr>
      <w:r>
        <w:t>بسم اللہ الرحمن الرحیم، وصلی اللہ علی النبی الکریم۔</w:t>
      </w:r>
    </w:p>
    <w:p>
      <w:r>
        <w:rPr>
          <w:b/>
        </w:rPr>
        <w:t xml:space="preserve">[00:25] </w:t>
      </w:r>
      <w:r>
        <w:t>hamari team ke ek senior member hain, Mr. Khalid Ansari. unhone ek baat bahut hi aham kahi ke hamari team ke har member ka bahut hi gehra ta'alluq Khuda se hona chahiye.</w:t>
      </w:r>
    </w:p>
    <w:p>
      <w:pPr>
        <w:jc w:val="right"/>
      </w:pPr>
      <w:r>
        <w:t>ہماری ٹیم کے ایک سینئر ممبر ہیں، مسٹر خالد انصاری۔ انہوں نے ایک بات بہت ہی اہم کہی کہ ہماری ٹیم کے ہر ممبر کا بہت ہی گہرا تعلق خدا سے ہونا چاہیے۔</w:t>
      </w:r>
    </w:p>
    <w:p>
      <w:r>
        <w:rPr>
          <w:b/>
        </w:rPr>
        <w:t xml:space="preserve">[00:46] </w:t>
      </w:r>
      <w:r>
        <w:t>jitna gehra ta'alluq hamara Khuda se hoga, utna hi hum is mission par apne aap ko jama paayenge, nahi to hamara jamna doubtfull ho jayega.</w:t>
      </w:r>
    </w:p>
    <w:p>
      <w:pPr>
        <w:jc w:val="right"/>
      </w:pPr>
      <w:r>
        <w:t>جتنا گہرا تعلق ہمارا خدا سے ہوگا، اتنا ہی ہم اس مشن پر اپنے آپ کو جمع پائیں گے، نہیں تو ہمارا جمنا ڈاؤٹ فل ہو جائے گا۔</w:t>
      </w:r>
    </w:p>
    <w:p>
      <w:r>
        <w:rPr>
          <w:b/>
        </w:rPr>
        <w:t xml:space="preserve">[01:01] </w:t>
      </w:r>
      <w:r>
        <w:t>yeh baat bilashubah 100% sahi hai.</w:t>
      </w:r>
    </w:p>
    <w:p>
      <w:pPr>
        <w:jc w:val="right"/>
      </w:pPr>
      <w:r>
        <w:t>یہ بات بلاشبہ 100% صحیح ہے۔</w:t>
      </w:r>
    </w:p>
    <w:p>
      <w:r>
        <w:rPr>
          <w:b/>
        </w:rPr>
        <w:t xml:space="preserve">[01:07] </w:t>
      </w:r>
      <w:r>
        <w:t>ab main yahan par aap ko Prophet ke zamane ka ek waqia arz karta hoon jo bahut zyada relevant hai aur is mein hamare liye bahut zyada sabak hai.</w:t>
      </w:r>
    </w:p>
    <w:p>
      <w:pPr>
        <w:jc w:val="right"/>
      </w:pPr>
      <w:r>
        <w:t>اب میں یہاں پر آپ کو پرافٹ کے زمانے کا ایک واقعہ عرض کرتا ہوں جو بہت زیادہ ریلیونٹ ہے اور اس میں ہمارے لیے بہت زیادہ سبق ہے۔</w:t>
      </w:r>
    </w:p>
    <w:p>
      <w:r>
        <w:rPr>
          <w:b/>
        </w:rPr>
        <w:t xml:space="preserve">[01:22] </w:t>
      </w:r>
      <w:r>
        <w:t>aap jante hain ke Prophet of Islam, Hazrat Muhammad Sallallahu Alaihi Wasallam, aakhri Prophet the. Khuda ne unke zariye se bahut bada kaam anjaam paya.</w:t>
      </w:r>
    </w:p>
    <w:p>
      <w:pPr>
        <w:jc w:val="right"/>
      </w:pPr>
      <w:r>
        <w:t>آپ جانتے ہیں کہ پرافٹ آف اسلام، حضرت محمد صلی اللہ علیہ وسلم، آخری پرافٹ تھے۔ خدا نے ان کے ذریعے سے بہت بڑا کام انجام پایا۔</w:t>
      </w:r>
    </w:p>
    <w:p>
      <w:r>
        <w:rPr>
          <w:b/>
        </w:rPr>
        <w:t xml:space="preserve">[01:40] </w:t>
      </w:r>
      <w:r>
        <w:t>jab unhone apne kaam ko shuru kiya to woh poore mulk mein, poori duniya mein akele the.</w:t>
      </w:r>
    </w:p>
    <w:p>
      <w:pPr>
        <w:jc w:val="right"/>
      </w:pPr>
      <w:r>
        <w:t>جب انہوں نے اپنے کام کو شروع کیا تو وہ پورے ملک میں، پوری دنیا میں اکیلے تھے۔</w:t>
      </w:r>
    </w:p>
    <w:p>
      <w:r>
        <w:rPr>
          <w:b/>
        </w:rPr>
        <w:t xml:space="preserve">[01:54] </w:t>
      </w:r>
      <w:r>
        <w:t>us zamane mein ek aadmi aaya Makka,</w:t>
      </w:r>
    </w:p>
    <w:p>
      <w:pPr>
        <w:jc w:val="right"/>
      </w:pPr>
      <w:r>
        <w:t>اس زمانے میں ایک آدمی آیا مکہ،</w:t>
      </w:r>
    </w:p>
    <w:p>
      <w:r>
        <w:rPr>
          <w:b/>
        </w:rPr>
        <w:t xml:space="preserve">[02:02] </w:t>
      </w:r>
      <w:r>
        <w:t>apne kisi kaam se. to Makka chuki goya ke capital city tha us zamane mein, to jab wapas gaya to logon ne poocha ke Makka ki koi nayi khabar batao.</w:t>
      </w:r>
    </w:p>
    <w:p>
      <w:pPr>
        <w:jc w:val="right"/>
      </w:pPr>
      <w:r>
        <w:t>اپنے کسی کام سے۔ تو مکہ چونکہ گویا کہ کیپیٹل سٹی تھا اس زمانے میں، تو جب واپس گیا تو لوگوں نے پوچھا کہ مکہ کی کوئی نئی خبر بتاؤ۔</w:t>
      </w:r>
    </w:p>
    <w:p>
      <w:r>
        <w:rPr>
          <w:b/>
        </w:rPr>
        <w:t xml:space="preserve">[02:18] </w:t>
      </w:r>
      <w:r>
        <w:t>to us ne kaha ke muhammad tanba tabah ibn abi quhafah. is ka matlab yeh banta hai aaj kal ki zaban mein ke aik aadmi hai jis ka naam muhammad hai, us ne daawa kiya hai ke mein nabi hoon,</w:t>
      </w:r>
    </w:p>
    <w:p>
      <w:pPr>
        <w:jc w:val="right"/>
      </w:pPr>
      <w:r>
        <w:t>تو اس نے کہا کہ محمد تنبا وتبہ ابن ابی قحافہ۔ اس کا مطلب یہ بنتا ہے آج کل کی زبان میں کہ ایک آدمی ہے جس کا نام محمد ہے، اس نے دعویٰ کیا ہے کہ میں نبی ہوں،</w:t>
      </w:r>
    </w:p>
    <w:p>
      <w:r>
        <w:rPr>
          <w:b/>
        </w:rPr>
        <w:t xml:space="preserve">[02:36] </w:t>
      </w:r>
      <w:r>
        <w:t>aur aik aadmi ibn quhafah is ka saath de rahe hain. yaani kitna uns, itna uns, insignificant laga us ko yeh baat.</w:t>
      </w:r>
    </w:p>
    <w:p>
      <w:pPr>
        <w:jc w:val="right"/>
      </w:pPr>
      <w:r>
        <w:t>اور ایک آدمی ابن قحافہ اس کا ساتھ دے رہے ہیں۔ یعنی کتنا انس، اتنا انس، انسگنیفیکنٹ لگا اس کو یہ بات۔</w:t>
      </w:r>
    </w:p>
    <w:p>
      <w:r>
        <w:rPr>
          <w:b/>
        </w:rPr>
        <w:t xml:space="preserve">[02:49] </w:t>
      </w:r>
      <w:r>
        <w:t>kuch bhi nahin. lekin jab aap</w:t>
      </w:r>
    </w:p>
    <w:p>
      <w:pPr>
        <w:jc w:val="right"/>
      </w:pPr>
      <w:r>
        <w:t>کچھ بھی نہیں۔ لیکن جب آپ</w:t>
      </w:r>
    </w:p>
    <w:p>
      <w:r>
        <w:rPr>
          <w:b/>
        </w:rPr>
        <w:t xml:space="preserve">[02:54] </w:t>
      </w:r>
      <w:r>
        <w:t>ki death hui to poora arab islamize ho chuka tha. to itne bare prophet ke jab jab jab aap ki death hui to zahir hai ke bara super crashs paida ho gaya wahan par.</w:t>
      </w:r>
    </w:p>
    <w:p>
      <w:pPr>
        <w:jc w:val="right"/>
      </w:pPr>
      <w:r>
        <w:t>کی ڈیتھ ہوئی تو پورا عرب اسلامائز ہو چکا تھا۔ تو اتنے بڑے پرافٹ کہ جب جب جب آپ کی ڈیتھ ہوئی تو ظاہر ہے کہ بڑا سپر کراشز پیدا ہو گیا وہاں پر۔</w:t>
      </w:r>
    </w:p>
    <w:p>
      <w:r>
        <w:rPr>
          <w:b/>
        </w:rPr>
        <w:t xml:space="preserve">[03:12] </w:t>
      </w:r>
      <w:r>
        <w:t>yaani ab tak sab sab log aap se jure hue the, ab tak saare log aap hi se inspiration lete the. yaani central figure jo the woh prophet of islam the.</w:t>
      </w:r>
    </w:p>
    <w:p>
      <w:pPr>
        <w:jc w:val="right"/>
      </w:pPr>
      <w:r>
        <w:t>یعنی اب تک سب سب لوگ آپ سے جڑے ہوئے تھے، اب تک سارے لوگ آپ ہی سے انسپیریشن لیتے تھے۔ یعنی سینٹرل فگر جو تھے وہ پرافٹ آف اسلام تھے۔</w:t>
      </w:r>
    </w:p>
    <w:p>
      <w:r>
        <w:rPr>
          <w:b/>
        </w:rPr>
        <w:t xml:space="preserve">[03:29] </w:t>
      </w:r>
      <w:r>
        <w:t>inhi ko dekh kar, inhi ke saath de kar, inhi ke paas baith kar ke logon ko inspiration milta tha.</w:t>
      </w:r>
    </w:p>
    <w:p>
      <w:pPr>
        <w:jc w:val="right"/>
      </w:pPr>
      <w:r>
        <w:t>انہی کو دیکھ کر، انہی کے ساتھ دے کر، انہی کے پاس بیٹھ کر کے لوگوں کو انسپیریشن ملتا تھا۔</w:t>
      </w:r>
    </w:p>
    <w:p>
      <w:r>
        <w:rPr>
          <w:b/>
        </w:rPr>
        <w:t xml:space="preserve">[03:38] </w:t>
      </w:r>
      <w:r>
        <w:t>to kya hua ke prophethood ke 23 years ke baad aap ki death hui madina mein.</w:t>
      </w:r>
    </w:p>
    <w:p>
      <w:pPr>
        <w:jc w:val="right"/>
      </w:pPr>
      <w:r>
        <w:t>تو کیا ہوا کہ پرافٹ ہڈ کے 23 ایئرز کے بعد آپ کی ڈیتھ ہوئی مدینہ میں۔</w:t>
      </w:r>
    </w:p>
    <w:p>
      <w:r>
        <w:rPr>
          <w:b/>
        </w:rPr>
        <w:t xml:space="preserve">[03:49] </w:t>
      </w:r>
      <w:r>
        <w:t>to wahan par aik kahram mach gaya. logon ko yaqeen nahin aata tha ke aap ki death ho gayi hai.</w:t>
      </w:r>
    </w:p>
    <w:p>
      <w:pPr>
        <w:jc w:val="right"/>
      </w:pPr>
      <w:r>
        <w:t>تو وہاں پر ایک کہرام مچ گیا۔ لوگوں کو یقین نہیں آتا تھا کہ آپ کی ڈیتھ ہو گئی ہے۔</w:t>
      </w:r>
    </w:p>
    <w:p>
      <w:r>
        <w:rPr>
          <w:b/>
        </w:rPr>
        <w:t xml:space="preserve">[04:02] </w:t>
      </w:r>
      <w:r>
        <w:t>hazrat umar farooq ka yeh haal tha ke woh kehte the ke jo kahe ga ke muhammad fawwat pa gaye, mein us ko qatal kar doon ga. yeh sab kehta hai crisis, crisis ka phenomena.</w:t>
      </w:r>
    </w:p>
    <w:p>
      <w:pPr>
        <w:jc w:val="right"/>
      </w:pPr>
      <w:r>
        <w:t>حضرت عمر فاروق کا یہ حال تھا کہ وہ کہتے تھے کہ جو کہے گا کہ محمد وفات پا گئے، میں اس کو قتل کر دوں گا۔ یہ سب کہتا ہے کرائسز، کرائسز کا فیناومینا۔</w:t>
      </w:r>
    </w:p>
    <w:p>
      <w:r>
        <w:rPr>
          <w:b/>
        </w:rPr>
        <w:t xml:space="preserve">[04:16] </w:t>
      </w:r>
      <w:r>
        <w:t>chounke us waqt tak sab log jure hue the aap ke personality ke saath, ab aap ki personality hat gayi to logon ke samajh mein nahin aata tha ab kya hoga.</w:t>
      </w:r>
    </w:p>
    <w:p>
      <w:pPr>
        <w:jc w:val="right"/>
      </w:pPr>
      <w:r>
        <w:t>چونکہ اس وقت تک سب لوگ جڑے ہوئے تھے آپ کے پرسنیلٹی کے ساتھ، اب آپ کی پرسنیلٹی ہٹ گئی تو لوگوں کے سمجھ میں نہیں آتا تھا اب کیا ہوگا۔</w:t>
      </w:r>
    </w:p>
    <w:p>
      <w:r>
        <w:rPr>
          <w:b/>
        </w:rPr>
        <w:t xml:space="preserve">[04:30] </w:t>
      </w:r>
      <w:r>
        <w:t>to us waqt jo senior member the aap ki team ke, un ka naam tha abubakar siddiq.</w:t>
      </w:r>
    </w:p>
    <w:p>
      <w:pPr>
        <w:jc w:val="right"/>
      </w:pPr>
      <w:r>
        <w:t>تو اس وقت جو سینئر ممبر تھے آپ کی ٹیم کے، ان کا نام تھا ابوبکر صدیق۔</w:t>
      </w:r>
    </w:p>
    <w:p>
      <w:r>
        <w:rPr>
          <w:b/>
        </w:rPr>
        <w:t xml:space="preserve">[04:41] </w:t>
      </w:r>
      <w:r>
        <w:t>sab se ziyada senior member the us zamane mein.</w:t>
      </w:r>
    </w:p>
    <w:p>
      <w:pPr>
        <w:jc w:val="right"/>
      </w:pPr>
      <w:r>
        <w:t>سب سے زیادہ سینئر ممبر تھے اس زمانے میں۔</w:t>
      </w:r>
    </w:p>
    <w:p>
      <w:r>
        <w:rPr>
          <w:b/>
        </w:rPr>
        <w:t xml:space="preserve">[04:47] </w:t>
      </w:r>
      <w:r>
        <w:t>to woh us waqt madina mein nahin the, bahar the. unhein khabar mili to tezi se woh aaye madina mein.</w:t>
      </w:r>
    </w:p>
    <w:p>
      <w:pPr>
        <w:jc w:val="right"/>
      </w:pPr>
      <w:r>
        <w:t>تو وہ اس وقت مدینہ میں نہیں تھے، باہر تھے۔ انہیں خبر ملی تو تیزی سے وہ آئے مدینہ میں۔</w:t>
      </w:r>
    </w:p>
    <w:p>
      <w:r>
        <w:rPr>
          <w:b/>
        </w:rPr>
        <w:t xml:space="preserve">[05:00] </w:t>
      </w:r>
      <w:r>
        <w:t>to us waqt aap fawwat pa chuke the aur aap ke body ke oopar aik chadar orha di gayi thi. is tarah tha wahan par scene.</w:t>
      </w:r>
    </w:p>
    <w:p>
      <w:pPr>
        <w:jc w:val="right"/>
      </w:pPr>
      <w:r>
        <w:t>تو اس وقت آپ وفات پا چکے تھے اور آپ کے باڈی کے اوپر ایک چادر اوڑھا دی گئی تھی۔ اس طرح تھا وہاں پر سین۔</w:t>
      </w:r>
    </w:p>
    <w:p>
      <w:r>
        <w:rPr>
          <w:b/>
        </w:rPr>
        <w:t xml:space="preserve">[05:13] </w:t>
      </w:r>
      <w:r>
        <w:t>to jab aap aaye to wahi manzar tha ke logon ko samajh mein aata hai ke rasool Allah ki fawwat ho gayi ke nahin hui, kya hua, kya hua. aik aik hungama tha. aap seedhe gaye wahan par jahan par rasool Allah ka body chadar mein lapet</w:t>
      </w:r>
    </w:p>
    <w:p>
      <w:pPr>
        <w:jc w:val="right"/>
      </w:pPr>
      <w:r>
        <w:t>تو جب آپ آئے تو وہی منظر تھا کہ لوگوں کو سمجھ میں آتا ہے کہ رسول اللہ کی وفات ہو گئی کہ نہیں ہوئی، کیا ہوا، کیا ہوا۔ ایک ایک ہنگامہ تھا۔ آپ سیدھے گئے وہاں پر جہاں پر رسول اللہ کا باڈی چادر میں لپٹ</w:t>
      </w:r>
    </w:p>
    <w:p>
      <w:r>
        <w:rPr>
          <w:b/>
        </w:rPr>
        <w:t xml:space="preserve">[05:33] </w:t>
      </w:r>
      <w:r>
        <w:t>tha, wahan par chadar se dhaka hua.</w:t>
      </w:r>
    </w:p>
    <w:p>
      <w:pPr>
        <w:jc w:val="right"/>
      </w:pPr>
      <w:r>
        <w:t>تھا، وہاں پر چادر سے ڈھکا ہوا۔</w:t>
      </w:r>
    </w:p>
    <w:p>
      <w:r>
        <w:rPr>
          <w:b/>
        </w:rPr>
        <w:t xml:space="preserve">[05:41] </w:t>
      </w:r>
      <w:r>
        <w:t>is waqe ko mein bata raha hoon is liye ke aik taraf un ka attachment tha rasool Allah se aur doosri taraf un ka kehta hai gehra attachment tha Khuda se.</w:t>
      </w:r>
    </w:p>
    <w:p>
      <w:pPr>
        <w:jc w:val="right"/>
      </w:pPr>
      <w:r>
        <w:t>اس واقعے کو میں بتا رہا ہوں اس لیے کہ ایک طرف ان کا اٹیچمنٹ تھا رسول اللہ سے اور دوسری طرف ان کا کہتا ہے گہرا اٹیچمنٹ تھا خدا سے۔</w:t>
      </w:r>
    </w:p>
    <w:p>
      <w:r>
        <w:rPr>
          <w:b/>
        </w:rPr>
        <w:t xml:space="preserve">[05:56] </w:t>
      </w:r>
      <w:r>
        <w:t>yaani itna attachment tha ke un ko yaqeen nahin aata tha ke rasool Allah fawwat pa gaye. aur poori zindagi mein yeh log apni jaan ko khel kar ke rasool Allah ka saath dete rahe.</w:t>
      </w:r>
    </w:p>
    <w:p>
      <w:pPr>
        <w:jc w:val="right"/>
      </w:pPr>
      <w:r>
        <w:t>یعنی اتنا اٹیچمنٹ تھا کہ ان کو یقین نہیں آتا تھا کہ رسول اللہ وفات پا گئے۔ اور پوری زندگی میں یہ لوگ اپنی جان کو کھیل کر کے رسول اللہ کا ساتھ دیتے رہے۔</w:t>
      </w:r>
    </w:p>
    <w:p>
      <w:r>
        <w:rPr>
          <w:b/>
        </w:rPr>
        <w:t xml:space="preserve">[06:06] </w:t>
      </w:r>
      <w:r>
        <w:t>lekin aap dekhein kya hota hai wahan. yaani aakhri had tak emotional attachment tha un ko rasool Allah se.</w:t>
      </w:r>
    </w:p>
    <w:p>
      <w:pPr>
        <w:jc w:val="right"/>
      </w:pPr>
      <w:r>
        <w:t>لیکن آپ دیکھیں کیا ہوتا ہے وہاں۔ یعنی آخری حد تک ایموشنل اٹیچمنٹ تھا ان کو رسول اللہ سے۔</w:t>
      </w:r>
    </w:p>
    <w:p>
      <w:r>
        <w:rPr>
          <w:b/>
        </w:rPr>
        <w:t xml:space="preserve">[06:16] </w:t>
      </w:r>
      <w:r>
        <w:t>isi ke saath un ko aakhri had tak connection tha Khuda ke oopar. to woh gaye wahan par, chadar hatayi. aur chadar hatane ke baad unhon ne aap ke forehead ko kiss kiya.</w:t>
      </w:r>
    </w:p>
    <w:p>
      <w:pPr>
        <w:jc w:val="right"/>
      </w:pPr>
      <w:r>
        <w:t>اسی کے ساتھ ان کو آخری حد تک کنکشن تھا خدا کے اوپر۔ تو وہ گئے وہاں پر، چادر ہٹائی۔ اور چادر ہٹانے کے بعد انہوں نے آپ کے فور ہیڈ کو کس کیا۔</w:t>
      </w:r>
    </w:p>
    <w:p>
      <w:r>
        <w:rPr>
          <w:b/>
        </w:rPr>
        <w:t xml:space="preserve">[06:36] </w:t>
      </w:r>
      <w:r>
        <w:t>aur bole aik aisi historical baat</w:t>
      </w:r>
    </w:p>
    <w:p>
      <w:pPr>
        <w:jc w:val="right"/>
      </w:pPr>
      <w:r>
        <w:t>اور بولے ایک ایسی ہسٹوریکل بات</w:t>
      </w:r>
    </w:p>
    <w:p>
      <w:r>
        <w:rPr>
          <w:b/>
        </w:rPr>
        <w:t xml:space="preserve">[06:43] </w:t>
      </w:r>
      <w:r>
        <w:t>ke nayi zindagi aa gayi wahan par.</w:t>
      </w:r>
    </w:p>
    <w:p>
      <w:pPr>
        <w:jc w:val="right"/>
      </w:pPr>
      <w:r>
        <w:t>کہ نئی زندگی آ گئی وہاں پر۔</w:t>
      </w:r>
    </w:p>
    <w:p>
      <w:r>
        <w:rPr>
          <w:b/>
        </w:rPr>
        <w:t xml:space="preserve">[06:49] </w:t>
      </w:r>
      <w:r>
        <w:t>unhon ne kaha ke</w:t>
      </w:r>
    </w:p>
    <w:p>
      <w:pPr>
        <w:jc w:val="right"/>
      </w:pPr>
      <w:r>
        <w:t>انہوں نے کہا کہ</w:t>
      </w:r>
    </w:p>
    <w:p>
      <w:r>
        <w:rPr>
          <w:b/>
        </w:rPr>
        <w:t xml:space="preserve">[06:54] </w:t>
      </w:r>
      <w:r>
        <w:t>man kan ya'budu muhammad fa'inna muhammad qad maat, wa man kan ya'budu allaha fa'inna allaha hayyun la yamoot.</w:t>
      </w:r>
    </w:p>
    <w:p>
      <w:pPr>
        <w:jc w:val="right"/>
      </w:pPr>
      <w:r>
        <w:t>من کان یعبد محمد فان محمد قدمات، ومن کان یعبد اللہ فان اللہ حی لایموت۔</w:t>
      </w:r>
    </w:p>
    <w:p>
      <w:r>
        <w:rPr>
          <w:b/>
        </w:rPr>
        <w:t xml:space="preserve">[07:06] </w:t>
      </w:r>
      <w:r>
        <w:t>yeh is insaan ke kalmaat hain jo rasool Allah se mohabbat mein, attachment mein aakhri had tak pahuncha hua tha.</w:t>
      </w:r>
    </w:p>
    <w:p>
      <w:pPr>
        <w:jc w:val="right"/>
      </w:pPr>
      <w:r>
        <w:t>یہ اس انسان کے کلمات ہیں جو رسول اللہ سے محبت میں، اٹیچمنٹ میں آخری حد تک پہنچا ہوا تھا۔</w:t>
      </w:r>
    </w:p>
    <w:p>
      <w:r>
        <w:rPr>
          <w:b/>
        </w:rPr>
        <w:t xml:space="preserve">[07:16] </w:t>
      </w:r>
      <w:r>
        <w:t>aakhri extreme tak pouncha hua tha. rasool Allah se aap ko bohat hi mohabbat thi. bohat ziyada emotional attachment tha rasool Allah se aap ko.</w:t>
      </w:r>
    </w:p>
    <w:p>
      <w:pPr>
        <w:jc w:val="right"/>
      </w:pPr>
      <w:r>
        <w:t>آخری ایکسٹریم تک پہنچا ہوا تھا۔ رسول اللہ سے آپ کو بہت ہی محبت تھی۔ بہت زیادہ ایموشنل اٹیچمنٹ تھا رسول اللہ سے آپ کو۔</w:t>
      </w:r>
    </w:p>
    <w:p>
      <w:r>
        <w:rPr>
          <w:b/>
        </w:rPr>
        <w:t xml:space="preserve">[07:25] </w:t>
      </w:r>
      <w:r>
        <w:t>is ke bohat saare waqeaat hain jo aap kitabon mein padhenge. to woh kehte kya hain ke mun kaana ya'budu Muhammad fa-inna Muhammad qad maat, wa-mun kaana ya'budu Allah fa-inna Allah hayyun la yamoot.</w:t>
      </w:r>
    </w:p>
    <w:p>
      <w:pPr>
        <w:jc w:val="right"/>
      </w:pPr>
      <w:r>
        <w:t>اس کے بہت سارے واقعات ہیں جو آپ کتابوں میں پڑھیں گے۔ تو وہ کہتے کیا ہیں کہ من کان یعبد محمد فان محمد قدمات، ومن کان یعبد اللہ فان اللہ حی لایموت۔</w:t>
      </w:r>
    </w:p>
    <w:p>
      <w:r>
        <w:rPr>
          <w:b/>
        </w:rPr>
        <w:t xml:space="preserve">[07:42] </w:t>
      </w:r>
      <w:r>
        <w:t>jo shakhs Muhammad ko poochta tha, sirf lafz mohabbat bole, hazrat sallay Allah alayhi wasallam waghera waghera jo aaj kal bola jaata hai musalmanon mein, woh sab kuch nahi kaha unhon ne.</w:t>
      </w:r>
    </w:p>
    <w:p>
      <w:pPr>
        <w:jc w:val="right"/>
      </w:pPr>
      <w:r>
        <w:t>جو شخص محمد کو پوچھتا تھا، صرف لفظ محبت بولے، حضرت صلی اللہ علیہ وسلم وغیرہ وغیرہ جو آج کل بولا جاتا ہے مسلمانوں میں، وہ سب کچھ نہیں کہا انہوں نے۔</w:t>
      </w:r>
    </w:p>
    <w:p>
      <w:r>
        <w:rPr>
          <w:b/>
        </w:rPr>
        <w:t xml:space="preserve">[07:55] </w:t>
      </w:r>
      <w:r>
        <w:t>sirf naam liya ke jo shakhs Muhammad ko poochta tha to Muhammad ki death ho chuki hai.</w:t>
      </w:r>
    </w:p>
    <w:p>
      <w:pPr>
        <w:jc w:val="right"/>
      </w:pPr>
      <w:r>
        <w:t>صرف نام لیا کہ جو شخص محمد کو پوچھتا تھا تو محمد کی ڈیتھ ہو چکی ہے۔</w:t>
      </w:r>
    </w:p>
    <w:p>
      <w:r>
        <w:rPr>
          <w:b/>
        </w:rPr>
        <w:t xml:space="preserve">[08:10] </w:t>
      </w:r>
      <w:r>
        <w:t>aur jo Khuda ko poochta tha to Khuda zinda hai, us ki death hone wali nahi.</w:t>
      </w:r>
    </w:p>
    <w:p>
      <w:pPr>
        <w:jc w:val="right"/>
      </w:pPr>
      <w:r>
        <w:t>اور جو خدا کو پوچھتا تھا تو خدا زندہ ہے، اس کی ڈیتھ ہونے والی نہیں۔</w:t>
      </w:r>
    </w:p>
    <w:p>
      <w:r>
        <w:rPr>
          <w:b/>
        </w:rPr>
        <w:t xml:space="preserve">[08:18] </w:t>
      </w:r>
      <w:r>
        <w:t>yeh hai crisis management. main samajhta hoon crisis management ka ek itna bada waqea shayad dunya mein history mein kabhi aur na hua ho.</w:t>
      </w:r>
    </w:p>
    <w:p>
      <w:pPr>
        <w:jc w:val="right"/>
      </w:pPr>
      <w:r>
        <w:t>یہ ہے کرائسز مینجمنٹ۔ میں سمجھتا ہوں کرائسز مینجمنٹ کا ایک اتنا بڑا واقعہ شاید دنیا میں ہسٹری میں کبھی اور نہ ہوا ہو۔</w:t>
      </w:r>
    </w:p>
    <w:p>
      <w:r>
        <w:rPr>
          <w:b/>
        </w:rPr>
        <w:t xml:space="preserve">[08:34] </w:t>
      </w:r>
      <w:r>
        <w:t>ke jo shakhs Khuda ko, jo shakhs Muhammad ko poochta tha to woh jaan le ke Muhammad ki death ho chuki.</w:t>
      </w:r>
    </w:p>
    <w:p>
      <w:pPr>
        <w:jc w:val="right"/>
      </w:pPr>
      <w:r>
        <w:t>کہ جو شخص خدا کو، جو شخص محمد کو پوچھتا تھا تو وہ جان لے کہ محمد کی ڈیتھ ہو چکی۔</w:t>
      </w:r>
    </w:p>
    <w:p>
      <w:r>
        <w:rPr>
          <w:b/>
        </w:rPr>
        <w:t xml:space="preserve">[08:44] </w:t>
      </w:r>
      <w:r>
        <w:t>aur jo shakhs Khuda ko poochta tha to Khuda zinda hai, woh kabhi marne wala nahi hai. is tarah is crisis ko unhon ne manage kiya.</w:t>
      </w:r>
    </w:p>
    <w:p>
      <w:pPr>
        <w:jc w:val="right"/>
      </w:pPr>
      <w:r>
        <w:t>اور جو شخص خدا کو پوچھتا تھا تو خدا زندہ ہے، وہ کبھی مرنے والا نہیں ہے۔ اس طرح اس کرائسز کو انہوں نے مینج کیا۔</w:t>
      </w:r>
    </w:p>
    <w:p>
      <w:r>
        <w:rPr>
          <w:b/>
        </w:rPr>
        <w:t xml:space="preserve">[08:56] </w:t>
      </w:r>
      <w:r>
        <w:t>aur ek moment mein unhon ne saare emotions jo the logon ke, us ko diffuse karke phir se Khuda par jor diya.</w:t>
      </w:r>
    </w:p>
    <w:p>
      <w:pPr>
        <w:jc w:val="right"/>
      </w:pPr>
      <w:r>
        <w:t>اور ایک مومنٹ میں انہوں نے سارے ایموشنز جو تھے لوگوں کے، اس کو ڈیفیوز کر کے پھر سے خدا پر جوڑ دیا۔</w:t>
      </w:r>
    </w:p>
    <w:p>
      <w:r>
        <w:rPr>
          <w:b/>
        </w:rPr>
        <w:t xml:space="preserve">[09:09] </w:t>
      </w:r>
      <w:r>
        <w:t>main samajhta hoon ke main aksar yeh jab padhta hoon Islam ki early history ko to is tarah ki history kabhi kis kabhi bani nahi, na poore ka record hai.</w:t>
      </w:r>
    </w:p>
    <w:p>
      <w:pPr>
        <w:jc w:val="right"/>
      </w:pPr>
      <w:r>
        <w:t>میں سمجھتا ہوں کہ میں اکثر یہ جب پڑھتا ہوں اسلام کی ارلی ہسٹری کو تو اس طرح کی ہسٹری کبھی کس کبھی بنی نہیں، نہ پورے کا ریکارڈ ہے۔</w:t>
      </w:r>
    </w:p>
    <w:p>
      <w:r>
        <w:rPr>
          <w:b/>
        </w:rPr>
        <w:t xml:space="preserve">[09:25] </w:t>
      </w:r>
      <w:r>
        <w:t>dunya mein bohat saare religion hain, ek dozen to bade bade major religions hain, lekin kisi ke paas bhi aisi real history nahi hai.</w:t>
      </w:r>
    </w:p>
    <w:p>
      <w:pPr>
        <w:jc w:val="right"/>
      </w:pPr>
      <w:r>
        <w:t>دنیا میں بہت سارے ریلیجن ہیں، ایک ڈزن تو بڑے بڑے میجر ریلیجنز ہیں، لیکن کسی کے پاس بھی ایسی ریئل ہسٹری نہیں ہے۔</w:t>
      </w:r>
    </w:p>
    <w:p>
      <w:r>
        <w:rPr>
          <w:b/>
        </w:rPr>
        <w:t xml:space="preserve">[09:37] </w:t>
      </w:r>
      <w:r>
        <w:t>jo hai woh fiction hai, mythology hai, qisse kahaniyan hain. yahan real history hai, real history hai.</w:t>
      </w:r>
    </w:p>
    <w:p>
      <w:pPr>
        <w:jc w:val="right"/>
      </w:pPr>
      <w:r>
        <w:t>جو ہے وہ فکشن ہے، مائیتھالوجی ہے، قصے کہانیاں ہیں۔ یہاں ریئل ہسٹری ہے، ریئل ہسٹری ہے۔</w:t>
      </w:r>
    </w:p>
    <w:p>
      <w:r>
        <w:rPr>
          <w:b/>
        </w:rPr>
        <w:t xml:space="preserve">[09:46] </w:t>
      </w:r>
      <w:r>
        <w:t>yaani sach much aisa hua. yeh hum ko jis ko Hindi mein kehte hain prerna, yeh hum ko prerna deta hai. hum ko rasta dikhata hai ke kis tarah se how to manage a crisis.</w:t>
      </w:r>
    </w:p>
    <w:p>
      <w:pPr>
        <w:jc w:val="right"/>
      </w:pPr>
      <w:r>
        <w:t>یعنی سچ مچ ایسا ہوا۔ یہ ہم کو جس کو ہندی میں کہتے ہیں پریرنا، یہ ہم کو پریرنا دیتا ہے۔ ہم کو راستہ دکھاتا ہے کہ کس طرح سے ہاؤ ٹو مینج ا کرائسز۔</w:t>
      </w:r>
    </w:p>
    <w:p>
      <w:r>
        <w:rPr>
          <w:b/>
        </w:rPr>
        <w:t xml:space="preserve">[10:03] </w:t>
      </w:r>
      <w:r>
        <w:t>to bilashuba jab ek guide zinda ho to us se saare jazbaat us se jud jaate hain. saare emotions us se jud jaate hain.</w:t>
      </w:r>
    </w:p>
    <w:p>
      <w:pPr>
        <w:jc w:val="right"/>
      </w:pPr>
      <w:r>
        <w:t>تو بلاشبہ جب ایک گائیڈ زندہ ہو تو اس سے سارے جذبات اس سے جڑ جاتے ہیں۔ سارے ایموشنز اس سے جڑ جاتے ہیں۔</w:t>
      </w:r>
    </w:p>
    <w:p>
      <w:r>
        <w:rPr>
          <w:b/>
        </w:rPr>
        <w:t xml:space="preserve">[10:13] </w:t>
      </w:r>
      <w:r>
        <w:t>yeh ek fitri baat hai, yeh to but natural. lekin jab aap Khuda par aap ko yaqeen hota hai to jaise hi guide hatta hai, aap dobara Khuda se jod lete hain apna ta'alluq.</w:t>
      </w:r>
    </w:p>
    <w:p>
      <w:pPr>
        <w:jc w:val="right"/>
      </w:pPr>
      <w:r>
        <w:t>یہ ایک فطری بات ہے، یہ تو بٹ نیچرل۔ لیکن جب آپ خدا پر آپ کو یقین ہوتا ہے تو جیسے ہی گائیڈ ہٹتا ہے، آپ دوبارہ خدا سے جوڑ لیتے ہیں اپنا تعلق۔</w:t>
      </w:r>
    </w:p>
    <w:p>
      <w:r>
        <w:rPr>
          <w:b/>
        </w:rPr>
        <w:t xml:space="preserve">[10:29] </w:t>
      </w:r>
      <w:r>
        <w:t>aur phir guide chal parti hai.</w:t>
      </w:r>
    </w:p>
    <w:p>
      <w:pPr>
        <w:jc w:val="right"/>
      </w:pPr>
      <w:r>
        <w:t>اور پھر گائیڈ چل پڑتی ہے۔</w:t>
      </w:r>
    </w:p>
    <w:p>
      <w:r>
        <w:rPr>
          <w:b/>
        </w:rPr>
        <w:t xml:space="preserve">[10:34] </w:t>
      </w:r>
      <w:r>
        <w:t>to wahan par rasool Allah hata diye gaye raaste se, lekin us ke baad doosre aa gaye, teesre aa gaye, chauthe aa gaye, aur mission jo hai aage jaari raha.</w:t>
      </w:r>
    </w:p>
    <w:p>
      <w:pPr>
        <w:jc w:val="right"/>
      </w:pPr>
      <w:r>
        <w:t>تو وہاں پر رسول اللہ ہٹا دیے گئے راستے سے، لیکن اس کے بعد دوسرے آ گئے، تیسرے آ گئے، چوتھے آ گئے، اور مشن جو ہے آگے جاری رہا۔</w:t>
      </w:r>
    </w:p>
    <w:p>
      <w:r>
        <w:rPr>
          <w:b/>
        </w:rPr>
        <w:t xml:space="preserve">[10:50] </w:t>
      </w:r>
      <w:r>
        <w:t>to main yeh kahunga ke team ki sab se badi quality shayad yeh hai jis ko main Urdu mein kahunga to kahunga bashaoor hona.</w:t>
      </w:r>
    </w:p>
    <w:p>
      <w:pPr>
        <w:jc w:val="right"/>
      </w:pPr>
      <w:r>
        <w:t>تو میں یہ کہوں گا کہ ٹیم کی سب سے بڑی کوالٹی شاید یہ ہے جس کو میں اردو میں کہوں گا تو کہوں گا باشعور ہونا۔</w:t>
      </w:r>
    </w:p>
    <w:p>
      <w:r>
        <w:rPr>
          <w:b/>
        </w:rPr>
        <w:t xml:space="preserve">[11:04] </w:t>
      </w:r>
      <w:r>
        <w:t>yaani is ka intellectual level bohat hi ooncha ho jaaye. conscious level par har cheez ko samajh sake woh. har cheez ko reason reason out kar sake.</w:t>
      </w:r>
    </w:p>
    <w:p>
      <w:pPr>
        <w:jc w:val="right"/>
      </w:pPr>
      <w:r>
        <w:t>یعنی اس کا انٹلیکچول لیول بہت ہی اونچا ہو جائے۔ کانشیس لیول پر ہر چیز کو سمجھ سکے وہ۔ ہر چیز کو ریزن ریزن آؤٹ کر سکے۔</w:t>
      </w:r>
    </w:p>
    <w:p>
      <w:r>
        <w:rPr>
          <w:b/>
        </w:rPr>
        <w:t xml:space="preserve">[11:16] </w:t>
      </w:r>
      <w:r>
        <w:t>itna ziyada intellectual development is ka hua ho, har cheez ko reason out kar sake. crisis ko manage kar sake.</w:t>
      </w:r>
    </w:p>
    <w:p>
      <w:pPr>
        <w:jc w:val="right"/>
      </w:pPr>
      <w:r>
        <w:t>اتنا زیادہ انٹلیکچول ڈیولپمنٹ اس کا ہوا ہو، ہر چیز کو ریزن آؤٹ کر سکے۔ کرائسز کو مینج کر سکے۔</w:t>
      </w:r>
    </w:p>
    <w:p>
      <w:r>
        <w:rPr>
          <w:b/>
        </w:rPr>
        <w:t xml:space="preserve">[11:28] </w:t>
      </w:r>
      <w:r>
        <w:t>question ka answer dhoondh sake. kyunke zindagi mein aap jaante hain ke crisis to aayega. yeh to impossible crisis na aaye.</w:t>
      </w:r>
    </w:p>
    <w:p>
      <w:pPr>
        <w:jc w:val="right"/>
      </w:pPr>
      <w:r>
        <w:t>کوئسچن کا انسر ڈھونڈ سکے۔ کیونکہ زندگی میں آپ جانتے ہیں کہ کرائسز تو آئے گا۔ یہ تو امپاسیبل کرائسز نہ آئے۔</w:t>
      </w:r>
    </w:p>
    <w:p>
      <w:r>
        <w:rPr>
          <w:b/>
        </w:rPr>
        <w:t xml:space="preserve">[11:40] </w:t>
      </w:r>
      <w:r>
        <w:t>to aap jaante hain ke hamara saara zor jo hai intellectual development par hai. main chahta hoon ke aap ka itna ziyada aap log bashaoor ho jaayen.</w:t>
      </w:r>
    </w:p>
    <w:p>
      <w:pPr>
        <w:jc w:val="right"/>
      </w:pPr>
      <w:r>
        <w:t>تو آپ جانتے ہیں کہ ہمارا سارا زور جو ہے انٹلیکچول ڈیولپمنٹ پر ہے۔ میں چاہتا ہوں کہ آپ کا اتنا زیادہ آپ لوگ باشعور ہو جائیں۔</w:t>
      </w:r>
    </w:p>
    <w:p>
      <w:r>
        <w:rPr>
          <w:b/>
        </w:rPr>
        <w:t xml:space="preserve">[11:52] </w:t>
      </w:r>
      <w:r>
        <w:t>intellectually itna ziyada developed ho jaayen aap log ke kisi bhi crisis ko manage kar saken.</w:t>
      </w:r>
    </w:p>
    <w:p>
      <w:pPr>
        <w:jc w:val="right"/>
      </w:pPr>
      <w:r>
        <w:t>انٹلیکچولی اتنا زیادہ ڈیولپڈ ہو جائیں آپ لوگ کہ کسی بھی کرائسز کو مینج کر سکیں۔</w:t>
      </w:r>
    </w:p>
    <w:p>
      <w:r>
        <w:rPr>
          <w:b/>
        </w:rPr>
        <w:t xml:space="preserve">[12:01] </w:t>
      </w:r>
      <w:r>
        <w:t>crisis aata hai aap ko sachai ke raaste se hatane ke liye. baar baar aayega aisa. to crisis aata hai aap ko sachai se hatane ke liye.</w:t>
      </w:r>
    </w:p>
    <w:p>
      <w:pPr>
        <w:jc w:val="right"/>
      </w:pPr>
      <w:r>
        <w:t>کرائسز آتا ہے آپ کو سچائی کے راستے سے ہٹانے کے لیے۔ بار بار آئے گا ایسا۔ تو کرائسز آتا ہے آپ کو سچائی سے ہٹانے کے لیے۔</w:t>
      </w:r>
    </w:p>
    <w:p>
      <w:r>
        <w:rPr>
          <w:b/>
        </w:rPr>
        <w:t xml:space="preserve">[12:12] </w:t>
      </w:r>
      <w:r>
        <w:t>lekin agar aap intellectually developed log hain to aap har crisis ko manage karenge.</w:t>
      </w:r>
    </w:p>
    <w:p>
      <w:pPr>
        <w:jc w:val="right"/>
      </w:pPr>
      <w:r>
        <w:t>لیکن اگر آپ انٹلیکچولی ڈیولپڈ لوگ ہیں تو آپ ہر کرائسز کو مینج کریں گے۔</w:t>
      </w:r>
    </w:p>
    <w:p>
      <w:r>
        <w:rPr>
          <w:b/>
        </w:rPr>
        <w:t xml:space="preserve">[12:25] </w:t>
      </w:r>
      <w:r>
        <w:t>rastay ka rukawat ko door kar sakain gay. chaltay rahengay, chaltay rahengay, chaltay rahengay yahan tak kay Khuda say mil ja'ay.</w:t>
      </w:r>
    </w:p>
    <w:p>
      <w:pPr>
        <w:jc w:val="right"/>
      </w:pPr>
      <w:r>
        <w:t>راستے کا رکاوٹ کو دور کر سکیں گے۔ چلتے رہیں گے، چلتے رہیں گے، چلتے رہیں گے یہاں تک کہ خدا سے مل جائے۔</w:t>
      </w:r>
    </w:p>
    <w:p>
      <w:r>
        <w:rPr>
          <w:b/>
        </w:rPr>
        <w:t xml:space="preserve">[12:42] </w:t>
      </w:r>
      <w:r>
        <w:t>isi say juri hui yeh baat hai</w:t>
      </w:r>
    </w:p>
    <w:p>
      <w:pPr>
        <w:jc w:val="right"/>
      </w:pPr>
      <w:r>
        <w:t>اسی سے جڑی ہوئی یہ بات ہے</w:t>
      </w:r>
    </w:p>
    <w:p>
      <w:r>
        <w:rPr>
          <w:b/>
        </w:rPr>
        <w:t xml:space="preserve">[12:46] </w:t>
      </w:r>
      <w:r>
        <w:t>kay mission ko kamyabi kay sath chalany kay liye</w:t>
      </w:r>
    </w:p>
    <w:p>
      <w:pPr>
        <w:jc w:val="right"/>
      </w:pPr>
      <w:r>
        <w:t>کہ مشن کو کامیابی کے ساتھ چلانے کے لیے</w:t>
      </w:r>
    </w:p>
    <w:p>
      <w:r>
        <w:rPr>
          <w:b/>
        </w:rPr>
        <w:t xml:space="preserve">[12:52] </w:t>
      </w:r>
      <w:r>
        <w:t>aap kay andar yeh quality honi chahiye kay aap aik taraf apnay aap ko janiy aur dusri taraf dusray ko janiy.</w:t>
      </w:r>
    </w:p>
    <w:p>
      <w:pPr>
        <w:jc w:val="right"/>
      </w:pPr>
      <w:r>
        <w:t>آپ کے اندر یہ کوالٹی ہونی چاہیے کہ آپ ایک طرف اپنے آپ کو جانیں اور دوسری طرف دوسرے کو جانیں۔</w:t>
      </w:r>
    </w:p>
    <w:p>
      <w:r>
        <w:rPr>
          <w:b/>
        </w:rPr>
        <w:t xml:space="preserve">[13:03] </w:t>
      </w:r>
      <w:r>
        <w:t>agar aap sirf apnay aap ko janiy kiya hoga aap egoist ban ja'engay. aur agar aap sirf dusray ko janiy to kiya hoga aap us kay absence mein aap frustration par ja'engay.</w:t>
      </w:r>
    </w:p>
    <w:p>
      <w:pPr>
        <w:jc w:val="right"/>
      </w:pPr>
      <w:r>
        <w:t>اگر آپ صرف اپنے آپ کو جانیں کیا ہوگا آپ ایگوئسٹ بن جائیں گے۔ اور اگر آپ صرف دوسرے کو جانیں تو کیا ہوگا آپ اس کے ایبسنس میں آپ فرسٹریشن پڑ جائیں گے۔</w:t>
      </w:r>
    </w:p>
    <w:p>
      <w:r>
        <w:rPr>
          <w:b/>
        </w:rPr>
        <w:t xml:space="preserve">[13:24] </w:t>
      </w:r>
      <w:r>
        <w:t>to aap apnay aap ko bhi janiy aur dusray ko bhi janiy. yeh hona chahiye.</w:t>
      </w:r>
    </w:p>
    <w:p>
      <w:pPr>
        <w:jc w:val="right"/>
      </w:pPr>
      <w:r>
        <w:t>تو آپ اپنے آپ کو بھی جانیں اور دوسرے کو بھی جانیں۔ یہ ہونا چاہیے۔</w:t>
      </w:r>
    </w:p>
    <w:p>
      <w:r>
        <w:rPr>
          <w:b/>
        </w:rPr>
        <w:t xml:space="preserve">[13:33] </w:t>
      </w:r>
      <w:r>
        <w:t>main aap ko aik Islam ki history ka aik aik batata hoon aap ko kay us zamanay mein kiya hota tha.</w:t>
      </w:r>
    </w:p>
    <w:p>
      <w:pPr>
        <w:jc w:val="right"/>
      </w:pPr>
      <w:r>
        <w:t>میں آپ کو ایک اسلام کی ہسٹری کا ایک ایک بتاتا ہوں آپ کو کہ اس زمانے میں کیا ہوتا تھا۔</w:t>
      </w:r>
    </w:p>
    <w:p>
      <w:r>
        <w:rPr>
          <w:b/>
        </w:rPr>
        <w:t xml:space="preserve">[13:50] </w:t>
      </w:r>
      <w:r>
        <w:t>dekhiy profit of Islam ka tareeqa yeh tha kay woh</w:t>
      </w:r>
    </w:p>
    <w:p>
      <w:pPr>
        <w:jc w:val="right"/>
      </w:pPr>
      <w:r>
        <w:t>دیکھیں پرافٹ آف اسلام کا طریقہ یہ تھا کہ وہ</w:t>
      </w:r>
    </w:p>
    <w:p>
      <w:r>
        <w:rPr>
          <w:b/>
        </w:rPr>
        <w:t xml:space="preserve">[14:01] </w:t>
      </w:r>
      <w:r>
        <w:t>jab bhi koi baat paish ati, koi problem samnay ata, koi issue samnay ata to aap logon ko ikatha kartay aur kehtay ashir ali ayha naas</w:t>
      </w:r>
    </w:p>
    <w:p>
      <w:pPr>
        <w:jc w:val="right"/>
      </w:pPr>
      <w:r>
        <w:t>جب بھی کوئی بات پیش آتی، کوئی پرابلم سامنے آتا، کوئی ایشو سامنے آتا تو آپ لوگوں کو اکٹھا کرتے اور کہتے اشیر علی ایہا الناس</w:t>
      </w:r>
    </w:p>
    <w:p>
      <w:r>
        <w:rPr>
          <w:b/>
        </w:rPr>
        <w:t xml:space="preserve">[14:18] </w:t>
      </w:r>
      <w:r>
        <w:t>aey logon mujhe advice do.</w:t>
      </w:r>
    </w:p>
    <w:p>
      <w:pPr>
        <w:jc w:val="right"/>
      </w:pPr>
      <w:r>
        <w:t>اے لوگوں مجھے ایڈوائس دو۔</w:t>
      </w:r>
    </w:p>
    <w:p>
      <w:r>
        <w:rPr>
          <w:b/>
        </w:rPr>
        <w:t xml:space="preserve">[14:22] </w:t>
      </w:r>
      <w:r>
        <w:t>yeh ata hai kitabon mein kay jab bhi koi issue ata, koi problem ata, koi masla paida hota to aap sab ko jama kartay, sab ko ikatha kartay aur kehtay kay dekho yeh hai masla, yeh hai issue to ashir ali ayha naas</w:t>
      </w:r>
    </w:p>
    <w:p>
      <w:pPr>
        <w:jc w:val="right"/>
      </w:pPr>
      <w:r>
        <w:t>یہ آتا ہے کتابوں میں کہ جب بھی کوئی ایشو آتا، کوئی پرابلم آتا، کوئی مسئلہ پیدا ہوتا تو آپ سب کو جمع کرتے، سب کو اکٹھا کرتے اور کہتے کہ دیکھو یہ ہے مسئلہ، یہ ہے ایشو تو اشیر علی ایہا الناس</w:t>
      </w:r>
    </w:p>
    <w:p>
      <w:r>
        <w:rPr>
          <w:b/>
        </w:rPr>
        <w:t xml:space="preserve">[14:40] </w:t>
      </w:r>
      <w:r>
        <w:t>aey logon mujhe is mamlay mein advice do.</w:t>
      </w:r>
    </w:p>
    <w:p>
      <w:pPr>
        <w:jc w:val="right"/>
      </w:pPr>
      <w:r>
        <w:t>اے لوگوں مجھے اس معاملے میں ایڈوائس دو۔</w:t>
      </w:r>
    </w:p>
    <w:p>
      <w:r>
        <w:rPr>
          <w:b/>
        </w:rPr>
        <w:t xml:space="preserve">[14:45] </w:t>
      </w:r>
      <w:r>
        <w:t>dekhiy agar aisay log hon jo prepared mind na hon, jo intellectually develop na hon to kiya hota hai har aadmi bolnay lagta hai.</w:t>
      </w:r>
    </w:p>
    <w:p>
      <w:pPr>
        <w:jc w:val="right"/>
      </w:pPr>
      <w:r>
        <w:t>دیکھیں اگر ایسے لوگ ہوں جو پریپیرڈ مائنڈ نہ ہوں، جو انٹلیکچولی ڈیولپ نہ ہوں تو کیا ہوتا ہے ہر آدمی بولنے لگتا ہے۔</w:t>
      </w:r>
    </w:p>
    <w:p>
      <w:r>
        <w:rPr>
          <w:b/>
        </w:rPr>
        <w:t xml:space="preserve">[14:59] </w:t>
      </w:r>
      <w:r>
        <w:t>har aadmi bolna shuru kar deta hai.</w:t>
      </w:r>
    </w:p>
    <w:p>
      <w:pPr>
        <w:jc w:val="right"/>
      </w:pPr>
      <w:r>
        <w:t>ہر آدمی بولنا شروع کر دیتا ہے۔</w:t>
      </w:r>
    </w:p>
    <w:p>
      <w:r>
        <w:rPr>
          <w:b/>
        </w:rPr>
        <w:t xml:space="preserve">[15:04] </w:t>
      </w:r>
      <w:r>
        <w:t>aisay scene aap nay kai bar dekhey hongay. lekin jo samajhdar log hotay hain jin ka mind jo hai prepared mind hota hai, jin kay andar intellectual development ho chuka hota hai to woh kiya kartay hain apnay sath dusron ko bhi samajhtay hain woh.</w:t>
      </w:r>
    </w:p>
    <w:p>
      <w:pPr>
        <w:jc w:val="right"/>
      </w:pPr>
      <w:r>
        <w:t>ایسے سین آپ نے کئی بار دیکھے ہوں گے۔ لیکن جو سمجھدار لوگ ہوتے ہیں جن کا مائنڈ جو ہے پریپیرڈ مائنڈ ہوتا ہے، جن کے اندر انٹلیکچول ڈیولپمنٹ ہو چکا ہوتا ہے تو وہ کیا کرتے ہیں اپنے ساتھ دوسروں کو بھی سمجھتے ہیں وہ۔</w:t>
      </w:r>
    </w:p>
    <w:p>
      <w:r>
        <w:rPr>
          <w:b/>
        </w:rPr>
        <w:t xml:space="preserve">[15:23] </w:t>
      </w:r>
      <w:r>
        <w:t>yeh nahi kay sirf apnay apnay mein gum rahay hain, apnay i mein gum rahay hain, apnay ko janiy, dusray ko na janiy. sab say buri quality yeh hai kay aadmi apnay ko janay aur dusray ko na janay.</w:t>
      </w:r>
    </w:p>
    <w:p>
      <w:pPr>
        <w:jc w:val="right"/>
      </w:pPr>
      <w:r>
        <w:t>یہ نہیں کہ صرف اپنے اپنے میں گم رہے ہیں، اپنے آئی میں گم رہے ہیں، اپنے کو جانیں، دوسرے کو نہ جانیں۔ سب سے بری کوالٹی یہ ہے کہ آدمی اپنے کو جانے اور دوسرے کو نہ جانے۔</w:t>
      </w:r>
    </w:p>
    <w:p>
      <w:r>
        <w:rPr>
          <w:b/>
        </w:rPr>
        <w:t xml:space="preserve">[15:39] </w:t>
      </w:r>
      <w:r>
        <w:t>to wahan kiya tha log dusray ko jantay thay. chunachay jab profit yeh kehtay thay</w:t>
      </w:r>
    </w:p>
    <w:p>
      <w:pPr>
        <w:jc w:val="right"/>
      </w:pPr>
      <w:r>
        <w:t>تو وہاں کیا تھا لوگ دوسرے کو جانتے تھے۔ چنانچہ جب پرافٹ یہ کہتے تھے</w:t>
      </w:r>
    </w:p>
    <w:p>
      <w:r>
        <w:rPr>
          <w:b/>
        </w:rPr>
        <w:t xml:space="preserve">[15:49] </w:t>
      </w:r>
      <w:r>
        <w:t>kay aey logon mujhe advice do jantay hain kiya hota tha sab log chup ho jatay thay. sab kay sab chup kyun chup hotay thay woh jantay thay yeh baat ko due to their intellectual development kay sab say pehlay jo bolain to abubakar bolain hum kyun pehlay bolain.</w:t>
      </w:r>
    </w:p>
    <w:p>
      <w:pPr>
        <w:jc w:val="right"/>
      </w:pPr>
      <w:r>
        <w:t>کہ اے لوگوں مجھے ایڈوائس دو جانتے ہیں کیا ہوتا تھا سب لوگ چپ ہو جاتے تھے۔ سب کے سب چپ کیوں چپ ہوتے تھے وہ جانتے تھے یہ بات کو ڈیو ٹو دیر انٹلیکچول ڈیولپمنٹ کہ سب سے پہلے جو بولیں تو ابوبکر بولیں ہم کیوں پہلے بولیں۔</w:t>
      </w:r>
    </w:p>
    <w:p>
      <w:r>
        <w:rPr>
          <w:b/>
        </w:rPr>
        <w:t xml:space="preserve">[16:17] </w:t>
      </w:r>
      <w:r>
        <w:t>yani jis meeting mein abubakar jo senior most aadmi hain hamaray team kay woh maujood hain to sab say pehlay unhay bolna chahiye us kay baad hum hum bhi bolain gay.</w:t>
      </w:r>
    </w:p>
    <w:p>
      <w:pPr>
        <w:jc w:val="right"/>
      </w:pPr>
      <w:r>
        <w:t>یعنی جس میٹنگ میں ابوبکر جو سینئر موسٹ آدمی ہیں ہمارے ٹیم کے وہ موجود ہیں تو سب سے پہلے انہیں بولنا چاہیے اس کے بعد ہم ہم بھی بولیں گے۔</w:t>
      </w:r>
    </w:p>
    <w:p>
      <w:r>
        <w:rPr>
          <w:b/>
        </w:rPr>
        <w:t xml:space="preserve">[16:33] </w:t>
      </w:r>
      <w:r>
        <w:t>chunachay aik aik pause hota tha kuch dair chup chap sunata hota tha us kay baad abubakar siddiq uthtay thay</w:t>
      </w:r>
    </w:p>
    <w:p>
      <w:pPr>
        <w:jc w:val="right"/>
      </w:pPr>
      <w:r>
        <w:t>چنانچہ ایک ایک پاز ہوتا تھا کچھ دیر چپ چاپ سناٹا ہوتا تھا اس کے بعد ابوبکر صدیق اٹھتے تھے</w:t>
      </w:r>
    </w:p>
    <w:p>
      <w:r>
        <w:rPr>
          <w:b/>
        </w:rPr>
        <w:t xml:space="preserve">[16:45] </w:t>
      </w:r>
      <w:r>
        <w:t>aur jo baat aap puhanch jatay thay woh kehtay thay. jab woh baith jatay thay tab dusray log samajhtay thay kay ab hamara turn aya hai aur bohat hi short mein boltay thay.</w:t>
      </w:r>
    </w:p>
    <w:p>
      <w:pPr>
        <w:jc w:val="right"/>
      </w:pPr>
      <w:r>
        <w:t>اور جو بات آپ پہنچ جاتے تھے وہ کہتے تھے۔ جب وہ بیٹھ جاتے تھے تب دوسرے لوگ سمجھتے تھے کہ اب ہمارا ٹرن آیا ہے اور بہت ہی شارٹ میں بولتے تھے۔</w:t>
      </w:r>
    </w:p>
    <w:p>
      <w:r>
        <w:rPr>
          <w:b/>
        </w:rPr>
        <w:t xml:space="preserve">[17:01] </w:t>
      </w:r>
      <w:r>
        <w:t>lambi speech kabhi koi nahi deta tha. kabhi nahi. aur phir thori dair mein decide kar liya jata tha kay kiya kiya ja'ay kiya nahi kiya ja'ay.</w:t>
      </w:r>
    </w:p>
    <w:p>
      <w:pPr>
        <w:jc w:val="right"/>
      </w:pPr>
      <w:r>
        <w:t>لمبی سپیچ کبھی کوئی نہیں دیتا تھا۔ کبھی نہیں۔ اور پھر تھوڑی دیر میں ڈیسائیڈ کر لیا جاتا تھا کہ کیا کیا جائے کیا نہیں کیا جائے۔</w:t>
      </w:r>
    </w:p>
    <w:p>
      <w:r>
        <w:rPr>
          <w:b/>
        </w:rPr>
        <w:t xml:space="preserve">[17:13] </w:t>
      </w:r>
      <w:r>
        <w:t>acha jab rasool Allah ki wafat ho gayi</w:t>
      </w:r>
    </w:p>
    <w:p>
      <w:pPr>
        <w:jc w:val="right"/>
      </w:pPr>
      <w:r>
        <w:t>اچھا جب رسول اللہ کی وفات ہو گئی</w:t>
      </w:r>
    </w:p>
    <w:p>
      <w:r>
        <w:rPr>
          <w:b/>
        </w:rPr>
        <w:t xml:space="preserve">[17:18] </w:t>
      </w:r>
      <w:r>
        <w:t>aap ki death ho gayi to isi tradition ko baqi rakha aap kay baad khud abubakar siddiq nay jo first calif thay.</w:t>
      </w:r>
    </w:p>
    <w:p>
      <w:pPr>
        <w:jc w:val="right"/>
      </w:pPr>
      <w:r>
        <w:t>آپ کی ڈیتھ ہو گئی تو اسی ٹریڈیشن کو باقی رکھا آپ کے بعد خود ابوبکر صدیق نے جو فرسٹ کالیف تھے۔</w:t>
      </w:r>
    </w:p>
    <w:p>
      <w:r>
        <w:rPr>
          <w:b/>
        </w:rPr>
        <w:t xml:space="preserve">[17:29] </w:t>
      </w:r>
      <w:r>
        <w:t>abhi wohi kartay thay woh koi issue ata koi problem ata to log ikatha kartay wohi kehtay kay ashir ali ayha naas ashir ali ayha naas</w:t>
      </w:r>
    </w:p>
    <w:p>
      <w:pPr>
        <w:jc w:val="right"/>
      </w:pPr>
      <w:r>
        <w:t>ابھی وہی کرتے تھے وہ کوئی ایشو آتا کوئی پرابلم آتا تو لوگ اکٹھا کرتے وہی کہتے کہ اشیر علی ایہا الناس اشیر علی ایہا الناس</w:t>
      </w:r>
    </w:p>
    <w:p>
      <w:r>
        <w:rPr>
          <w:b/>
        </w:rPr>
        <w:t xml:space="preserve">[17:43] </w:t>
      </w:r>
      <w:r>
        <w:t>a logon mujhe advice do. ab dobara dekhen kya hota tha aisa nahi hota tha ke sab log len bol len har aadmi apni apni apne mind apne mind ko undalne lage aisa nahi hota tha.</w:t>
      </w:r>
    </w:p>
    <w:p>
      <w:pPr>
        <w:jc w:val="right"/>
      </w:pPr>
      <w:r>
        <w:t>اے لوگوں مجھے ایڈوائس دو۔ اب دوبارہ دیکھیں کیا ہوتا تھا ایسا نہیں ہوتا تھا کہ سب لوگ لیں بول لیں ہر آدمی اپنی اپنی اپنے مائنڈ اپنے مائنڈ کو انڈیلنے لگے ایسا نہیں ہوتا تھا۔</w:t>
      </w:r>
    </w:p>
    <w:p>
      <w:r>
        <w:rPr>
          <w:b/>
        </w:rPr>
        <w:t xml:space="preserve">[17:59] </w:t>
      </w:r>
      <w:r>
        <w:t>kyun ab jo log the woh jante the ke bolen to umar bolen kyunke number ek personality thi profit ke zamane mein abubakar siddiq ki</w:t>
      </w:r>
    </w:p>
    <w:p>
      <w:pPr>
        <w:jc w:val="right"/>
      </w:pPr>
      <w:r>
        <w:t>کیوں اب جو لوگ تھے وہ جانتے تھے کہ بولیں تو عمر بولیں کیونکہ نمبر ایک پرسنیلٹی تھی پرافٹ کے زمانے میں ابوبکر صدیق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