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to Civilization November 8, 2009</w:t>
      </w:r>
    </w:p>
    <w:p>
      <w:r>
        <w:t>https://www.youtube.com/watch?v=vh_AEKFhtxk</w:t>
      </w:r>
    </w:p>
    <w:p>
      <w:r>
        <w:rPr>
          <w:b/>
        </w:rPr>
        <w:t xml:space="preserve">[00:13] </w:t>
      </w:r>
      <w:r>
        <w:t>bismillah rahman rahim, wa sali allah ala nabiyyi al-karim.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w:t>
      </w:r>
    </w:p>
    <w:p>
      <w:pPr>
        <w:jc w:val="right"/>
      </w:pPr>
      <w:r>
        <w:t>آج کا ٹاپک ہے:</w:t>
      </w:r>
    </w:p>
    <w:p>
      <w:r>
        <w:rPr>
          <w:b/>
        </w:rPr>
        <w:t xml:space="preserve">[00:39] </w:t>
      </w:r>
      <w:r>
        <w:t>journey of civilization, tehzeeb ka safar.</w:t>
      </w:r>
    </w:p>
    <w:p>
      <w:pPr>
        <w:jc w:val="right"/>
      </w:pPr>
      <w:r>
        <w:t>جرنی آف سویلائزیشن، تہذیب کا سفر۔</w:t>
      </w:r>
    </w:p>
    <w:p>
      <w:r>
        <w:rPr>
          <w:b/>
        </w:rPr>
        <w:t xml:space="preserve">[00:49] </w:t>
      </w:r>
      <w:r>
        <w:t>kal dilli walon ne jo dekha, un ke upar dark cloud chhaya hua tha, yahan tak ke suraj bhi chhip gaya.</w:t>
      </w:r>
    </w:p>
    <w:p>
      <w:pPr>
        <w:jc w:val="right"/>
      </w:pPr>
      <w:r>
        <w:t>کل دہلی والوں نے جو دیکھا، ان کے اوپر ڈارک کلاؤڈ چھایا ہوا تھا، یہاں تک کہ سورج بھی چھپ گیا۔</w:t>
      </w:r>
    </w:p>
    <w:p>
      <w:r>
        <w:rPr>
          <w:b/>
        </w:rPr>
        <w:t xml:space="preserve">[01:01] </w:t>
      </w:r>
      <w:r>
        <w:t>to isi se related hai aaj ka topic. aaj ke tv walon ne kal hi dekh liya tha is khabar ko, aur newspaper mein aaj yeh khabar aayi hai.</w:t>
      </w:r>
    </w:p>
    <w:p>
      <w:pPr>
        <w:jc w:val="right"/>
      </w:pPr>
      <w:r>
        <w:t>تو اسی سے ریلیٹڈ ہے آج کا ٹاپک۔ آج کے ٹی وی والوں نے کل ہی دیکھ لیا تھا اس خبر کو، اور نیوز پیپر میں آج یہ خبر آئی ہے۔</w:t>
      </w:r>
    </w:p>
    <w:p>
      <w:r>
        <w:rPr>
          <w:b/>
        </w:rPr>
        <w:t xml:space="preserve">[01:17] </w:t>
      </w:r>
      <w:r>
        <w:t>to yeh dilli hi ka phenomenon nahi hai, sirf india ki baat nahi hai, australia mein, usa mein, har jagah is tarah ke dark cloud aa rahe hain.</w:t>
      </w:r>
    </w:p>
    <w:p>
      <w:pPr>
        <w:jc w:val="right"/>
      </w:pPr>
      <w:r>
        <w:t>تو یہ دلی ہی کا فیناومینا نہیں ہے، صرف انڈیا کی بات نہیں ہے، آسٹریلیا میں، یو ایس اے میں، ہر جگہ اس طرح کے ڈارک کلاؤڈ آ رہے ہیں۔</w:t>
      </w:r>
    </w:p>
    <w:p>
      <w:r>
        <w:rPr>
          <w:b/>
        </w:rPr>
        <w:t xml:space="preserve">[01:30] </w:t>
      </w:r>
      <w:r>
        <w:t>aur yeh dark cloud kya hai? yeh jo air pollution hai, air pollution ka yeh extreme form hai. jab badh jata hai air pollution to woh dark cloud ban jata hai jo suraj ko bhi chhipa le.</w:t>
      </w:r>
    </w:p>
    <w:p>
      <w:pPr>
        <w:jc w:val="right"/>
      </w:pPr>
      <w:r>
        <w:t>اور یہ ڈارک کلاؤڈ کیا ہے؟ یہ جو ایئر پولیوشن ہے، ایئر پولیوشن کا یہ ایکسٹریم فارم ہے۔ جب بڑھ جاتا ہے ایئر پولیوشن تو وہ ڈارک کلاؤڈ بن جاتا ہے جو سورج کو بھی چھپا لے۔</w:t>
      </w:r>
    </w:p>
    <w:p>
      <w:r>
        <w:rPr>
          <w:b/>
        </w:rPr>
        <w:t xml:space="preserve">[01:48] </w:t>
      </w:r>
      <w:r>
        <w:t>to yeh saada baat nahi hai, yeh saada baat nahi hai. aap yeh sochiye ke 1971 mein ek kitab chhapi thi jis ka naam tha "future shock".</w:t>
      </w:r>
    </w:p>
    <w:p>
      <w:pPr>
        <w:jc w:val="right"/>
      </w:pPr>
      <w:r>
        <w:t>تو یہ سادہ بات نہیں ہے، یہ سادہ بات نہیں ہے۔ آپ یہ سوچیے کہ 1971 میں ایک کتاب چھپی تھی جس کا نام تھا "فیوچر شاک"۔</w:t>
      </w:r>
    </w:p>
    <w:p>
      <w:r>
        <w:rPr>
          <w:b/>
        </w:rPr>
        <w:t xml:space="preserve">[02:07] </w:t>
      </w:r>
      <w:r>
        <w:t>is ke writer the ek european writer, Alvin Toffler, a-l-w-i-n t-o-d-o-u-b-l-e f-l-e-r.</w:t>
      </w:r>
    </w:p>
    <w:p>
      <w:pPr>
        <w:jc w:val="right"/>
      </w:pPr>
      <w:r>
        <w:t>اس کے رائٹر تھے ایک یورپین رائٹر، ایلون ٹافلر، اے ایل ڈبلیو آئی این ٹی او ڈبل ایف ایل ای آر۔</w:t>
      </w:r>
    </w:p>
    <w:p>
      <w:r>
        <w:rPr>
          <w:b/>
        </w:rPr>
        <w:t xml:space="preserve">[02:19] </w:t>
      </w:r>
      <w:r>
        <w:t>Alvin Toffler ki yeh kitab "future shock" is zamane mein best seller ban gayi. 71 mein yeh kitab chhapi thi, 1971.</w:t>
      </w:r>
    </w:p>
    <w:p>
      <w:pPr>
        <w:jc w:val="right"/>
      </w:pPr>
      <w:r>
        <w:t>ایلون ٹافلر کی یہ کتاب "فیوچر شاک" اس زمانے میں بیسٹ سیلر بن گئی۔ 71 میں یہ کتاب چھپی تھی، 1971۔</w:t>
      </w:r>
    </w:p>
    <w:p>
      <w:r>
        <w:rPr>
          <w:b/>
        </w:rPr>
        <w:t xml:space="preserve">[02:32] </w:t>
      </w:r>
      <w:r>
        <w:t>is mein unhon ne kaha tha ke hamari civilization aage badh rahi hai aur industrial age ab super industrial age mein enter hone wala hai.</w:t>
      </w:r>
    </w:p>
    <w:p>
      <w:pPr>
        <w:jc w:val="right"/>
      </w:pPr>
      <w:r>
        <w:t>اس میں انہوں نے کہا تھا کہ ہماری سویلائزیشن آگے بڑھ رہی ہے اور انڈسٹریل ایج اب سپر انڈسٹریل ایج میں انٹر ہونے والا ہے۔</w:t>
      </w:r>
    </w:p>
    <w:p>
      <w:r>
        <w:rPr>
          <w:b/>
        </w:rPr>
        <w:t xml:space="preserve">[02:46] </w:t>
      </w:r>
      <w:r>
        <w:t>lekin hua kya? is ke baad industrial age pollution age mein badal gaya. aaj hum super industrial age mein nahi hain, aaj hum pollution age mein hain.</w:t>
      </w:r>
    </w:p>
    <w:p>
      <w:pPr>
        <w:jc w:val="right"/>
      </w:pPr>
      <w:r>
        <w:t>لیکن ہوا کیا؟ اس کے بعد انڈسٹریل ایج پولیوشن ایج میں بدل گیا۔ آج ہم سپر انڈسٹریل ایج میں نہیں ہیں، آج ہم پولیوشن ایج میں ہیں۔</w:t>
      </w:r>
    </w:p>
    <w:p>
      <w:r>
        <w:rPr>
          <w:b/>
        </w:rPr>
        <w:t xml:space="preserve">[03:00] </w:t>
      </w:r>
      <w:r>
        <w:t>sari duniya mein global warming aur doosre sabab se pollution hi pollution hai. yani industry aayi to kya hua?</w:t>
      </w:r>
    </w:p>
    <w:p>
      <w:pPr>
        <w:jc w:val="right"/>
      </w:pPr>
      <w:r>
        <w:t>ساری دنیا میں گلوبل وارمنگ اور دوسرے سبب سے پولیوشن ہی پولیوشن ہے۔ یعنی انڈسٹری آئی تو کیا ہوا؟</w:t>
      </w:r>
    </w:p>
    <w:p>
      <w:r>
        <w:rPr>
          <w:b/>
        </w:rPr>
        <w:t xml:space="preserve">[03:11] </w:t>
      </w:r>
      <w:r>
        <w:t>ek naya phenomenon aaya, air pollution ka. yeh phenomenon is se pehle kabhi duniya mein nahi tha. yeh direct taur par industrial age ka phenomenon hai jis ko hum kehte hain air pollution.</w:t>
      </w:r>
    </w:p>
    <w:p>
      <w:pPr>
        <w:jc w:val="right"/>
      </w:pPr>
      <w:r>
        <w:t>ایک نیا فیناومینا آیا، ایئر پولیوشن کا۔ یہ فیناومینا اس سے پہلے کبھی دنیا میں نہیں تھا۔ یہ ڈائریکٹ طور پر انڈسٹریل ایج کا فیناومینا ہے جس کو ہم کہتے ہیں ایئر پولیوشن۔</w:t>
      </w:r>
    </w:p>
    <w:p>
      <w:r>
        <w:rPr>
          <w:b/>
        </w:rPr>
        <w:t xml:space="preserve">[03:27] </w:t>
      </w:r>
      <w:r>
        <w:t>to dilli walon ne kal jo dekha woh isi ka ek form tha. yeh saada baat nahi hai. is ka matlab yeh hai ke hamara civilization ka safar jo hai apne end par pahunch chuka hai,</w:t>
      </w:r>
    </w:p>
    <w:p>
      <w:pPr>
        <w:jc w:val="right"/>
      </w:pPr>
      <w:r>
        <w:t>تو دہلی والوں نے کل جو دیکھا وہ اسی کا ایک فارم تھا۔ یہ سادہ بات نہیں ہے۔ اس کا مطلب یہ ہے کہ ہمارا سویلائزیشن کا سفر جو ہے اپنے اینڈ پر پہنچ چکا ہے،</w:t>
      </w:r>
    </w:p>
    <w:p>
      <w:r>
        <w:rPr>
          <w:b/>
        </w:rPr>
        <w:t xml:space="preserve">[03:44] </w:t>
      </w:r>
      <w:r>
        <w:t>end par pahunch chuka hai. bahut zyada sochne ki baat hai. yahan mein aap ko yaad dilaoonga ke hadith mein aur quran mein dono mein ek peshin goi ki gayi thi ke doomsday se pehle, yani qayamat se pehle,</w:t>
      </w:r>
    </w:p>
    <w:p>
      <w:pPr>
        <w:jc w:val="right"/>
      </w:pPr>
      <w:r>
        <w:t>اینڈ پر پہنچ چکا ہے۔ بہت زیادہ سوچنے کی بات ہے۔ یہاں میں آپ کو یاد دلاؤں گا کہ حدیث میں اور قرآن میں دونوں میں ایک پیشین گوئی کی گئی تھی کہ ڈومز ڈے سے پہلے، یعنی قیامت سے پہلے،</w:t>
      </w:r>
    </w:p>
    <w:p>
      <w:r>
        <w:rPr>
          <w:b/>
        </w:rPr>
        <w:t xml:space="preserve">[04:03] </w:t>
      </w:r>
      <w:r>
        <w:t>dukhan zahir hoga. dukhan means smoke. yeh bahut ajib baat hai ke hadith mein saaf saaf hai ke dukhan zahir hoga qayamat se pehle.</w:t>
      </w:r>
    </w:p>
    <w:p>
      <w:pPr>
        <w:jc w:val="right"/>
      </w:pPr>
      <w:r>
        <w:t>دخان ظاہر ہوگا۔ دخان مینز سموک۔ یہ بہت عجیب بات ہے کہ حدیث میں صاف صاف ہے کہ دخان ظاہر ہوگا قیامت سے پہلے۔</w:t>
      </w:r>
    </w:p>
    <w:p>
      <w:r>
        <w:rPr>
          <w:b/>
        </w:rPr>
        <w:t xml:space="preserve">[04:14] </w:t>
      </w:r>
      <w:r>
        <w:t>quran mein bhi aap dekhiye, chapter number 44, verse number 10 mein yeh ayat hai: "fartaqib yawsamaa'i bidukhanin mubeen".</w:t>
      </w:r>
    </w:p>
    <w:p>
      <w:pPr>
        <w:jc w:val="right"/>
      </w:pPr>
      <w:r>
        <w:t>قرآن میں بھی آپ دیکھیے، چیپٹر نمبر 44، ورس نمبر 10 میں یہ آیت ہے: "فرتقب یوم السماء بدخان مبین"۔</w:t>
      </w:r>
    </w:p>
    <w:p>
      <w:r>
        <w:rPr>
          <w:b/>
        </w:rPr>
        <w:t xml:space="preserve">[04:27] </w:t>
      </w:r>
      <w:r>
        <w:t>is ka matlab kya hai? wait for the day when the sky brings forth, is brings forth clouds of smoke.</w:t>
      </w:r>
    </w:p>
    <w:p>
      <w:pPr>
        <w:jc w:val="right"/>
      </w:pPr>
      <w:r>
        <w:t>اس کا مطلب کیا ہے؟ ویٹ فار دا ڈے وین دا اسکائی برنگز فورتھ، اس برنگز فورتھ کلاؤڈز آف سموک۔</w:t>
      </w:r>
    </w:p>
    <w:p>
      <w:r>
        <w:rPr>
          <w:b/>
        </w:rPr>
        <w:t xml:space="preserve">[04:42] </w:t>
      </w:r>
      <w:r>
        <w:t>is din ka wait karo jab ke aasman dhuyein le kar aayega. wait for the day when the sky brings forth.</w:t>
      </w:r>
    </w:p>
    <w:p>
      <w:pPr>
        <w:jc w:val="right"/>
      </w:pPr>
      <w:r>
        <w:t>اس دن کا ویٹ کرو جب کہ آسمان دھوئیں لے کر آئے گا۔ ویٹ فار دا ڈے وین دا اسکائی برنگز فورتھ۔</w:t>
      </w:r>
    </w:p>
    <w:p>
      <w:r>
        <w:rPr>
          <w:b/>
        </w:rPr>
        <w:t xml:space="preserve">[05:05] </w:t>
      </w:r>
      <w:r>
        <w:t>bahut ajib baat hai, clouds of smoke. to wahi to hai yeh, wahi to hai yeh.</w:t>
      </w:r>
    </w:p>
    <w:p>
      <w:pPr>
        <w:jc w:val="right"/>
      </w:pPr>
      <w:r>
        <w:t>بہت عجیب بات ہے، کلاؤڈز آف سموک۔ تو وہی تو ہے یہ، وہی تو ہے یہ۔</w:t>
      </w:r>
    </w:p>
    <w:p>
      <w:r>
        <w:rPr>
          <w:b/>
        </w:rPr>
        <w:t xml:space="preserve">[05:15] </w:t>
      </w:r>
      <w:r>
        <w:t>to insan samajhta tha ke industrial age ek aur better age mein ja raha hai, lekin woh pahunch gaya kahan?</w:t>
      </w:r>
    </w:p>
    <w:p>
      <w:pPr>
        <w:jc w:val="right"/>
      </w:pPr>
      <w:r>
        <w:t>تو انسان سمجھتا تھا کہ انڈسٹریل ایج ایک اور بیٹر ایج میں جا رہا ہے، لیکن وہ پہنچ گیا کہاں؟</w:t>
      </w:r>
    </w:p>
    <w:p>
      <w:r>
        <w:rPr>
          <w:b/>
        </w:rPr>
        <w:t xml:space="preserve">[05:27] </w:t>
      </w:r>
      <w:r>
        <w:t>pollution age mein. yahan mein aap se ek peeche jaane ke liye kahoon ga ke aap dekhiye ke kaise yeh duniya shuru hui aur phir chalte chalte kahan pahunchi hai.</w:t>
      </w:r>
    </w:p>
    <w:p>
      <w:pPr>
        <w:jc w:val="right"/>
      </w:pPr>
      <w:r>
        <w:t>پولیوشن ایج میں۔ یہاں میں آپ سے ایک پیچھے جانے کے لیے کہوں گا کہ آپ دیکھیے کہ کیسے یہ دنیا شروع ہوئی اور پھر چلتے چلتے کہاں پہنچی ہے۔</w:t>
      </w:r>
    </w:p>
    <w:p>
      <w:r>
        <w:rPr>
          <w:b/>
        </w:rPr>
        <w:t xml:space="preserve">[05:39] </w:t>
      </w:r>
      <w:r>
        <w:t>woh dekhiye, according to scientific account, kya hua? the first thing that created by God almighty was space and time.</w:t>
      </w:r>
    </w:p>
    <w:p>
      <w:pPr>
        <w:jc w:val="right"/>
      </w:pPr>
      <w:r>
        <w:t>وہ دیکھیے، اکارڈنگ ٹو سائنٹیفک اکاؤنٹ، کیا ہوا؟ دا فرسٹ تھنگ دیٹ کریٹڈ بائی گاڈ المائٹی واز سپیس اینڈ ٹائم۔</w:t>
      </w:r>
    </w:p>
    <w:p>
      <w:r>
        <w:rPr>
          <w:b/>
        </w:rPr>
        <w:t xml:space="preserve">[05:57] </w:t>
      </w:r>
      <w:r>
        <w:t>first of all, God almighty created space and time. phir kya hua? ke taqreeban 15 billion years pehle, taqreeban 15 saal pehle,</w:t>
      </w:r>
    </w:p>
    <w:p>
      <w:pPr>
        <w:jc w:val="right"/>
      </w:pPr>
      <w:r>
        <w:t>فرسٹ آف آل، گاڈ المائٹی کریٹڈ سپیس اینڈ ٹائم۔ پھر کیا ہوا؟ کہ تقریباً 15 بلین ایئرز پہلے، تقریباً 15 سال پہلے،</w:t>
      </w:r>
    </w:p>
    <w:p>
      <w:r>
        <w:rPr>
          <w:b/>
        </w:rPr>
        <w:t xml:space="preserve">[06:11] </w:t>
      </w:r>
      <w:r>
        <w:t>big bang hua. jaisa ke science batati hai, big bang se hamari duniya shuru hui.</w:t>
      </w:r>
    </w:p>
    <w:p>
      <w:pPr>
        <w:jc w:val="right"/>
      </w:pPr>
      <w:r>
        <w:t>بگ بینگ ہوا۔ جیسا کہ سائنس بتاتی ہے، بگ بینگ سے ہماری دنیا شروع ہوئی۔</w:t>
      </w:r>
    </w:p>
    <w:p>
      <w:r>
        <w:rPr>
          <w:b/>
        </w:rPr>
        <w:t xml:space="preserve">[06:21] </w:t>
      </w:r>
      <w:r>
        <w:t>big bang se material world wajood mein aaya, stars aur planet bane jo uthah space mein phailay hue hain.</w:t>
      </w:r>
    </w:p>
    <w:p>
      <w:pPr>
        <w:jc w:val="right"/>
      </w:pPr>
      <w:r>
        <w:t>بگ بینگ سے مٹیریل ورلڈ وجود میں آیا، سٹارز اور پلینٹ بنے جو اتھاہ اسپیس میں پھیلے ہوئے ہیں۔</w:t>
      </w:r>
    </w:p>
    <w:p>
      <w:r>
        <w:rPr>
          <w:b/>
        </w:rPr>
        <w:t xml:space="preserve">[06:33] </w:t>
      </w:r>
      <w:r>
        <w:t>toh big bang ke baad material world came into existence. is ke baad little bang kaha jata hai ke hua.</w:t>
      </w:r>
    </w:p>
    <w:p>
      <w:pPr>
        <w:jc w:val="right"/>
      </w:pPr>
      <w:r>
        <w:t>تو بگ بینگ کے بعد مٹیریل ورلڈ کیم انٹو ایگزسٹنس۔ اس کے بعد لٹل بینگ کہا جاتا ہے کہ ہوا۔</w:t>
      </w:r>
    </w:p>
    <w:p>
      <w:r>
        <w:rPr>
          <w:b/>
        </w:rPr>
        <w:t xml:space="preserve">[06:41] </w:t>
      </w:r>
      <w:r>
        <w:t>little bang kehte hain solar system jo hua, is ko. toh pehle toh duniya bani jis mein sirf matter matter tha.</w:t>
      </w:r>
    </w:p>
    <w:p>
      <w:pPr>
        <w:jc w:val="right"/>
      </w:pPr>
      <w:r>
        <w:t>لٹل بینگ کہتے ہیں سولر سسٹم جو ہوا، اس کو۔ تو پہلے تو دنیا بنی جس میں صرف میٹر میٹر تھا۔</w:t>
      </w:r>
    </w:p>
    <w:p>
      <w:r>
        <w:rPr>
          <w:b/>
        </w:rPr>
        <w:t xml:space="preserve">[06:53] </w:t>
      </w:r>
      <w:r>
        <w:t>phir little bang hua toh is mein solar system bana. is ke andar bohat hi exceptionally ek zameen thi, planet earth.</w:t>
      </w:r>
    </w:p>
    <w:p>
      <w:pPr>
        <w:jc w:val="right"/>
      </w:pPr>
      <w:r>
        <w:t>پھر لٹل بینگ ہوا تو اس میں سولر سسٹم بنا۔ اس کے اندر بہت ہی ایکسیپشنلی ایک زمین تھی، پلینٹ ارتھ۔</w:t>
      </w:r>
    </w:p>
    <w:p>
      <w:r>
        <w:rPr>
          <w:b/>
        </w:rPr>
        <w:t xml:space="preserve">[07:06] </w:t>
      </w:r>
      <w:r>
        <w:t>planet earth pe phir kya hua? is pe water bank hua, yani yahan pani barsa, pani bana, do gases mil kar pani bani aur zameen ke bohat baray hissay mein pani phail gaya, ziyada baray hissay par.</w:t>
      </w:r>
    </w:p>
    <w:p>
      <w:pPr>
        <w:jc w:val="right"/>
      </w:pPr>
      <w:r>
        <w:t>پلینٹ ارتھ پہ پر پھر کیا ہوا؟ اس پہ واٹر بینک ہوا، یعنی یہاں پانی برسا، پانی بنا، دو گیسز مل کر پانی بنی اور زمین کے بہت بڑے حصے میں پانی پھیل گیا، زیادہ بڑے حصے پر۔</w:t>
      </w:r>
    </w:p>
    <w:p>
      <w:r>
        <w:rPr>
          <w:b/>
        </w:rPr>
        <w:t xml:space="preserve">[07:21] </w:t>
      </w:r>
      <w:r>
        <w:t>jab pani aa gaya toh phir aur cheezein aayin, plant aaya, animal aaye. you guys, is ko hum keh sakte hain ke life bank tha.</w:t>
      </w:r>
    </w:p>
    <w:p>
      <w:pPr>
        <w:jc w:val="right"/>
      </w:pPr>
      <w:r>
        <w:t>جب پانی آ گیا تو پھر اور چیزیں آئیں، پلانٹ آیا، اینیمل آئے۔ یو گائے، اس کو ہم کہہ سکتے ہیں کہ لائف بینک تھا۔</w:t>
      </w:r>
    </w:p>
    <w:p>
      <w:r>
        <w:rPr>
          <w:b/>
        </w:rPr>
        <w:t xml:space="preserve">[07:30] </w:t>
      </w:r>
      <w:r>
        <w:t>yeh yeh is tarah Allah taala ne duniya banai. Quran o Hadees se jo samajh mein aati hai baat woh yeh hai ke is zameen ko sab se pehle Allah taala ne diya jinn ke charge mein,</w:t>
      </w:r>
    </w:p>
    <w:p>
      <w:pPr>
        <w:jc w:val="right"/>
      </w:pPr>
      <w:r>
        <w:t>یہ یہ اس طرح اللہ تعالی نے دنیا بنائی۔ قرآن و حدیث سے جو سمجھ میں آتی ہے بات وہ یہ ہے کہ اس زمین کو سب سے پہلے اللہ تعالی نے دیا جن کے چارج میں،</w:t>
      </w:r>
    </w:p>
    <w:p>
      <w:r>
        <w:rPr>
          <w:b/>
        </w:rPr>
        <w:t xml:space="preserve">[07:46] </w:t>
      </w:r>
      <w:r>
        <w:t>jinn were masters of this planet earth. pehle toh Allah taala ne jinn ko the, yani Quran mein hai ke aag se banaye gaye.</w:t>
      </w:r>
    </w:p>
    <w:p>
      <w:pPr>
        <w:jc w:val="right"/>
      </w:pPr>
      <w:r>
        <w:t>جن ویر ماسٹرز آف دس پلینٹ ارتھ۔ پہلے تو اللہ تعالی نے جن کو تھے، یعنی قرآن میں ہے کہ آگ سے بنائے گئے۔</w:t>
      </w:r>
    </w:p>
    <w:p>
      <w:r>
        <w:rPr>
          <w:b/>
        </w:rPr>
        <w:t xml:space="preserve">[08:01] </w:t>
      </w:r>
      <w:r>
        <w:t>main samajhta hoon aag ka matlab hai light, light se banaye gaye. toh Hadees mein aata hai ke jinnon ne bohat ziyada corruption kiya, fasad kiya, larai ki.</w:t>
      </w:r>
    </w:p>
    <w:p>
      <w:pPr>
        <w:jc w:val="right"/>
      </w:pPr>
      <w:r>
        <w:t>میں سمجھتا ہوں آگ کا مطلب ہے لائٹ، لائٹ سے بنائے گئے۔ تو حدیث میں آتا ہے کہ جنوں نے بہت زیادہ کرپشن کیا، فساد کیا، لڑائی کی۔</w:t>
      </w:r>
    </w:p>
    <w:p>
      <w:r>
        <w:rPr>
          <w:b/>
        </w:rPr>
        <w:t xml:space="preserve">[08:17] </w:t>
      </w:r>
      <w:r>
        <w:t>apne ko unhon ne prove kar diya ke woh is ke qabil nahi hain ke zameen un ke charge mein rahe. toh Khuda ne Adam ko paida kiya.</w:t>
      </w:r>
    </w:p>
    <w:p>
      <w:pPr>
        <w:jc w:val="right"/>
      </w:pPr>
      <w:r>
        <w:t>اپنے کو انہوں نے پروف کر دیا کہ وہ اس کے قابل نہیں ہیں کہ زمین ان کے چارج میں رہے۔ تو خدا نے آدم کو پیدا کیا۔</w:t>
      </w:r>
    </w:p>
    <w:p>
      <w:r>
        <w:rPr>
          <w:b/>
        </w:rPr>
        <w:t xml:space="preserve">[08:29] </w:t>
      </w:r>
      <w:r>
        <w:t>Adam ko Quran mein bataya gaya hai khalifa. khalifa ka matlab kya hota hai? khalifatullah nahi hota hai. Ibn Taymiyyah ne likha hai ke Adam ko khalifatullah kehna yeh kufr hai.</w:t>
      </w:r>
    </w:p>
    <w:p>
      <w:pPr>
        <w:jc w:val="right"/>
      </w:pPr>
      <w:r>
        <w:t>آدم کو قرآن میں بتایا گیا ہے خلیفہ۔ خلیفہ کا مطلب کیا ہوتا ہے؟ خلیفۃ اللہ نہیں ہوتا ہے۔ ابن تیمیہ نے لکھا ہے کہ آدم کو خلیفۃ اللہ کہنا یہ کفر ہے۔</w:t>
      </w:r>
    </w:p>
    <w:p>
      <w:r>
        <w:rPr>
          <w:b/>
        </w:rPr>
        <w:t xml:space="preserve">[08:42] </w:t>
      </w:r>
      <w:r>
        <w:t>khalifa ka matlab hai khalifat al jinn. dekhiye, khalifa ka literal meaning hai successor, yani baad ko aanay wala.</w:t>
      </w:r>
    </w:p>
    <w:p>
      <w:pPr>
        <w:jc w:val="right"/>
      </w:pPr>
      <w:r>
        <w:t>خلیفہ کا مطلب ہے خلیفۃ الجن۔ دیکھیے، خلیفہ کا لیٹرل میننگ ہے سکسیسر، یعنی بعد کو آنے والا۔</w:t>
      </w:r>
    </w:p>
    <w:p>
      <w:r>
        <w:rPr>
          <w:b/>
        </w:rPr>
        <w:t xml:space="preserve">[08:54] </w:t>
      </w:r>
      <w:r>
        <w:t>baad ko aanay wala, jaise badshah ka beta jab banta hai, badshah toh woh successor hota hai. toh jinn ke successor thay Adam ya insaan.</w:t>
      </w:r>
    </w:p>
    <w:p>
      <w:pPr>
        <w:jc w:val="right"/>
      </w:pPr>
      <w:r>
        <w:t>بعد کو آنے والا، جیسے بادشاہ کا بیٹا جب بنتا ہے، بادشاہ تو وہ سکسیسر ہوتا ہے۔ تو جن کے سکسیسر تھے آدم یا انسان۔</w:t>
      </w:r>
    </w:p>
    <w:p>
      <w:r>
        <w:rPr>
          <w:b/>
        </w:rPr>
        <w:t xml:space="preserve">[09:04] </w:t>
      </w:r>
      <w:r>
        <w:t>toh is zameen ko jo bohat hi exceptional planet ke taur par banai gayi thi, is ko Khuda ne charge mein diya Adam ko.</w:t>
      </w:r>
    </w:p>
    <w:p>
      <w:pPr>
        <w:jc w:val="right"/>
      </w:pPr>
      <w:r>
        <w:t>تو اس زمین کو جو بہت ہی ایک ایکسیپشنل پلینٹ کے طور پر بنائی گئی تھی، اس کو خدا نے چارج میں دیا آدم کو۔</w:t>
      </w:r>
    </w:p>
    <w:p>
      <w:r>
        <w:rPr>
          <w:b/>
        </w:rPr>
        <w:t xml:space="preserve">[09:14] </w:t>
      </w:r>
      <w:r>
        <w:t>Adam ka jo sajda ka zikr aaya Quran Majeed mein, toh sajda ka matlab yeh nahi ke ibadat. yaad rakhiye, Adam Adam ko sajda karne ka Allah taala ne jo hukum diya tha jinn ko aur malaika ko, is ka matlab yeh nahi tha ke tum Adam ki ibadat karo.</w:t>
      </w:r>
    </w:p>
    <w:p>
      <w:pPr>
        <w:jc w:val="right"/>
      </w:pPr>
      <w:r>
        <w:t>آدم کا جو سجدہ کا ذکر آیا قرآن مجید میں، تو سجدہ کا مطلب یہ نہیں کہ عبادت۔ یاد رکھیے، آدم آدم کو سجدہ کرنے کا اللہ تعالی نے جو حکم دیا تھا جن کو اور ملائکہ کو، اس کا مطلب یہ نہیں تھا کہ تم آدم کی عبادت کرو۔</w:t>
      </w:r>
    </w:p>
    <w:p>
      <w:r>
        <w:rPr>
          <w:b/>
        </w:rPr>
        <w:t xml:space="preserve">[09:31] </w:t>
      </w:r>
      <w:r>
        <w:t>nahi, woh tha ke tum ko Adam ke saath coordinate karna hoga. Adam yani Adam ke nasal insaan jo kuch chahein, unhein karne do, kyunke hum ne zameen mein jinn ko hata kar insaan ko is is ke charge mein diya hai.</w:t>
      </w:r>
    </w:p>
    <w:p>
      <w:pPr>
        <w:jc w:val="right"/>
      </w:pPr>
      <w:r>
        <w:t>نہیں، وہ تھا کہ تم کو آدم کے ساتھ کوآرڈینیٹ کرنا ہوگا۔ آدم یعنی آدم کے نسل انسان جو کچھ چاہیں، انہیں کرنے دو، کیونکہ ہم نے زمین میں جن کو ہٹا کر انسان کو اس اس کے چارج میں دیا ہے۔</w:t>
      </w:r>
    </w:p>
    <w:p>
      <w:r>
        <w:rPr>
          <w:b/>
        </w:rPr>
        <w:t xml:space="preserve">[09:52] </w:t>
      </w:r>
      <w:r>
        <w:t>toh jab tak yeh charge cheena na jaye, tab tak insaan ko azadi rahegi, freedom ke woh jo zameen par insaan ka shuru hua safar.</w:t>
      </w:r>
    </w:p>
    <w:p>
      <w:pPr>
        <w:jc w:val="right"/>
      </w:pPr>
      <w:r>
        <w:t>تو جب تک یہ چارج چھینا نہ جائے، تب تک انسان کو آزادی رہے گی، فریڈم کہ وہ جو زمین پر انسان کا شروع ہوا سفر۔</w:t>
      </w:r>
    </w:p>
    <w:p>
      <w:r>
        <w:rPr>
          <w:b/>
        </w:rPr>
        <w:t xml:space="preserve">[10:05] </w:t>
      </w:r>
      <w:r>
        <w:t>dekhiye, Allah taala ko kya matloob tha? jahan tak maine samjha hai, Allah taala ne is zameen ke andar bohat potential rakhe thay. potential, is potential ko actual banana tha.</w:t>
      </w:r>
    </w:p>
    <w:p>
      <w:pPr>
        <w:jc w:val="right"/>
      </w:pPr>
      <w:r>
        <w:t>دیکھیے، اللہ تعالی کو کیا مطلوب تھا؟ جہاں تک میں نے سمجھا ہے، اللہ تعالی نے اس زمین کے اندر بہت پوٹینشل رکھے تھے۔ پوٹینشل، اس پوٹینشل کو ایکچول بنانا تھا۔</w:t>
      </w:r>
    </w:p>
    <w:p>
      <w:r>
        <w:rPr>
          <w:b/>
        </w:rPr>
        <w:t xml:space="preserve">[10:17] </w:t>
      </w:r>
      <w:r>
        <w:t>actual banane ka kaam kisi makhlooq ko karna tha, yani jinn ko ya insaan ko, jis ko hum kehte hain civilization.</w:t>
      </w:r>
    </w:p>
    <w:p>
      <w:pPr>
        <w:jc w:val="right"/>
      </w:pPr>
      <w:r>
        <w:t>ایکچول بنانے کا کام کسی مخلوق کو کرنا تھا، یعنی جن کو یا انسان کو، جس کو ہم کہتے ہیں سویلائزیشن۔</w:t>
      </w:r>
    </w:p>
    <w:p>
      <w:r>
        <w:rPr>
          <w:b/>
        </w:rPr>
        <w:t xml:space="preserve">[10:27] </w:t>
      </w:r>
      <w:r>
        <w:t>yani zameen ke potential ko istemal kar ke ek civilization banana tha. toh jinn fail ho gaye. dekhiye, koi bhi aisa trace zameen mein ya zameen ke aas paas kisi planet mein nahi hai ke jinnon ne koi civilization banai thi.</w:t>
      </w:r>
    </w:p>
    <w:p>
      <w:pPr>
        <w:jc w:val="right"/>
      </w:pPr>
      <w:r>
        <w:t>یعنی زمین کے پوٹینشل کو استعمال کر کے ایک سویلائزیشن بنانا تھا۔ تو جن فیل ہو گئے۔ دیکھیے، کوئی بھی ایسا ٹریس زمین میں یا زمین کے اس پاس کسی پلینٹ میں نہیں ہے کہ جنوں نے کوئی سویلائزیشن بنائی تھی۔</w:t>
      </w:r>
    </w:p>
    <w:p>
      <w:r>
        <w:rPr>
          <w:b/>
        </w:rPr>
        <w:t xml:space="preserve">[10:44] </w:t>
      </w:r>
      <w:r>
        <w:t>koi aisa khandar nahi, koi aisa nishan nahi jo bataye ke jinn jinn thay, woh civilization bana paye thay. jaise aap jante hain ke imarat hoti hai, building hoti hai, fort hotay hain, bohat si cheezein hoti hain jo batati hain ke is se pehle history mein kya hua tha.</w:t>
      </w:r>
    </w:p>
    <w:p>
      <w:pPr>
        <w:jc w:val="right"/>
      </w:pPr>
      <w:r>
        <w:t>کوئی ایسا کھنڈر نہیں، کوئی ایسا نشان نہیں جو بتائے کہ جن جن تھے، وہ سویلائزیشن بنا پائے تھے۔ جیسے آپ جانتے ہیں کہ عمارت ہوتی ہے، بلڈنگ ہوتی ہے، فورٹ ہوتے ہیں، بہت سی چیزیں ہوتی ہیں جو بتاتی ہیں کہ اس سے پہلے ہسٹری میں کیا ہوا تھا۔</w:t>
      </w:r>
    </w:p>
    <w:p>
      <w:r>
        <w:rPr>
          <w:b/>
        </w:rPr>
        <w:t xml:space="preserve">[11:04] </w:t>
      </w:r>
      <w:r>
        <w:t>toh koi aisa ruin, koi aisa yaadgar nahi hai zameen par ya aas paas ke planet par jo bataye ke jinnon ne koi civilization banai thi.</w:t>
      </w:r>
    </w:p>
    <w:p>
      <w:pPr>
        <w:jc w:val="right"/>
      </w:pPr>
      <w:r>
        <w:t>تو کوئی ایسا ریمڈن، کوئی ایسا یادگار نہیں ہے زمین پر یا اس پاس کے پلینٹ پر جو بتائے کہ جنوں نے کوئی سویلائزیشن بنائی تھی۔</w:t>
      </w:r>
    </w:p>
    <w:p>
      <w:r>
        <w:rPr>
          <w:b/>
        </w:rPr>
        <w:t xml:space="preserve">[11:16] </w:t>
      </w:r>
      <w:r>
        <w:t>to jin zyada fail ho gaye, kuch nahi kar paye. woh insan aaya to insan ne ek civilization banai. civilization ka matlab kya hota hai?</w:t>
      </w:r>
    </w:p>
    <w:p>
      <w:pPr>
        <w:jc w:val="right"/>
      </w:pPr>
      <w:r>
        <w:t>تو جن زیادہ فیل ہو گئے، کچھ نہیں کر پائے۔ وہ انسان آیا تو انسان نے ایک سویلائزیشن بنائی۔ سویلائزیشن کا مطلب کیا ہوتا ہے؟</w:t>
      </w:r>
    </w:p>
    <w:p>
      <w:r>
        <w:rPr>
          <w:b/>
        </w:rPr>
        <w:t xml:space="preserve">[11:26] </w:t>
      </w:r>
      <w:r>
        <w:t>dekhiye, zameen ke potential ko discover kar ke is ko actual banana. woh kaise hota hai?</w:t>
      </w:r>
    </w:p>
    <w:p>
      <w:pPr>
        <w:jc w:val="right"/>
      </w:pPr>
      <w:r>
        <w:t>دیکھیے، زمین کے پوٹینشل کو ڈسکور کر کے اس کو ایکچول بنانا۔ وہ کیسے ہوتا ہے؟</w:t>
      </w:r>
    </w:p>
    <w:p>
      <w:r>
        <w:rPr>
          <w:b/>
        </w:rPr>
        <w:t xml:space="preserve">[11:35] </w:t>
      </w:r>
      <w:r>
        <w:t>dekhiye, jaise ke jisay woh kehte hain, jis cheez ko hum kehte hain steam power. steam power kaise bana? dekhiye, yeh pani hai.</w:t>
      </w:r>
    </w:p>
    <w:p>
      <w:pPr>
        <w:jc w:val="right"/>
      </w:pPr>
      <w:r>
        <w:t>دیکھیے، جیسے کہ جسے وہ کہتے ہیں، جس چیز کو ہم کہتے ہیں اسٹیم پاور۔ اسٹیم پاور کیسے بنا؟ دیکھیے، یہ پانی ہے۔</w:t>
      </w:r>
    </w:p>
    <w:p>
      <w:r>
        <w:rPr>
          <w:b/>
        </w:rPr>
        <w:t xml:space="preserve">[11:45] </w:t>
      </w:r>
      <w:r>
        <w:t>to insan ne dekha ke aag par haandi pak rahi thi, khana pak raha tha. insan bohat pehle se aag par khana pakata tha.</w:t>
      </w:r>
    </w:p>
    <w:p>
      <w:pPr>
        <w:jc w:val="right"/>
      </w:pPr>
      <w:r>
        <w:t>تو انسان نے دیکھا کہ آگ پر ہاڈی پک رہی تھی، کھانا پک رہا تھا۔ انسان بہت پہلے سے آگ پر کھانا پکاتا تھا۔</w:t>
      </w:r>
    </w:p>
    <w:p>
      <w:r>
        <w:rPr>
          <w:b/>
        </w:rPr>
        <w:t xml:space="preserve">[11:56] </w:t>
      </w:r>
      <w:r>
        <w:t>to yeh yeh jo cover hai, uth gaya, ek ek ek stage pe uth gaya. to yeh kya tha? insan ne discover kiya ke pani jab zyada garam hota hai to us ke andar ek taqat aa jati hai ke woh utha deta hai cover ko.</w:t>
      </w:r>
    </w:p>
    <w:p>
      <w:pPr>
        <w:jc w:val="right"/>
      </w:pPr>
      <w:r>
        <w:t>تو یہ یہ جو کور ہے، اٹھ گیا، ایک ایک ایک اسٹیج پہ اٹھ گیا۔ تو یہ کیا تھا؟ انسان نے ڈسکور کیا کہ پانی جب زیادہ گرم ہوتا ہے تو اس کے اندر ایک طاقت آ جاتی ہے کہ وہ اٹھا دیتا ہے کور کو۔</w:t>
      </w:r>
    </w:p>
    <w:p>
      <w:r>
        <w:rPr>
          <w:b/>
        </w:rPr>
        <w:t xml:space="preserve">[12:15] </w:t>
      </w:r>
      <w:r>
        <w:t>is par sochna shuru kiya, sochna shuru kiya. to unhon ne pata kiya ke yeh water jo hai, is ke molecule,</w:t>
      </w:r>
    </w:p>
    <w:p>
      <w:pPr>
        <w:jc w:val="right"/>
      </w:pPr>
      <w:r>
        <w:t>اس پر سوچنا شروع کیا، سوچنا شروع کیا۔ تو انہوں نے پتہ کیا کہ یہ واٹر جو ہے، اس کے مالیکیول،</w:t>
      </w:r>
    </w:p>
    <w:p>
      <w:r>
        <w:rPr>
          <w:b/>
        </w:rPr>
        <w:t xml:space="preserve">[12:25] </w:t>
      </w:r>
      <w:r>
        <w:t>wo molecule mein intashar paida hota hai. molecule nikal kar idhar udhar dorne lagte hain. to is se ek steam power paida hoti hai.</w:t>
      </w:r>
    </w:p>
    <w:p>
      <w:pPr>
        <w:jc w:val="right"/>
      </w:pPr>
      <w:r>
        <w:t>وہ مالیکیول میں انتشار پیدا ہوتا ہے۔ مالیکیول نکل کر ادھر ادھر دوڑنے لگتے ہیں۔ تو اس سے ایک اسٹیم پاور پیدا ہوتی ہے۔</w:t>
      </w:r>
    </w:p>
    <w:p>
      <w:r>
        <w:rPr>
          <w:b/>
        </w:rPr>
        <w:t xml:space="preserve">[12:38] </w:t>
      </w:r>
      <w:r>
        <w:t>yani pani jo hai, woh steam banata hai jis se hum baray baray kaam kar sakte hain. to pani se, pani ke andar steam power chupi hui thi, dikhai nahi deti thi ke is mein steam, steam woh power hai,</w:t>
      </w:r>
    </w:p>
    <w:p>
      <w:pPr>
        <w:jc w:val="right"/>
      </w:pPr>
      <w:r>
        <w:t>یعنی پانی جو ہے، وہ اسٹیم بناتا ہے جس سے ہم بڑے بڑے کام کر سکتے ہیں۔ تو پانی سے، پانی کے اندر اسٹیم پاور چھپی ہوئی تھی، دکھائی نہیں دیتی تھی کہ اس میں اسٹیم، اسٹیم وہ پاور ہے،</w:t>
      </w:r>
    </w:p>
    <w:p>
      <w:r>
        <w:rPr>
          <w:b/>
        </w:rPr>
        <w:t xml:space="preserve">[12:55] </w:t>
      </w:r>
      <w:r>
        <w:t>chupi hui thi. to jin jin is ko daryaft nahi kar sake, insan ne daryaft kiya ke pani ke andar steam power hai.</w:t>
      </w:r>
    </w:p>
    <w:p>
      <w:pPr>
        <w:jc w:val="right"/>
      </w:pPr>
      <w:r>
        <w:t>چھپی ہوئی تھی۔ تو جن جن اس کو دریافت نہیں کر سکے، انسان نے دریافت کیا کہ پانی کے اندر اسٹیم پاور ہے۔</w:t>
      </w:r>
    </w:p>
    <w:p>
      <w:r>
        <w:rPr>
          <w:b/>
        </w:rPr>
        <w:t xml:space="preserve">[13:05] </w:t>
      </w:r>
      <w:r>
        <w:t>is ko daryaft kar ke phir woh machine banain. aise hi dekhiye, loha zameen mein aur maujood tha, ore, aur jin kuch nahi kar sake.</w:t>
      </w:r>
    </w:p>
    <w:p>
      <w:pPr>
        <w:jc w:val="right"/>
      </w:pPr>
      <w:r>
        <w:t>اس کو دریافت کر کے پھر وہ مشینیں بنائیں۔ ایسے ہی دیکھیے، لوہا زمین میں اور موجود تھا، او آر ای، اور جن کچھ نہیں کر سکے۔</w:t>
      </w:r>
    </w:p>
    <w:p>
      <w:r>
        <w:rPr>
          <w:b/>
        </w:rPr>
        <w:t xml:space="preserve">[13:18] </w:t>
      </w:r>
      <w:r>
        <w:t>insan ne dekha ek mauqa par loha jo hai, aag mein pighal gaya kisi wajah se, aur aur jo hai, aag mein pad gaya.</w:t>
      </w:r>
    </w:p>
    <w:p>
      <w:pPr>
        <w:jc w:val="right"/>
      </w:pPr>
      <w:r>
        <w:t>انسان نے دیکھا ایک موقع پر لوہا جو ہے، آگ میں پگھل گیا کسی وجہ سے، اور اور جو ہے، آگ میں پڑ گیا۔</w:t>
      </w:r>
    </w:p>
    <w:p>
      <w:r>
        <w:rPr>
          <w:b/>
        </w:rPr>
        <w:t xml:space="preserve">[13:29] </w:t>
      </w:r>
      <w:r>
        <w:t>to jab woh pighla, balkay thanda hua to unhon ne dekha ke to ek aur cheez ban gayi hai, woh steel ban gayi, iron ban gaya.</w:t>
      </w:r>
    </w:p>
    <w:p>
      <w:pPr>
        <w:jc w:val="right"/>
      </w:pPr>
      <w:r>
        <w:t>تو جب وہ پگھلا، بلکہ ٹھنڈا ہوا تو انہوں نے دیکھا کہ تو ایک اور چیز بن گئی ہے، وہ اسٹیل بن گئی، آئرن بن گیا۔</w:t>
      </w:r>
    </w:p>
    <w:p>
      <w:r>
        <w:rPr>
          <w:b/>
        </w:rPr>
        <w:t xml:space="preserve">[13:39] </w:t>
      </w:r>
      <w:r>
        <w:t>yani ore se iron bana, iron se steel bani, steel se insan ne barhi barhi machine banain. yeh tha discovery. to Khuda ne is dunya mein discovery method rakha tha ke zameen ke potential ko, apni aqal ko istemal karo.</w:t>
      </w:r>
    </w:p>
    <w:p>
      <w:pPr>
        <w:jc w:val="right"/>
      </w:pPr>
      <w:r>
        <w:t>یعنی اور سے آئرن بنا، آئرن سے اسٹیل بنی، اسٹیل سے انسان نے بڑی بڑی مشینیں بنائیں۔ یہ تھا ڈسکوری۔ تو خدا نے اس دنیا میں ڈسکوری میتھڈ رکھا تھا کہ زمین کے پوٹینشل کو، اپنی عقل کو استعمال کرو۔</w:t>
      </w:r>
    </w:p>
    <w:p>
      <w:r>
        <w:rPr>
          <w:b/>
        </w:rPr>
        <w:t xml:space="preserve">[13:55] </w:t>
      </w:r>
      <w:r>
        <w:t>aqal shaitan ko bhi mili thi, jin ko bhi aur insan ko bhi. jin apni aqal ko istemal kar ke civilization ko wajood mein na la sake.</w:t>
      </w:r>
    </w:p>
    <w:p>
      <w:pPr>
        <w:jc w:val="right"/>
      </w:pPr>
      <w:r>
        <w:t>عقل شیطان کو بھی ملی تھی، جن کو بھی اور انسان کو بھی۔ جن اپنی عقل کو استعمال کر کے سویلائزیشن کو وجود میں نہ لا سکے۔</w:t>
      </w:r>
    </w:p>
    <w:p>
      <w:r>
        <w:rPr>
          <w:b/>
        </w:rPr>
        <w:t xml:space="preserve">[14:05] </w:t>
      </w:r>
      <w:r>
        <w:t>insan ne yeh kiya ke ab jo ke mitti se bana tha, jin bane thay light se, insan bana tha mitti se. mitti ka matlab kya hai? jo ingredient, jo is dunya mein jo hain, jo is ke ajza hain, yani calcium hai, phosphorus hai, water hai, isi ke uth uth cheezon se mil kar ke body banta hai hamara.</w:t>
      </w:r>
    </w:p>
    <w:p>
      <w:pPr>
        <w:jc w:val="right"/>
      </w:pPr>
      <w:r>
        <w:t>انسان نے یہ کیا کہ اب جو کہ مٹی سے بنا تھا، جن بنے تھے لائٹ سے، انسان بنا تھا مٹی سے۔ مٹی کا مطلب کیا ہے؟ جو انگریڈینٹ، جو اس دنیا میں جو وہ ہیں، جو اس کے اجزاء ہیں، یعنی کیلشیم ہے، فاسفورس ہے، واٹر ہے، اسی کے اٹھ اٹھ چیزوں سے مل کر کے باڈی بنتا ہے ہمارا۔</w:t>
      </w:r>
    </w:p>
    <w:p>
      <w:r>
        <w:rPr>
          <w:b/>
        </w:rPr>
        <w:t xml:space="preserve">[14:27] </w:t>
      </w:r>
      <w:r>
        <w:t>to zameen mein jo cheezain hain, ingredients jo hain, isi se hamara yeh bana hai. woh light se bane thay, hum mitti ke ajza se bane hain.</w:t>
      </w:r>
    </w:p>
    <w:p>
      <w:pPr>
        <w:jc w:val="right"/>
      </w:pPr>
      <w:r>
        <w:t>تو زمین میں جو چیزیں ہیں، انگریڈینٹس جو ہیں، اسی سے ہمارا یہ بنا ہے۔ وہ لائٹ سے بنے تھے، ہم مٹی کے اجزاء سے بنے ہیں۔</w:t>
      </w:r>
    </w:p>
    <w:p>
      <w:r>
        <w:rPr>
          <w:b/>
        </w:rPr>
        <w:t xml:space="preserve">[14:37] </w:t>
      </w:r>
      <w:r>
        <w:t>to insan ne apni aqal ko istemal kiya, apne mind ko istemal kiya, potential ko discover kiya aur potential ko actual banaya.</w:t>
      </w:r>
    </w:p>
    <w:p>
      <w:pPr>
        <w:jc w:val="right"/>
      </w:pPr>
      <w:r>
        <w:t>تو انسان نے اپنی عقل کو استعمال کیا، اپنے مائنڈ کو استعمال کیا، پوٹینشل کو ڈسکور کیا اور پوٹینشل کو ایکچول بنایا۔</w:t>
      </w:r>
    </w:p>
    <w:p>
      <w:r>
        <w:rPr>
          <w:b/>
        </w:rPr>
        <w:t xml:space="preserve">[14:47] </w:t>
      </w:r>
      <w:r>
        <w:t>yani insan ne,</w:t>
      </w:r>
    </w:p>
    <w:p>
      <w:pPr>
        <w:jc w:val="right"/>
      </w:pPr>
      <w:r>
        <w:t>یعنی انسان نے،</w:t>
      </w:r>
    </w:p>
    <w:p>
      <w:r>
        <w:rPr>
          <w:b/>
        </w:rPr>
        <w:t xml:space="preserve">[14:52] </w:t>
      </w:r>
      <w:r>
        <w:t>yani machine banain aur city banaye aur sara industry banai. ek poora age aa gaya jis ko hum civilization kehte hain.</w:t>
      </w:r>
    </w:p>
    <w:p>
      <w:pPr>
        <w:jc w:val="right"/>
      </w:pPr>
      <w:r>
        <w:t>یعنی مشینیں بنائیں اور سٹی بنائے اور سارا انڈسٹری بنائی۔ ایک پورا ایج آ گیا جس کو ہم سویلائزیشن کہتے ہیں۔</w:t>
      </w:r>
    </w:p>
    <w:p>
      <w:r>
        <w:rPr>
          <w:b/>
        </w:rPr>
        <w:t xml:space="preserve">[15:04] </w:t>
      </w:r>
      <w:r>
        <w:t>to civilization jo hai, yeh insan ne banai thi, koi aur nahi bana saka tha insan ke siwa. yahan mein aap ko yaad dilana chahunga ke civilization jo hai, woh Europe mein hi shuru hui.</w:t>
      </w:r>
    </w:p>
    <w:p>
      <w:pPr>
        <w:jc w:val="right"/>
      </w:pPr>
      <w:r>
        <w:t>تو سویلائزیشن جو ہے، یہ انسان نے بنائی تھی، کوئی اور نہیں بنا سکا تھا انسان کے سوا۔ یہاں میں آپ کو یاد دلانا چاہوں گا کہ سویلائزیشن جو ہے، وہ یورپ میں ہی شروع ہوئی۔</w:t>
      </w:r>
    </w:p>
    <w:p>
      <w:r>
        <w:rPr>
          <w:b/>
        </w:rPr>
        <w:t xml:space="preserve">[15:17] </w:t>
      </w:r>
      <w:r>
        <w:t>is ka saragh char hazar saal pehle Arab mein jata hai. yeh ek journey hai, ek journey char hazar saal ki. log samajhte hain ke char sau saal mein civilization bani hai, yani Galileo aur Newton se le kar ke boltay hain ya panch sau saal pehle is ko letay hain, Renaissance ko letay hain.</w:t>
      </w:r>
    </w:p>
    <w:p>
      <w:pPr>
        <w:jc w:val="right"/>
      </w:pPr>
      <w:r>
        <w:t>اس کا سراغ چار ہزار سال پہلے عرب میں جاتا ہے۔ یہ ایک جرنی ہے، ایک جرنی چار ہزار سال کی۔ لوگ سمجھتے ہیں کہ چار سو سال میں سویلائزیشن بنی ہے، یعنی گلیلیو اور نیوٹن سے لے کر کے بولتے ہیں یا پانچ سو سال پہلے اس کو لیتے ہیں، رینسا کو لیتے ہیں۔</w:t>
      </w:r>
    </w:p>
    <w:p>
      <w:r>
        <w:rPr>
          <w:b/>
        </w:rPr>
        <w:t xml:space="preserve">[15:36] </w:t>
      </w:r>
      <w:r>
        <w:t>nahi, woh bohat Asia se aati hai. aaj se char hazar saal pehle Hazrat Ibrahim ne apni biwi Hajra ko chotay bachay ke sath desert mein rakh diya.</w:t>
      </w:r>
    </w:p>
    <w:p>
      <w:pPr>
        <w:jc w:val="right"/>
      </w:pPr>
      <w:r>
        <w:t>نہیں، وہ بہت ایشیا سے آتی ہے۔ آج سے چار ہزار سال پہلے حضرت ابراہیم نے اپنی بیوی ہاجرہ کو چھوٹے بچے کے ساتھ ڈیزرٹ میں رکھ دیا۔</w:t>
      </w:r>
    </w:p>
    <w:p>
      <w:r>
        <w:rPr>
          <w:b/>
        </w:rPr>
        <w:t xml:space="preserve">[15:48] </w:t>
      </w:r>
      <w:r>
        <w:t>desert mein kuch nahi tha, wahan pani bhi nahi, wahan plant nahi, kuch bhi nahi. kyun kiya tha? is zamanay mein jo generation thi, woh condition ho gayi thi shirk mein.</w:t>
      </w:r>
    </w:p>
    <w:p>
      <w:pPr>
        <w:jc w:val="right"/>
      </w:pPr>
      <w:r>
        <w:t>ڈیزرٹ میں کچھ نہیں تھا، وہاں پانی بھی نہیں، وہاں پلانٹ نہیں، کچھ بھی نہیں۔ کیوں کیا تھا؟ اس زمانے میں جو جنریشن تھی، وہ کنڈیشن ہو گئی تھی شرک میں۔</w:t>
      </w:r>
    </w:p>
    <w:p>
      <w:r>
        <w:rPr>
          <w:b/>
        </w:rPr>
        <w:t xml:space="preserve">[16:02] </w:t>
      </w:r>
      <w:r>
        <w:t>shirk matlab kya hai? nature worship mein. jis nature ko control karna tha, jis nature ko explore karna tha, insan us ko poojne laga.</w:t>
      </w:r>
    </w:p>
    <w:p>
      <w:pPr>
        <w:jc w:val="right"/>
      </w:pPr>
      <w:r>
        <w:t>شرک مطلب کیا ہے؟ نیچر ورشپ میں۔ جس نیچر کو کنٹرول کرنا تھا، جس نیچر کو ایکسپلور کرنا تھا، انسان اس کو پوجنے لگا۔</w:t>
      </w:r>
    </w:p>
    <w:p>
      <w:r>
        <w:rPr>
          <w:b/>
        </w:rPr>
        <w:t xml:space="preserve">[16:13] </w:t>
      </w:r>
      <w:r>
        <w:t>isi nature mein to sab kuch tha. civilization isi nature mein chupi hui thi, jaise pani mein chupi hui thi. insan ne samandar ko dekha to samandar ko laga poojne, samandar ko devta samajh liya.</w:t>
      </w:r>
    </w:p>
    <w:p>
      <w:pPr>
        <w:jc w:val="right"/>
      </w:pPr>
      <w:r>
        <w:t>اسی نیچر میں تو سب کچھ تھا۔ سویلائزیشن اسی نیچر میں چھپی ہوئی تھی، جیسے پانی میں چھپی ہوئی تھی۔ انسان نے سمندر کو دیکھا تو سمندر کو لگا پوجنے، سمندر کو دیوتا سمجھ لیا۔</w:t>
      </w:r>
    </w:p>
    <w:p>
      <w:r>
        <w:rPr>
          <w:b/>
        </w:rPr>
        <w:t xml:space="preserve">[16:29] </w:t>
      </w:r>
      <w:r>
        <w:t>to ek lambe process ke baad yeh hua ke saari duniya mein nature worship aa gayi. yaani jis nature ko khuda ne diya tha, is liye ke insaan is ko discover kare, is ke potential ko actual banaye,</w:t>
      </w:r>
    </w:p>
    <w:p>
      <w:pPr>
        <w:jc w:val="right"/>
      </w:pPr>
      <w:r>
        <w:t>تو ایک لمبے پروسیس کے بعد یہ ہوا کہ ساری دنیا میں نیچر ورشپ آ گئی۔ یعنی جس نیچر کو خدا نے دیا تھا، اس لیے کہ انسان اس کو ڈسکور کرے، اس کے پوٹینشل کو ایکچول بنائے،</w:t>
      </w:r>
    </w:p>
    <w:p>
      <w:r>
        <w:rPr>
          <w:b/>
        </w:rPr>
        <w:t xml:space="preserve">[16:45] </w:t>
      </w:r>
      <w:r>
        <w:t>isi ko laga poojne. to aap samajh sakte hain ke jis cheez ko insaan pooje, us ko woh us ke andar explore karne ka mind nahi banega.</w:t>
      </w:r>
    </w:p>
    <w:p>
      <w:pPr>
        <w:jc w:val="right"/>
      </w:pPr>
      <w:r>
        <w:t>اسی کو لگا پوجنے۔ تو آپ سمجھ سکتے ہیں کہ جس چیز کو انسان پوجے، اس کو وہ اس کے اندر ایکسپلور کرنے کا مائنڈ نہیں بنے گا۔</w:t>
      </w:r>
    </w:p>
    <w:p>
      <w:r>
        <w:rPr>
          <w:b/>
        </w:rPr>
        <w:t xml:space="preserve">[16:55] </w:t>
      </w:r>
      <w:r>
        <w:t>yaani agar main is ko poojun to main yeh nahi soch sakta, main sirf jhukunga us ke aage. main nahi soch sakta ke is ko main explore karun, is ko main discover karun, is ko main conquer karun.</w:t>
      </w:r>
    </w:p>
    <w:p>
      <w:pPr>
        <w:jc w:val="right"/>
      </w:pPr>
      <w:r>
        <w:t>یعنی اگر میں اس کو پوجوں تو میں یہ نہیں سوچ سکتا، میں صرف جھکوں گا اس کے آگے۔ میں نہیں سوچ سکتا کہ اس کو میں ایکسپلور کروں، اس کو میں ڈسکور کروں، اس کو میں کانکر کروں۔</w:t>
      </w:r>
    </w:p>
    <w:p>
      <w:r>
        <w:rPr>
          <w:b/>
        </w:rPr>
        <w:t xml:space="preserve">[17:07] </w:t>
      </w:r>
      <w:r>
        <w:t>yeh nahi soch sakta hai. to chounke insaan nature worship mein pad gaya, is wajah se woh asal kaam, jo asal role jo tha ke nature ko discover kar ke civilization banana, woh na kar saka.</w:t>
      </w:r>
    </w:p>
    <w:p>
      <w:pPr>
        <w:jc w:val="right"/>
      </w:pPr>
      <w:r>
        <w:t>یہ نہیں سوچ سکتا ہے۔ تو چونکہ انسان نیچر ورشپ میں پڑ گیا، اس وجہ سے وہ اصل کام، جو اصل رول جو تھا کہ نیچر کو ڈسکور کر کے سویلائزیشن بنانا، وہ نہ کر سکا۔</w:t>
      </w:r>
    </w:p>
    <w:p>
      <w:r>
        <w:rPr>
          <w:b/>
        </w:rPr>
        <w:t xml:space="preserve">[17:20] </w:t>
      </w:r>
      <w:r>
        <w:t>woh to Hazrat Ibrahim ke zariye Allah taala ne yeh kiya ke tum ek nasal banao desert mein. desert ka matlab, desert ka matlab deconditioning.</w:t>
      </w:r>
    </w:p>
    <w:p>
      <w:pPr>
        <w:jc w:val="right"/>
      </w:pPr>
      <w:r>
        <w:t>وہ تو حضرت ابراہیم کے ذریعے اللہ تعالی نے یہ کیا کہ تم ایک نسل بناؤ ڈیزرٹ میں۔ ڈیزرٹ کا مطلب، ڈیزرٹ کا مطلب ڈی کنڈیشننگ۔</w:t>
      </w:r>
    </w:p>
    <w:p>
      <w:r>
        <w:rPr>
          <w:b/>
        </w:rPr>
        <w:t xml:space="preserve">[17:32] </w:t>
      </w:r>
      <w:r>
        <w:t>aisi jagah basaya gaya jahan koi bhi tamaddun nahi tha, koi koi nature worship ke karne wale log nahi the, kuch bhi nahi tha.</w:t>
      </w:r>
    </w:p>
    <w:p>
      <w:pPr>
        <w:jc w:val="right"/>
      </w:pPr>
      <w:r>
        <w:t>ایسی جگہ بسایا گیا جہاں کوئی بھی تمدن نہیں تھا، کوئی کوئی نیچر ورشپ کے کرنے والے لوگ نہیں تھے، کچھ بھی نہیں تھا۔</w:t>
      </w:r>
    </w:p>
    <w:p>
      <w:r>
        <w:rPr>
          <w:b/>
        </w:rPr>
        <w:t xml:space="preserve">[17:44] </w:t>
      </w:r>
      <w:r>
        <w:t>wahan to sunata tha. to sehra ke sunate mein ek aise log bane jis mein nature hi nature tha.</w:t>
      </w:r>
    </w:p>
    <w:p>
      <w:pPr>
        <w:jc w:val="right"/>
      </w:pPr>
      <w:r>
        <w:t>وہاں تو سناٹا تھا۔ تو صحرا کے سناٹے میں ایک ایسے لوگ بنے جس میں نیچر ہی نیچر تھا۔</w:t>
      </w:r>
    </w:p>
    <w:p>
      <w:r>
        <w:rPr>
          <w:b/>
        </w:rPr>
        <w:t xml:space="preserve">[17:54] </w:t>
      </w:r>
      <w:r>
        <w:t>yaani Hazrat Hajra wase nature theen, un ke paas chota bachcha hai, Ismail wase nature tha. to unhi se ek nayi generation shuru hui jo conditioning se paak thi.</w:t>
      </w:r>
    </w:p>
    <w:p>
      <w:pPr>
        <w:jc w:val="right"/>
      </w:pPr>
      <w:r>
        <w:t>یعنی حضرت ہاجرہ مس نیچر تھیں، ان کے پاس چھوٹا بچہ ہے، اسماعیل مس نیچر تھا۔ تو انہی سے ایک نئی جنریشن شروع ہوئی جو کنڈیشننگ سے پاک تھی۔</w:t>
      </w:r>
    </w:p>
    <w:p>
      <w:r>
        <w:rPr>
          <w:b/>
        </w:rPr>
        <w:t xml:space="preserve">[18:08] </w:t>
      </w:r>
      <w:r>
        <w:t>yaani jo conditioning ho gayi thi logon ki nature worship ki, us se paak ek nayi generation bani yahan par. to yeh banna shuru hui Hazrat Ibrahim ke biwi aur un ke bachche se.</w:t>
      </w:r>
    </w:p>
    <w:p>
      <w:pPr>
        <w:jc w:val="right"/>
      </w:pPr>
      <w:r>
        <w:t>یعنی جو کنڈیشننگ ہو گئی تھی لوگوں کی نیچر ورشپ کی، اس سے پاک ایک نئی جنریشن بنی یہاں پر۔ تو یہ بننا شروع ہوئی حضرت ابراہیم کے بیوی اور ان کے بچے سے۔</w:t>
      </w:r>
    </w:p>
    <w:p>
      <w:r>
        <w:rPr>
          <w:b/>
        </w:rPr>
        <w:t xml:space="preserve">[18:21] </w:t>
      </w:r>
      <w:r>
        <w:t>to sab se bada is mein yougdan jo tha, woh Hajra ka tha ke kaise chhote bachche ko le kar desert mein reh padi woh. aur ek is do hazar saal lage ek generation banne mein, yaani production, reproduction, yaani tulad aur tawassul ke zariye.</w:t>
      </w:r>
    </w:p>
    <w:p>
      <w:pPr>
        <w:jc w:val="right"/>
      </w:pPr>
      <w:r>
        <w:t>تو سب سے بڑا اس میں یوگدان جو تھا، وہ ہاجرہ کا تھا کہ کیسے چھوٹے بچے کو لے کر ڈیزرٹ میں رہ پڑی وہ۔ اور ایک اس دو ہزار سال لگے ایک جنریشن بننے میں، یعنی پروڈکشن، ری پروڈکشن، یعنی تولد اور تواصل کے ذریعے۔</w:t>
      </w:r>
    </w:p>
    <w:p>
      <w:r>
        <w:rPr>
          <w:b/>
        </w:rPr>
        <w:t xml:space="preserve">[18:41] </w:t>
      </w:r>
      <w:r>
        <w:t>to ek lambi kahani hai yeh. is ka ek hissa woh tha jab ke aap do rock ke beech mein dodi theen paani ki talash mein, Safa Marwa Mecca ke paas.</w:t>
      </w:r>
    </w:p>
    <w:p>
      <w:pPr>
        <w:jc w:val="right"/>
      </w:pPr>
      <w:r>
        <w:t>تو ایک لمبی کہانی ہے یہ۔ اس کا ایک حصہ وہ تھا جب کہ آپ دو راک کے بیچ میں دوڑی تھیں پانی کی تلاش میں، صفا مروہ مکہ کے پاس۔</w:t>
      </w:r>
    </w:p>
    <w:p>
      <w:r>
        <w:rPr>
          <w:b/>
        </w:rPr>
        <w:t xml:space="preserve">[18:53] </w:t>
      </w:r>
      <w:r>
        <w:t>to aaj jo log jaate hain hajj karne ke liye ya umrah karne ke liye, to woh daudte hain, yaani sa'ee karte hain. sa'ee ka matlab kya hai? brisk walk.</w:t>
      </w:r>
    </w:p>
    <w:p>
      <w:pPr>
        <w:jc w:val="right"/>
      </w:pPr>
      <w:r>
        <w:t>تو آج جو لوگ جاتے ہیں حج کرنے کے لیے یا عمرہ کرنے کے لیے، تو وہ دوڑتے ہیں، یعنی سائے کرتے ہیں۔ سائے کا مطلب کیا ہے؟ برسک واک۔</w:t>
      </w:r>
    </w:p>
    <w:p>
      <w:r>
        <w:rPr>
          <w:b/>
        </w:rPr>
        <w:t xml:space="preserve">[19:03] </w:t>
      </w:r>
      <w:r>
        <w:t>brisk walk ka matlab hota hai sa'ee. to Safa Marwa ke darmiyan woh brisk walk karte hain saat baar. yeh kya hai? yeh Hajra ke doorstep par chalna hai.</w:t>
      </w:r>
    </w:p>
    <w:p>
      <w:pPr>
        <w:jc w:val="right"/>
      </w:pPr>
      <w:r>
        <w:t>برسک واک کا مطلب ہوتا ہے سائے۔ تو صفا مروہ کے درمیان وہ برسک واک کرتے ہیں سات بار۔ یہ کیا ہے؟ یہ ہاجرہ کے ڈور سٹیپ پر چلنا ہے۔</w:t>
      </w:r>
    </w:p>
    <w:p>
      <w:r>
        <w:rPr>
          <w:b/>
        </w:rPr>
        <w:t xml:space="preserve">[19:16] </w:t>
      </w:r>
      <w:r>
        <w:t>log jaate hain har saal hajj karne, umrah karne ke liye, koi kuch samajhta nahi is raaz ko ke yeh kya cheez hai. sa'ee karte hain ek ritual ke taur par.</w:t>
      </w:r>
    </w:p>
    <w:p>
      <w:pPr>
        <w:jc w:val="right"/>
      </w:pPr>
      <w:r>
        <w:t>لوگ جاتے ہیں ہر سال حج کرنے، عمرہ کرنے کے لیے، کوئی کچھ سمجھتا نہیں اس راز کو کہ یہ کیا چیز ہے۔ سائے کرتے ہیں ایک ریچول کے طور پر۔</w:t>
      </w:r>
    </w:p>
    <w:p>
      <w:r>
        <w:rPr>
          <w:b/>
        </w:rPr>
        <w:t xml:space="preserve">[19:25] </w:t>
      </w:r>
      <w:r>
        <w:t>yeh nahi sochte ke yeh Hajra ke doorstep par hum kyun chal rahe hain. Hajra ka role bahut hi bada role hai. main samajhta hoon ke jo saying hai, "the women at the beginning of all great things", us mein number one jis lady ka naam aata hai, woh Hajra hai.</w:t>
      </w:r>
    </w:p>
    <w:p>
      <w:pPr>
        <w:jc w:val="right"/>
      </w:pPr>
      <w:r>
        <w:t>یہ نہیں سوچتے کہ یہ ہاجرہ کے ڈور سٹیپ پر ہم کیوں چل رہے ہیں۔ ہاجرہ کا رول بہت ہی بڑا رول ہے۔ میں سمجھتا ہوں کہ جو سینگ ہے، "دے وومن ایٹ دی بگننگ اف ال گریٹ تھنگز"، اس میں نمبر ون جس لیڈی کا نام آتا ہے، وہ ہاجرہ ہے۔</w:t>
      </w:r>
    </w:p>
    <w:p>
      <w:r>
        <w:rPr>
          <w:b/>
        </w:rPr>
        <w:t xml:space="preserve">[19:42] </w:t>
      </w:r>
      <w:r>
        <w:t>"the women at the beginning of all great things" mein poori poori poori history mein number one jo khatoon hai, woh Hajra hai.</w:t>
      </w:r>
    </w:p>
    <w:p>
      <w:pPr>
        <w:jc w:val="right"/>
      </w:pPr>
      <w:r>
        <w:t>"دے وومن ایٹ دی بگننگ اف ال گریٹ تھنگز" میں پوری پوری پوری ہسٹری میں نمبر ون جو خاتون ہے، وہ ہاجرہ ہے۔</w:t>
      </w:r>
    </w:p>
    <w:p>
      <w:r>
        <w:rPr>
          <w:b/>
        </w:rPr>
        <w:t xml:space="preserve">[19:52] </w:t>
      </w:r>
      <w:r>
        <w:t>unhon ne kya kiya? unhon ne ek bahut ek ek aisi sacrifice di, jis jis jis sacrifice ki koi poori history mein koi misaal maujood nahi hai.</w:t>
      </w:r>
    </w:p>
    <w:p>
      <w:pPr>
        <w:jc w:val="right"/>
      </w:pPr>
      <w:r>
        <w:t>انہوں نے کیا کیا؟ انہوں نے ایک بہت ایک ایک ایسی سیکریفائس دی، جس جس جس سیکریفائس کی کوئی پوری ہسٹری میں کوئی مثال موجود نہیں ہے۔</w:t>
      </w:r>
    </w:p>
    <w:p>
      <w:r>
        <w:rPr>
          <w:b/>
        </w:rPr>
        <w:t xml:space="preserve">[20:08] </w:t>
      </w:r>
      <w:r>
        <w:t>unprecedented sacrifice ke desert mein bachche ko rehne lage le kar. to bachcha kuch dinon ke baad us ne shadi ki, phir kya hua?</w:t>
      </w:r>
    </w:p>
    <w:p>
      <w:pPr>
        <w:jc w:val="right"/>
      </w:pPr>
      <w:r>
        <w:t>ان پریسیڈنٹڈ سیکریفائس کہ ڈیزرٹ میں بچے کو رہنے لگے لے کر۔ تو بچہ کچھ دنوں کے بعد اس نے شادی کی، پھر کیا ہوا؟</w:t>
      </w:r>
    </w:p>
    <w:p>
      <w:r>
        <w:rPr>
          <w:b/>
        </w:rPr>
        <w:t xml:space="preserve">[20:17] </w:t>
      </w:r>
      <w:r>
        <w:t>kya hua? main ne bataya is qisse ko. to do hazar saal lage is do insanon se ek generation banne mein. ek generation bani.</w:t>
      </w:r>
    </w:p>
    <w:p>
      <w:pPr>
        <w:jc w:val="right"/>
      </w:pPr>
      <w:r>
        <w:t>کیا ہوا؟ میں نے بتایا اس قصے کو۔ تو دو ہزار سال لگے اس دو انسانوں سے ایک جنریشن بننے میں۔ ایک جنریشن بنی۔</w:t>
      </w:r>
    </w:p>
    <w:p>
      <w:r>
        <w:rPr>
          <w:b/>
        </w:rPr>
        <w:t xml:space="preserve">[20:27] </w:t>
      </w:r>
      <w:r>
        <w:t>yeh thi deconditioned generation. us ko ek likha hai ek orientalist ne, ek European scholar ne ke ke yeh nation of heroes the.</w:t>
      </w:r>
    </w:p>
    <w:p>
      <w:pPr>
        <w:jc w:val="right"/>
      </w:pPr>
      <w:r>
        <w:t>یہ تھی ڈی کنڈیشنڈ جنریشن۔ اس کو ایک لکھا ہے ایک اورینٹلسٹ نے، ایک یورپین سکالر نے کہ کہ یہ نیشن اف ہیروز تھے۔</w:t>
      </w:r>
    </w:p>
    <w:p>
      <w:r>
        <w:rPr>
          <w:b/>
        </w:rPr>
        <w:t xml:space="preserve">[20:39] </w:t>
      </w:r>
      <w:r>
        <w:t>yeh log, yeh jo bane Hajra aur Ismail ke zariye se, to yeh nation of hero, unhi ka ek aadmi hero tha. is ka main yeh kahunga ke zyada better word yeh hai ke woh deconditioned log the.</w:t>
      </w:r>
    </w:p>
    <w:p>
      <w:pPr>
        <w:jc w:val="right"/>
      </w:pPr>
      <w:r>
        <w:t>یہ لوگ، یہ جو بنے ہاجرہ اور اسماعیل کے ذریعے سے، تو یہ نیشن اف ہیرو، انہی کا ایک آدمی ہیرو تھا۔ اس کا میں یہ کہوں گا کہ زیادہ بیٹر ورڈ یہ ہے کہ وہ ڈی کنڈیشن لوگ تھے۔</w:t>
      </w:r>
    </w:p>
    <w:p>
      <w:r>
        <w:rPr>
          <w:b/>
        </w:rPr>
        <w:t xml:space="preserve">[20:50] </w:t>
      </w:r>
      <w:r>
        <w:t>woh un ki auraten deconditioned theen, un ke mard deconditioned the. to yeh deconditioned generation thi. phir kya hua?</w:t>
      </w:r>
    </w:p>
    <w:p>
      <w:pPr>
        <w:jc w:val="right"/>
      </w:pPr>
      <w:r>
        <w:t>وہ ان کی عورتیں ڈی کنڈیشن تھیں، ان کے مرد ڈی کنڈیشن تھے۔ تو یہ ڈی کنڈیشن جنریشن تھی۔ پھر کیا ہوا؟</w:t>
      </w:r>
    </w:p>
    <w:p>
      <w:r>
        <w:rPr>
          <w:b/>
        </w:rPr>
        <w:t xml:space="preserve">[21:00] </w:t>
      </w:r>
      <w:r>
        <w:t>is yeh jo generation thi, us se isi mein se paida hue Paighambar e Islam sallallahu alaihi wasallam. aap ne is mein kaam kiya, kaam kar ke un mein se aadmi chhanTe.</w:t>
      </w:r>
    </w:p>
    <w:p>
      <w:pPr>
        <w:jc w:val="right"/>
      </w:pPr>
      <w:r>
        <w:t>اس یہ جو جنریشن تھی، اس سے اسی میں سے پیدا ہوئے پیغمبر اسلام صلی اللہ علیہ وسلم۔ آپ نے اس میں کام کیا، کام کر کے ان میں سے آدمی چھانٹے۔</w:t>
      </w:r>
    </w:p>
    <w:p>
      <w:r>
        <w:rPr>
          <w:b/>
        </w:rPr>
        <w:t xml:space="preserve">[21:12] </w:t>
      </w:r>
      <w:r>
        <w:t>phir aap ne ek team banayi jis ko hum kehte hain Ashab e Rasool. Ashab e Rasool kya hain? un deconditioned logon mein se chhanTe hue log, nikale hue logon ki ek team thi, selected team.</w:t>
      </w:r>
    </w:p>
    <w:p>
      <w:pPr>
        <w:jc w:val="right"/>
      </w:pPr>
      <w:r>
        <w:t>پھر آپ نے ایک ٹیم بنائی جس کو ہم کہتے ہیں اصحاب رسول۔ اصحاب رسول کیا ہیں؟ ان ڈی کنڈیشن لوگوں میں سے چھانٹے ہوئے لوگ، نکالے ہوئے لوگوں کی ایک ٹیم تھی، سلیکٹڈ ٹیم۔</w:t>
      </w:r>
    </w:p>
    <w:p>
      <w:r>
        <w:rPr>
          <w:b/>
        </w:rPr>
        <w:t xml:space="preserve">[21:25] </w:t>
      </w:r>
      <w:r>
        <w:t>phir unhon ne kya kiya? bahut bada kaam kiya jo history mein kisi ne nahi kiya tha. dekhiye, nature worship jo thi, us zamane mein usi se related ek ek kya jo evil aa gayi thi, woh thi despotism, kingship.</w:t>
      </w:r>
    </w:p>
    <w:p>
      <w:pPr>
        <w:jc w:val="right"/>
      </w:pPr>
      <w:r>
        <w:t>پھر انہوں نے کیا کیا؟ بہت بڑا کام کیا جو ہسٹری میں کسی نے نہیں کیا تھا۔ دیکھیے، نیچر ورشپ جو تھی، اس زمانے میں اسی سے ریلیٹڈ ایک ایک کیا جو ایول آ گئی تھی، وہ تھی ڈیسپوٹزم، کنگ شپ۔</w:t>
      </w:r>
    </w:p>
    <w:p>
      <w:r>
        <w:rPr>
          <w:b/>
        </w:rPr>
        <w:t xml:space="preserve">[21:41] </w:t>
      </w:r>
      <w:r>
        <w:t>to bare is zamane mein badshah hua karte the. badshah ko log khuda mante the, is ko pujte the. un badshahon ne dunya mein freedom ko khatm kar diya tha.</w:t>
      </w:r>
    </w:p>
    <w:p>
      <w:pPr>
        <w:jc w:val="right"/>
      </w:pPr>
      <w:r>
        <w:t>تو بڑے اس زمانے میں بادشاہ ہوا کرتے تھے۔ بادشاہ کو لوگ خدا مانتے تھے، اس کو پوجتے تھے۔ ان بادشاہوں نے دنیا میں فریڈم کو ختم کر دیا تھا۔</w:t>
      </w:r>
    </w:p>
    <w:p>
      <w:r>
        <w:rPr>
          <w:b/>
        </w:rPr>
        <w:t xml:space="preserve">[21:54] </w:t>
      </w:r>
      <w:r>
        <w:t>der waz no freedom during that period. jab dunya mein despotic king the to freedom nahi hoti thi bilkul. aur jab freedom nahi hai to research nahi hai, freedom nahi to koi discovery nahi, freedom nahi to koi revolution nahi.</w:t>
      </w:r>
    </w:p>
    <w:p>
      <w:pPr>
        <w:jc w:val="right"/>
      </w:pPr>
      <w:r>
        <w:t>دیر واز نو فریڈم ڈیورنگ دیٹ پیریڈ۔ جب دنیا میں ڈیسپوٹک کنگ تھے تو فریڈم نہیں ہوتی تھی بالکل۔ اور جب فریڈم نہیں ہے تو ریسرچ نہیں ہے، فریڈم نہیں تو کوئی ڈسکوری نہیں، فریڈم نہیں تو کوئی ریولوشن نہیں۔</w:t>
      </w:r>
    </w:p>
    <w:p>
      <w:r>
        <w:rPr>
          <w:b/>
        </w:rPr>
        <w:t xml:space="preserve">[22:10] </w:t>
      </w:r>
      <w:r>
        <w:t>do bare bare is zamane mein woh the political pillar, do emperor: irani emperor, roman emperor.</w:t>
      </w:r>
    </w:p>
    <w:p>
      <w:pPr>
        <w:jc w:val="right"/>
      </w:pPr>
      <w:r>
        <w:t>دو بڑے بڑے اس زمانے میں وہ تھے پولیٹیکل پلر، دو ایمپرر: ایرانی ایمپرر، رومن ایمپرر۔</w:t>
      </w:r>
    </w:p>
    <w:p>
      <w:r>
        <w:rPr>
          <w:b/>
        </w:rPr>
        <w:t xml:space="preserve">[22:20] </w:t>
      </w:r>
      <w:r>
        <w:t>irani</w:t>
      </w:r>
    </w:p>
    <w:p>
      <w:pPr>
        <w:jc w:val="right"/>
      </w:pPr>
      <w:r>
        <w:t>ایرانی</w:t>
      </w:r>
    </w:p>
    <w:p>
      <w:r>
        <w:rPr>
          <w:b/>
        </w:rPr>
        <w:t xml:space="preserve">[22:24] </w:t>
      </w:r>
      <w:r>
        <w:t>empire aur roman empire, in ko samajh aata tha ke yeh yeh pahaar hain, in se jo takrayega woh khud paash paash ho jayega.</w:t>
      </w:r>
    </w:p>
    <w:p>
      <w:pPr>
        <w:jc w:val="right"/>
      </w:pPr>
      <w:r>
        <w:t>ایمپائر اور رومن ایمپائر، ان کو سمجھ آتا تھا کہ یہ یہ پہاڑ ہیں، ان سے جو ٹکرائے گا وہ خود پاش پاش ہو جائے گا۔</w:t>
      </w:r>
    </w:p>
    <w:p>
      <w:r>
        <w:rPr>
          <w:b/>
        </w:rPr>
        <w:t xml:space="preserve">[22:35] </w:t>
      </w:r>
      <w:r>
        <w:t>lekin yeh jo rasool Allah ne jo team banai thi ashaab rasool ki, yeh in se takraye aur dono dono chatanon ko khatm kar diya.</w:t>
      </w:r>
    </w:p>
    <w:p>
      <w:pPr>
        <w:jc w:val="right"/>
      </w:pPr>
      <w:r>
        <w:t>لیکن یہ جو رسول اللہ نے جو ٹیم بنائی تھی اصحاب رسول کی، یہ ان سے ٹکرائے اور دونوں دونوں چٹانوں کو ختم کر دیا۔</w:t>
      </w:r>
    </w:p>
    <w:p>
      <w:r>
        <w:rPr>
          <w:b/>
        </w:rPr>
        <w:t xml:space="preserve">[22:45] </w:t>
      </w:r>
      <w:r>
        <w:t>in political chatanon ko. is ko bohat is ki jis study ki hai, ek france ke ek ek ek historian ne, is ka naam hai henry piren.</w:t>
      </w:r>
    </w:p>
    <w:p>
      <w:pPr>
        <w:jc w:val="right"/>
      </w:pPr>
      <w:r>
        <w:t>ان پولیٹیکل چٹانوں کو۔ اس کو بہت اس کی جس اسٹڈی کی ہے، ایک فرانس کے ایک ایک ایک ہسٹورین نے، اس کا نام ہے ہینری پرین۔</w:t>
      </w:r>
    </w:p>
    <w:p>
      <w:r>
        <w:rPr>
          <w:b/>
        </w:rPr>
        <w:t xml:space="preserve">[22:56] </w:t>
      </w:r>
      <w:r>
        <w:t>henry piren french historian hai, is ki kitab mein french language mein hai, english mein bhi tarjuma hua in ka. to henry piren ne is ko batate hue likha hai ke "islam change da face of da glob,</w:t>
      </w:r>
    </w:p>
    <w:p>
      <w:pPr>
        <w:jc w:val="right"/>
      </w:pPr>
      <w:r>
        <w:t>ہینری پرین فرنچ ہسٹورین ہے، اس کی کتاب میں فرنچ لینگویج میں ہے، انگلش میں بھی ترجمہ ہوا ان کا۔ تو ہینری پرین نے اس کو بتاتے ہوئے لکھا ہے کہ "اسلام چینج دا فیس اف دا گلوب،</w:t>
      </w:r>
    </w:p>
    <w:p>
      <w:r>
        <w:rPr>
          <w:b/>
        </w:rPr>
        <w:t xml:space="preserve">[23:13] </w:t>
      </w:r>
      <w:r>
        <w:t>da traditional order of history waz overthrown". yani yeh jo imperialism khatm hua, jo jo kingship khatm hui, despotic kings khatm hue, to dunya mein ek naya daur aa gaya,</w:t>
      </w:r>
    </w:p>
    <w:p>
      <w:pPr>
        <w:jc w:val="right"/>
      </w:pPr>
      <w:r>
        <w:t>دا ٹریڈیشنل آرڈر اف ہسٹری واز اور تھرون"۔ یعنی یہ جو ایمپیریلزم ختم ہوا، جو جو کنگ شپ ختم ہوئی، ڈیسپوٹک کنگز ختم ہوئے، تو دنیا میں ایک نیا دور آ گیا،</w:t>
      </w:r>
    </w:p>
    <w:p>
      <w:r>
        <w:rPr>
          <w:b/>
        </w:rPr>
        <w:t xml:space="preserve">[23:31] </w:t>
      </w:r>
      <w:r>
        <w:t>freedom ka daur, tolerance ka daur, cheezon ko explore karne ka daur, potential ko actual banane ka daur. to isi ko woh kehta hai ke "islam change da face of da glob, da traditional order of history waz overthrown".</w:t>
      </w:r>
    </w:p>
    <w:p>
      <w:pPr>
        <w:jc w:val="right"/>
      </w:pPr>
      <w:r>
        <w:t>فریڈم کا دور، ٹولرنس کا دور، چیزوں کو ایکسپلور کرنے کا دور، پوٹینشل کو ایکچول بنانے کا دور۔ تو اسی کو وہ کہتا ہے کہ "اسلام چینج دا فیس اف دا گلوب، دا ٹریڈیشنل آرڈر اف ہسٹری واز اور تھرون"۔</w:t>
      </w:r>
    </w:p>
    <w:p>
      <w:r>
        <w:rPr>
          <w:b/>
        </w:rPr>
        <w:t xml:space="preserve">[23:47] </w:t>
      </w:r>
      <w:r>
        <w:t>to pehla kaam hajra aur ismail ne kiya ke ek de condition, apni sacrifice se unhon ne ek de condition generation banai.</w:t>
      </w:r>
    </w:p>
    <w:p>
      <w:pPr>
        <w:jc w:val="right"/>
      </w:pPr>
      <w:r>
        <w:t>تو پہلا کام ہاجرہ اور اسماعیل نے کیا کہ ایک ڈی کنڈیشن، اپنی سیکریفائس سے انہوں نے ایک ڈی کنڈیشن جنریشن بنائی۔</w:t>
      </w:r>
    </w:p>
    <w:p>
      <w:r>
        <w:rPr>
          <w:b/>
        </w:rPr>
        <w:t xml:space="preserve">[23:58] </w:t>
      </w:r>
      <w:r>
        <w:t>dusra kaam ashaab rasool ne kiya ke unhon ne is zamane ki jo political chatanen thin, is ko tod kar ke dunya mein freedom paida kiya.</w:t>
      </w:r>
    </w:p>
    <w:p>
      <w:pPr>
        <w:jc w:val="right"/>
      </w:pPr>
      <w:r>
        <w:t>دوسرا کام اصحاب رسول نے کیا کہ انہوں نے اس زمانے کی جو پولیٹیکل چٹانیں تھیں، اس کو توڑ کر کے دنیا میں فریڈم پیدا کیا۔</w:t>
      </w:r>
    </w:p>
    <w:p>
      <w:r>
        <w:rPr>
          <w:b/>
        </w:rPr>
        <w:t xml:space="preserve">[24:07] </w:t>
      </w:r>
      <w:r>
        <w:t>freedom! ab sochne lage, azadana tor par log research hone lagi. sab se pehli research jo hai, yeh azadi ka kaam makkah mein shuru hua, madina gaya, phir damishq gaya, phir baghdad gaya, phir woh isi mein dakhil ho gaya, italy mein dakhil ho gaya.</w:t>
      </w:r>
    </w:p>
    <w:p>
      <w:pPr>
        <w:jc w:val="right"/>
      </w:pPr>
      <w:r>
        <w:t>فریڈم! اب سوچنے لگے، آزادانہ طور پر لوگ ریسرچ ہونے لگی۔ سب سے پہلی ریسرچ جو ہے، یہ آزادی کا کام مکہ میں شروع ہوا، مدینہ گیا، پھر دمشق گیا، پھر بغداد گیا، پھر وہ اسی میں داخل ہو گیا، اٹلی میں داخل ہو گیا۔</w:t>
      </w:r>
    </w:p>
    <w:p>
      <w:r>
        <w:rPr>
          <w:b/>
        </w:rPr>
        <w:t xml:space="preserve">[24:23] </w:t>
      </w:r>
      <w:r>
        <w:t>is tarah se rensa aai. rensa jo aai, jo italy mein shuru hui thi, phir pure europe mein hui, woh to rensa jo thi, woh isi ka culmination tha.</w:t>
      </w:r>
    </w:p>
    <w:p>
      <w:pPr>
        <w:jc w:val="right"/>
      </w:pPr>
      <w:r>
        <w:t>اس طرح سے رینسا آئی۔ رینسا جو آئی، جو اٹلی میں شروع ہوئی تھی، پھر پورے یورپ میں ہوئی، وہ تو رینسا جو تھی، وہ اسی کا کلمی نیشن تھا۔</w:t>
      </w:r>
    </w:p>
    <w:p>
      <w:r>
        <w:rPr>
          <w:b/>
        </w:rPr>
        <w:t xml:space="preserve">[24:34] </w:t>
      </w:r>
      <w:r>
        <w:t>rensa ka zamana jo hai, chaudhvin sadi, yani fourteen century aur sixteen century ke beech ka hai.</w:t>
      </w:r>
    </w:p>
    <w:p>
      <w:pPr>
        <w:jc w:val="right"/>
      </w:pPr>
      <w:r>
        <w:t>رینسا کا زمانہ جو ہے، چودھویں صدی، یعنی فورٹین سینچری اور سکسٹین سینچری کے بیچ کا ہے۔</w:t>
      </w:r>
    </w:p>
    <w:p>
      <w:r>
        <w:rPr>
          <w:b/>
        </w:rPr>
        <w:t xml:space="preserve">[24:43] </w:t>
      </w:r>
      <w:r>
        <w:t>rensa, jis ko urdu mein kehte hain nasht thania, to yeh is ka culmination tha.</w:t>
      </w:r>
    </w:p>
    <w:p>
      <w:pPr>
        <w:jc w:val="right"/>
      </w:pPr>
      <w:r>
        <w:t>رینسا، جس کو اردو میں کہتے ہیں نشت ثانیہ، تو یہ اس کا کلمی نیشن تھا۔</w:t>
      </w:r>
    </w:p>
    <w:p>
      <w:r>
        <w:rPr>
          <w:b/>
        </w:rPr>
        <w:t xml:space="preserve">[24:53] </w:t>
      </w:r>
      <w:r>
        <w:t>rensa, phir rensa ke baad seventh century mein, satrahvin sadi mein, dekhiye aap, galileo paida hua, newton paida hua, copernicus paida hua.</w:t>
      </w:r>
    </w:p>
    <w:p>
      <w:pPr>
        <w:jc w:val="right"/>
      </w:pPr>
      <w:r>
        <w:t>رینسا، پھر رینسا کے بعد سیونتھ سینچری میں، سترہویں صدی میں، دیکھیے آپ، گلیلیو پیدا ہوا، نیوٹن پیدا ہوا، کوپرنیکس پیدا ہوا۔</w:t>
      </w:r>
    </w:p>
    <w:p>
      <w:r>
        <w:rPr>
          <w:b/>
        </w:rPr>
        <w:t xml:space="preserve">[25:02] </w:t>
      </w:r>
      <w:r>
        <w:t>ab ek aur aage badha mamla. to civilization jo hai, shuru ho chuki thi hazrat hajra ke zamane mein, ek process ke roop mein chalti rahi, process ke roop mein.</w:t>
      </w:r>
    </w:p>
    <w:p>
      <w:pPr>
        <w:jc w:val="right"/>
      </w:pPr>
      <w:r>
        <w:t>اب ایک اور آگے بڑھا معاملہ۔ تو سویلائزیشن جو ہے، شروع ہو چکی تھی حضرت ہاجرہ کے زمانے میں، ایک پروسیس کے روپ میں چلتی رہی، پروسیس کے روپ میں۔</w:t>
      </w:r>
    </w:p>
    <w:p>
      <w:r>
        <w:rPr>
          <w:b/>
        </w:rPr>
        <w:t xml:space="preserve">[25:14] </w:t>
      </w:r>
      <w:r>
        <w:t>phir is mein ek bara ek boost aaya, boost jab insan ne mechanical power ko daryaft kiya. is se pehle insan sirf horse power ko janta tha, horse power ko.</w:t>
      </w:r>
    </w:p>
    <w:p>
      <w:pPr>
        <w:jc w:val="right"/>
      </w:pPr>
      <w:r>
        <w:t>پھر اس میں ایک بڑا ایک بوسٹ آیا، بوسٹ جب انسان نے مکینیکل پاور کو دریافت کیا۔ اس سے پہلے انسان صرف ہارس پاور کو جانتا تھا، ہارس پاور کو۔</w:t>
      </w:r>
    </w:p>
    <w:p>
      <w:r>
        <w:rPr>
          <w:b/>
        </w:rPr>
        <w:t xml:space="preserve">[25:27] </w:t>
      </w:r>
      <w:r>
        <w:t>ab insan ne mechanical power daryaft kiya ke aap jante hain ke pani ko jab steam power mein tabdeel kiya gaya to steam ship banne lage, railen banne lagin, karkhane banne lage jo steam ships chalte the, steam power se chalte the.</w:t>
      </w:r>
    </w:p>
    <w:p>
      <w:pPr>
        <w:jc w:val="right"/>
      </w:pPr>
      <w:r>
        <w:t>اب انسان نے مکینیکل پاور دریافت کیا کہ آپ جانتے ہیں کہ پانی کو جب اسٹیم پاور میں تبدیل کیا گیا تو اسٹیم شپ بننے لگے، ریلیں بننے لگیں، کارخانے بننے لگے جو اسٹیم شپس چلتے تھے، اسٹیم پاور سے چلتے تھے۔</w:t>
      </w:r>
    </w:p>
    <w:p>
      <w:r>
        <w:rPr>
          <w:b/>
        </w:rPr>
        <w:t xml:space="preserve">[25:43] </w:t>
      </w:r>
      <w:r>
        <w:t>yeh ek agla boost tha, boost civilization ka. phir aur taraqqi hoti rahi, hoti rahi, hoti rahi. phir char sau saal ka zamana yeh hai, yani galileo aur newton se le kar ke baad ka zamana.</w:t>
      </w:r>
    </w:p>
    <w:p>
      <w:pPr>
        <w:jc w:val="right"/>
      </w:pPr>
      <w:r>
        <w:t>یہ ایک اگلا بوسٹ تھا، بوسٹ سویلائزیشن کا۔ پھر اور ترقی ہوتی رہی، ہوتی رہی، ہوتی رہی۔ پھر چار سو سال کا زمانہ یہ ہے، یعنی گلیلیو اور نیوٹن سے لے کر کے بعد کا زمانہ۔</w:t>
      </w:r>
    </w:p>
    <w:p>
      <w:r>
        <w:rPr>
          <w:b/>
        </w:rPr>
        <w:t xml:space="preserve">[25:57] </w:t>
      </w:r>
      <w:r>
        <w:t>to twenty century jo hai, woh civilization ka culmination tha. char hazar pehle shuru hui, char hazar saal pehle, aur culmination tha twenty century.</w:t>
      </w:r>
    </w:p>
    <w:p>
      <w:pPr>
        <w:jc w:val="right"/>
      </w:pPr>
      <w:r>
        <w:t>تو ٹونٹی سینچری جو ہے، وہ سویلائزیشن کا کلمی نیشن تھا۔ چار ہزار پہلے شروع ہوئی، چار ہزار سال پہلے، اور کلمی نیشن تھا ٹونٹی سینچری۔</w:t>
      </w:r>
    </w:p>
    <w:p>
      <w:r>
        <w:rPr>
          <w:b/>
        </w:rPr>
        <w:t xml:space="preserve">[26:08] </w:t>
      </w:r>
      <w:r>
        <w:t>jab ke insan ne discover kar liya zameen ko aur galaxy ko, aur sare discipline, scientific discipline paida hui hai.</w:t>
      </w:r>
    </w:p>
    <w:p>
      <w:pPr>
        <w:jc w:val="right"/>
      </w:pPr>
      <w:r>
        <w:t>جب کہ انسان نے ڈسکور کر لیا زمین کو اور گلیکسی کو، اور سارے ڈسپلن، سائنٹیفک ڈسپلن پیدا ہوئی ہے۔</w:t>
      </w:r>
    </w:p>
    <w:p>
      <w:r>
        <w:rPr>
          <w:b/>
        </w:rPr>
        <w:t xml:space="preserve">[26:19] </w:t>
      </w:r>
      <w:r>
        <w:t>ek ilm ka, ek insan ke, yani ek jis ko kehte hain knowledge explosion. nineteen century mein aur twenty century mein, ek ek jo zamana aaya hai, is ko kehte hain knowledge explosion, yani an ilmi infijar.</w:t>
      </w:r>
    </w:p>
    <w:p>
      <w:pPr>
        <w:jc w:val="right"/>
      </w:pPr>
      <w:r>
        <w:t>ایک علم کا، ایک انسان کے، یعنی ایک جس کو کہتے ہیں نالج ایکسپلوژن۔ نائنٹین سینچری میں اور ٹونٹی سینچری میں، ایک ایک جو زمانہ آیا ہے، اس کو کہتے ہیں نالج ایکسپلوژن، یعنی ان علمی انفجار۔</w:t>
      </w:r>
    </w:p>
    <w:p>
      <w:r>
        <w:rPr>
          <w:b/>
        </w:rPr>
        <w:t xml:space="preserve">[26:35] </w:t>
      </w:r>
      <w:r>
        <w:t>sare uloom jo hai, nikal pade. insan ne sab har cheez ko jaan liya, yani astronomy, geology, chemistry, physics, sare uloom jo hai, is zamane mein insan ke ilm mein aaye.</w:t>
      </w:r>
    </w:p>
    <w:p>
      <w:pPr>
        <w:jc w:val="right"/>
      </w:pPr>
      <w:r>
        <w:t>سارے علوم جو ہے، نکل پڑے۔ انسان نے سب ہر چیز کو جان لیا، یعنی ایسٹرانومی، جیولوجی، کیمسٹری، فزکس، سارے علوم جو ہے، اس زمانے میں انسان کے علم میں آئے۔</w:t>
      </w:r>
    </w:p>
    <w:p>
      <w:r>
        <w:rPr>
          <w:b/>
        </w:rPr>
        <w:t xml:space="preserve">[26:50] </w:t>
      </w:r>
      <w:r>
        <w:t>to tonti century jo thi, woh science ka bhi kalmi nation hai aur civilization ka bhi kalmi nation hai, kyunke science se to nikli civilization.</w:t>
      </w:r>
    </w:p>
    <w:p>
      <w:pPr>
        <w:jc w:val="right"/>
      </w:pPr>
      <w:r>
        <w:t>تو ٹونٹی سینچری جو تھی، وہ سائنس کا بھی کلمی نیشن ہے اور سویلائزیشن کا بھی کلمی نیشن ہے، کیونکہ سائنس سے تو نکلی سویلائزیشن۔</w:t>
      </w:r>
    </w:p>
    <w:p>
      <w:r>
        <w:rPr>
          <w:b/>
        </w:rPr>
        <w:t xml:space="preserve">[27:02] </w:t>
      </w:r>
      <w:r>
        <w:t>to civilization taraqqi karte karte tonti century pe jab pahunchi to kya hua? phir wahi cheez shuru ho gayi jo jin ne nahi kiya tha, yani corruption.</w:t>
      </w:r>
    </w:p>
    <w:p>
      <w:pPr>
        <w:jc w:val="right"/>
      </w:pPr>
      <w:r>
        <w:t>تو سویلائزیشن ترقی کرتے کرتے ٹونٹی سینچری پہ جب پہنچی تو کیا ہوا؟ پھر وہی چیز شروع ہو گئی جو جن نے نہیں کیا تھا، یعنی کرپشن۔</w:t>
      </w:r>
    </w:p>
    <w:p>
      <w:r>
        <w:rPr>
          <w:b/>
        </w:rPr>
        <w:t xml:space="preserve">[27:12] </w:t>
      </w:r>
      <w:r>
        <w:t>jinon ko jo cheez di gayi thi, jo power, jo opportunities, woh misuse kiya unhon ne. jinon ko freedom mila tha, freedom, to misuse kiya unhon ne aur larai jhagde karne lage woh.</w:t>
      </w:r>
    </w:p>
    <w:p>
      <w:pPr>
        <w:jc w:val="right"/>
      </w:pPr>
      <w:r>
        <w:t>جنوں کو جو چیز دی گئی تھی، جو پاور، جو اپرچونیٹیز، وہ مس یوز کیا انہوں نے۔ جنوں کو فریڈم ملا تھا، فریڈم، تو مس یوز کیا انہوں نے اور لڑائی جھگڑے کرنے لگے وہ۔</w:t>
      </w:r>
    </w:p>
    <w:p>
      <w:r>
        <w:rPr>
          <w:b/>
        </w:rPr>
        <w:t xml:space="preserve">[27:25] </w:t>
      </w:r>
      <w:r>
        <w:t>to Allah taala ne hataya un ko. ab aap dekhiye, theek wahi kaam insaan kar raha hai, misuse of freedom, yani science ko misuse kiya is ne.</w:t>
      </w:r>
    </w:p>
    <w:p>
      <w:pPr>
        <w:jc w:val="right"/>
      </w:pPr>
      <w:r>
        <w:t>تو اللہ تعالی نے ہٹایا ان کو۔ اب آپ دیکھیے، ٹھیک وہی کام انسان کر رہا ہے، مس یوز اف فریڈم، یعنی سائنس کو مس یوز کیا اس نے۔</w:t>
      </w:r>
    </w:p>
    <w:p>
      <w:r>
        <w:rPr>
          <w:b/>
        </w:rPr>
        <w:t xml:space="preserve">[27:34] </w:t>
      </w:r>
      <w:r>
        <w:t>misal ke taur par dekhiye, nuclear, nuclear energy kitni bari cheez hai, explosive kitni bari cheez hai. sab se pehle dekhiye, shuru hua explosive se, jis ko barood kehte hain.</w:t>
      </w:r>
    </w:p>
    <w:p>
      <w:pPr>
        <w:jc w:val="right"/>
      </w:pPr>
      <w:r>
        <w:t>مثال کے طور پر دیکھیے، نیوکلیئر، نیوکلیئر انرجی کتنی بڑی چیز ہے، ایکسپلوسو کتنی بڑی چیز ہے۔ سب سے پہلے دیکھیے، شروع ہوا ایکسپلوسو سے، جس کو بارود کہتے ہیں۔</w:t>
      </w:r>
    </w:p>
    <w:p>
      <w:r>
        <w:rPr>
          <w:b/>
        </w:rPr>
        <w:t xml:space="preserve">[27:48] </w:t>
      </w:r>
      <w:r>
        <w:t>barood jab explosive daryaft hue to bohat bari cheez insaan ke qabze mein aayi. misal ke taur par dekhiye, paharon mein rasta nahi bana paate the.</w:t>
      </w:r>
    </w:p>
    <w:p>
      <w:pPr>
        <w:jc w:val="right"/>
      </w:pPr>
      <w:r>
        <w:t>بارود جب ایکسپلوسو دریافت ہوئے تو بہت بڑی چیز انسان کے قبضے میں آئی۔ مثال کے طور پر دیکھیے، پہاڑوں میں راستہ نہیں بنا پاتے تھے۔</w:t>
      </w:r>
    </w:p>
    <w:p>
      <w:r>
        <w:rPr>
          <w:b/>
        </w:rPr>
        <w:t xml:space="preserve">[27:59] </w:t>
      </w:r>
      <w:r>
        <w:t>jo explosive hamare is se pass aaye to to tonti tunnel khodna mumkin ho gaya. barood ke zariye se tunnel ko khod khod kar hum ne lambi lambi paharon ke andar tunnel banai, is is par jaane ke liye.</w:t>
      </w:r>
    </w:p>
    <w:p>
      <w:pPr>
        <w:jc w:val="right"/>
      </w:pPr>
      <w:r>
        <w:t>جو ایکسپلوسو ہمارے اس سے پاس آئے تو تو ٹنل کھودنا ممکن ہو گیا۔ بارود کے ذریعے سے ٹنل کو کھود کھود کر ہم نے لمبی لمبی پہاڑوں کے اندر ٹنل بنائی، اس اس پار جانے کے لیے۔</w:t>
      </w:r>
    </w:p>
    <w:p>
      <w:r>
        <w:rPr>
          <w:b/>
        </w:rPr>
        <w:t xml:space="preserve">[28:13] </w:t>
      </w:r>
      <w:r>
        <w:t>yeh pehle passable nahi tha. to explosive se kitna bara constructive kaam hua ke paharon mein raste ban gaye. lekin insaan ne kya kiya?</w:t>
      </w:r>
    </w:p>
    <w:p>
      <w:pPr>
        <w:jc w:val="right"/>
      </w:pPr>
      <w:r>
        <w:t>یہ پہلے پاس ایبل نہیں تھا۔ تو ایکسپلوسو سے کتنا بڑا کنسٹرکٹو کام ہوا کہ پہاڑوں میں راستے بن گئے۔ لیکن انسان نے کیا کیا؟</w:t>
      </w:r>
    </w:p>
    <w:p>
      <w:r>
        <w:rPr>
          <w:b/>
        </w:rPr>
        <w:t xml:space="preserve">[28:22] </w:t>
      </w:r>
      <w:r>
        <w:t>is se hathiyar banaye, hathiyar banaye, bomb banaye. aise hi dekhiye, nuclear energy ko lijiye aap. Allah taala ne is duniya mein nuclear energy rakhi thi,</w:t>
      </w:r>
    </w:p>
    <w:p>
      <w:pPr>
        <w:jc w:val="right"/>
      </w:pPr>
      <w:r>
        <w:t>اس سے ہتھیار بنائے، ہتھیار بنائے، بم بنائے۔ ایسے ہی دیکھیے، نیوکلیئر انرجی کو لیجئے آپ۔ اللہ تعالی نے اس دنیا میں نیوکلیئر انرجی رکھی تھی،</w:t>
      </w:r>
    </w:p>
    <w:p>
      <w:r>
        <w:rPr>
          <w:b/>
        </w:rPr>
        <w:t xml:space="preserve">[28:38] </w:t>
      </w:r>
      <w:r>
        <w:t>woh bohat bari taqat hai, bohat hi bari taqat hai. jo taqat hum ne discover ki thi pani ke andar se, us se million billion time zyada taqat is ke andar hoti hai.</w:t>
      </w:r>
    </w:p>
    <w:p>
      <w:pPr>
        <w:jc w:val="right"/>
      </w:pPr>
      <w:r>
        <w:t>وہ بہت بڑی طاقت ہے، بہت ہی بڑی طاقت ہے۔ جو طاقت ہم نے ڈسکور کی تھی پانی کے اندر سے، اس سے ملین بلین ٹائم زیادہ طاقت اس کے اندر ہوتی ہے۔</w:t>
      </w:r>
    </w:p>
    <w:p>
      <w:r>
        <w:rPr>
          <w:b/>
        </w:rPr>
        <w:t xml:space="preserve">[28:50] </w:t>
      </w:r>
      <w:r>
        <w:t>to insaan ne kya kiya? is ko istemal karta hua constructive purpose mein nuclear energy ko istemal karna chahiye tha, yani healthy kamon mein, constructive kamon mein, achhe kamon mein.</w:t>
      </w:r>
    </w:p>
    <w:p>
      <w:pPr>
        <w:jc w:val="right"/>
      </w:pPr>
      <w:r>
        <w:t>تو انسان نے کیا کیا؟ اس کو استعمال کرتا ہوا کنسٹرکٹو پرپس میں نیوکلیئر انرجی کو استعمال کرنا چاہیے تھا، یعنی ہیلتھی کاموں میں، کنسٹرکٹو کاموں میں، اچھے کاموں میں۔</w:t>
      </w:r>
    </w:p>
    <w:p>
      <w:r>
        <w:rPr>
          <w:b/>
        </w:rPr>
        <w:t xml:space="preserve">[29:05] </w:t>
      </w:r>
      <w:r>
        <w:t>is ne kya kiya? bomb banaya, atom bomb bana liya. yeh tha misuse of freedom. to insaan ne dekhiye, bohat hi bara kaam kiya ke is ne nature ke potential ko discover kiya,</w:t>
      </w:r>
    </w:p>
    <w:p>
      <w:pPr>
        <w:jc w:val="right"/>
      </w:pPr>
      <w:r>
        <w:t>اس نے کیا کیا؟ بم بنایا، ایٹم بم بنا لیا۔ یہ تھا مس یوز اف فریڈم۔ تو انسان نے دیکھیے، بہت ہی بڑا کام کیا کہ اس نے نیچر کے پوٹینشل کو ڈسکور کیا،</w:t>
      </w:r>
    </w:p>
    <w:p>
      <w:r>
        <w:rPr>
          <w:b/>
        </w:rPr>
        <w:t xml:space="preserve">[29:19] </w:t>
      </w:r>
      <w:r>
        <w:t>is ko actual banaya aur civilization banai. civilization, civilization, is bohat bara karnameh insaan ka tha, kyunke dekhiye, jab jin the, woh nahi bana sake civilization.</w:t>
      </w:r>
    </w:p>
    <w:p>
      <w:pPr>
        <w:jc w:val="right"/>
      </w:pPr>
      <w:r>
        <w:t>اس کو ایکچول بنایا اور سویلائزیشن بنائی۔ سویلائزیشن، سویلائزیشن، اس بہت بڑا کارنامہ انسان کا تھا، کیونکہ دیکھیے، جب جن تھے، وہ نہیں بنا سکے سویلائزیشن۔</w:t>
      </w:r>
    </w:p>
    <w:p>
      <w:r>
        <w:rPr>
          <w:b/>
        </w:rPr>
        <w:t xml:space="preserve">[29:32] </w:t>
      </w:r>
      <w:r>
        <w:t>insaan pehla hai jis ne ek civilization banai, lekin is ke baad kya? arrogance aa gaya is ke andar aur ghamand aa gaya, aur woh us ko misuse karne laga.</w:t>
      </w:r>
    </w:p>
    <w:p>
      <w:pPr>
        <w:jc w:val="right"/>
      </w:pPr>
      <w:r>
        <w:t>انسان پہلا ہے جس نے ایک سویلائزیشن بنائی، لیکن اس کے بعد کیا؟ ارگنز آگیا اس کے اندر اور گھمنڈ آگیا، اور وہ اس کو مس یوز کرنے لگا۔</w:t>
      </w:r>
    </w:p>
    <w:p>
      <w:r>
        <w:rPr>
          <w:b/>
        </w:rPr>
        <w:t xml:space="preserve">[29:44] </w:t>
      </w:r>
      <w:r>
        <w:t>to yeh misuse of freedom hi hai jis ke nateeje mein pollution paida hua hai.</w:t>
      </w:r>
    </w:p>
    <w:p>
      <w:pPr>
        <w:jc w:val="right"/>
      </w:pPr>
      <w:r>
        <w:t>تو یہ مس یوز اف فریڈم ہی ہے جس کے نتیجے میں پولیوشن پیدا ہوا ہے۔</w:t>
      </w:r>
    </w:p>
    <w:p>
      <w:r>
        <w:rPr>
          <w:b/>
        </w:rPr>
        <w:t xml:space="preserve">[29:52] </w:t>
      </w:r>
      <w:r>
        <w:t>jis cheez ko hum kehte hain, woh air pollution, woh kya hai? woh insaan ke, insaan jo misuse of freedom ka phenomenon hai.</w:t>
      </w:r>
    </w:p>
    <w:p>
      <w:pPr>
        <w:jc w:val="right"/>
      </w:pPr>
      <w:r>
        <w:t>جس چیز کو ہم کہتے ہیں، وہ ایئر پولیوشن، وہ کیا ہے؟ وہ انسان کے، انسان جو مس یوز اف فریڈم کا فیناومینا ہے۔</w:t>
      </w:r>
    </w:p>
    <w:p>
      <w:r>
        <w:rPr>
          <w:b/>
        </w:rPr>
        <w:t xml:space="preserve">[30:06] </w:t>
      </w:r>
      <w:r>
        <w:t>woh abhi dekhiye, aaj kal duniya bhar mein climatic change pe conferences ho rahi hain bar bar.</w:t>
      </w:r>
    </w:p>
    <w:p>
      <w:pPr>
        <w:jc w:val="right"/>
      </w:pPr>
      <w:r>
        <w:t>وہ ابھی دیکھیے، آج کل دنیا بھر میں کلائمیٹک چینج پہ کانفرنسیں ہو رہی ہیں بار بار۔</w:t>
      </w:r>
    </w:p>
    <w:p>
      <w:r>
        <w:rPr>
          <w:b/>
        </w:rPr>
        <w:t xml:space="preserve">[30:16] </w:t>
      </w:r>
      <w:r>
        <w:t>abhi Geneva mein bohat bari conference hui thi, hoti rehti hain, lekin koi in vain, koi faida is ka nahi ho raha hai. kyun?</w:t>
      </w:r>
    </w:p>
    <w:p>
      <w:pPr>
        <w:jc w:val="right"/>
      </w:pPr>
      <w:r>
        <w:t>ابھی جنیوا میں بہت بڑی کانفرنس ہوئی تھی، ہوتی رہتی ہیں، لیکن کوئی ان وین، کوئی فائدہ اس کا نہیں ہو رہا ہے۔ کیوں؟</w:t>
      </w:r>
    </w:p>
    <w:p>
      <w:r>
        <w:rPr>
          <w:b/>
        </w:rPr>
        <w:t xml:space="preserve">[30:25] </w:t>
      </w:r>
      <w:r>
        <w:t>jo hum jhel rahe hain, jo air pollution aur doosri jo kharabiyan, woh kyun hain? woh hain hamare galat lifestyle ki wajah se.</w:t>
      </w:r>
    </w:p>
    <w:p>
      <w:pPr>
        <w:jc w:val="right"/>
      </w:pPr>
      <w:r>
        <w:t>جو ہم جھیل رہے ہیں، جو ایئر پولیوشن اور دوسری جو خرابیاں، وہ کیوں ہیں؟ وہ ہیں ہمارے غلط لائف اسٹائل کی وجہ سے۔</w:t>
      </w:r>
    </w:p>
    <w:p>
      <w:r>
        <w:rPr>
          <w:b/>
        </w:rPr>
        <w:t xml:space="preserve">[30:37] </w:t>
      </w:r>
      <w:r>
        <w:t>hum apne lifestyle ko badalne ko tayyar nahi hain. to jab tak aap apne lifestyle ko na badlein, climatic change par conference karne se koi faida nahi hone wala hai.</w:t>
      </w:r>
    </w:p>
    <w:p>
      <w:pPr>
        <w:jc w:val="right"/>
      </w:pPr>
      <w:r>
        <w:t>ہم اپنے لائف اسٹائل کو بدلنے کو تیار نہیں ہیں۔ تو جب تک آپ اپنے لائف اسٹائل کو نہ بدلیں، کلائمیٹک چینج پر کانفرنس کرنے سے کوئی فائدہ نہیں ہونے والا ہے۔</w:t>
      </w:r>
    </w:p>
    <w:p>
      <w:r>
        <w:rPr>
          <w:b/>
        </w:rPr>
        <w:t xml:space="preserve">[30:48] </w:t>
      </w:r>
      <w:r>
        <w:t>misal ke taur par dekhiye, duniya bhar mein caron ka toofan hai, har taraf carain. carain kya karti hain? woh cheez karti hain jis ko kehte hain carbon emission, yani ek zehriili carain, zehriili gases fiza mein bhar deti hain.</w:t>
      </w:r>
    </w:p>
    <w:p>
      <w:pPr>
        <w:jc w:val="right"/>
      </w:pPr>
      <w:r>
        <w:t>مثال کے طور پر دیکھیے، دنیا بھر میں کاروں کا طوفان ہے، ہر طرف کاریں۔ کاریں کیا کرتی ہیں؟ وہ چیز کرتی ہیں جس کو کہتے ہیں کاربن ایمیشن، یعنی ایک زہریلی کاریں، زہریلی گیسیں فضا میں بھر دیتی ہیں۔</w:t>
      </w:r>
    </w:p>
    <w:p>
      <w:r>
        <w:rPr>
          <w:b/>
        </w:rPr>
        <w:t xml:space="preserve">[31:05] </w:t>
      </w:r>
      <w:r>
        <w:t>kya insaan is ke liye tayyar hai? car ke bajaye woh paidal chale, bicycle par chale? nahi tayyar hai, nahi tayyar hai to phir conference karne se kya faida?</w:t>
      </w:r>
    </w:p>
    <w:p>
      <w:pPr>
        <w:jc w:val="right"/>
      </w:pPr>
      <w:r>
        <w:t>کیا انسان اس کے لیے تیار ہے؟ کار کے بجائے وہ پیدل چلے، بائیسیکل پر چلے؟ نہیں تیار ہے، نہیں تیار ہے تو پھر کانفرنس کرنے سے کیا فائدہ؟</w:t>
      </w:r>
    </w:p>
    <w:p>
      <w:r>
        <w:rPr>
          <w:b/>
        </w:rPr>
        <w:t xml:space="preserve">[31:16] </w:t>
      </w:r>
      <w:r>
        <w:t>jo carain aap ne banai hain, dekhiye, carain yani move karne ki ka zariya hain, yahan se wahan hum ko le aati hain.</w:t>
      </w:r>
    </w:p>
    <w:p>
      <w:pPr>
        <w:jc w:val="right"/>
      </w:pPr>
      <w:r>
        <w:t>جو کاریں آپ نے بنائی ہیں، دیکھیے، کاریں یعنی موو کرنے کی کا ذریعہ ہیں، یہاں سے وہاں ہم کو لے آتی ہیں۔</w:t>
      </w:r>
    </w:p>
    <w:p>
      <w:r>
        <w:rPr>
          <w:b/>
        </w:rPr>
        <w:t xml:space="preserve">[31:28] </w:t>
      </w:r>
      <w:r>
        <w:t>to is universe mein har cheez move kar rahi hai, saare sitare move kar rahe hain, saare planets move kar rahe hain, hamari zameen move kar rahi hai, lekin koi pollution nahi hota, koi dhuan nahi nikalti hai.</w:t>
      </w:r>
    </w:p>
    <w:p>
      <w:pPr>
        <w:jc w:val="right"/>
      </w:pPr>
      <w:r>
        <w:t>تو اس یونیورس میں ہر چیز موو کر رہی ہے، سارے ستارے موو کر رہے ہیں، سارے پلینٹس موو کر رہے ہیں، ہماری زمین موو کر رہی ہے، لیکن کوئی پولیوشن نہیں ہوتا، کوئی دھواں نہیں نکلتی ہے۔</w:t>
      </w:r>
    </w:p>
    <w:p>
      <w:r>
        <w:rPr>
          <w:b/>
        </w:rPr>
        <w:t xml:space="preserve">[31:44] </w:t>
      </w:r>
      <w:r>
        <w:t>to nature mein jo industry hai, woh zero defect industry hai. ek poora, ek bohat bari huge industry hai, poora nature.</w:t>
      </w:r>
    </w:p>
    <w:p>
      <w:pPr>
        <w:jc w:val="right"/>
      </w:pPr>
      <w:r>
        <w:t>تو نیچر میں جو انڈسٹری ہے، وہ زیرو ڈیفیکٹ انڈسٹری ہے۔ ایک پورا، ایک بہت بڑی ہیوج انڈسٹری ہے، پورا نیچر۔</w:t>
      </w:r>
    </w:p>
    <w:p>
      <w:r>
        <w:rPr>
          <w:b/>
        </w:rPr>
        <w:t xml:space="preserve">[31:55] </w:t>
      </w:r>
      <w:r>
        <w:t>yahan tak ke darakht bhi aik industry hai jo carbon leti hai aur oxygen nikalti hai. sab kuch aik industry hai. to nature aik bohat bari huge industry hai.</w:t>
      </w:r>
    </w:p>
    <w:p>
      <w:pPr>
        <w:jc w:val="right"/>
      </w:pPr>
      <w:r>
        <w:t>یہاں تک کہ درخت بھی ایک انڈسٹری ہے جو کاربن لیتی ہے اور آکسیجن نکالتی ہے۔ سب کچھ ایک انڈسٹری ہے۔ تو نیچر ایک بہت بڑی ہیوج انڈسٹری ہے۔</w:t>
      </w:r>
    </w:p>
    <w:p>
      <w:r>
        <w:rPr>
          <w:b/>
        </w:rPr>
        <w:t xml:space="preserve">[32:05] </w:t>
      </w:r>
      <w:r>
        <w:t>lekin aap dekhiye, wahan par na noise pollution hai, na air pollution hai, na koi aur pollution hai. to insan ne jo banaya, insan ke bas mein hai nahi, ya khuda wali taqat to insan ke paas hai nahi.</w:t>
      </w:r>
    </w:p>
    <w:p>
      <w:pPr>
        <w:jc w:val="right"/>
      </w:pPr>
      <w:r>
        <w:t>لیکن آپ دیکھیے، وہاں پر نہ نوائز پولیوشن ہے، نہ ایئر پولیوشن ہے، نہ کوئی اور پولیوشن ہے۔ تو انسان نے جو بنایا، انسان کے بس میں ہے نہیں، یا خدا والی طاقت تو انسان کے پاس ہے نہیں۔</w:t>
      </w:r>
    </w:p>
    <w:p>
      <w:r>
        <w:rPr>
          <w:b/>
        </w:rPr>
        <w:t xml:space="preserve">[32:21] </w:t>
      </w:r>
      <w:r>
        <w:t>to insan ne civilization banai, lekin woh zero defect civilization nahi bana saka. woh isi se nikla kya? air pollution.</w:t>
      </w:r>
    </w:p>
    <w:p>
      <w:pPr>
        <w:jc w:val="right"/>
      </w:pPr>
      <w:r>
        <w:t>تو انسان نے سویلائزیشن بنائی، لیکن وہ زیرو ڈیفیکٹ سویلائزیشن نہیں بنا سکا۔ وہ اسی سے نکلا کیا؟ ایئر پولیوشن۔</w:t>
      </w:r>
    </w:p>
    <w:p>
      <w:r>
        <w:rPr>
          <w:b/>
        </w:rPr>
        <w:t xml:space="preserve">[32:31] </w:t>
      </w:r>
      <w:r>
        <w:t>yani har aadmi chahta hai ke mere paas car ho, yani har ek car ho. agar paisa ho to woh char caren khareed kar khara kar deta hai apne ghar ke samne.</w:t>
      </w:r>
    </w:p>
    <w:p>
      <w:pPr>
        <w:jc w:val="right"/>
      </w:pPr>
      <w:r>
        <w:t>یعنی ہر آدمی چاہتا ہے کہ میرے پاس کار ہو، یعنی ہر ایک کار ہو۔ اگر پیسہ ہو تو وہ چار کاریں خرید کر کھڑا کر دیتا ہے اپنے گھر کے سامنے۔</w:t>
      </w:r>
    </w:p>
    <w:p>
      <w:r>
        <w:rPr>
          <w:b/>
        </w:rPr>
        <w:t xml:space="preserve">[32:41] </w:t>
      </w:r>
      <w:r>
        <w:t>to yahi to pollution paida karti hain caren. to koi is ke liye tayyar nahi hai ke woh car ki bajaye bicycle par chale, car ki bajaye woh paidal chale. paidal chalne mein kitna faida hai?</w:t>
      </w:r>
    </w:p>
    <w:p>
      <w:pPr>
        <w:jc w:val="right"/>
      </w:pPr>
      <w:r>
        <w:t>تو یہی تو پولیوشن پیدا کرتی ہیں کاریں۔ تو کوئی اس کے لیے تیار نہیں ہے کہ وہ کار کی بجائے بائیسیکل پر چلے، کار کی بجائے وہ پیدل چلے۔ پیدل چلنے میں کتنا فائدہ ہے؟</w:t>
      </w:r>
    </w:p>
    <w:p>
      <w:r>
        <w:rPr>
          <w:b/>
        </w:rPr>
        <w:t xml:space="preserve">[32:53] </w:t>
      </w:r>
      <w:r>
        <w:t>walk karna sab se achi exercise hai.</w:t>
      </w:r>
    </w:p>
    <w:p>
      <w:pPr>
        <w:jc w:val="right"/>
      </w:pPr>
      <w:r>
        <w:t>واک کرنا سب سے اچھی ایکسرسائز ہے۔</w:t>
      </w:r>
    </w:p>
    <w:p>
      <w:r>
        <w:rPr>
          <w:b/>
        </w:rPr>
        <w:t xml:space="preserve">[32:59] </w:t>
      </w:r>
      <w:r>
        <w:t>kal mere aik saathi gaye doctor ke paas, un ki tabiyat theek nahi thi, unhon ne koi dawa nahi likhi. unhon ne kaha, aap ko kuch nahi karna hai, aap sirf walk kijiye, bas. dawa likhi nahi unhon ne, kaha walk kijiye.</w:t>
      </w:r>
    </w:p>
    <w:p>
      <w:pPr>
        <w:jc w:val="right"/>
      </w:pPr>
      <w:r>
        <w:t>کل میرے ایک ساتھی گئے ڈاکٹر کے پاس، ان کی طبیعت ٹھیک نہیں تھی، انہوں نے کوئی دوا نہیں لکھی۔ انہوں نے کہا، آپ کو کچھ نہیں کرنا ہے، آپ صرف واک کیجیے، بس۔ دوا لکھی نہیں انہوں نے، کہا واک کیجیے۔</w:t>
      </w:r>
    </w:p>
    <w:p>
      <w:r>
        <w:rPr>
          <w:b/>
        </w:rPr>
        <w:t xml:space="preserve">[33:12] </w:t>
      </w:r>
      <w:r>
        <w:t>to walk karna aik bohat hi healthy practice hai, lekin walk chhoot gayi. hamare bachpan mein sab log walk kiya karte the, matlab har kaam chal phir kar hota tha.</w:t>
      </w:r>
    </w:p>
    <w:p>
      <w:pPr>
        <w:jc w:val="right"/>
      </w:pPr>
      <w:r>
        <w:t>تو واک کرنا ایک بہت ہی ہیلتھی پریکٹس ہے، لیکن واک چھوٹ گئی۔ ہمارے بچپن میں سب لوگ واک کیا کرتے تھے، مطلب ہر کام چل پھر کر ہوتا تھا۔</w:t>
      </w:r>
    </w:p>
    <w:p>
      <w:r>
        <w:rPr>
          <w:b/>
        </w:rPr>
        <w:t xml:space="preserve">[33:24] </w:t>
      </w:r>
      <w:r>
        <w:t>ab jo hai, har waqt car mein, yahan se wahan, wahan se wahan, wahan se wahan, car mein chalte hain, hawai jahaz mein chalte hain. hawai jahaz bhi dhuan nikalta hai, car bhi dhuan nikalti hai.</w:t>
      </w:r>
    </w:p>
    <w:p>
      <w:pPr>
        <w:jc w:val="right"/>
      </w:pPr>
      <w:r>
        <w:t>اب جو ہے، ہر وقت کار میں، یہاں سے وہاں، وہاں سے وہاں، وہاں سے وہاں، کار میں چلتے ہیں، ہوائی جہاز میں چلتے ہیں۔ ہوائی جہاز بھی دھواں نکالتا ہے، کار بھی دھواں نکالتی ہے۔</w:t>
      </w:r>
    </w:p>
    <w:p>
      <w:r>
        <w:rPr>
          <w:b/>
        </w:rPr>
        <w:t xml:space="preserve">[33:37] </w:t>
      </w:r>
      <w:r>
        <w:t>to jab tak insan apne lifestyle ko badalne ko tayyar na ho, conference karne se koi faida nahi, kuch bhi faida nahi.</w:t>
      </w:r>
    </w:p>
    <w:p>
      <w:pPr>
        <w:jc w:val="right"/>
      </w:pPr>
      <w:r>
        <w:t>تو جب تک انسان اپنے لائف اسٹائل کو بدلنے کو تیار نہ ہو، کانفرنس کرنے سے کوئی فائدہ نہیں، کچھ بھی فائدہ نہیں۔</w:t>
      </w:r>
    </w:p>
    <w:p>
      <w:r>
        <w:rPr>
          <w:b/>
        </w:rPr>
        <w:t xml:space="preserve">[33:49] </w:t>
      </w:r>
      <w:r>
        <w:t>to dekhiye, ab masla kya hai? masla yeh hai ke insan ka ki limit aa gayi, is ke aage insan ke bas mein kuch bhi nahi.</w:t>
      </w:r>
    </w:p>
    <w:p>
      <w:pPr>
        <w:jc w:val="right"/>
      </w:pPr>
      <w:r>
        <w:t>تو دیکھیے، اب مسئلہ کیا ہے؟ مسئلہ یہ ہے کہ انسان کا کی لمٹ آ گئی، اس کے آگے انسان کے بس میں کچھ بھی نہیں۔</w:t>
      </w:r>
    </w:p>
    <w:p>
      <w:r>
        <w:rPr>
          <w:b/>
        </w:rPr>
        <w:t xml:space="preserve">[34:02] </w:t>
      </w:r>
      <w:r>
        <w:t>jis tarah se is se pehle jin ki limit aayi thi, Allah taala ne un ko hata diya aur insan ko is ka charge diya zameen ka. un ki bhi limit aa gayi, yani civilization jo banai unhon ne, is civilization ke sath is ka negative aspect samne aa gaya.</w:t>
      </w:r>
    </w:p>
    <w:p>
      <w:pPr>
        <w:jc w:val="right"/>
      </w:pPr>
      <w:r>
        <w:t>جس طرح سے اس سے پہلے جن کی لمٹ آئی تھی، اللہ تعالی نے ان کو ہٹا دیا اور انسان کو اس کا چارج دیا زمین کا۔ ان کی بھی لمٹ آ گئی، یعنی سویلائزیشن جو بنائی انہوں نے، اس سویلائزیشن کے ساتھ اس کا نیگیٹیو ایسپیکٹ سامنے آ گیا۔</w:t>
      </w:r>
    </w:p>
    <w:p>
      <w:r>
        <w:rPr>
          <w:b/>
        </w:rPr>
        <w:t xml:space="preserve">[34:18] </w:t>
      </w:r>
      <w:r>
        <w:t>civilization ka aik plus point tha, aik is ka minus point tha. plus point to tha ke is se hamein comfort mila, hum ko achi cheezen milen.</w:t>
      </w:r>
    </w:p>
    <w:p>
      <w:pPr>
        <w:jc w:val="right"/>
      </w:pPr>
      <w:r>
        <w:t>سویلائزیشن کا ایک پلس پوائنٹ تھا، ایک اس کا مائنس پوائنٹ تھا۔ پلس پوائنٹ تو تھا کہ اس سے ہمیں کمفرٹ ملا، ہم کو اچھی چیزیں ملیں۔</w:t>
      </w:r>
    </w:p>
    <w:p>
      <w:r>
        <w:rPr>
          <w:b/>
        </w:rPr>
        <w:t xml:space="preserve">[34:30] </w:t>
      </w:r>
      <w:r>
        <w:t>is ka minus point yeh tha ke do bohat si doosri kharabiyan paida huin, maslan water pollution, noise pollution, air pollution.</w:t>
      </w:r>
    </w:p>
    <w:p>
      <w:pPr>
        <w:jc w:val="right"/>
      </w:pPr>
      <w:r>
        <w:t>اس کا مائنس پوائنٹ یہ تھا کہ دو بہت سی دوسری خرابیاں پیدا ہوئیں، مثلاً واٹر پولیوشن، نوائز پولیوشن، ایئر پولیوشن۔</w:t>
      </w:r>
    </w:p>
    <w:p>
      <w:r>
        <w:rPr>
          <w:b/>
        </w:rPr>
        <w:t xml:space="preserve">[34:42] </w:t>
      </w:r>
      <w:r>
        <w:t>to insan ke paas is ka koi, is ka koi solution nahi hai. insan ke paas woh technology nahi hai jo Khuda ke paas hai.</w:t>
      </w:r>
    </w:p>
    <w:p>
      <w:pPr>
        <w:jc w:val="right"/>
      </w:pPr>
      <w:r>
        <w:t>تو انسان کے پاس اس کا کوئی، اس کا کوئی سلوشن نہیں ہے۔ انسان کے پاس وہ ٹیکنالوجی نہیں ہے جو خدا کے پاس ہے۔</w:t>
      </w:r>
    </w:p>
    <w:p>
      <w:r>
        <w:rPr>
          <w:b/>
        </w:rPr>
        <w:t xml:space="preserve">[34:53] </w:t>
      </w:r>
      <w:r>
        <w:t>yani Khuda aik bohat bari factory chala raha hai universe mein, ab wahan par koi pollution nahi. to insan ke paas woh technology nahi hai.</w:t>
      </w:r>
    </w:p>
    <w:p>
      <w:pPr>
        <w:jc w:val="right"/>
      </w:pPr>
      <w:r>
        <w:t>یعنی خدا ایک بہت بڑی فیکٹری چلا رہا ہے یونیورس میں، اب وہاں پر کوئی پولیوشن نہیں۔ تو انسان کے پاس وہ ٹیکنالوجی نہیں ہے۔</w:t>
      </w:r>
    </w:p>
    <w:p>
      <w:r>
        <w:rPr>
          <w:b/>
        </w:rPr>
        <w:t xml:space="preserve">[35:03] </w:t>
      </w:r>
      <w:r>
        <w:t>to insan ka, insan ke progress ki had aa gayi, is ke aage kuch nahi. yani jis cheez ko Alvin Toffler ne kaha tha ke hum industrial age se super industrial age mein ja rahe hain, us ko yeh pata nahi tha ke hamari limit aa chuki hai.</w:t>
      </w:r>
    </w:p>
    <w:p>
      <w:pPr>
        <w:jc w:val="right"/>
      </w:pPr>
      <w:r>
        <w:t>تو انسان کا، انسان کے پروگریس کی حد آ گئی، اس کے آگے کچھ نہیں۔ یعنی جس چیز کو البن ٹافلر نے کہا تھا کہ ہم انڈسٹریل ایج سے سپر انڈسٹریل ایج میں جا رہے ہیں، اس کو یہ پتہ نہیں تھا کہ ہماری لمٹ آ چکی ہے۔</w:t>
      </w:r>
    </w:p>
    <w:p>
      <w:r>
        <w:rPr>
          <w:b/>
        </w:rPr>
        <w:t xml:space="preserve">[35:22] </w:t>
      </w:r>
      <w:r>
        <w:t>hamari limit aa chuki hai, hum industrial age jo hai, woh hamari limit thi. ab to jo aaya hai, woh pollution age aayega, pollution age aayega.</w:t>
      </w:r>
    </w:p>
    <w:p>
      <w:pPr>
        <w:jc w:val="right"/>
      </w:pPr>
      <w:r>
        <w:t>ہماری لمٹ آ چکی ہے، ہم انڈسٹریل ایج جو ہے، وہ ہماری لمٹ تھی۔ اب تو جو آیا ہے، وہ پولیوشن ایج آئے گا، پولیوشن ایج آئے گا۔</w:t>
      </w:r>
    </w:p>
    <w:p>
      <w:r>
        <w:rPr>
          <w:b/>
        </w:rPr>
        <w:t xml:space="preserve">[35:34] </w:t>
      </w:r>
      <w:r>
        <w:t>yahan par dekhiye, main samajhta hoon ke jo Quran mein aur hadith mein jo predictions theen, predictions, woh aik aik kar ke poori ho rahi hain.</w:t>
      </w:r>
    </w:p>
    <w:p>
      <w:pPr>
        <w:jc w:val="right"/>
      </w:pPr>
      <w:r>
        <w:t>یہاں پر دیکھیے، میں سمجھتا ہوں کہ جو قرآن میں اور حدیث میں جو پریڈکشنز تھیں، پریڈکشنز، وہ ایک ایک کر کے پوری ہو رہی ہیں۔</w:t>
      </w:r>
    </w:p>
    <w:p>
      <w:r>
        <w:rPr>
          <w:b/>
        </w:rPr>
        <w:t xml:space="preserve">[35:45] </w:t>
      </w:r>
      <w:r>
        <w:t>maslan hadith mein hai ke jo pani hai is earth ke upar, woh jaane lage ga.</w:t>
      </w:r>
    </w:p>
    <w:p>
      <w:pPr>
        <w:jc w:val="right"/>
      </w:pPr>
      <w:r>
        <w:t>مثلاً حدیث میں ہے کہ جو پانی ہے اس ارتھ کے اوپر، وہ جانے لگے گا۔</w:t>
      </w:r>
    </w:p>
    <w:p>
      <w:r>
        <w:rPr>
          <w:b/>
        </w:rPr>
        <w:t xml:space="preserve">[35:56] </w:t>
      </w:r>
      <w:r>
        <w:t>sab se pehle one third jayega, phir two third jayega, phir bilkul hi chala jayega. woh dekhiye, process jari hai, glacier pighal rahe hain,</w:t>
      </w:r>
    </w:p>
    <w:p>
      <w:pPr>
        <w:jc w:val="right"/>
      </w:pPr>
      <w:r>
        <w:t>سب سے پہلے ون تھرڈ جائے گا، پھر ٹو تھرڈ جائے گا، پھر بالکل ہی چلا جائے گا۔ وہ دیکھیے، پروسیس جاری ہے، گلیشیئر پگھل رہے ہیں،</w:t>
      </w:r>
    </w:p>
    <w:p>
      <w:r>
        <w:rPr>
          <w:b/>
        </w:rPr>
        <w:t xml:space="preserve">[36:08] </w:t>
      </w:r>
      <w:r>
        <w:t>glacier pighal rahe hain, aur jo woh hain ice, jo woh jo hain polar pole par jo barf ka toda hai, woh sab pighal raha hai.</w:t>
      </w:r>
    </w:p>
    <w:p>
      <w:pPr>
        <w:jc w:val="right"/>
      </w:pPr>
      <w:r>
        <w:t>گلیشیئر پگھل رہے ہیں، اور جو وہ ہیں آئس، جو وہ جو ہیں پولر پول پر جو برف کا تودہ ہے، وہ سب پگھل رہا ہے۔</w:t>
      </w:r>
    </w:p>
    <w:p>
      <w:r>
        <w:rPr>
          <w:b/>
        </w:rPr>
        <w:t xml:space="preserve">[36:22] </w:t>
      </w:r>
      <w:r>
        <w:t>iceberg pighal rahe hain, pighalne se kya ho raha hai? dekhiye, glacier, jaise hamari Jamna aur Ganga kahan se nikalti hain, woh woh nikalti hain paharon ke upar jo glacier hain.</w:t>
      </w:r>
    </w:p>
    <w:p>
      <w:pPr>
        <w:jc w:val="right"/>
      </w:pPr>
      <w:r>
        <w:t>آئس برگ پگھل رہے ہیں، پگھلنے سے کیا ہو رہا ہے؟ دیکھیے، گلیشیئر، جیسے ہماری جمنا اور گنگا کہاں سے نکلتی ہیں، وہ وہ نکلتی ہیں پہاڑوں کے اوپر جو گلیشیئر ہیں۔</w:t>
      </w:r>
    </w:p>
    <w:p>
      <w:r>
        <w:rPr>
          <w:b/>
        </w:rPr>
        <w:t xml:space="preserve">[36:36] </w:t>
      </w:r>
      <w:r>
        <w:t>glacier ka matlab hai barf ke store, barf ke bare bare store ko hum glacier kehte hain. to global warming se glacier pighle, yani pighle to pani kahan gaya?</w:t>
      </w:r>
    </w:p>
    <w:p>
      <w:pPr>
        <w:jc w:val="right"/>
      </w:pPr>
      <w:r>
        <w:t>گلیشیئر کا مطلب ہے برف کے اسٹور، برف کے بڑے بڑے اسٹور کو ہم گلیشیئر کہتے ہیں۔ تو گلوبل وارمنگ سے گلیشیئر پگھلے، یعنی پگھلے تو پانی کہاں گیا؟</w:t>
      </w:r>
    </w:p>
    <w:p>
      <w:r>
        <w:rPr>
          <w:b/>
        </w:rPr>
        <w:t xml:space="preserve">[36:48] </w:t>
      </w:r>
      <w:r>
        <w:t>nadiyon mein aaya. ab nadiyon mein aa gaya to pani kahan gaya? woh gaya samundaron mein. matlab kya hai? yani fresh water, salt water ban gaya, fresh water, salty water ban gaya.</w:t>
      </w:r>
    </w:p>
    <w:p>
      <w:pPr>
        <w:jc w:val="right"/>
      </w:pPr>
      <w:r>
        <w:t>ندیوں میں آیا۔ اب ندیوں میں آگیا تو پانی کہاں گیا؟ وہ گیا سمندروں میں۔ مطلب کیا ہے؟ یعنی فریش واٹر، سالٹ واٹر بن گیا، فریش واٹر، سالٹی واٹر بن گیا۔</w:t>
      </w:r>
    </w:p>
    <w:p>
      <w:r>
        <w:rPr>
          <w:b/>
        </w:rPr>
        <w:t xml:space="preserve">[37:02] </w:t>
      </w:r>
      <w:r>
        <w:t>yani khari pani pehle tha samandar mein, Allah taala ne barish barsai. Barish se barish jo tha, kya hai?</w:t>
      </w:r>
    </w:p>
    <w:p>
      <w:pPr>
        <w:jc w:val="right"/>
      </w:pPr>
      <w:r>
        <w:t>یعنی کھاری پانی پہلے تھا سمندر میں، اللہ تعالی نے بارش برسائی۔ بارش سے بارش جو تھا، کیا ہے؟</w:t>
      </w:r>
    </w:p>
    <w:p>
      <w:r>
        <w:rPr>
          <w:b/>
        </w:rPr>
        <w:t xml:space="preserve">[37:11] </w:t>
      </w:r>
      <w:r>
        <w:t>de saltaion hai. Barish ka matlab kya hai? Yani bohat hi baray level par de saltaion. De saltaion kar ke Khuda ne fresh water ko ek store kiya paharon ke upar glacier ke roop mein.</w:t>
      </w:r>
    </w:p>
    <w:p>
      <w:pPr>
        <w:jc w:val="right"/>
      </w:pPr>
      <w:r>
        <w:t>ڈی سالٹیشن ہے۔ بارش کا مطلب کیا ہے؟ یعنی بہت ہی بڑے لیول پر ڈی سالٹیشن۔ ڈی سالٹیشن کر کے خدا نے فریش واٹر کو ایک اسٹور کیا پہاڑوں کے اوپر گلیشیئر کے روپ میں۔</w:t>
      </w:r>
    </w:p>
    <w:p>
      <w:r>
        <w:rPr>
          <w:b/>
        </w:rPr>
        <w:t xml:space="preserve">[37:27] </w:t>
      </w:r>
      <w:r>
        <w:t>Ab global warming ki wajah se woh pighalne laga, pighalne laga. Pighal kar kahan jaye ga? Aye ga darya mein. Darya kahan jaye ga?</w:t>
      </w:r>
    </w:p>
    <w:p>
      <w:pPr>
        <w:jc w:val="right"/>
      </w:pPr>
      <w:r>
        <w:t>اب گلوبل وارمنگ کی وجہ سے وہ پگھلنے لگا، پگھلنے لگا۔ پگھل کر کہاں جائے گا؟ آئے گا دریا میں۔ دریا کہاں جائے گا؟</w:t>
      </w:r>
    </w:p>
    <w:p>
      <w:r>
        <w:rPr>
          <w:b/>
        </w:rPr>
        <w:t xml:space="preserve">[37:36] </w:t>
      </w:r>
      <w:r>
        <w:t>Samandar mein. Yani jis pani ko nature ne extract kar ke fresh water banaya tha, yani khari pani ko meetha pani banaya tha, to global warming is pani ko dobara lota raha ja raha hai samandar mein.</w:t>
      </w:r>
    </w:p>
    <w:p>
      <w:pPr>
        <w:jc w:val="right"/>
      </w:pPr>
      <w:r>
        <w:t>سمندر میں۔ یعنی جس پانی کو نیچر نے ایکسٹریکٹ کر کے فریش واٹر بنایا تھا، یعنی کھاری پانی کو میٹھا پانی بنایا تھا، تو گلوبل وارمنگ اس پانی کو دوبارہ لوٹا رہا جا رہا ہے سمندر میں۔</w:t>
      </w:r>
    </w:p>
    <w:p>
      <w:r>
        <w:rPr>
          <w:b/>
        </w:rPr>
        <w:t xml:space="preserve">[37:51] </w:t>
      </w:r>
      <w:r>
        <w:t>Yani phir woh khari pani ban raha hai. Kitna bara yeh muamla hai. To hadith mein hai ke pehle one third jaye ga, phir two third jaye ga, phir total total chala jaye ga.</w:t>
      </w:r>
    </w:p>
    <w:p>
      <w:pPr>
        <w:jc w:val="right"/>
      </w:pPr>
      <w:r>
        <w:t>یعنی پھر وہ کھاری پانی بن رہا ہے۔ کتنا بڑا یہ معاملہ ہے۔ تو حدیث میں ہے کہ پہلے ون تھرڈ جائے گا، پھر ٹو تھرڈ جائے گا، پھر ٹوٹل ٹوٹل چلا جائے گا۔</w:t>
      </w:r>
    </w:p>
    <w:p>
      <w:r>
        <w:rPr>
          <w:b/>
        </w:rPr>
        <w:t xml:space="preserve">[38:03] </w:t>
      </w:r>
      <w:r>
        <w:t>To one third pani pehle hi ja chuka hai samandaron mein. Jamna aur aur Ganga ka pani bohat kam ho gaya hai.</w:t>
      </w:r>
    </w:p>
    <w:p>
      <w:pPr>
        <w:jc w:val="right"/>
      </w:pPr>
      <w:r>
        <w:t>تو ون تھرڈ پانی پہلے ہی جا چکا ہے سمندروں میں۔ جمنا اور اور گنگا کا پانی بہت کم ہو گیا ہے۔</w:t>
      </w:r>
    </w:p>
    <w:p>
      <w:r>
        <w:rPr>
          <w:b/>
        </w:rPr>
        <w:t xml:space="preserve">[38:14] </w:t>
      </w:r>
      <w:r>
        <w:t>Agar aap jante hon to jante hon, nahi to aap pata kar lijiyay. Daryao mein, tamam daryao mein pani bohat kam ho gaya hai. Ganga, Jamna, jo itni bari daryaein theen, un mein pani bohat ziyada kam ho gaya hai.</w:t>
      </w:r>
    </w:p>
    <w:p>
      <w:pPr>
        <w:jc w:val="right"/>
      </w:pPr>
      <w:r>
        <w:t>اگر آپ جانتے ہوں تو جانتے ہوں، نہیں تو آپ پتہ کر لیجیے۔ دریاؤں میں، تمام دریاؤں میں پانی بہت کم ہو گیا ہے۔ گنگا، جمنا، جو اتنی بڑی دریائیں تھیں، ان میں پانی بہت زیادہ کم ہو گیا ہے۔</w:t>
      </w:r>
    </w:p>
    <w:p>
      <w:r>
        <w:rPr>
          <w:b/>
        </w:rPr>
        <w:t xml:space="preserve">[38:26] </w:t>
      </w:r>
      <w:r>
        <w:t>To kyun? Yani one third to pehle hi beh kar samandaron mein ja chuka, yani khari ban chuka. Ab khari pani jab samandaron mein pani chala jata hai, dekhiye, samandar se pani pani hote hain, lekin woh khari hote hain.</w:t>
      </w:r>
    </w:p>
    <w:p>
      <w:pPr>
        <w:jc w:val="right"/>
      </w:pPr>
      <w:r>
        <w:t>تو کیوں؟ یعنی ون تھرڈ تو پہلے ہی بہہ کر سمندروں میں جا چکا، یعنی کھاری بن چکا۔ اب کھاری پانی جب سمندروں میں پانی چلا جاتا ہے، دیکھیے، سمندر سے پانی پانی ہوتے ہیں، لیکن وہ کھاری ہوتے ہیں۔</w:t>
      </w:r>
    </w:p>
    <w:p>
      <w:r>
        <w:rPr>
          <w:b/>
        </w:rPr>
        <w:t xml:space="preserve">[38:41] </w:t>
      </w:r>
      <w:r>
        <w:t>Yani das feesad is mein namak hota hai. Aap istemal nahi kar sakte. Woh jo ek kahani hai, English prediction likhi hai ke ek jahaz toot gaya, to ek aadmi lakri ke takhtay par hai aur samandar mein tair raha hai.</w:t>
      </w:r>
    </w:p>
    <w:p>
      <w:pPr>
        <w:jc w:val="right"/>
      </w:pPr>
      <w:r>
        <w:t>یعنی دس فیصد اس میں نمک ہوتا ہے۔ آپ استعمال نہیں کر سکتے۔ وہ جو ایک کہانی ہے، انگلش پریڈکشن لکھی ہے کہ ایک جہاز ٹوٹ گیا، تو ایک آدمی لکڑی کے تختے پر ہے اور سمندر میں تیر رہا ہے۔</w:t>
      </w:r>
    </w:p>
    <w:p>
      <w:r>
        <w:rPr>
          <w:b/>
        </w:rPr>
        <w:t xml:space="preserve">[38:59] </w:t>
      </w:r>
      <w:r>
        <w:t>Koi jahaz to toot chuka hai. Ab dekhta hai, charon taraf pani hai, koi piyas lag rahi hai, piyas, lekin pi nahi sakta kyunke bohat khari hai woh. To woh kehta hai ke water, water, every where, not a drop to drink.</w:t>
      </w:r>
    </w:p>
    <w:p>
      <w:pPr>
        <w:jc w:val="right"/>
      </w:pPr>
      <w:r>
        <w:t>کوئی جہاز تو ٹوٹ چکا ہے۔ اب دیکھتا ہے، چاروں طرف پانی ہے، کوئی پیاس لگ رہی ہے، پیاس، لیکن پی نہیں سکتا کیونکہ بہت کھاری ہے وہ۔ تو وہ کہتا ہے کہ واٹر، واٹر، ایوری ویر، ناٹ ا ڈراپ ٹو ڈرنک۔</w:t>
      </w:r>
    </w:p>
    <w:p>
      <w:r>
        <w:rPr>
          <w:b/>
        </w:rPr>
        <w:t xml:space="preserve">[39:13] </w:t>
      </w:r>
      <w:r>
        <w:t>Water, water, every where, not a drop to drink. To woh halat, is halat ki taraf hamari ab hamara safar ja raha hai ke water hoga samandaron mein, lekin woh khari hoga, istemal nahi kar sakein ge aap.</w:t>
      </w:r>
    </w:p>
    <w:p>
      <w:pPr>
        <w:jc w:val="right"/>
      </w:pPr>
      <w:r>
        <w:t>واٹر، واٹر، ایوری ویر، ناٹ ا ڈراپ ٹو ڈرنک۔ تو وہ حالت، اس حالت کی طرف ہماری اب ہمارا سفر جا رہا ہے کہ واٹر ہوگا سمندروں میں، لیکن وہ کھاری ہوگا، استعمال نہیں کر سکیں گے آپ۔</w:t>
      </w:r>
    </w:p>
    <w:p>
      <w:r>
        <w:rPr>
          <w:b/>
        </w:rPr>
        <w:t xml:space="preserve">[39:28] </w:t>
      </w:r>
      <w:r>
        <w:t>To hadith mein kaha gaya tha ke one third jaye ga, two third jaye ga, phir total chala jaye ga. To dekhiye, jo scientists log jo bata rahe hain, to one third pehle hi fresh water ja chuka samandar mein, yani salty water ban chuka.</w:t>
      </w:r>
    </w:p>
    <w:p>
      <w:pPr>
        <w:jc w:val="right"/>
      </w:pPr>
      <w:r>
        <w:t>تو حدیث میں کہا گیا تھا کہ ون تھرڈ جائے گا، ٹو تھرڈ جائے گا، پھر ٹوٹل چلا جائے گا۔ تو دیکھیے، جو سائنسدان لوگ جو بتا رہے ہیں، تو ون تھرڈ پہلے ہی فریش واٹر جا چکا سمندر میں، یعنی سالٹی واٹر بن چکا۔</w:t>
      </w:r>
    </w:p>
    <w:p>
      <w:r>
        <w:rPr>
          <w:b/>
        </w:rPr>
        <w:t xml:space="preserve">[39:46] </w:t>
      </w:r>
      <w:r>
        <w:t>Ab process jo hai, two third par chal raha hai. Jab two third chala jaye ga to phir aakhri third par jaye ga. Yeh hai jis tarah ja rahi hai duniya.</w:t>
      </w:r>
    </w:p>
    <w:p>
      <w:pPr>
        <w:jc w:val="right"/>
      </w:pPr>
      <w:r>
        <w:t>اب پروسیس جو ہے، ٹو تھرڈ پر چل رہا ہے۔ جب ٹو تھرڈ چلا جائے گا تو پھر آخری تھرڈ پر جائے گا۔ یہ ہے جس طرح جا رہی ہے دنیا۔</w:t>
      </w:r>
    </w:p>
    <w:p>
      <w:r>
        <w:rPr>
          <w:b/>
        </w:rPr>
        <w:t xml:space="preserve">[39:57] </w:t>
      </w:r>
      <w:r>
        <w:t>Is tarah se yeh jo air pollution hai, air pollution ne dekhiye jo halat kar rakhi hai hamari. To kal Delhi walon ne dekha is ko ke kya halat hai.</w:t>
      </w:r>
    </w:p>
    <w:p>
      <w:pPr>
        <w:jc w:val="right"/>
      </w:pPr>
      <w:r>
        <w:t>اس طرح سے یہ جو ایئر پولیوشن ہے، ایئر پولیوشن نے دیکھیے جو حالت کر رکھی ہے ہماری۔ تو کل دلی والوں نے دیکھا اس کو کہ کیا حالت ہے۔</w:t>
      </w:r>
    </w:p>
    <w:p>
      <w:r>
        <w:rPr>
          <w:b/>
        </w:rPr>
        <w:t xml:space="preserve">[40:09] </w:t>
      </w:r>
      <w:r>
        <w:t>Jab kal jab yeh sab dark ho raha tha to main ne ek software le kar poocha ke bhai bahar jo main hoon, main apni balcony mein tha to saans lene mein bohat masibat ho rahi thi.</w:t>
      </w:r>
    </w:p>
    <w:p>
      <w:pPr>
        <w:jc w:val="right"/>
      </w:pPr>
      <w:r>
        <w:t>جب کل جب یہ سب ڈارک ہو رہا تھا تو میں نے ایک سافٹ ویئر لے کر پوچھا کہ بھئی باہر جو میں ہوں، میں اپنی بالکنی میں تھا تو سانس لینے میں بہت مصیبت ہو رہی تھی۔</w:t>
      </w:r>
    </w:p>
    <w:p>
      <w:r>
        <w:rPr>
          <w:b/>
        </w:rPr>
        <w:t xml:space="preserve">[40:22] </w:t>
      </w:r>
      <w:r>
        <w:t>To main ne telephone kar ke poocha bhai kya karoon main? Kal ki baat hai. To kaha ke room mein chale jaiye andar taake kam se kam inhale karein aap.</w:t>
      </w:r>
    </w:p>
    <w:p>
      <w:pPr>
        <w:jc w:val="right"/>
      </w:pPr>
      <w:r>
        <w:t>تو میں نے ٹیلی فون کر کے پوچھا بھئی کیا کروں میں؟ کل کی بات ہے۔ تو کہا کہ روم میں چلے جائیے اندر تاکہ کم سے کم انہیل کریں آپ۔</w:t>
      </w:r>
    </w:p>
    <w:p>
      <w:r>
        <w:rPr>
          <w:b/>
        </w:rPr>
        <w:t xml:space="preserve">[40:31] </w:t>
      </w:r>
      <w:r>
        <w:t>Bahar aap ziyada inhale kar rahe hain, room mein chale jayein to kuch kam inhale painge. To main andar kamray mein chala gaya. Yeh halat hai.</w:t>
      </w:r>
    </w:p>
    <w:p>
      <w:pPr>
        <w:jc w:val="right"/>
      </w:pPr>
      <w:r>
        <w:t>باہر آپ زیادہ انہیل کر رہے ہیں، روم میں چلے جائیں تو کچھ کم انہیل کر پائیں گے۔ تو میں اندر کمرے میں چلا گیا۔ یہ حالت ہے۔</w:t>
      </w:r>
    </w:p>
    <w:p>
      <w:r>
        <w:rPr>
          <w:b/>
        </w:rPr>
        <w:t xml:space="preserve">[40:43] </w:t>
      </w:r>
      <w:r>
        <w:t>To is ko bohat ziyada sochne ki zaroorat hai. To jo jo predictions hain ke qayamat se pehle yeh hoga, yeh hoga, yeh hoga, inhi mein se ek dukhan hai, dhuan.</w:t>
      </w:r>
    </w:p>
    <w:p>
      <w:pPr>
        <w:jc w:val="right"/>
      </w:pPr>
      <w:r>
        <w:t>تو اس کو بہت زیادہ سوچنے کی ضرورت ہے۔ تو جو جو پریڈکشنز ہیں کہ قیامت سے پہلے یہ ہوگا، یہ ہوگا، یہ ہوگا، انہی میں سے ایک دخان ہے، دھواں۔</w:t>
      </w:r>
    </w:p>
    <w:p>
      <w:r>
        <w:rPr>
          <w:b/>
        </w:rPr>
        <w:t xml:space="preserve">[40:56] </w:t>
      </w:r>
      <w:r>
        <w:t>Ke qayamat se pehle dhuan zahir hoga. Maslan dhuan ka matlab hai air pollution. Kyunke dekhiye, aasmani level par and wide spirit smoke kabhi duniya mein tha nahi.</w:t>
      </w:r>
    </w:p>
    <w:p>
      <w:pPr>
        <w:jc w:val="right"/>
      </w:pPr>
      <w:r>
        <w:t>کہ قیامت سے پہلے دھواں ظاہر ہوگا۔ مثلاً دھواں کا مطلب ہے ایئر پولیوشن۔ کیونکہ دیکھیے، آسمانی لیول پر اینڈ وائیڈ اسپرٹ سموک کبھی دنیا میں تھا نہیں۔</w:t>
      </w:r>
    </w:p>
    <w:p>
      <w:r>
        <w:rPr>
          <w:b/>
        </w:rPr>
        <w:t xml:space="preserve">[41:07] </w:t>
      </w:r>
      <w:r>
        <w:t>Yeh to naya phenomena hai ke wide spirit smoke, yani sari fiza hi bhar jati hai. Pehle smoke jo hota hai, local tor par hota tha.</w:t>
      </w:r>
    </w:p>
    <w:p>
      <w:pPr>
        <w:jc w:val="right"/>
      </w:pPr>
      <w:r>
        <w:t>یہ تو نیا فیناومینا ہے کہ وائیڈ اسپرٹ سموک، یعنی ساری فضا ہی بھر جاتی ہے۔ پہلے سموک جو ہوتا ہے، لوکل طور پر ہوتا تھا۔</w:t>
      </w:r>
    </w:p>
    <w:p>
      <w:r>
        <w:rPr>
          <w:b/>
        </w:rPr>
        <w:t xml:space="preserve">[41:21] </w:t>
      </w:r>
      <w:r>
        <w:t>Ek ghar mein kuch lakri jalai gayi, kuch dhuan aa gaya. Lekin yeh jo phenomena hai, wide spirit phenomena, ke sari fiza ko bhar diya, yani dhuyein se, yeh to ek bilkul nayi cheez hai.</w:t>
      </w:r>
    </w:p>
    <w:p>
      <w:pPr>
        <w:jc w:val="right"/>
      </w:pPr>
      <w:r>
        <w:t>ایک گھر میں کچھ لکڑی جلائی گئی، کچھ دھواں آ گیا۔ لیکن یہ جو فیناومینا ہے، وائیڈ اسپرٹ فیناومینا، کہ ساری فضا کو بھر دیا، یعنی دھوئیں سے، یہ تو ایک بالکل نئی چیز ہے۔</w:t>
      </w:r>
    </w:p>
    <w:p>
      <w:r>
        <w:rPr>
          <w:b/>
        </w:rPr>
        <w:t xml:space="preserve">[41:38] </w:t>
      </w:r>
      <w:r>
        <w:t>To hadith mein, Quran mein dono mein yeh baat kahi gayi hai ke qayamat se pehle ek dukhan zahir hoga, ek dhuan zahir hoga. Woh ho chuka, woh ho chuka.</w:t>
      </w:r>
    </w:p>
    <w:p>
      <w:pPr>
        <w:jc w:val="right"/>
      </w:pPr>
      <w:r>
        <w:t>تو حدیث میں، قرآن میں دونوں میں یہ بات کہی گئی ہے کہ قیامت سے پہلے ایک دخان ظاہر ہوگا، ایک دھواں ظاہر ہوگا۔ وہ ہو چکا، وہ ہو چکا۔</w:t>
      </w:r>
    </w:p>
    <w:p>
      <w:r>
        <w:rPr>
          <w:b/>
        </w:rPr>
        <w:t xml:space="preserve">[41:49] </w:t>
      </w:r>
      <w:r>
        <w:t>Is tarah ki bohat sari cheezein hain. Ab dekhiye, yahan main aap ko Quran o Hadith ki roshni mein batana chahta hoon ke teen period hain insani history ke.</w:t>
      </w:r>
    </w:p>
    <w:p>
      <w:pPr>
        <w:jc w:val="right"/>
      </w:pPr>
      <w:r>
        <w:t>اس طرح کی بہت ساری چیزیں ہیں۔ اب دیکھیے، یہاں میں آپ کو قرآن و حدیث کی روشنی میں بتانا چاہتا ہوں کہ تین پیریڈ ہیں انسانی ہسٹری کے۔</w:t>
      </w:r>
    </w:p>
    <w:p>
      <w:r>
        <w:rPr>
          <w:b/>
        </w:rPr>
        <w:t xml:space="preserve">[42:03] </w:t>
      </w:r>
      <w:r>
        <w:t>Teen period hain. First period konsa tha? Woh tha, yani teen ya char, yani first period jinka period tha is zameen par.</w:t>
      </w:r>
    </w:p>
    <w:p>
      <w:pPr>
        <w:jc w:val="right"/>
      </w:pPr>
      <w:r>
        <w:t>تین پیریڈ ہیں۔ فرسٹ پیریڈ کونسا تھا؟ وہ تھا، یعنی تین یا چار، یعنی فرسٹ پیریڈ جن کا پیریڈ تھا اس زمین پر۔</w:t>
      </w:r>
    </w:p>
    <w:p>
      <w:r>
        <w:rPr>
          <w:b/>
        </w:rPr>
        <w:t xml:space="preserve">[42:15] </w:t>
      </w:r>
      <w:r>
        <w:t>Jin, jin jo tha, jin ka period jo hai, woh no civilization period hai. Koi civilization nahi bana bana paya woh.</w:t>
      </w:r>
    </w:p>
    <w:p>
      <w:pPr>
        <w:jc w:val="right"/>
      </w:pPr>
      <w:r>
        <w:t>جن، جن جو تھا، جن کا پیریڈ جو ہے، وہ نو سویلائزیشن پیریڈ ہے۔ کوئی سویلائزیشن نہیں بنا بنا پایا وہ۔</w:t>
      </w:r>
    </w:p>
    <w:p>
      <w:r>
        <w:rPr>
          <w:b/>
        </w:rPr>
        <w:t xml:space="preserve">[42:24] </w:t>
      </w:r>
      <w:r>
        <w:t>no civilization period hai. phir insan aata hai, insan ek civilization banata hai. lekin yeh civilization jo hai, woh kya hai?</w:t>
      </w:r>
    </w:p>
    <w:p>
      <w:pPr>
        <w:jc w:val="right"/>
      </w:pPr>
      <w:r>
        <w:t>نو سویلائزیشن پیریڈ ہے۔ پھر انسان آتا ہے، انسان ایک سویلائزیشن بناتا ہے۔ لیکن یہ سویلائزیشن جو ہے، وہ کیا ہے؟</w:t>
      </w:r>
    </w:p>
    <w:p>
      <w:r>
        <w:rPr>
          <w:b/>
        </w:rPr>
        <w:t xml:space="preserve">[42:34] </w:t>
      </w:r>
      <w:r>
        <w:t>imperfect civilization. imperfect civilization, yani ghair beari tehzeeb. toh jinke zamane mein toh tehzeeb thi hi nahi, woh no civilization period tha woh.</w:t>
      </w:r>
    </w:p>
    <w:p>
      <w:pPr>
        <w:jc w:val="right"/>
      </w:pPr>
      <w:r>
        <w:t>امپرفیکٹ سویلائزیشن۔ امپرفیکٹ سویلائزیشن، یعنی غیر بیاری تہذیب۔ تو جن کے زمانے میں تو تہذیب تھی ہی نہیں، وہ نو سویلائزیشن پیریڈ تھا وہ۔</w:t>
      </w:r>
    </w:p>
    <w:p>
      <w:r>
        <w:rPr>
          <w:b/>
        </w:rPr>
        <w:t xml:space="preserve">[42:48] </w:t>
      </w:r>
      <w:r>
        <w:t>insan ke zamane mein kya aaya? ke civilization banai unhone, lekin woh civilization jo thi, woh less than ideal thi, woh imperfect thi. yeh doosra hua.</w:t>
      </w:r>
    </w:p>
    <w:p>
      <w:pPr>
        <w:jc w:val="right"/>
      </w:pPr>
      <w:r>
        <w:t>انسان کے زمانے میں کیا آیا؟ کہ سویلائزیشن بنائی انہوں نے، لیکن وہ سویلائزیشن جو تھی، وہ لیس دین آئیڈیل تھی، وہ امپرفیکٹ تھی۔ یہ دوسرا ہوا۔</w:t>
      </w:r>
    </w:p>
    <w:p>
      <w:r>
        <w:rPr>
          <w:b/>
        </w:rPr>
        <w:t xml:space="preserve">[42:58] </w:t>
      </w:r>
      <w:r>
        <w:t>ab teesra daur jo hoga, woh hoga perfect civilization ka. isi ko hum jannat kehte hain, yani paradise kehte hain.</w:t>
      </w:r>
    </w:p>
    <w:p>
      <w:pPr>
        <w:jc w:val="right"/>
      </w:pPr>
      <w:r>
        <w:t>اب تیسرا دور جو ہوگا، وہ ہوگا پرفیکٹ سویلائزیشن کا۔ اسی کو ہم جنت کہتے ہیں، یعنی پارائیڈائز کہتے ہیں۔</w:t>
      </w:r>
    </w:p>
    <w:p>
      <w:r>
        <w:rPr>
          <w:b/>
        </w:rPr>
        <w:t xml:space="preserve">[43:08] </w:t>
      </w:r>
      <w:r>
        <w:t>woh is is ko, woh teen teen period hue, woh char nahi balkeh teen period hue. woh toh pehle daur mein manage kar rahe the jinnat, woh kuch nahi kar sake.</w:t>
      </w:r>
    </w:p>
    <w:p>
      <w:pPr>
        <w:jc w:val="right"/>
      </w:pPr>
      <w:r>
        <w:t>وہ اس اس کو، وہ تین تین پیریڈ ہوئے، وہ چار نہیں بلکہ تین پیریڈ ہوئے۔ وہ تو پہلے دور میں مینج کر رہے تھے جنات، وہ کچھ نہیں کر سکے۔</w:t>
      </w:r>
    </w:p>
    <w:p>
      <w:r>
        <w:rPr>
          <w:b/>
        </w:rPr>
        <w:t xml:space="preserve">[43:18] </w:t>
      </w:r>
      <w:r>
        <w:t>doosre daur mein manage kar rahe the insan, toh woh imperfect civilization bana sake woh. teesra daur jo hoga, woh manage karenge angels.</w:t>
      </w:r>
    </w:p>
    <w:p>
      <w:pPr>
        <w:jc w:val="right"/>
      </w:pPr>
      <w:r>
        <w:t>دوسرے دور میں مینج کر رہے تھے انسان، تو وہ امپرفیکٹ سویلائزیشن بنا سکے وہ۔ تیسرا دور جو ہوگا، وہ مینج کریں گے اینجلز۔</w:t>
      </w:r>
    </w:p>
    <w:p>
      <w:r>
        <w:rPr>
          <w:b/>
        </w:rPr>
        <w:t xml:space="preserve">[43:28] </w:t>
      </w:r>
      <w:r>
        <w:t>is ke managers angel honge. toh aaj bhi aap dekhein ke sari universe mein angels toh manage kar rahe hain. kashan ho, suraj system ho, darakht ho, pani ho, sab ko manage kar rahe hain angels.</w:t>
      </w:r>
    </w:p>
    <w:p>
      <w:pPr>
        <w:jc w:val="right"/>
      </w:pPr>
      <w:r>
        <w:t>اس کے مینیجرز اینجل ہوں گے۔ تو آج بھی آپ دیکھیں کہ ساری یونیورس میں اینجلز تو مینج کر رہے ہیں۔ کہکشاں ہو، سورج سسٹم ہو، درخت ہو، پانی ہو، سب کو مینج کر رہے ہیں اینجلز۔</w:t>
      </w:r>
    </w:p>
    <w:p>
      <w:r>
        <w:rPr>
          <w:b/>
        </w:rPr>
        <w:t xml:space="preserve">[43:41] </w:t>
      </w:r>
      <w:r>
        <w:t>wahan par dekhein, no defect industry chal rahi hai. no defect industry. ab jo teesra phase hai, woh phase woh hai jis ko hum kahenge, yani paradise ya jannat.</w:t>
      </w:r>
    </w:p>
    <w:p>
      <w:pPr>
        <w:jc w:val="right"/>
      </w:pPr>
      <w:r>
        <w:t>وہاں پر دیکھیں، نو ڈیفیکٹ انڈسٹری چل رہی ہے۔ نو ڈیفیکٹ انڈسٹری۔ اب جو تیسرا فیز ہے، وہ فیز وہ ہے جس کو ہم کہیں گے، یعنی پارائیڈائز یا جنت۔</w:t>
      </w:r>
    </w:p>
    <w:p>
      <w:r>
        <w:rPr>
          <w:b/>
        </w:rPr>
        <w:t xml:space="preserve">[43:56] </w:t>
      </w:r>
      <w:r>
        <w:t>is phase mein sara charge jo hoga, woh angels ke hath mein hoga. toh pehla jo daur tha, woh generation of jinn ka tha.</w:t>
      </w:r>
    </w:p>
    <w:p>
      <w:pPr>
        <w:jc w:val="right"/>
      </w:pPr>
      <w:r>
        <w:t>اس فیز میں سارا چارج جو ہوگا، وہ اینجلز کے ہاتھ میں ہوگا۔ تو پہلا جو دور تھا، وہ جنریشن آف جن کا تھا۔</w:t>
      </w:r>
    </w:p>
    <w:p>
      <w:r>
        <w:rPr>
          <w:b/>
        </w:rPr>
        <w:t xml:space="preserve">[44:07] </w:t>
      </w:r>
      <w:r>
        <w:t>generation of jinn, jo tha generation of man. ab jo hoga, woh generation period, generation nahi hoga koi, balkeh selected log honge.</w:t>
      </w:r>
    </w:p>
    <w:p>
      <w:pPr>
        <w:jc w:val="right"/>
      </w:pPr>
      <w:r>
        <w:t>جنریشن آف جن، جو تھا جنریشن آف مین۔ اب جو ہوگا، وہ جنریشن پیریڈ، جنریشن نہیں ہوگا کوئی، بلکہ سلیکٹڈ لوگ ہوں گے۔</w:t>
      </w:r>
    </w:p>
    <w:p>
      <w:r>
        <w:rPr>
          <w:b/>
        </w:rPr>
        <w:t xml:space="preserve">[44:18] </w:t>
      </w:r>
      <w:r>
        <w:t>ab jo teesra daur hai, teesra jo phase hai, teesra jo period hai, is mein sirf selected logon ko jagah milegi. yani pehle zamane mein generation thi, yani jinn ki generation, doosre mein insan ki generation.</w:t>
      </w:r>
    </w:p>
    <w:p>
      <w:pPr>
        <w:jc w:val="right"/>
      </w:pPr>
      <w:r>
        <w:t>اب جو تیسرا دور ہے، تیسرا جو فیز ہے، تیسرا جو پیریڈ ہے، اس میں صرف سلیکٹڈ لوگوں کو جگہ ملے گی۔ یعنی پہلے زمانے میں جنریشن تھی، یعنی جن کی جنریشن، دوسرے میں انسان کی جنریشن۔</w:t>
      </w:r>
    </w:p>
    <w:p>
      <w:r>
        <w:rPr>
          <w:b/>
        </w:rPr>
        <w:t xml:space="preserve">[44:32] </w:t>
      </w:r>
      <w:r>
        <w:t>ab teesra jo aa raha hai, jo paradise wala phase jo hai, is mein koi generation nahi hogi, balkeh selected log honge. yani is poori history mein jo log the, stand kiya jin logon ne test par, yeh test period tha, toh jin logon ne apne aap ko sabit kiya ke woh mustahiq hain is ke,</w:t>
      </w:r>
    </w:p>
    <w:p>
      <w:pPr>
        <w:jc w:val="right"/>
      </w:pPr>
      <w:r>
        <w:t>اب تیسرا جو آ رہا ہے، جو پارائیڈائز والا فیز جو ہے، اس میں کوئی جنریشن نہیں ہوگی، بلکہ سلیکٹڈ لوگ ہوں گے۔ یعنی اس پوری ہسٹری میں جو لوگ تھے، اسٹینڈ کیا جن لوگوں نے ٹیسٹ پر، یہ ٹیسٹ پیریڈ تھا، تو جن لوگوں نے اپنے آپ کو ثابت کیا کہ وہ مستحق ہیں اس کے،</w:t>
      </w:r>
    </w:p>
    <w:p>
      <w:r>
        <w:rPr>
          <w:b/>
        </w:rPr>
        <w:t xml:space="preserve">[44:54] </w:t>
      </w:r>
      <w:r>
        <w:t>woh mustahiq umeedwar hain agle is ke liye, un ko select kiya jayega. toh woh selected log honge. toh teen mein dekhiye, jo teen mein bata raha hoon, teen period, jinn, insan aur agla period jannat wala.</w:t>
      </w:r>
    </w:p>
    <w:p>
      <w:pPr>
        <w:jc w:val="right"/>
      </w:pPr>
      <w:r>
        <w:t>وہ مستحق امیدوار ہیں اگلے اس کے لیے، ان کو سلیکٹ کیا جائے گا۔ تو وہ سلیکٹڈ لوگ ہوں گے۔ تو تین میں دیکھیے، جو تین میں بتا رہا ہوں، تین پیریڈ، جن، انسان اور اگلا پیریڈ جنت والا۔</w:t>
      </w:r>
    </w:p>
    <w:p>
      <w:r>
        <w:rPr>
          <w:b/>
        </w:rPr>
        <w:t xml:space="preserve">[45:09] </w:t>
      </w:r>
      <w:r>
        <w:t>toh pehle period mein dekhiye kya hua ke jinnat jo the, woh civilization bana hi nahi sake.</w:t>
      </w:r>
    </w:p>
    <w:p>
      <w:pPr>
        <w:jc w:val="right"/>
      </w:pPr>
      <w:r>
        <w:t>تو پہلے پیریڈ میں دیکھیے کیا ہوا کہ جنات جو تھے، وہ سویلائزیشن بنا ہی نہیں سکے۔</w:t>
      </w:r>
    </w:p>
    <w:p>
      <w:r>
        <w:rPr>
          <w:b/>
        </w:rPr>
        <w:t xml:space="preserve">[45:19] </w:t>
      </w:r>
      <w:r>
        <w:t>toh yeh tha no civilization period. insan ne banaya doosre daur mein, lekin woh imperfect bana paya.</w:t>
      </w:r>
    </w:p>
    <w:p>
      <w:pPr>
        <w:jc w:val="right"/>
      </w:pPr>
      <w:r>
        <w:t>تو یہ تھا نو سویلائزیشن پیریڈ۔ انسان نے بنایا دوسرے دور میں، لیکن وہ امپرفیکٹ بنا پایا۔</w:t>
      </w:r>
    </w:p>
    <w:p>
      <w:r>
        <w:rPr>
          <w:b/>
        </w:rPr>
        <w:t xml:space="preserve">[45:29] </w:t>
      </w:r>
      <w:r>
        <w:t>ab teesra jo daur hai, toh imperfect kyun bana paya? kyunke achhe log bhi the, bure log bhi the. achhe log bhi the, bure bhi log bhi the.</w:t>
      </w:r>
    </w:p>
    <w:p>
      <w:pPr>
        <w:jc w:val="right"/>
      </w:pPr>
      <w:r>
        <w:t>اب تیسرا جو دور ہے، تو امپرفیکٹ کیوں بنا پایا؟ کیونکہ اچھے لوگ بھی تھے، برے لوگ بھی تھے۔ اچھے لوگ بھی تھے، برے بھی لوگ بھی تھے۔</w:t>
      </w:r>
    </w:p>
    <w:p>
      <w:r>
        <w:rPr>
          <w:b/>
        </w:rPr>
        <w:t xml:space="preserve">[45:40] </w:t>
      </w:r>
      <w:r>
        <w:t>toh achhe logon ko achha kaam kiya, unhon ne bura kar diya is mein. toh ab jo teesra daur jis ko main keh raha hoon ke selected logon ka zamana, us ko quran mein aur bible dono mein bataya gaya hai.</w:t>
      </w:r>
    </w:p>
    <w:p>
      <w:pPr>
        <w:jc w:val="right"/>
      </w:pPr>
      <w:r>
        <w:t>تو اچھے لوگوں کو اچھا کام کیا، انہوں نے برا کر دیا اس میں۔ تو اب جو تیسرا دور جس کو میں کہہ رہا ہوں کہ سلیکٹڈ لوگوں کا زمانہ، اس کو قرآن میں اور بائبل دونوں میں بتایا گیا ہے۔</w:t>
      </w:r>
    </w:p>
    <w:p>
      <w:r>
        <w:rPr>
          <w:b/>
        </w:rPr>
        <w:t xml:space="preserve">[45:53] </w:t>
      </w:r>
      <w:r>
        <w:t>ek bohat ajeeb baat hai ke quran ki ek ayat bilkul ho baho bible mein maujood hai. bible ki ek ayat quran mein ho baho maujood hai. woh kya hai? quran mein hai wa laqad katabna fi az-zabur min ba'd adh-dhikr an al-arḍa yarithuha ba'd as-ṣāliḥūn. zabur kehte hain us ko jis ko hum bible mein sam aata hai.</w:t>
      </w:r>
    </w:p>
    <w:p>
      <w:pPr>
        <w:jc w:val="right"/>
      </w:pPr>
      <w:r>
        <w:t>ایک بہت عجیب بات ہے کہ قرآن کی ایک آیت بالکل ہو بہو بائبل میں موجود ہے۔ بائبل کی ایک آیت قرآن میں ہو بہو موجود ہے۔ وہ کیا ہے؟ قرآن میں ہے ولقد كتبنا فی الزبور من بعد الذکر ان الارضیرثوها بعدها الصالحون زبور کہتے ہیں اس کو جس کو ہم بائبل میں سام آتا ہے۔</w:t>
      </w:r>
    </w:p>
    <w:p>
      <w:r>
        <w:rPr>
          <w:b/>
        </w:rPr>
        <w:t xml:space="preserve">[46:14] </w:t>
      </w:r>
      <w:r>
        <w:t>b-i-s-a-l-m sam zabur, yani bible ki ek kitab hai jis ko sam kehte hain aur jis ko arabi mein zabur kaha jata hai.</w:t>
      </w:r>
    </w:p>
    <w:p>
      <w:pPr>
        <w:jc w:val="right"/>
      </w:pPr>
      <w:r>
        <w:t>بی ایس اے ایل ایم سام زبور، یعنی بائبل کی ایک کتاب ہے جس کو سام کہتے ہیں اور جس کو عربی میں زبور کہا جاتا ہے۔</w:t>
      </w:r>
    </w:p>
    <w:p>
      <w:r>
        <w:rPr>
          <w:b/>
        </w:rPr>
        <w:t xml:space="preserve">[46:25] </w:t>
      </w:r>
      <w:r>
        <w:t>toh quran mein yeh ayat hai ke zabur mein yeh hum ne likh diya hai ke zabur zahir hai ke quran se pehle aayi thi. zabur jo thi Hazrat Sulaiman (AS) ke zamane mein aayi thi.</w:t>
      </w:r>
    </w:p>
    <w:p>
      <w:pPr>
        <w:jc w:val="right"/>
      </w:pPr>
      <w:r>
        <w:t>تو قرآن میں یہ آیت ہے کہ زبور میں یہ ہم نے لکھ دیا ہے جو زبور ظاہر ہے کہ قرآن سے پہلے آئی تھی۔ زبور جو تھی حضرت سلیمان علیہ السلام کے زمانے میں آئی تھی۔</w:t>
      </w:r>
    </w:p>
    <w:p>
      <w:r>
        <w:rPr>
          <w:b/>
        </w:rPr>
        <w:t xml:space="preserve">[46:37] </w:t>
      </w:r>
      <w:r>
        <w:t>toh quran mein bataya gaya ke hum ne is se pehle zabur mein likh diya hai ke sadiq log zameen ke waris honge an al-arḍa yarithuha ba'd as-ṣāliḥūn. saleh log zameen ke waris honge.</w:t>
      </w:r>
    </w:p>
    <w:p>
      <w:pPr>
        <w:jc w:val="right"/>
      </w:pPr>
      <w:r>
        <w:t>تو قرآن میں بتایا گیا کہ ہم نے اس سے پہلے زبور میں لکھ دیا ہے کہ صادق لوگ زمین کے وارث ہوں گے ان الارضيرثوها بعدها الصالحون صالح لوگ زمین کے وارث ہوں گے۔</w:t>
      </w:r>
    </w:p>
    <w:p>
      <w:r>
        <w:rPr>
          <w:b/>
        </w:rPr>
        <w:t xml:space="preserve">[46:53] </w:t>
      </w:r>
      <w:r>
        <w:t>theek yahi ayat maujood hai bible mein. urdu mein is ki wording jo hai, urdu bible mein sadiq zameen ke waris honge.</w:t>
      </w:r>
    </w:p>
    <w:p>
      <w:pPr>
        <w:jc w:val="right"/>
      </w:pPr>
      <w:r>
        <w:t>ٹھیک یہی آیت موجود ہے بائبل میں۔ اردو میں اس کی ورڈنگ جو ہے، اردو بائبل میں صادق زمین کے وارث ہوں گے۔</w:t>
      </w:r>
    </w:p>
    <w:p>
      <w:r>
        <w:rPr>
          <w:b/>
        </w:rPr>
        <w:t xml:space="preserve">[47:04] </w:t>
      </w:r>
      <w:r>
        <w:t>yeh urdu wording hai. sadiq zameen ke waris honge. english mein hai righteous inherit the earth nahi righteous shall inherit the earth righteous shall inherit the earth yani zameen ko ke waris honge achhe log, naik log.</w:t>
      </w:r>
    </w:p>
    <w:p>
      <w:pPr>
        <w:jc w:val="right"/>
      </w:pPr>
      <w:r>
        <w:t>یہ اردو ورڈنگ ہے۔ صادق زمین کے وارث ہوں گے۔ انگلش میں ہے Righteous inherit the earth نہیں Righteous shall inherit the earth Righteous shall inherit the earth یعنی زمین کو کے وارث ہوں گے اچھے لوگ، نیک لوگ۔</w:t>
      </w:r>
    </w:p>
    <w:p>
      <w:r>
        <w:rPr>
          <w:b/>
        </w:rPr>
        <w:t xml:space="preserve">[47:29] </w:t>
      </w:r>
      <w:r>
        <w:t>same verse quran mein bhi hai, same bible mein bhi hai. is se yeh baat sabit hoti hai, main arz kar raha hoon ke agla jo period hai woh selective logon ka period hai, selected logon ka period hai.</w:t>
      </w:r>
    </w:p>
    <w:p>
      <w:pPr>
        <w:jc w:val="right"/>
      </w:pPr>
      <w:r>
        <w:t>سیم ورث قرآن میں بھی ہے، سیم بائبل میں بھی ہے۔ اس سے یہ بات ثابت ہوتی ہے، میں عرض کر رہا ہوں کہ اگلا جو پیریڈ ہے وہ سلیکٹیو لوگوں کا پیریڈ ہے، سلیکٹڈ لوگوں کا پیریڈ ہے۔</w:t>
      </w:r>
    </w:p>
    <w:p>
      <w:r>
        <w:rPr>
          <w:b/>
        </w:rPr>
        <w:t xml:space="preserve">[47:44] </w:t>
      </w:r>
      <w:r>
        <w:t>pehla toh generation tha, doosra bhi generation tha, lekin teesra jo hai woh woh log is mein honge jo jo select kiye jayenge merit ki base par.</w:t>
      </w:r>
    </w:p>
    <w:p>
      <w:pPr>
        <w:jc w:val="right"/>
      </w:pPr>
      <w:r>
        <w:t>پہلا تو جنریشن تھا، دوسرا بھی جنریشن تھا، لیکن تیسرا جو ہے وہ وہ لوگ اس میں ہوں گے جو جو سلیکٹ کیے جائیں گے میرٹ کی بیس پر۔</w:t>
      </w:r>
    </w:p>
    <w:p>
      <w:r>
        <w:rPr>
          <w:b/>
        </w:rPr>
        <w:t xml:space="preserve">[47:54] </w:t>
      </w:r>
      <w:r>
        <w:t>merit ki base par select kiye jayenge, un ko agle is mein jagah milegi jo jannat hogi, paradise hogi. is ko manage karenge angels aur angel jo hain woh perfect tor par manage kar sakte hain.</w:t>
      </w:r>
    </w:p>
    <w:p>
      <w:pPr>
        <w:jc w:val="right"/>
      </w:pPr>
      <w:r>
        <w:t>میرٹ کی بیس پر سلیکٹ کیے جائیں گے، ان کو اگلے اس میں جگہ ملے گی جو جنت ہوگی، پارائیڈائز ہوگی۔ اس کو مینج کریں گے اینجلز اور اینجل جو ہیں وہ پرفیکٹ طور پر مینج کر سکتے ہیں۔</w:t>
      </w:r>
    </w:p>
    <w:p>
      <w:r>
        <w:rPr>
          <w:b/>
        </w:rPr>
        <w:t xml:space="preserve">[48:08] </w:t>
      </w:r>
      <w:r>
        <w:t>is ka aaj bhi dekh sakte hain namuna ke poori universe ko woh manage kar rahe hain. woh And there is no defect in the universe at all yeh jo universe hai, world of nature hai, koi defect hi is ke andar nahin.</w:t>
      </w:r>
    </w:p>
    <w:p>
      <w:pPr>
        <w:jc w:val="right"/>
      </w:pPr>
      <w:r>
        <w:t>اس کا آج بھی دیکھ سکتے ہیں نمونہ کہ پوری یونیورس کو وہ مینج کر رہے ہیں۔ وہ And there is no defect in the universe at all یہ جو یونیورس ہے، ورلڈ آف نیچر ہے، کوئی ڈیفیکٹ ہی اس کے اندر نہیں۔</w:t>
      </w:r>
    </w:p>
    <w:p>
      <w:r>
        <w:rPr>
          <w:b/>
        </w:rPr>
        <w:t xml:space="preserve">[48:23] </w:t>
      </w:r>
      <w:r>
        <w:t>defect less hai poori itni bari universe. to angel jo hai, aaj bhi aap dekh sakte hain ke angel woh log hain jo perfect tor par manage kar sakte hain isi world ko.</w:t>
      </w:r>
    </w:p>
    <w:p>
      <w:pPr>
        <w:jc w:val="right"/>
      </w:pPr>
      <w:r>
        <w:t>ڈیفیکٹ لیس ہے پوری اتنی بڑی یونیورس۔ تو اینجل جو ہے، آج بھی آپ دیکھ سکتے ہیں کہ اینجل وہ لوگ ہیں جو پرفیکٹ طور پر مینج کر سکتے ہیں اسی ورلڈ کو۔</w:t>
      </w:r>
    </w:p>
    <w:p>
      <w:r>
        <w:rPr>
          <w:b/>
        </w:rPr>
        <w:t xml:space="preserve">[48:37] </w:t>
      </w:r>
      <w:r>
        <w:t>in ke charge mein de diya jayega</w:t>
      </w:r>
    </w:p>
    <w:p>
      <w:pPr>
        <w:jc w:val="right"/>
      </w:pPr>
      <w:r>
        <w:t>ان کے چارج میں دے دیا جائے گا</w:t>
      </w:r>
    </w:p>
    <w:p>
      <w:r>
        <w:rPr>
          <w:b/>
        </w:rPr>
        <w:t xml:space="preserve">[48:44] </w:t>
      </w:r>
      <w:r>
        <w:t>Righteous shall inherit the earth ab agla daur yeh aane wala hai jahan tak mein samajh paya hoon Quran Hadees ke mutabiq se.</w:t>
      </w:r>
    </w:p>
    <w:p>
      <w:pPr>
        <w:jc w:val="right"/>
      </w:pPr>
      <w:r>
        <w:t>Righteous shall inherit the earth اب اگلا دور یہ آنے والا ہے جہاں تک میں سمجھ پایا ہوں قرآن حدیث کے مطابق سے۔</w:t>
      </w:r>
    </w:p>
    <w:p>
      <w:r>
        <w:rPr>
          <w:b/>
        </w:rPr>
        <w:t xml:space="preserve">[48:57] </w:t>
      </w:r>
      <w:r>
        <w:t>ab hum ne kya karna hai? yeh jo global warming hai, mein is ko kehta hoon global warning. yani global warming ke bajaye woh global warning hai, yani Khuda warn kar raha hai.</w:t>
      </w:r>
    </w:p>
    <w:p>
      <w:pPr>
        <w:jc w:val="right"/>
      </w:pPr>
      <w:r>
        <w:t>اب ہم نے کیا کرنا ہے؟ یہ جو گلوبل وارمنگ ہے، میں اس کو کہتا ہوں گلوبل وارننگ۔ یعنی گلوبل وارننگ کے بجائے وہ گلوبل وارننگ ہے، یعنی خدا وارن کر رہا ہے۔</w:t>
      </w:r>
    </w:p>
    <w:p>
      <w:r>
        <w:rPr>
          <w:b/>
        </w:rPr>
        <w:t xml:space="preserve">[49:10] </w:t>
      </w:r>
      <w:r>
        <w:t>Khuda aap ko intibah de raha hai, Khuda aap ko bata raha hai ke aakhri waqt aa chuka hai. ab jaag jao.</w:t>
      </w:r>
    </w:p>
    <w:p>
      <w:pPr>
        <w:jc w:val="right"/>
      </w:pPr>
      <w:r>
        <w:t>خدا آپ کو انتباہ دے رہا ہے، خدا آپ کو بتا رہا ہے کہ آخری وقت آچکا ہے۔ اب جاگ جاؤ۔</w:t>
      </w:r>
    </w:p>
    <w:p>
      <w:r>
        <w:rPr>
          <w:b/>
        </w:rPr>
        <w:t xml:space="preserve">[49:19] </w:t>
      </w:r>
      <w:r>
        <w:t>jaise airport par mein kabhi sunta hoon ke woh log batate hain ke falan flight ja rahi hai, falan flight ja rahi hai. to jab aakhri jo woh bar batate hain to hota hai final call.</w:t>
      </w:r>
    </w:p>
    <w:p>
      <w:pPr>
        <w:jc w:val="right"/>
      </w:pPr>
      <w:r>
        <w:t>جیسے ایئرپورٹ پر میں کبھی سنتا ہوں کہ وہ لوگ بتاتے ہیں کہ فلاں فلائٹ جا رہی ہے، فلاں فلائٹ جا رہی ہے۔ تو جب آخری جو وہ بار بتاتے ہیں تو ہوتا ہے فائنل کال۔</w:t>
      </w:r>
    </w:p>
    <w:p>
      <w:r>
        <w:rPr>
          <w:b/>
        </w:rPr>
        <w:t xml:space="preserve">[49:34] </w:t>
      </w:r>
      <w:r>
        <w:t>matlab ab jahaz fly kar jayega, ab jo musafir pahunch jaye wahan baith jaye jahaz ke andar to us ko kehte hain final call.</w:t>
      </w:r>
    </w:p>
    <w:p>
      <w:pPr>
        <w:jc w:val="right"/>
      </w:pPr>
      <w:r>
        <w:t>مطلب اب جہاز فلائی کر جائے گا، اب جو مسافر پہنچ جائے وہاں بیٹھ جائے جہاز کے اندر تو اس کو کہتے ہیں فائنل کال۔</w:t>
      </w:r>
    </w:p>
    <w:p>
      <w:r>
        <w:rPr>
          <w:b/>
        </w:rPr>
        <w:t xml:space="preserve">[49:43] </w:t>
      </w:r>
      <w:r>
        <w:t>to mislan global warming hai, yeh global warning hai aur yeh darasal final call hai ke bilkul waqt khatam ho raha hai.</w:t>
      </w:r>
    </w:p>
    <w:p>
      <w:pPr>
        <w:jc w:val="right"/>
      </w:pPr>
      <w:r>
        <w:t>تو مثلاً گلوبل وارمنگ ہے، یہ گلوبل وارننگ ہے اور یہ دراصل فائنل کال ہے کہ بالکل وقت ختم ہو رہا ہے۔</w:t>
      </w:r>
    </w:p>
    <w:p>
      <w:r>
        <w:rPr>
          <w:b/>
        </w:rPr>
        <w:t xml:space="preserve">[49:53] </w:t>
      </w:r>
      <w:r>
        <w:t>Time is over.</w:t>
      </w:r>
    </w:p>
    <w:p>
      <w:pPr>
        <w:jc w:val="right"/>
      </w:pPr>
      <w:r>
        <w:t>ٹائم از اوور۔</w:t>
      </w:r>
    </w:p>
    <w:p>
      <w:r>
        <w:rPr>
          <w:b/>
        </w:rPr>
        <w:t xml:space="preserve">[49:55] </w:t>
      </w:r>
      <w:r>
        <w:t>aap jante hain ke ek examination hall mein bachon ko jab imtehan dena hota hai to teen ghante ka period hota hai un ka.</w:t>
      </w:r>
    </w:p>
    <w:p>
      <w:pPr>
        <w:jc w:val="right"/>
      </w:pPr>
      <w:r>
        <w:t>آپ جانتے ہیں کہ ایک ایگزیمپشن ہال میں بچوں کو جب امتحان دینا ہوتا ہے تو تین گھنٹے کا پیریڈ ہوتا ہے ان کا۔</w:t>
      </w:r>
    </w:p>
    <w:p>
      <w:r>
        <w:rPr>
          <w:b/>
        </w:rPr>
        <w:t xml:space="preserve">[50:03] </w:t>
      </w:r>
      <w:r>
        <w:t>jaise teen ghanta poora hua, wahan bol diya jata hai ke time is over. ab phir unhein poora mauqa nahin hota ke is ke baad kuch woh kar saken.</w:t>
      </w:r>
    </w:p>
    <w:p>
      <w:pPr>
        <w:jc w:val="right"/>
      </w:pPr>
      <w:r>
        <w:t>جیسے تین گھنٹہ پورا ہوا، وہاں بول دیا جاتا ہے کہ ٹائم از اوور۔ اب پھر انہیں پورا موقع نہیں ہوتا کہ اس کے بعد کچھ وہ کر سکیں۔</w:t>
      </w:r>
    </w:p>
    <w:p>
      <w:r>
        <w:rPr>
          <w:b/>
        </w:rPr>
        <w:t xml:space="preserve">[50:14] </w:t>
      </w:r>
      <w:r>
        <w:t>to yeh time is over ka ki call hai, yeh yeh final call hai aur Khuda bata raha hai ke time is over. ab apne ko apne ko tayyar karo.</w:t>
      </w:r>
    </w:p>
    <w:p>
      <w:pPr>
        <w:jc w:val="right"/>
      </w:pPr>
      <w:r>
        <w:t>تو یہ ٹائم از اوور کا کی کال ہے، یہ یہ فائنل کال ہے اور خدا بتا رہا ہے کہ ٹائم از اوور۔ اب اپنے کو اپنے کو تیار کرو۔</w:t>
      </w:r>
    </w:p>
    <w:p>
      <w:r>
        <w:rPr>
          <w:b/>
        </w:rPr>
        <w:t xml:space="preserve">[50:31] </w:t>
      </w:r>
      <w:r>
        <w:t>Fafirru ila Allah daudo Khuda ki taraf. daudo ka matlab kya hai? yani study karo, jano, Quran ko padho, nature ko padho.</w:t>
      </w:r>
    </w:p>
    <w:p>
      <w:pPr>
        <w:jc w:val="right"/>
      </w:pPr>
      <w:r>
        <w:t>فَفِرُّوا إِلَى اللَّهِ دوڑو خدا کی طرف۔ دوڑو کا مطلب کیا ہے؟ یعنی اسٹڈی کرو، جانو، قرآن کو پڑھو، نیچر کو پڑھو۔</w:t>
      </w:r>
    </w:p>
    <w:p>
      <w:r>
        <w:rPr>
          <w:b/>
        </w:rPr>
        <w:t xml:space="preserve">[50:46] </w:t>
      </w:r>
      <w:r>
        <w:t>jo relevant jo jo aur jo relevant literature hai, us ko padho, socho, apni aqal ko istemal karo.</w:t>
      </w:r>
    </w:p>
    <w:p>
      <w:pPr>
        <w:jc w:val="right"/>
      </w:pPr>
      <w:r>
        <w:t>جو ریلیونٹ جو جو اور جو ریلیونٹ لٹریچر ہے، اس کو پڑھو، سوچو، اپنی عقل کو استعمال کرو۔</w:t>
      </w:r>
    </w:p>
    <w:p>
      <w:r>
        <w:rPr>
          <w:b/>
        </w:rPr>
        <w:t xml:space="preserve">[50:56] </w:t>
      </w:r>
      <w:r>
        <w:t>apne aap ko jano, apni duty ko jano. Khuda ki taraf se tumhare par kya zimmedariyan hain, us ko samjho aur phir us ke mutabiq apne aap ko banao taake tum qabil thahro jannat mein basane ke liye.</w:t>
      </w:r>
    </w:p>
    <w:p>
      <w:pPr>
        <w:jc w:val="right"/>
      </w:pPr>
      <w:r>
        <w:t>اپنے آپ کو جانو، اپنی ڈیوٹی کو جانو۔ خدا کی طرف سے تمہارے پر کیا ذمہ داریاں ہیں، اس کو سمجھو اور پھر اس کے مطابق اپنے آپ کو بناؤ تاکہ تم قابل ٹھہرو جنت میں بسانے کے لیے۔</w:t>
      </w:r>
    </w:p>
    <w:p>
      <w:r>
        <w:rPr>
          <w:b/>
        </w:rPr>
        <w:t xml:space="preserve">[51:12] </w:t>
      </w:r>
      <w:r>
        <w:t>kyun ke jannat jo woh jagah hogi, aap jante hain ke yeh jo duniya thi, yeh duniya thi test ke liye. yahan sab log the, yani qabil bhi, un qabil bhi, achhe bhi, bure bhi, good character wale bhi, evil character wale bhi.</w:t>
      </w:r>
    </w:p>
    <w:p>
      <w:pPr>
        <w:jc w:val="right"/>
      </w:pPr>
      <w:r>
        <w:t>کیونکہ جنت جو وہ جگہ ہوگی، آپ جانتے ہیں کہ یہ جو دنیا تھی، یہ دنیا تھی ٹیسٹ کے لیے۔ یہاں سب لوگ تھے، یعنی قابل بھی، ان قابل بھی، اچھے بھی، برے بھی، گڈ کریکٹر والے بھی، ایول کریکٹر والے بھی۔</w:t>
      </w:r>
    </w:p>
    <w:p>
      <w:r>
        <w:rPr>
          <w:b/>
        </w:rPr>
        <w:t xml:space="preserve">[51:27] </w:t>
      </w:r>
      <w:r>
        <w:t>yeh sabhi log the kyun ke yeh test period tha woh. lekin jo agla period aa raha hai, wahan to merit par select kiye jayenge log. merit ki base par select kiye jayenge.</w:t>
      </w:r>
    </w:p>
    <w:p>
      <w:pPr>
        <w:jc w:val="right"/>
      </w:pPr>
      <w:r>
        <w:t>یہ سبھی لوگ تھے کیونکہ یہ ٹیسٹ پیریڈ تھا وہ۔ لیکن جو اگلا پیریڈ آ رہا ہے، وہاں تو میرٹ پر سلیکٹ کیے جائیں گے لوگ۔ میرٹ کی بیس پر سلیکٹ کیے جائیں گے۔</w:t>
      </w:r>
    </w:p>
    <w:p>
      <w:r>
        <w:rPr>
          <w:b/>
        </w:rPr>
        <w:t xml:space="preserve">[51:38] </w:t>
      </w:r>
      <w:r>
        <w:t>selected log sirf wahan jagah payenge jannat, paradise mein. to yeh aakhri waqt aagaya hai ke insan tauba kare, insan apni islah kare, insan apne aap ko Khuda ke raste par dale.</w:t>
      </w:r>
    </w:p>
    <w:p>
      <w:pPr>
        <w:jc w:val="right"/>
      </w:pPr>
      <w:r>
        <w:t>سلیکٹڈ لوگ صرف وہاں جگہ پائیں گے جنت، پارائیڈائز میں۔ تو یہ آخری وقت آگیا ہے کہ انسان توبہ کرے، انسان اپنی اصلاح کرے، انسان اپنے آپ کو خدا کے راستے پر ڈالے۔</w:t>
      </w:r>
    </w:p>
    <w:p>
      <w:r>
        <w:rPr>
          <w:b/>
        </w:rPr>
        <w:t xml:space="preserve">[51:52] </w:t>
      </w:r>
      <w:r>
        <w:t>bilkul aakhri waqt aagaya hai. yeh final call hai, yeh final call hai. is mein, yani mein ne kuch references diye hain Quran o Hadees ke, lekin is mein baqayda kitabein chhapi hui hain.</w:t>
      </w:r>
    </w:p>
    <w:p>
      <w:pPr>
        <w:jc w:val="right"/>
      </w:pPr>
      <w:r>
        <w:t>بالکل آخری وقت آگیا ہے۔ یہ فائنل کال ہے، یہ فائنل کال ہے۔ اس میں، یعنی میں نے کچھ ریفرنسز دیے ہیں قرآن و حدیث کے، لیکن اس میں باقاعدہ کتابیں چھپی ہوئی ہیں۔</w:t>
      </w:r>
    </w:p>
    <w:p>
      <w:r>
        <w:rPr>
          <w:b/>
        </w:rPr>
        <w:t xml:space="preserve">[52:06] </w:t>
      </w:r>
      <w:r>
        <w:t>Qayamat ki nishaniyan, moti moti kitabein hain. bohat riwayat hain, bohat Hadeesein hain, bohat ayatein hain un ko le kar. yeh sab baatein Quran o Hadees mein likhi hui hain.</w:t>
      </w:r>
    </w:p>
    <w:p>
      <w:pPr>
        <w:jc w:val="right"/>
      </w:pPr>
      <w:r>
        <w:t>قیامت کی نشانیاں، موٹی موٹی کتابیں ہیں۔ بہت روایتیں ہیں، بہت حدیثیں ہیں، بہت آیتیں ہیں ان کو لے کر۔ یہ سب باتیں قرآن و حدیث میں لکھی ہوئی ہیں۔</w:t>
      </w:r>
    </w:p>
    <w:p>
      <w:r>
        <w:rPr>
          <w:b/>
        </w:rPr>
        <w:t xml:space="preserve">[52:17] </w:t>
      </w:r>
      <w:r>
        <w:t>lekin kya hai? sirf wohi log ghafil nahin hain jo Quran o Hadees ko nahin jante. Quran o Hadees ko manne wale bhi ghafil hain. aap kisi musalman se baat kijiye, jaise jo mein arz kar raha hoon, to jante hain kya kahega woh?</w:t>
      </w:r>
    </w:p>
    <w:p>
      <w:pPr>
        <w:jc w:val="right"/>
      </w:pPr>
      <w:r>
        <w:t>لیکن کیا ہے؟ صرف وہی لوگ غافل نہیں ہیں جو قرآن و حدیث کو نہیں جانتے۔ قرآن و حدیث کو ماننے والے بھی غافل ہیں۔ آپ کسی مسلمان سے بات کیجیے، جیسے جو میں عرض کر رہا ہوں، تو جانتے ہیں کیا کہے گا وہ؟</w:t>
      </w:r>
    </w:p>
    <w:p>
      <w:r>
        <w:rPr>
          <w:b/>
        </w:rPr>
        <w:t xml:space="preserve">[52:30] </w:t>
      </w:r>
      <w:r>
        <w:t>arey yeh kahan, abhi kahan qayamat? abhi to Madina aaya hai, abhi to Masih nahin aaya, abhi to Dajjal zahir nahin hua. yeh bohat zyada andhe pan ki baat hai, yaad rakhiye.</w:t>
      </w:r>
    </w:p>
    <w:p>
      <w:pPr>
        <w:jc w:val="right"/>
      </w:pPr>
      <w:r>
        <w:t>ارے یہ کہاں، ابھی کہاں قیامت؟ ابھی تو مدینہ آیا ہے، ابھی تو مسیح نہیں آیا، ابھی تو دجال ظاہر نہیں ہوا۔ یہ بہت زیادہ اندھے پن کی بات ہے، یاد رکھیے۔</w:t>
      </w:r>
    </w:p>
    <w:p>
      <w:r>
        <w:rPr>
          <w:b/>
        </w:rPr>
        <w:t xml:space="preserve">[52:40] </w:t>
      </w:r>
      <w:r>
        <w:t>yeh andhe pan ki baat hai. koi Dajjal aayega to kuch faseeh hoga, taad ke tareeqe se. Madina aayenge to kya un ke hath par likha hoga ke yeh Madina hai?</w:t>
      </w:r>
    </w:p>
    <w:p>
      <w:pPr>
        <w:jc w:val="right"/>
      </w:pPr>
      <w:r>
        <w:t>یہ اندھے پن کی بات ہے۔ کوئی دجال آئے گا تو کچھ فصیح ہوگا، تاڑ کے طریقے سے۔ مدینہ آئیں گے تو کیا ان کے ہاتھ پر لکھا ہوگا کہ یہ مدینہ ہے؟</w:t>
      </w:r>
    </w:p>
    <w:p>
      <w:r>
        <w:rPr>
          <w:b/>
        </w:rPr>
        <w:t xml:space="preserve">[52:51] </w:t>
      </w:r>
      <w:r>
        <w:t>maseeh aaenge to kya un ko koi farishta chalaye ga? dekho yeh maseeh hain. aisa nahi ho sakta hai. kyunke dekhiye wa la labbasna alayhim ma yalbisoon yeh dunya ka ek Allah taala ka ek qanoon kya hai?</w:t>
      </w:r>
    </w:p>
    <w:p>
      <w:pPr>
        <w:jc w:val="right"/>
      </w:pPr>
      <w:r>
        <w:t>مسیح آئیں گے تو کیا ان کو کوئی فرشتہ چلائے گا؟ دیکھو یہ مسیح ہیں۔ ایسا نہیں ہو سکتا ہے۔ کیونکہ دیکھیے وَلَا لَبَّسْنَا عَلَيْهِمْ مَا يَلْبِسُونَ یہ دنیا کا ایک اللہ تعالیٰ کا ایک قانون کیا ہے؟</w:t>
      </w:r>
    </w:p>
    <w:p>
      <w:r>
        <w:rPr>
          <w:b/>
        </w:rPr>
        <w:t xml:space="preserve">[53:06] </w:t>
      </w:r>
      <w:r>
        <w:t>is ko kehte hain unsur-e-shak. unsur-e-shak hamesha baqi rehta hai. is liye jo paighambar aaye, tab bhi unsur-e-shak tha.</w:t>
      </w:r>
    </w:p>
    <w:p>
      <w:pPr>
        <w:jc w:val="right"/>
      </w:pPr>
      <w:r>
        <w:t>اس کو کہتے ہیں عنصرِ شک۔ عنصرِ شک ہمیشہ باقی رہتا ہے۔ اس لیے جو پیغمبر آئے، تب بھی عنصرِ شک تھا۔</w:t>
      </w:r>
    </w:p>
    <w:p>
      <w:r>
        <w:rPr>
          <w:b/>
        </w:rPr>
        <w:t xml:space="preserve">[53:17] </w:t>
      </w:r>
      <w:r>
        <w:t>wahan par dekhiye, paighambar ke zamane mein logon ne yeh mutalba kiya tha ke Khuda farishta bheje taake hum is ko jaan lein.</w:t>
      </w:r>
    </w:p>
    <w:p>
      <w:pPr>
        <w:jc w:val="right"/>
      </w:pPr>
      <w:r>
        <w:t>وہاں پر دیکھیے، پیغمبر کے زمانے میں لوگوں نے یہ مطالبہ کیا تھا کہ خدا فرشتہ بھیجے تاکہ ہم اس کو جان لیں۔</w:t>
      </w:r>
    </w:p>
    <w:p>
      <w:r>
        <w:rPr>
          <w:b/>
        </w:rPr>
        <w:t xml:space="preserve">[53:27] </w:t>
      </w:r>
      <w:r>
        <w:t>yeh to insaan hai. yeh jo paighambar hai, woh to insaan hai. baaz dauron mein chalta hai, is ko bhi bhook lagti hai, is ko bhi chot lagti hai, woh bhi beemar hota hai.</w:t>
      </w:r>
    </w:p>
    <w:p>
      <w:pPr>
        <w:jc w:val="right"/>
      </w:pPr>
      <w:r>
        <w:t>یہ تو انسان ہے۔ یہ جو پیغمبر ہے، وہ تو انسان ہے۔ بعض دوروں میں چلتا ہے، اس کو بھی بھوک لگتی ہے، اس کو بھی چوٹ لگتی ہے، وہ بھی بیمار ہوتا ہے۔</w:t>
      </w:r>
    </w:p>
    <w:p>
      <w:r>
        <w:rPr>
          <w:b/>
        </w:rPr>
        <w:t xml:space="preserve">[53:37] </w:t>
      </w:r>
      <w:r>
        <w:t>to yeh insaan hai hamare tareeqe se. to hum kahe jayenge ke yeh paighambar hai. ab farishta aayega to hum jaan lenge ke bhai yeh paighambar hai, to hum is ko maan lenge. to Quran mein aaya hai ke yeh Khuda ka qanoon nahi hai.</w:t>
      </w:r>
    </w:p>
    <w:p>
      <w:pPr>
        <w:jc w:val="right"/>
      </w:pPr>
      <w:r>
        <w:t>تو یہ انسان ہے ہمارے طریقے سے۔ تو ہم کہے جائیں گے کہ یہ پیغمبر ہے۔ اب فرشتہ آئے گا تو ہم جان لیں گے کہ بھئی یہ پیغمبر ہے، تو ہم اس کو مان لیں گے۔ تو قرآن میں آیا ہے کہ یہ خدا کا قانون نہیں ہے۔</w:t>
      </w:r>
    </w:p>
    <w:p>
      <w:r>
        <w:rPr>
          <w:b/>
        </w:rPr>
        <w:t xml:space="preserve">[53:49] </w:t>
      </w:r>
      <w:r>
        <w:t>agar hum farishta bhejte, farishta, angel wa la labbasna alayhim ma yalbisoon to is ko bhi insaan bana kar bhejte taake unsur-e-shak baqi rahe.</w:t>
      </w:r>
    </w:p>
    <w:p>
      <w:pPr>
        <w:jc w:val="right"/>
      </w:pPr>
      <w:r>
        <w:t>اگر ہم فرشتہ بھیجتے، فرشتہ، اینجل لَلَبَّسْنَا عَلَيْهِمْ مَا يَلْبِسُونَ تو اس کو بھی انسان بنا کر بھیجتے تاکہ عنصرِ شک باقی رہے۔</w:t>
      </w:r>
    </w:p>
    <w:p>
      <w:r>
        <w:rPr>
          <w:b/>
        </w:rPr>
        <w:t xml:space="preserve">[54:01] </w:t>
      </w:r>
      <w:r>
        <w:t>to unsur-e-shak dekhiye, har paighambar ke saath tha. to kya aap samajhte hain ke ab khatm ho jayega woh? unsur-e-shak jo hai, saare paighambaron ke saath tha.</w:t>
      </w:r>
    </w:p>
    <w:p>
      <w:pPr>
        <w:jc w:val="right"/>
      </w:pPr>
      <w:r>
        <w:t>تو عنصرِ شک دیکھیے، ہر پیغمبر کے ساتھ تھا۔ تو کیا آپ سمجھتے ہیں کہ اب ختم ہو جائے گا وہ؟ عنصرِ شک جو ہے، سارے پیغمبروں کے ساتھ تھا۔</w:t>
      </w:r>
    </w:p>
    <w:p>
      <w:r>
        <w:rPr>
          <w:b/>
        </w:rPr>
        <w:t xml:space="preserve">[54:11] </w:t>
      </w:r>
      <w:r>
        <w:t>to ab khatm kyun ho jayega? ab bhi dajjal bhi aayega, tab bhi unsur-e-shak baqi rahega. maseeh aaenge, tab bhi unsur-e-shak baqi rahega.</w:t>
      </w:r>
    </w:p>
    <w:p>
      <w:pPr>
        <w:jc w:val="right"/>
      </w:pPr>
      <w:r>
        <w:t>تو اب ختم کیوں ہو جائے گا؟ اب بھی دجال بھی آئے گا، تب بھی عنصرِ شک باقی رہے گا۔ مسیح آئیں گے، تب بھی عنصرِ شک باقی رہے گا۔</w:t>
      </w:r>
    </w:p>
    <w:p>
      <w:r>
        <w:rPr>
          <w:b/>
        </w:rPr>
        <w:t xml:space="preserve">[54:21] </w:t>
      </w:r>
      <w:r>
        <w:t>madina aaenge, tab bhi unsur-e-shak baqi rahega. you have to discover aap ko daryaft karna hai. koi angel chalayega nahi. koi zameen aasman aap ko awaaz nahi denge loudspeaker ke zariye se ke dekho yeh hai madina, yeh hai maseeh.</w:t>
      </w:r>
    </w:p>
    <w:p>
      <w:pPr>
        <w:jc w:val="right"/>
      </w:pPr>
      <w:r>
        <w:t>مدینہ آئیں گے، تب بھی عنصرِ شک باقی رہے گا۔ You have to discover آپ کو دریافت کرنا ہے۔ کوئی اینجل چلائے گا نہیں۔ کوئی زمین آسمان آپ کو آواز نہیں دیں گے لاؤڈ اسپیکر کے ذریعے سے کہ دیکھو یہ ہے مدینہ، یہ ہے مسیح۔</w:t>
      </w:r>
    </w:p>
    <w:p>
      <w:r>
        <w:rPr>
          <w:b/>
        </w:rPr>
        <w:t xml:space="preserve">[54:36] </w:t>
      </w:r>
      <w:r>
        <w:t>to jab aap dekhiye ke jab saari alamaatein zahir ho chuki hain, to woh bhi zahir ho chuka. to dajjal aur madina aur maseeh bhi zahir ho chuke hain. ab aap na pehchaane to aap ko andha pan hai.</w:t>
      </w:r>
    </w:p>
    <w:p>
      <w:pPr>
        <w:jc w:val="right"/>
      </w:pPr>
      <w:r>
        <w:t>تو جب آپ دیکھیے کہ جب ساری علامتیں ظاہر ہو چکی ہیں، تو وہ بھی ظاہر ہو چکا۔ تو دجال اور مدینہ اور مسیح بھی ظاہر ہو چکے ہیں۔ اب آپ نہ پہچانیں تو آپ کو اندھا پن ہے۔</w:t>
      </w:r>
    </w:p>
    <w:p>
      <w:r>
        <w:rPr>
          <w:b/>
        </w:rPr>
        <w:t xml:space="preserve">[54:48] </w:t>
      </w:r>
      <w:r>
        <w:t>ab yeh andha pan, jo cover hai, is ko hataye. jo cover aap ki aankhon par pada hai, is ko hataye. ab intezar mat kijiye.</w:t>
      </w:r>
    </w:p>
    <w:p>
      <w:pPr>
        <w:jc w:val="right"/>
      </w:pPr>
      <w:r>
        <w:t>اب یہ اندھا پن، جو کور ہے، اس کو ہٹائیے۔ جو کور آپ کی آنکھوں پر پڑا ہے، اس کو ہٹائیے۔ اب انتظار مت کیجیے۔</w:t>
      </w:r>
    </w:p>
    <w:p>
      <w:r>
        <w:rPr>
          <w:b/>
        </w:rPr>
        <w:t xml:space="preserve">[54:59] </w:t>
      </w:r>
      <w:r>
        <w:t>intezar karenge to intezar kahan pahunch jayega? surah israfeel tak. ek bohat hi, dekhiye, bohat hi khatarnak baat Quran mein yeh hai ke la taateekum illa baqtan</w:t>
      </w:r>
    </w:p>
    <w:p>
      <w:pPr>
        <w:jc w:val="right"/>
      </w:pPr>
      <w:r>
        <w:t>انتظار کریں گے تو انتظار کہاں پہنچ جائے گا؟ سورہ اسرافیل تک۔ ایک بہت ہی، دیکھیے، بہت ہی خطرناک بات قرآن میں یہ ہے کہ لَا تَأْتِيكُمْ إِلَّا بَقْتًا</w:t>
      </w:r>
    </w:p>
    <w:p>
      <w:r>
        <w:rPr>
          <w:b/>
        </w:rPr>
        <w:t xml:space="preserve">[55:17] </w:t>
      </w:r>
      <w:r>
        <w:t>qayamat achaanak hi aajayegi. abhi dekhiye, ek peshgoi chhipai hai, aap ne dekha hoga ke december 31 aur 2012 ko qayamat aajayegi.</w:t>
      </w:r>
    </w:p>
    <w:p>
      <w:pPr>
        <w:jc w:val="right"/>
      </w:pPr>
      <w:r>
        <w:t>قیامت اچانک ہی آجائے گی۔ ابھی دیکھیے، ایک پیشگوئی چھپائی ہے، آپ نے دیکھا ہوگا کہ دسمبر 31 اور 2012 کو قیامت آجائے گی۔</w:t>
      </w:r>
    </w:p>
    <w:p>
      <w:r>
        <w:rPr>
          <w:b/>
        </w:rPr>
        <w:t xml:space="preserve">[55:31] </w:t>
      </w:r>
      <w:r>
        <w:t>to is ko padh kar, woh hisab kitab par mabni karta hai, un ka woh. maine kaha yeh yeh sahi nahi hai. is liye ke la taateekum illa baqtan agar tareekh tay kar di jaye to baqta kahan hua?</w:t>
      </w:r>
    </w:p>
    <w:p>
      <w:pPr>
        <w:jc w:val="right"/>
      </w:pPr>
      <w:r>
        <w:t>تو اس کو پڑھ کر، وہ حساب کتاب پر مبنی کرتا ہے، ان کا وہ۔ میں نے کہا یہ یہ صحیح نہیں ہے۔ اس لیے کہ لَا تَأْتِيكُمْ إِلَّا بَقْتًا اگر تاریخ طے کر دی جائے تو بقتہ کہاں ہوا؟</w:t>
      </w:r>
    </w:p>
    <w:p>
      <w:r>
        <w:rPr>
          <w:b/>
        </w:rPr>
        <w:t xml:space="preserve">[55:44] </w:t>
      </w:r>
      <w:r>
        <w:t>agar tareekh tay ki jaye ke yeh tareekh hai, yeh mahina hai, yeh saal hai, to woh to baqta nahi rahi, yaani achaanak nahi rahi. baqta means achaanak, achaanak.</w:t>
      </w:r>
    </w:p>
    <w:p>
      <w:pPr>
        <w:jc w:val="right"/>
      </w:pPr>
      <w:r>
        <w:t>اگر تاریخ طے کی جائے کہ یہ تاریخ ہے، یہ مہینہ ہے، یہ سال ہے، تو وہ تو بقتہ نہیں رہی، یعنی اچانک نہیں رہی۔ بقتہ مینز اچانک، اچانک۔</w:t>
      </w:r>
    </w:p>
    <w:p>
      <w:r>
        <w:rPr>
          <w:b/>
        </w:rPr>
        <w:t xml:space="preserve">[55:56] </w:t>
      </w:r>
      <w:r>
        <w:t>to aisi peshgoi sahi nahi hai. lekin yeh jo cheezein mein bata raha hoon aap ko, woh to Quran se nikalta hai, hadith se nikalta hai ke dukhan zahir hoga, pani jaane lagega aur dhuan aayega, bohat hi aasmani dhuan.</w:t>
      </w:r>
    </w:p>
    <w:p>
      <w:pPr>
        <w:jc w:val="right"/>
      </w:pPr>
      <w:r>
        <w:t>تو ایسی پیشگوئی صحیح نہیں ہے۔ لیکن یہ جو چیزیں میں بتا رہا ہوں آپ کو، وہ تو قرآن سے نکلتا ہے، حدیث سے نکلتا ہے کہ دخان ظاہر ہوگا، پانی جانے لگے گا اور دھواں آئے گا، بہت ہی آسمانی دھواں۔</w:t>
      </w:r>
    </w:p>
    <w:p>
      <w:r>
        <w:rPr>
          <w:b/>
        </w:rPr>
        <w:t xml:space="preserve">[56:15] </w:t>
      </w:r>
      <w:r>
        <w:t>aur jo saari peshgoiyan hain. to yeh saari cheezein jo hain, jo jo peshgi, yaani jo pehle se hamein batai gayi thin bator warning ke hum hum chaunkein, hum jaag uthein, is ke liye woh zahir ho chuka hai.</w:t>
      </w:r>
    </w:p>
    <w:p>
      <w:pPr>
        <w:jc w:val="right"/>
      </w:pPr>
      <w:r>
        <w:t>اور جو ساری پیشگوئیاں ہیں۔ تو یہ ساری چیزیں جو ہیں، جو جو پیشگی، یعنی جو پہلے سے ہمیں بتائی گئی تھیں بطور وارننگ کہ ہم ہم چونکیں، ہم جاگ اٹھیں، اس کے لیے وہ ظاہر ہو چکا ہے۔</w:t>
      </w:r>
    </w:p>
    <w:p>
      <w:r>
        <w:rPr>
          <w:b/>
        </w:rPr>
        <w:t xml:space="preserve">[56:35] </w:t>
      </w:r>
      <w:r>
        <w:t>woh jab woh zahir ho chuka hai to aap ab agar aap intezar karte hain dajjal ka aur madina ka aur maseeh ka to yeh andha pan hai. ab to agla jo marhala hai woh to surah israfeel hai.</w:t>
      </w:r>
    </w:p>
    <w:p>
      <w:pPr>
        <w:jc w:val="right"/>
      </w:pPr>
      <w:r>
        <w:t>وہ جب وہ ظاہر ہو چکا ہے تو آپ اب اگر آپ انتظار کرتے ہیں دجال کا اور مدینہ کا اور مسیح کا تو یہ اندھا پن ہے۔ اب تو اگلا جو مرحلہ ہے وہ تو سورہ اسرافیل ہے۔</w:t>
      </w:r>
    </w:p>
    <w:p>
      <w:r>
        <w:rPr>
          <w:b/>
        </w:rPr>
        <w:t xml:space="preserve">[56:47] </w:t>
      </w:r>
      <w:r>
        <w:t>israfeel surah phoonke aur qayamat shuru ho jaye. to yaad rakhiye, yeh mumkin nahi hai ke unsur-e-shak jo hai, Khuda khatm kar de. yeh ho hi nahi sakta hai.</w:t>
      </w:r>
    </w:p>
    <w:p>
      <w:pPr>
        <w:jc w:val="right"/>
      </w:pPr>
      <w:r>
        <w:t>اسرافیل سورہ پھونکیں اور قیامت شروع ہو جائے۔ تو یاد رکھیے، یہ ممکن نہیں ہے کہ عنصرِ شک جو ہے، خدا ختم کر دے۔ یہ ہو ہی نہیں سکتا ہے۔</w:t>
      </w:r>
    </w:p>
    <w:p>
      <w:r>
        <w:rPr>
          <w:b/>
        </w:rPr>
        <w:t xml:space="preserve">[56:58] </w:t>
      </w:r>
      <w:r>
        <w:t>paighambaron ke liye nahi tha ke unsur-e-shak na rahe. yahan bhi kaise na rahega? yahan bhi rahega. to aap ko unsur-e-shak ko phad kar ke pehchanna hai.</w:t>
      </w:r>
    </w:p>
    <w:p>
      <w:pPr>
        <w:jc w:val="right"/>
      </w:pPr>
      <w:r>
        <w:t>پیغمبروں کے لیے نہیں تھا کہ عنصرِ شک نہ رہے۔ یہاں بھی کیسے نہ رہے گا؟ یہاں بھی رہے گا۔ تو آپ کو عنصرِ شک کو پھاڑ کر کے پہچاننا ہے۔</w:t>
      </w:r>
    </w:p>
    <w:p>
      <w:r>
        <w:rPr>
          <w:b/>
        </w:rPr>
        <w:t xml:space="preserve">[57:09] </w:t>
      </w:r>
      <w:r>
        <w:t>yaad rakhiye, unsur-e-shak ko phad kar ke pehchanna hai. nahi pehchan sakte ho to phir Khuda kahan? andha pan ho jayega. andha pan. to behal jo jo halaat hain aur jo tareekh jis tarah chal rahi hai,</w:t>
      </w:r>
    </w:p>
    <w:p>
      <w:pPr>
        <w:jc w:val="right"/>
      </w:pPr>
      <w:r>
        <w:t>یاد رکھیے، عنصرِ شک کو پھاڑ کر کے پہچاننا ہے۔ نہیں پہچان سکتے ہو تو پھر خدا کہاں؟ اندھا پن ہو جائے گا۔ اندھا پن۔ تو بہرحال جو جو حالات ہیں اور جو تاریخ جس طرح چل رہی ہے،</w:t>
      </w:r>
    </w:p>
    <w:p>
      <w:r>
        <w:rPr>
          <w:b/>
        </w:rPr>
        <w:t xml:space="preserve">[57:27] </w:t>
      </w:r>
      <w:r>
        <w:t>to jahan tak mein samajhta hoon, ab aakhir ka hissa aachuka hai. tehzeeb apne aakhri had par pahunch chuki hai.</w:t>
      </w:r>
    </w:p>
    <w:p>
      <w:pPr>
        <w:jc w:val="right"/>
      </w:pPr>
      <w:r>
        <w:t>تو جہاں تک میں سمجھتا ہوں، اب آخر کا حصہ آچکا ہے۔ تہذیب اپنے آخری حد پر پہنچ چکی ہے۔</w:t>
      </w:r>
    </w:p>
    <w:p>
      <w:r>
        <w:rPr>
          <w:b/>
        </w:rPr>
        <w:t xml:space="preserve">[57:37] </w:t>
      </w:r>
      <w:r>
        <w:t>aur qayamat ke pehle jo cheezein zahir hone wali thin, woh sab zahir ho chuki hain. qayamat se pehle jo cheezein zahir hone wali thin, woh zahir ho chuki hain.</w:t>
      </w:r>
    </w:p>
    <w:p>
      <w:pPr>
        <w:jc w:val="right"/>
      </w:pPr>
      <w:r>
        <w:t>اور قیامت کے پہلے جو چیزیں ظاہر ہونے والی تھیں، وہ سب ظاہر ہو چکی ہیں۔ قیامت سے پہلے جو چیزیں ظاہر ہونے والی تھیں، وہ ظاہر ہو چکی ہیں۔</w:t>
      </w:r>
    </w:p>
    <w:p>
      <w:r>
        <w:rPr>
          <w:b/>
        </w:rPr>
        <w:t xml:space="preserve">[57:45] </w:t>
      </w:r>
      <w:r>
        <w:t>un ka zahir hona baqi nahi hai. ab kisi bhi waqt qayamat aajayegi. achaanak. achaanak aajayegi, kisi bhi waqt.</w:t>
      </w:r>
    </w:p>
    <w:p>
      <w:pPr>
        <w:jc w:val="right"/>
      </w:pPr>
      <w:r>
        <w:t>ان کا ظاہر ہونا باقی نہیں ہے۔ اب کسی بھی وقت قیامت آجائے گی۔ اچانک۔ اچانک آجائے گی، کسی بھی وقت۔</w:t>
      </w:r>
    </w:p>
    <w:p>
      <w:r>
        <w:rPr>
          <w:b/>
        </w:rPr>
        <w:t xml:space="preserve">[57:54] </w:t>
      </w:r>
      <w:r>
        <w:t>achaanak. aur is ke baad phir ek nayi dunya banegi. ek nayi dunya. is mein kya hoga? bible mein ke sharai log kaate jayenge.</w:t>
      </w:r>
    </w:p>
    <w:p>
      <w:pPr>
        <w:jc w:val="right"/>
      </w:pPr>
      <w:r>
        <w:t>اچانک۔ اور اس کے بعد پھر ایک نئی دنیا بنے گی۔ ایک نئی دنیا۔ اس میں کیا ہوگا؟ بائبل میں کہ شرعی لوگ کاٹے جائیں گے۔</w:t>
      </w:r>
    </w:p>
    <w:p>
      <w:r>
        <w:rPr>
          <w:b/>
        </w:rPr>
        <w:t xml:space="preserve">[58:09] </w:t>
      </w:r>
      <w:r>
        <w:t>sharai log kaate jayenge. matlab kya hai ke is dunya mein jo jo evil log hain, jo sharai log hain, woh chhod diye jayenge. aur sirf achhe log baqi rahenge.</w:t>
      </w:r>
    </w:p>
    <w:p>
      <w:pPr>
        <w:jc w:val="right"/>
      </w:pPr>
      <w:r>
        <w:t>شرعی لوگ کاٹے جائیں گے۔ مطلب کیا ہے کہ اس دنیا میں جو جو ایول لوگ ہیں، جو شرعی لوگ ہیں، وہ چھوڑ دیے جائیں گے۔ اور صرف اچھے لوگ باقی رہیں گے۔</w:t>
      </w:r>
    </w:p>
    <w:p>
      <w:r>
        <w:rPr>
          <w:b/>
        </w:rPr>
        <w:t xml:space="preserve">[58:20] </w:t>
      </w:r>
      <w:r>
        <w:t>yeh matlab hai is ka. to sharai log kaate jayenge, is nikaal diye jayenge is mein se. phir yeh zameen ko, dekhiye yeh ek baat yahan arz kar doon ke jannat kahan hogi, is ke bare mein ikhtilaf hai.</w:t>
      </w:r>
    </w:p>
    <w:p>
      <w:pPr>
        <w:jc w:val="right"/>
      </w:pPr>
      <w:r>
        <w:t>یہ مطلب ہے اس کا۔ تو شرعی لوگ کاٹے جائیں گے، اس نکال دیے جائیں گے اس میں سے۔ پھر یہ زمین کو، دیکھیے یہ ایک بات یہاں عرض کر دوں کہ جنت کہاں ہوگی، اس کے بارے میں اختلاف ہے۔</w:t>
      </w:r>
    </w:p>
    <w:p>
      <w:r>
        <w:rPr>
          <w:b/>
        </w:rPr>
        <w:t xml:space="preserve">[58:36] </w:t>
      </w:r>
      <w:r>
        <w:t>lekin sahaba mein bohat hi top ke kuch logon ne yahi kaha hai ke isi zameen par jannat banegi. aur bible se bhi yeh nikalta hai.</w:t>
      </w:r>
    </w:p>
    <w:p>
      <w:pPr>
        <w:jc w:val="right"/>
      </w:pPr>
      <w:r>
        <w:t>لیکن صحابہ میں بہت ہی ٹاپ کے کچھ لوگوں نے یہی کہا ہے کہ اسی زمین پر جنت بنے گی۔ اور بائبل سے بھی یہ نکلتا ہے۔</w:t>
      </w:r>
    </w:p>
    <w:p>
      <w:r>
        <w:rPr>
          <w:b/>
        </w:rPr>
        <w:t xml:space="preserve">[58:46] </w:t>
      </w:r>
      <w:r>
        <w:t>aur quran ke alfaaz bhi isi tarah ke hain.</w:t>
      </w:r>
    </w:p>
    <w:p>
      <w:pPr>
        <w:jc w:val="right"/>
      </w:pPr>
      <w:r>
        <w:t>اور قرآن کے الفاظ بھی اسی طرح کے ہیں۔</w:t>
      </w:r>
    </w:p>
    <w:p>
      <w:r>
        <w:rPr>
          <w:b/>
        </w:rPr>
        <w:t xml:space="preserve">[58:49] </w:t>
      </w:r>
      <w:r>
        <w:t>anna al arda yarithu ibadi al salihin</w:t>
      </w:r>
    </w:p>
    <w:p>
      <w:pPr>
        <w:jc w:val="right"/>
      </w:pPr>
      <w:r>
        <w:t>أَنَّ الْأَرْضَ يَرْثُوَ عِبَادَيَ الصَّالِحِينَ</w:t>
      </w:r>
    </w:p>
    <w:p>
      <w:r>
        <w:rPr>
          <w:b/>
        </w:rPr>
        <w:t xml:space="preserve">[58:53] </w:t>
      </w:r>
      <w:r>
        <w:t>to yaani ek tafseer yeh ki gayi hai aur sahaba ke bhi top ke sahabi ibn abbas the</w:t>
      </w:r>
    </w:p>
    <w:p>
      <w:pPr>
        <w:jc w:val="right"/>
      </w:pPr>
      <w:r>
        <w:t>تو یعنی ایک تفسیر یہ کی گئی ہے اور صحابہ کے بھی ٹاپ کے صحابی ابن عباس تھے</w:t>
      </w:r>
    </w:p>
    <w:p>
      <w:r>
        <w:rPr>
          <w:b/>
        </w:rPr>
        <w:t xml:space="preserve">[59:02] </w:t>
      </w:r>
      <w:r>
        <w:t>jin ko habar al-ummah ka ayat tha, un ki bhi yahi tafsir hai ke isi zameen par Khuda,</w:t>
      </w:r>
    </w:p>
    <w:p>
      <w:pPr>
        <w:jc w:val="right"/>
      </w:pPr>
      <w:r>
        <w:t>جن کو حبر الامہ کا آیت تھا، ان کی بھی یہی تفسیر ہے کہ اسی زمین پر خدا،</w:t>
      </w:r>
    </w:p>
    <w:p>
      <w:r>
        <w:rPr>
          <w:b/>
        </w:rPr>
        <w:t xml:space="preserve">[59:08] </w:t>
      </w:r>
      <w:r>
        <w:t>isi zameen ko Khuda yani ek zyada behtar zameen banaye ga, zyada behtar tareeqe se sanware ga aur</w:t>
      </w:r>
    </w:p>
    <w:p>
      <w:pPr>
        <w:jc w:val="right"/>
      </w:pPr>
      <w:r>
        <w:t>اسی زمین کو خدا یعنی ایک زیادہ بہتر زمین بنائے گا، زیادہ بہتر طریقے سے سنوارے گا اور</w:t>
      </w:r>
    </w:p>
    <w:p>
      <w:r>
        <w:rPr>
          <w:b/>
        </w:rPr>
        <w:t xml:space="preserve">[59:14] </w:t>
      </w:r>
      <w:r>
        <w:t>yeh zameen jo hai jannat ki shakal ikhtiyar kar legi.</w:t>
      </w:r>
    </w:p>
    <w:p>
      <w:pPr>
        <w:jc w:val="right"/>
      </w:pPr>
      <w:r>
        <w:t>یہ زمین جو ہے جنت کی شکل اختیار کر لے گی۔</w:t>
      </w:r>
    </w:p>
    <w:p>
      <w:r>
        <w:rPr>
          <w:b/>
        </w:rPr>
        <w:t xml:space="preserve">[59:16] </w:t>
      </w:r>
      <w:r>
        <w:t>aur is ko, is ke manager jab is ko angels honge, abhi insan manager hai to aaloodgi hai, evil hai, corruption hai, be imani hai.</w:t>
      </w:r>
    </w:p>
    <w:p>
      <w:pPr>
        <w:jc w:val="right"/>
      </w:pPr>
      <w:r>
        <w:t>اور اس کو، اس کے مینیجر جب اس کو اینجلز ہوں گے، ابھی انسان مینیجر ہے تو آلودگی ہے، ایول ہے، کرپشن ہے، بے ایمانی ہے۔</w:t>
      </w:r>
    </w:p>
    <w:p>
      <w:r>
        <w:rPr>
          <w:b/>
        </w:rPr>
        <w:t xml:space="preserve">[59:27] </w:t>
      </w:r>
      <w:r>
        <w:t>jab angels is ke manager ho jayenge, har taraf khoobsurti hogi, har taraf achha hi achha hoga, koi buri cheez yahan par nahi hogi.</w:t>
      </w:r>
    </w:p>
    <w:p>
      <w:pPr>
        <w:jc w:val="right"/>
      </w:pPr>
      <w:r>
        <w:t>جب اینجل اس کے مینیجر ہو جائیں گے، ہر طرف خوبصورتی ہوگی، ہر طرف اچھا ہی اچھا ہوگا، کوئی بری چیز یہاں پر نہیں ہوگی۔</w:t>
      </w:r>
    </w:p>
    <w:p>
      <w:r>
        <w:rPr>
          <w:b/>
        </w:rPr>
        <w:t xml:space="preserve">[59:38] </w:t>
      </w:r>
      <w:r>
        <w:t>to yeh main samajh paya hoon jis ko main ne kaha ke safar e tehzeeb, yeh poora safar ek safar hai.</w:t>
      </w:r>
    </w:p>
    <w:p>
      <w:pPr>
        <w:jc w:val="right"/>
      </w:pPr>
      <w:r>
        <w:t>تو یہ میں سمجھ پایا ہوں جس کو میں نے کہا کہ سفرِ تہذیب، یہ پورا سفر ایک سفر ہے۔</w:t>
      </w:r>
    </w:p>
    <w:p>
      <w:r>
        <w:rPr>
          <w:b/>
        </w:rPr>
        <w:t xml:space="preserve">[59:48] </w:t>
      </w:r>
      <w:r>
        <w:t>woh safar apne aakhir par pahunch rahe hain. to ab aap apne ko tayyar kijiye aur doosron ko bataiye ke aap behtar tor par istiqbal kar saken agli dunya ka aur Allah taala aap ko aur mujh ko is mein jagah de.</w:t>
      </w:r>
    </w:p>
    <w:p>
      <w:pPr>
        <w:jc w:val="right"/>
      </w:pPr>
      <w:r>
        <w:t>وہ سفر اپنے آخر پر پہنچ رہے ہیں۔ تو اب آپ اپنے کو تیار کیجیے اور دوسروں کو بتائیے کہ آپ بہتر طور پر استقبال کر سکیں اگلی دنیا کا اور اللہ تعالیٰ آپ کو اور مجھ کو اس میں جگہ دے۔</w:t>
      </w:r>
    </w:p>
    <w:p>
      <w:r>
        <w:rPr>
          <w:b/>
        </w:rPr>
        <w:t xml:space="preserve">[1:00:03] </w:t>
      </w:r>
      <w:r>
        <w:t>aqool qawli haza wa astaghfirullah li walakum ajmaeen.</w:t>
      </w:r>
    </w:p>
    <w:p>
      <w:pPr>
        <w:jc w:val="right"/>
      </w:pPr>
      <w:r>
        <w:t>أقول قولي هذا وأستغفر الله لي ولكم أجمعين.</w:t>
      </w:r>
    </w:p>
    <w:p>
      <w:r>
        <w:rPr>
          <w:b/>
        </w:rPr>
        <w:t xml:space="preserve">[1:00:21] </w:t>
      </w:r>
      <w:r>
        <w:t>this question is from mr. zubair, and he is asking that molana, urdu aur english mein quran ka sab se durust tafseer kaunsi hai?</w:t>
      </w:r>
    </w:p>
    <w:p>
      <w:pPr>
        <w:jc w:val="right"/>
      </w:pPr>
      <w:r>
        <w:t>This question is from Mr. Zubair, and he is asking that مولانا، اردو اور انگلش میں قرآن کا سب سے درست تفسیر کونسی ہے؟</w:t>
      </w:r>
    </w:p>
    <w:p>
      <w:r>
        <w:rPr>
          <w:b/>
        </w:rPr>
        <w:t xml:space="preserve">[1:00:34] </w:t>
      </w:r>
      <w:r>
        <w:t>aur un ka doosra sawal hai ke quran mein munafiq kis ko kaha gaya hai?</w:t>
      </w:r>
    </w:p>
    <w:p>
      <w:pPr>
        <w:jc w:val="right"/>
      </w:pPr>
      <w:r>
        <w:t>اور ان کا دوسرا سوال ہے کہ قرآن میں منافق کس کو کہا گیا ہے؟</w:t>
      </w:r>
    </w:p>
    <w:p>
      <w:r>
        <w:rPr>
          <w:b/>
        </w:rPr>
        <w:t xml:space="preserve">[1:00:43] </w:t>
      </w:r>
      <w:r>
        <w:t>dekhiye, is tarah ka sawal jab kisi se poocha jaye to woh apni hi rai dega. is ki rai mutlaq maene mein nahi hogi.</w:t>
      </w:r>
    </w:p>
    <w:p>
      <w:pPr>
        <w:jc w:val="right"/>
      </w:pPr>
      <w:r>
        <w:t>دیکھیے، اس طرح کا سوال جب کسی سے پوچھا جائے تو وہ اپنی ہی رائے دے گا۔ اس کی رائے مطلق معنی میں نہیں ہوگی۔</w:t>
      </w:r>
    </w:p>
    <w:p>
      <w:r>
        <w:rPr>
          <w:b/>
        </w:rPr>
        <w:t xml:space="preserve">[1:00:56] </w:t>
      </w:r>
      <w:r>
        <w:t>is ki rai mutlaq maene mein nahi hogi, is ki apni rai hogi. to main apni rai ke hisab se bataunga, baqi mutlaq maene mein kaun sa tarjuma kaisa hai, woh Allah ko pata hai.</w:t>
      </w:r>
    </w:p>
    <w:p>
      <w:pPr>
        <w:jc w:val="right"/>
      </w:pPr>
      <w:r>
        <w:t>اس کی رائے مطلق معنی میں نہیں ہوگی، اس کی اپنی رائے ہوگی۔ تو میں اپنی رائے کے حساب سے بتاؤں گا، باقی مطلق معنی میں کون سا ترجمہ کیسا ہے، وہ اللہ کو پتہ ہے۔</w:t>
      </w:r>
    </w:p>
    <w:p>
      <w:r>
        <w:rPr>
          <w:b/>
        </w:rPr>
        <w:t xml:space="preserve">[1:01:09] </w:t>
      </w:r>
      <w:r>
        <w:t>dekhiye, mere nazdeek sab se zyada durust tarjuma aur aasani se samajh aane wala tarjuma wahi hai jo hamare haan se chhaapa hai.</w:t>
      </w:r>
    </w:p>
    <w:p>
      <w:pPr>
        <w:jc w:val="right"/>
      </w:pPr>
      <w:r>
        <w:t>دیکھیے، میرے نزدیک سب سے زیادہ درست ترجمہ اور آسانی سے سمجھ آنے والا ترجمہ وہی ہے جو ہمارے ہاں سے چھپا ہے۔</w:t>
      </w:r>
    </w:p>
    <w:p>
      <w:r>
        <w:rPr>
          <w:b/>
        </w:rPr>
        <w:t xml:space="preserve">[1:01:22] </w:t>
      </w:r>
      <w:r>
        <w:t>quran ke english tarjume qareeb pachas chhap chuke hain, lekin jahan tak main jaanta hoon, un tarjumo mein uljhan hai, wazahat nahi hai.</w:t>
      </w:r>
    </w:p>
    <w:p>
      <w:pPr>
        <w:jc w:val="right"/>
      </w:pPr>
      <w:r>
        <w:t>قرآن کے انگلش ترجمے قریب پچاس چھپ چکے ہیں، لیکن جہاں تک میں جانتا ہوں، ان ترجموں میں الجھن ہے، وضاحت نہیں ہے۔</w:t>
      </w:r>
    </w:p>
    <w:p>
      <w:r>
        <w:rPr>
          <w:b/>
        </w:rPr>
        <w:t xml:space="preserve">[1:01:35] </w:t>
      </w:r>
      <w:r>
        <w:t>buniyadi cheez hai wazahat. to wazahat nahi hai, is wajah se hum ne apne haan se ek naya tarjuma bohat lambe dinon ki koshish ke baad chhapa hai.</w:t>
      </w:r>
    </w:p>
    <w:p>
      <w:pPr>
        <w:jc w:val="right"/>
      </w:pPr>
      <w:r>
        <w:t>بنیادی چیز ہے وضاحت۔ تو وضاحت نہیں ہے، اس وجہ سے ہم نے اپنے ہاں سے ایک نیا ترجمہ بہت لمبے دنوں کی کوشش کے بعد چھاپا ہے۔</w:t>
      </w:r>
    </w:p>
    <w:p>
      <w:r>
        <w:rPr>
          <w:b/>
        </w:rPr>
        <w:t xml:space="preserve">[1:01:47] </w:t>
      </w:r>
      <w:r>
        <w:t>to main isi ko samajhta hoon ke yeh tarjuma is qabil hai ke is ko aap phailayen. jahan tak urdu ki baat hai to dekhiye, urdu mein saare ulma yeh mante hain ke lafzi tarjume ke hisab se shah abdul qadir sahab ka tarjuma bohat sahi hai.</w:t>
      </w:r>
    </w:p>
    <w:p>
      <w:pPr>
        <w:jc w:val="right"/>
      </w:pPr>
      <w:r>
        <w:t>تو میں اسی کو سمجھتا ہوں کہ یہ ترجمہ اس قابل ہے کہ اس کو آپ پھیلائیں۔ جہاں تک اردو کی بات ہے تو دیکھیے، اردو میں سارے علماء یہ مانتے ہیں کہ لفظی ترجمے کے حساب سے شاہ عبدالقادر صاحب کا ترجمہ بہت صحیح ہے۔</w:t>
      </w:r>
    </w:p>
    <w:p>
      <w:r>
        <w:rPr>
          <w:b/>
        </w:rPr>
        <w:t xml:space="preserve">[1:02:09] </w:t>
      </w:r>
      <w:r>
        <w:t>lekin woh lafzi andaaz mein hai, yani kaha is ne peeche is ke, yeh andaaz hota hai is ka. to hum ne tarjuma jo kiya hai urdu mein, is mein hum ne koshish ki hai ke theek theek tarjuma quran ka aaye.</w:t>
      </w:r>
    </w:p>
    <w:p>
      <w:pPr>
        <w:jc w:val="right"/>
      </w:pPr>
      <w:r>
        <w:t>لیکن وہ لفظی انداز میں ہے، یعنی کہا اس نے پیچھے اس کے، یہ انداز ہوتا ہے اس کا۔ تو ہم نے ترجمہ جو کیا ہے اردو میں، اس میں ہم نے کوشش کی ہے کہ ٹھیک ٹھیک ترجمہ قرآن کا آئے۔</w:t>
      </w:r>
    </w:p>
    <w:p>
      <w:r>
        <w:rPr>
          <w:b/>
        </w:rPr>
        <w:t xml:space="preserve">[1:02:25] </w:t>
      </w:r>
      <w:r>
        <w:t>misalan kuch log tarjume ko tarjumani bana dete hain. main tarjuma plus tafseer, main is se ittefaq nahi karta. to is tarah ke nuqas hain urdu tarjumo mein.</w:t>
      </w:r>
    </w:p>
    <w:p>
      <w:pPr>
        <w:jc w:val="right"/>
      </w:pPr>
      <w:r>
        <w:t>مثلاً کچھ لوگ ترجمے کو ترجمانی بنا دیتے ہیں۔ میں ترجمہ پلس تفسیر، میں اس سے اتفاق نہیں کرتا۔ تو اس طرح کے نقص ہیں اردو ترجموں میں۔</w:t>
      </w:r>
    </w:p>
    <w:p>
      <w:r>
        <w:rPr>
          <w:b/>
        </w:rPr>
        <w:t xml:space="preserve">[1:02:38] </w:t>
      </w:r>
      <w:r>
        <w:t>hum ne tarjuma kiya hai, woh apni samajh ke mutabiq, main nahi kehta ke mutlaq maene mein mera bayan sahi hai.</w:t>
      </w:r>
    </w:p>
    <w:p>
      <w:pPr>
        <w:jc w:val="right"/>
      </w:pPr>
      <w:r>
        <w:t>ہم نے ترجمہ کیا ہے، وہ اپنی سمجھ کے مطابق، میں نہیں کہتا کہ مطلق معنی میں میرا بیان صحیح ہے۔</w:t>
      </w:r>
    </w:p>
    <w:p>
      <w:r>
        <w:rPr>
          <w:b/>
        </w:rPr>
        <w:t xml:space="preserve">[1:02:47] </w:t>
      </w:r>
      <w:r>
        <w:t>meri apni samajh ke mutabiq jo tarjuma aur tafseer aap ko parhna chahiye, woh tazkir ul quran hai. tazkir ul quran hai.</w:t>
      </w:r>
    </w:p>
    <w:p>
      <w:pPr>
        <w:jc w:val="right"/>
      </w:pPr>
      <w:r>
        <w:t>میری اپنی سمجھ کے مطابق جو ترجمہ اور تفسیر آپ کو پڑھنا چاہیے، وہ تذکر القرآن ہے۔ تذکر القرآن ہے۔</w:t>
      </w:r>
    </w:p>
    <w:p>
      <w:r>
        <w:rPr>
          <w:b/>
        </w:rPr>
        <w:t xml:space="preserve">[1:02:59] </w:t>
      </w:r>
      <w:r>
        <w:t>kya is ko munafiq poocha unhon ne? ji, munafiq ka. aur doosri baat unhon ne poochi hai munafiq ke bare mein. to munafiq, dekhiye, islam mein teen istilaha istemal hoti hain: momin,</w:t>
      </w:r>
    </w:p>
    <w:p>
      <w:pPr>
        <w:jc w:val="right"/>
      </w:pPr>
      <w:r>
        <w:t>کیا اس کو منافق پوچھا انہوں نے؟ جی، منافق کا۔ اور دوسری بات انہوں نے پوچھی ہے منافق کے بارے میں۔ تو منافق، دیکھیے، اسلام میں تین اصطلاح استعمال ہوتی ہے: مومن،</w:t>
      </w:r>
    </w:p>
    <w:p>
      <w:r>
        <w:rPr>
          <w:b/>
        </w:rPr>
        <w:t xml:space="preserve">[1:03:14] </w:t>
      </w:r>
      <w:r>
        <w:t>munafiq, kafir. momin woh hai jis ko aap kehte hain momin, yani sachhe dil se maan lene wala.</w:t>
      </w:r>
    </w:p>
    <w:p>
      <w:pPr>
        <w:jc w:val="right"/>
      </w:pPr>
      <w:r>
        <w:t>منافق، کافر۔ مومن وہ ہے جس کو آپ کہتے ہیں مومن، یعنی سچے دل سے مان لینے والا۔</w:t>
      </w:r>
    </w:p>
    <w:p>
      <w:r>
        <w:rPr>
          <w:b/>
        </w:rPr>
        <w:t xml:space="preserve">[1:03:26] </w:t>
      </w:r>
      <w:r>
        <w:t>yani kalma padhne se momin nahi banta koi shakhs. sachhe dil se maan lena, ek maene hai jo jo daryaft kare sachai ko, phir bol pade ke main ne maana is ko.</w:t>
      </w:r>
    </w:p>
    <w:p>
      <w:pPr>
        <w:jc w:val="right"/>
      </w:pPr>
      <w:r>
        <w:t>یعنی کلمہ پڑھنے سے مومن نہیں بنتا کوئی شخص۔ سچے دل سے مان لینا، ایک معنی ہے جو جو دریافت کرے سچائی کو، پھر بول پڑے کہ میں نے مانا اس کو۔</w:t>
      </w:r>
    </w:p>
    <w:p>
      <w:r>
        <w:rPr>
          <w:b/>
        </w:rPr>
        <w:t xml:space="preserve">[1:03:37] </w:t>
      </w:r>
      <w:r>
        <w:t>to iman se pehle daryaft hai, is ko hum kehte hain marifat. pehle marifat hai, phir iman hai. to marifat wala iman jis ko hasil ho jaye, us ko momin kaha gaya hai.</w:t>
      </w:r>
    </w:p>
    <w:p>
      <w:pPr>
        <w:jc w:val="right"/>
      </w:pPr>
      <w:r>
        <w:t>تو ایمان سے پہلے دریافت ہے، اس کو ہم کہتے ہیں معرفت۔ پہلے معرفت ہے، پھر ایمان ہے۔ تو معرفت والا ایمان جس کو حاصل ہو جائے، اس کو مومن کہا گیا ہے۔</w:t>
      </w:r>
    </w:p>
    <w:p>
      <w:r>
        <w:rPr>
          <w:b/>
        </w:rPr>
        <w:t xml:space="preserve">[1:03:52] </w:t>
      </w:r>
      <w:r>
        <w:t>munafiq woh hai ke imaan to laya woh, lekin baad ko dilchaspi, kuch dilchaspi us ke hote hain, kuch duniyavi cheezein hoti hain, unhon ne khincha us ko.</w:t>
      </w:r>
    </w:p>
    <w:p>
      <w:pPr>
        <w:jc w:val="right"/>
      </w:pPr>
      <w:r>
        <w:t>منافق وہ ہے کہ ایمان تو لایا وہ، لیکن بعد کو دلچسپی، کچھ دلچسپی اس کے ہوتے ہیں، کچھ دنیاوی چیزیں ہوتی ہیں، انہوں نے کھینچا اس کو۔</w:t>
      </w:r>
    </w:p>
    <w:p>
      <w:r>
        <w:rPr>
          <w:b/>
        </w:rPr>
        <w:t xml:space="preserve">[1:04:07] </w:t>
      </w:r>
      <w:r>
        <w:t>to imaan laane ke baad bhi woh Islam par poori tarah se qaaim na ho saka. yeh group tha Madine mein sab se pehle ke Rasool Allah par imaan laaye the woh, lekin phir woh peechhe hat gaye.</w:t>
      </w:r>
    </w:p>
    <w:p>
      <w:pPr>
        <w:jc w:val="right"/>
      </w:pPr>
      <w:r>
        <w:t>تو ایمان لانے کے بعد بھی وہ اسلام پر پوری طریقے سے قائم نہ ہو سکا۔ یہ گروپ تھا مدینے میں سب سے پہلے کہ رسول اللہ پر ایمان لائے تھے وہ، لیکن پھر وہ پیچھے ہٹ گئے۔</w:t>
      </w:r>
    </w:p>
    <w:p>
      <w:r>
        <w:rPr>
          <w:b/>
        </w:rPr>
        <w:t xml:space="preserve">[1:04:22] </w:t>
      </w:r>
      <w:r>
        <w:t>to agarchay woh yeh nahi kehte thay ke main momin nahi hoon, momin hone ka dawa karte thay woh, lekin amal ke aitbaar se woh peechhe hate hue thay.</w:t>
      </w:r>
    </w:p>
    <w:p>
      <w:pPr>
        <w:jc w:val="right"/>
      </w:pPr>
      <w:r>
        <w:t>تو اگرچہ وہ یہ نہیں کہتے تھے کہ میں مومن نہیں ہوں، مومن ہونے کا دعویٰ کرتے تھے وہ، لیکن عمل کے اعتبار سے وہ پیچھے ہٹے ہوئے تھے۔</w:t>
      </w:r>
    </w:p>
    <w:p>
      <w:r>
        <w:rPr>
          <w:b/>
        </w:rPr>
        <w:t xml:space="preserve">[1:04:32] </w:t>
      </w:r>
      <w:r>
        <w:t>to woh munafiq kahe gaye. kafir ke maani munkir, yaani jo inkaar kare. to jo sarray se inkaar kar de ke main nahi maanta us ko, to us ko Urdu mein munkir kaha jayega, Arabi mein kafir kaha jayega.</w:t>
      </w:r>
    </w:p>
    <w:p>
      <w:pPr>
        <w:jc w:val="right"/>
      </w:pPr>
      <w:r>
        <w:t>تو وہ منافق کہے گئے۔ کافر کے معنی منکر، یعنی جو انکار کرے۔ تو جو سرے سے انکار کر دے کہ میں نہیں مانتا اس کو، تو اس کو اردو میں منکر کہا جائے گا، عربی میں کافر کہا جائے گا۔</w:t>
      </w:r>
    </w:p>
    <w:p>
      <w:r>
        <w:rPr>
          <w:b/>
        </w:rPr>
        <w:t xml:space="preserve">[1:04:51] </w:t>
      </w:r>
      <w:r>
        <w:t>Next question is from Mr. Abdul Rahman. He says that, "Maulana sahib, I would like to express that there is great flow in your English translation of Quran.</w:t>
      </w:r>
    </w:p>
    <w:p>
      <w:pPr>
        <w:jc w:val="right"/>
      </w:pPr>
      <w:r>
        <w:t>Next question is from Mr. Abdul Rahman. He says that, "Maulana صاحب, I would like to express that there is great flow in your English translation of Quran.</w:t>
      </w:r>
    </w:p>
    <w:p>
      <w:r>
        <w:rPr>
          <w:b/>
        </w:rPr>
        <w:t xml:space="preserve">[1:05:03] </w:t>
      </w:r>
      <w:r>
        <w:t>My question is, please elaborate as to why you have translated three different words like 'gracious' for Rahman, 'beneficient' for Rahman, and 'merciful' for Rahman.</w:t>
      </w:r>
    </w:p>
    <w:p>
      <w:pPr>
        <w:jc w:val="right"/>
      </w:pPr>
      <w:r>
        <w:t>My question is, please elaborate as to why you have translated three different words like 'gracious' for Rahman, 'beneficient' for Rahman, and 'merciful' for Rahman.</w:t>
      </w:r>
    </w:p>
    <w:p>
      <w:r>
        <w:rPr>
          <w:b/>
        </w:rPr>
        <w:t xml:space="preserve">[1:05:21] </w:t>
      </w:r>
      <w:r>
        <w:t>dekhiye, yeh to siyaaq o subaaq par hota hai. teeno lafz bohat ziyada, jo kehte hain, qareeb ul maani, yaani ek hi jaise hain.</w:t>
      </w:r>
    </w:p>
    <w:p>
      <w:pPr>
        <w:jc w:val="right"/>
      </w:pPr>
      <w:r>
        <w:t>دیکھیے، یہ تو سیاق و سباق پر ہوتا ہے۔ تینوں لفظ بہت زیادہ، جو کہتے ہیں، قریب المعنی، یعنی ایک ہی جیسے ہیں۔</w:t>
      </w:r>
    </w:p>
    <w:p>
      <w:r>
        <w:rPr>
          <w:b/>
        </w:rPr>
        <w:t xml:space="preserve">[1:05:30] </w:t>
      </w:r>
      <w:r>
        <w:t>to siyaaq o subaaq ke aitbaar se khud Quran mein aisa hai ke ek hi baat ke liye ek se ziyada lafz istemaal kiye gaye hain. mislan ke Allah ko Allah kaha gaya hai, ke Allah ko Rab kaha gaya hai, ke Allah ko Rehman kaha gaya hai.</w:t>
      </w:r>
    </w:p>
    <w:p>
      <w:pPr>
        <w:jc w:val="right"/>
      </w:pPr>
      <w:r>
        <w:t>تو سیاق و سباق کے اعتبار سے خود قرآن میں ایسا ہے کہ ایک ہی بات کے لیے ایک سے زیادہ لفظ استعمال کیے گئے ہیں۔ مثلاً کہ اللہ کو اللہ کہا گیا ہے، کہ اللہ کو رب کہا گیا ہے، کہ اللہ کو رحمان کہا گیا ہے۔</w:t>
      </w:r>
    </w:p>
    <w:p>
      <w:r>
        <w:rPr>
          <w:b/>
        </w:rPr>
        <w:t xml:space="preserve">[1:05:45] </w:t>
      </w:r>
      <w:r>
        <w:t>to wahan ek bohat ajeeb qissa hua Makka mein ke us ko unhon ne tamasha bana liya.</w:t>
      </w:r>
    </w:p>
    <w:p>
      <w:pPr>
        <w:jc w:val="right"/>
      </w:pPr>
      <w:r>
        <w:t>تو وہاں ایک بہت عجیب قصہ ہوا مکہ میں کہ اس کو انہوں نے تماشہ بنا لیا۔</w:t>
      </w:r>
    </w:p>
    <w:p>
      <w:r>
        <w:rPr>
          <w:b/>
        </w:rPr>
        <w:t xml:space="preserve">[1:05:56] </w:t>
      </w:r>
      <w:r>
        <w:t>ke dekho, yeh to kisi ko yeh pata nahi ke Khuda ka naam kya hai. kabhi Allah kehte hain, kabhi Rehman kehte hain, kabhi Rab kehte hain. to yeh koi sahi tashreeh nahi hai.</w:t>
      </w:r>
    </w:p>
    <w:p>
      <w:pPr>
        <w:jc w:val="right"/>
      </w:pPr>
      <w:r>
        <w:t>کہ دیکھو، یہ تو کسی کو یہ پتہ نہیں کہ خدا کا نام کیا ہے۔ کبھی اللہ کہتے ہیں، کبھی رحمان کہتے ہیں، کبھی رب کہتے ہیں۔ تو یہ کوئی صحیح تشریح نہیں ہے۔</w:t>
      </w:r>
    </w:p>
    <w:p>
      <w:r>
        <w:rPr>
          <w:b/>
        </w:rPr>
        <w:t xml:space="preserve">[1:06:08] </w:t>
      </w:r>
      <w:r>
        <w:t>siyaaq o subaaq ke hisaab se aur us par zor dene ke hisaab se mukhtalif lafz istemaal kiye jaate hain. yahan is mein koi, yaani yeh nahi kaha jata ke mukhtalif tarjuma nahi kaha jayega is ko.</w:t>
      </w:r>
    </w:p>
    <w:p>
      <w:pPr>
        <w:jc w:val="right"/>
      </w:pPr>
      <w:r>
        <w:t>سیاق و سباق کے حساب سے اور اس پر زور دینے کے حساب سے مختلف لفظ استعمال کیے جاتے ہیں۔ یہاں اس میں کوئی، یعنی یہ نہیں کہا جاتا کہ مختلف ترجمہ نہیں کہا جائے گا اس کو۔</w:t>
      </w:r>
    </w:p>
    <w:p>
      <w:r>
        <w:rPr>
          <w:b/>
        </w:rPr>
        <w:t xml:space="preserve">[1:06:21] </w:t>
      </w:r>
      <w:r>
        <w:t>mukhtalif siyaaq o subaaq mein mukhtalif lafz istemaal kiya gaya hai usi mafhoom ko pohnchanay ke liye. aur kya hai in ka? doosra?</w:t>
      </w:r>
    </w:p>
    <w:p>
      <w:pPr>
        <w:jc w:val="right"/>
      </w:pPr>
      <w:r>
        <w:t>مختلف سیاق و سباق میں مختلف لفظ استعمال کیا گیا ہے اسی مفہوم کو پہنچانے کے لیے۔ اور کیا ہے ان کا؟ دوسرا؟</w:t>
      </w:r>
    </w:p>
    <w:p>
      <w:r>
        <w:rPr>
          <w:b/>
        </w:rPr>
        <w:t xml:space="preserve">[1:06:30] </w:t>
      </w:r>
      <w:r>
        <w:t>nahi. achha.</w:t>
      </w:r>
    </w:p>
    <w:p>
      <w:pPr>
        <w:jc w:val="right"/>
      </w:pPr>
      <w:r>
        <w:t>نہیں۔ اچھا۔</w:t>
      </w:r>
    </w:p>
    <w:p>
      <w:r>
        <w:rPr>
          <w:b/>
        </w:rPr>
        <w:t xml:space="preserve">[1:06:34] </w:t>
      </w:r>
      <w:r>
        <w:t>This question is from Dr. Faridah Khanum. God certainly knew that man was faced with limitations in developing a perfect civilization.</w:t>
      </w:r>
    </w:p>
    <w:p>
      <w:pPr>
        <w:jc w:val="right"/>
      </w:pPr>
      <w:r>
        <w:t>This question is from Dr. Faridah Khanum. God certainly knew that man was faced with limitations in developing a perfect civilization.</w:t>
      </w:r>
    </w:p>
    <w:p>
      <w:r>
        <w:rPr>
          <w:b/>
        </w:rPr>
        <w:t xml:space="preserve">[1:06:47] </w:t>
      </w:r>
      <w:r>
        <w:t>Then why did He give the planet Earth in His charge?</w:t>
      </w:r>
    </w:p>
    <w:p>
      <w:pPr>
        <w:jc w:val="right"/>
      </w:pPr>
      <w:r>
        <w:t>Then why did He give the planet Earth in His charge?</w:t>
      </w:r>
    </w:p>
    <w:p>
      <w:r>
        <w:rPr>
          <w:b/>
        </w:rPr>
        <w:t xml:space="preserve">[1:06:54] </w:t>
      </w:r>
      <w:r>
        <w:t>dekhiye, Allah ki scheme yeh thi aur hai ke muntakhib logon ko jannat mein jagah di jaye. yaani Khuda ne poori azaadi de di, azaadi de diya jin ko.</w:t>
      </w:r>
    </w:p>
    <w:p>
      <w:pPr>
        <w:jc w:val="right"/>
      </w:pPr>
      <w:r>
        <w:t>دیکھیے، اللہ کی اسکیم یہ تھی اور ہے کہ منتخب لوگوں کو جنت میں جگہ دی جائے۔ یعنی خدا نے پوری آزادی دے دی، آزادی دے دیا جن کو۔</w:t>
      </w:r>
    </w:p>
    <w:p>
      <w:r>
        <w:rPr>
          <w:b/>
        </w:rPr>
        <w:t xml:space="preserve">[1:07:10] </w:t>
      </w:r>
      <w:r>
        <w:t>isi tarah poori azaadi de diya insaan ko. taake azaad rehte hue jo jo follow kare, azaad rehte hue jo surrender kare, jo to us ka intekhaab.</w:t>
      </w:r>
    </w:p>
    <w:p>
      <w:pPr>
        <w:jc w:val="right"/>
      </w:pPr>
      <w:r>
        <w:t>اسی طرح پوری آزادی دے دیا انسان کو۔ تاکہ آزاد رہتے ہوئے جو جو فالو کرے، آزاد رہتے ہوئے جو سرنڈر کرے، جو تو اس کا انتخاب۔</w:t>
      </w:r>
    </w:p>
    <w:p>
      <w:r>
        <w:rPr>
          <w:b/>
        </w:rPr>
        <w:t xml:space="preserve">[1:07:30] </w:t>
      </w:r>
      <w:r>
        <w:t>to Allah taala ko woh insaan chahiye jo kisi majboori ke baghair Allah ko maane, khud se daryaaft kare aur kisi majboori ke baad Allah ke aagay surrender kare.</w:t>
      </w:r>
    </w:p>
    <w:p>
      <w:pPr>
        <w:jc w:val="right"/>
      </w:pPr>
      <w:r>
        <w:t>تو اللہ تعالیٰ کو وہ انسان چاہیے جو کسی مجبوری کے بغیر اللہ کو مانے، خود سے دریافت کرے اور کسی مجبوری کے بعد اللہ کے آگے سرنڈر کرے۔</w:t>
      </w:r>
    </w:p>
    <w:p>
      <w:r>
        <w:rPr>
          <w:b/>
        </w:rPr>
        <w:t xml:space="preserve">[1:07:44] </w:t>
      </w:r>
      <w:r>
        <w:t>isi ke liye jinn banaye gaye, isi liye insaan banaye gaye. to buniyadi baat jo hai woh hai azaadi. yaani azaadi istemaal karna, azaadi ka sahi istemaal karna.</w:t>
      </w:r>
    </w:p>
    <w:p>
      <w:pPr>
        <w:jc w:val="right"/>
      </w:pPr>
      <w:r>
        <w:t>اسی کے لیے جن بنائے گئے، اسی لیے انسان بنائے گئے۔ تو بنیادی بات جو ہے وہ ہے آزادی۔ یعنی آزادی استعمال کرنا، آزادی کا صحیح استعمال کرنا۔</w:t>
      </w:r>
    </w:p>
    <w:p>
      <w:r>
        <w:rPr>
          <w:b/>
        </w:rPr>
        <w:t xml:space="preserve">[1:07:53] </w:t>
      </w:r>
      <w:r>
        <w:t>isi par faisla hota hai. to woh log Allah ki nazar mein bohat oonche hain, bohat oonche hain, bohat oonche hain. jo kisi bhi majboori ke baghair Allah ke aagay surrender kar de.</w:t>
      </w:r>
    </w:p>
    <w:p>
      <w:pPr>
        <w:jc w:val="right"/>
      </w:pPr>
      <w:r>
        <w:t>اسی پر فیصلہ ہوتا ہے۔ تو وہ لوگ اللہ کی نظر میں بہت اونچے ہیں، بہت اونچے ہیں، بہت اونچے ہیں۔ جو کسی بھی مجبوری کے بغیر اللہ کے آگے سرنڈر کر دے۔</w:t>
      </w:r>
    </w:p>
    <w:p>
      <w:r>
        <w:rPr>
          <w:b/>
        </w:rPr>
        <w:t xml:space="preserve">[1:08:04] </w:t>
      </w:r>
      <w:r>
        <w:t>bohat oonche log hain. inhi oonche logon ke liye Khuda ne jannat banai hai.</w:t>
      </w:r>
    </w:p>
    <w:p>
      <w:pPr>
        <w:jc w:val="right"/>
      </w:pPr>
      <w:r>
        <w:t>بہت اونچے لوگ ہیں۔ انہی اونچے لوگوں کے لیے خدا نے جنت بنائی ہے۔</w:t>
      </w:r>
    </w:p>
    <w:p>
      <w:r>
        <w:rPr>
          <w:b/>
        </w:rPr>
        <w:t xml:space="preserve">[1:08:12] </w:t>
      </w:r>
      <w:r>
        <w:t>In her next question, she has sought your explanation. She says that one CPS member saw in his dream that doomsday will come in six months.</w:t>
      </w:r>
    </w:p>
    <w:p>
      <w:pPr>
        <w:jc w:val="right"/>
      </w:pPr>
      <w:r>
        <w:t>In her next question, she has sought your explanation. She says that one CPS member saw in his dream that doomsday will come in six months.</w:t>
      </w:r>
    </w:p>
    <w:p>
      <w:r>
        <w:rPr>
          <w:b/>
        </w:rPr>
        <w:t xml:space="preserve">[1:08:24] </w:t>
      </w:r>
      <w:r>
        <w:t>What does it mean and how do you look at it?</w:t>
      </w:r>
    </w:p>
    <w:p>
      <w:pPr>
        <w:jc w:val="right"/>
      </w:pPr>
      <w:r>
        <w:t>What does it mean and how do you look at it?</w:t>
      </w:r>
    </w:p>
    <w:p>
      <w:r>
        <w:rPr>
          <w:b/>
        </w:rPr>
        <w:t xml:space="preserve">[1:08:29] </w:t>
      </w:r>
      <w:r>
        <w:t>dekhiye, yeh aise jo khwaab hote hain, kai logon ne aise khwaab dekhe hain, kai logon ne. lekin woh imkaan ko batate hain.</w:t>
      </w:r>
    </w:p>
    <w:p>
      <w:pPr>
        <w:jc w:val="right"/>
      </w:pPr>
      <w:r>
        <w:t>دیکھیے، یہ ایسے جو خواب ہوتے ہیں، کئی لوگوں نے ایسے خواب دیکھے ہیں، کئی لوگوں نے۔ لیکن وہ امکان کو بتاتے ہیں۔</w:t>
      </w:r>
    </w:p>
    <w:p>
      <w:r>
        <w:rPr>
          <w:b/>
        </w:rPr>
        <w:t xml:space="preserve">[1:08:41] </w:t>
      </w:r>
      <w:r>
        <w:t>tareekh tay kabhi nahi ho sakti hai. jo bhi khwaab is tarah ka ho, usay yeh samajhna chahiye ke imkaan batayi ja rahi hai.</w:t>
      </w:r>
    </w:p>
    <w:p>
      <w:pPr>
        <w:jc w:val="right"/>
      </w:pPr>
      <w:r>
        <w:t>تاریخ طے کبھی نہیں ہو سکتی ہے۔ جو بھی خواب اس طرح کا ہو، اسے یہ سمجھنا چاہیے کہ امکان بتایا جا رہی ہے۔</w:t>
      </w:r>
    </w:p>
    <w:p>
      <w:r>
        <w:rPr>
          <w:b/>
        </w:rPr>
        <w:t xml:space="preserve">[1:08:50] </w:t>
      </w:r>
      <w:r>
        <w:t>yani bohat qareeb hai, bohat qareeb hai, bohat qareeb hai. bas is ka yeh matlab hai.</w:t>
      </w:r>
    </w:p>
    <w:p>
      <w:pPr>
        <w:jc w:val="right"/>
      </w:pPr>
      <w:r>
        <w:t>یعنی بہت قریب ہے، بہت قریب ہے، بہت قریب ہے۔ بس اس کا یہ مطلب ہے۔</w:t>
      </w:r>
    </w:p>
    <w:p>
      <w:r>
        <w:rPr>
          <w:b/>
        </w:rPr>
        <w:t xml:space="preserve">[1:08:57] </w:t>
      </w:r>
      <w:r>
        <w:t>yeh agla sawal jo hai nafees shairaz ka hai. yeh kehte hain ke islam deen-e-fitrat hai. is hisab se to har insaan ko musalman hona chahiye.</w:t>
      </w:r>
    </w:p>
    <w:p>
      <w:pPr>
        <w:jc w:val="right"/>
      </w:pPr>
      <w:r>
        <w:t>یہ اگلا سوال جو ہے نفیس شیراز کا ہے۔ یہ کہتے ہیں کہ اسلام دین فطرت ہے۔ اس حساب سے تو ہر انسان کو مسلمان ہونا چاہیے۔</w:t>
      </w:r>
    </w:p>
    <w:p>
      <w:r>
        <w:rPr>
          <w:b/>
        </w:rPr>
        <w:t xml:space="preserve">[1:09:07] </w:t>
      </w:r>
      <w:r>
        <w:t>lekin aisa to nahi hai. islam deen-e-fitrat hai, kripya is ka sankshept roop mein varnan karen.</w:t>
      </w:r>
    </w:p>
    <w:p>
      <w:pPr>
        <w:jc w:val="right"/>
      </w:pPr>
      <w:r>
        <w:t>لیکن ایسا تو نہیں ہے۔ اسلام دین فطرت ہے، कृپیا اس کا سنشپت روپ میں ورணن کریں۔</w:t>
      </w:r>
    </w:p>
    <w:p>
      <w:r>
        <w:rPr>
          <w:b/>
        </w:rPr>
        <w:t xml:space="preserve">[1:09:17] </w:t>
      </w:r>
      <w:r>
        <w:t>deen-e-fitrat ke mani mein nahi ke insaan ki azadi abalash kar di gayi hai. woh to deen-e-fitrat hai. lekin insaan ko chuki azadi hai,</w:t>
      </w:r>
    </w:p>
    <w:p>
      <w:pPr>
        <w:jc w:val="right"/>
      </w:pPr>
      <w:r>
        <w:t>دین فطرت کے معنی میں نہیں کہ انسان کی آزادی ابالش کر دی گئی ہے۔ وہ تو دین فطرت ہے۔ لیکن انسان کو چونکہ آزادی ہے،</w:t>
      </w:r>
    </w:p>
    <w:p>
      <w:r>
        <w:rPr>
          <w:b/>
        </w:rPr>
        <w:t xml:space="preserve">[1:09:30] </w:t>
      </w:r>
      <w:r>
        <w:t>to apne fitrat ke khilaaf chala jata hai woh. kuch dilchaspi ki bina par, kuch lalach ki bina par, kuch khwahish ki bina par. yeh is ke is se aata hai.</w:t>
      </w:r>
    </w:p>
    <w:p>
      <w:pPr>
        <w:jc w:val="right"/>
      </w:pPr>
      <w:r>
        <w:t>تو اپنے فطرت کے خلاف چلا جاتا ہے وہ۔ کچھ دلچسپی کی بنا پر، کچھ لالچ کی بنا پر، کچھ خواہش کی بنا پر۔ یہ اس کے اس سے آتا ہے۔</w:t>
      </w:r>
    </w:p>
    <w:p>
      <w:r>
        <w:rPr>
          <w:b/>
        </w:rPr>
        <w:t xml:space="preserve">[1:09:40] </w:t>
      </w:r>
      <w:r>
        <w:t>jo isi liye jahad-e-nafs ko sab se bara jahad kaha gaya hai. jahad bil nafs ko sab se bara jahad kaha gaya. jahad-e-akbar kaha gaya hai is ko.</w:t>
      </w:r>
    </w:p>
    <w:p>
      <w:pPr>
        <w:jc w:val="right"/>
      </w:pPr>
      <w:r>
        <w:t>جو اسی لیے جہاد نفس کو سب سے بڑا جہاد کہا گیا ہے۔ جہاد بالنفس کو سب سے بڑا جہاد کہا گیا۔ جہاد اکبر کہا گیا ہے اس کو۔</w:t>
      </w:r>
    </w:p>
    <w:p>
      <w:r>
        <w:rPr>
          <w:b/>
        </w:rPr>
        <w:t xml:space="preserve">[1:09:50] </w:t>
      </w:r>
      <w:r>
        <w:t>to yahi to jahad-e-akbar hai. ke jab shaitan ya aur doosre qism ke jo woh hain muharrikat, woh aap ko kheenche kisi aur taraf, to aap is se ladein.</w:t>
      </w:r>
    </w:p>
    <w:p>
      <w:pPr>
        <w:jc w:val="right"/>
      </w:pPr>
      <w:r>
        <w:t>تو یہی تو جہاد اکبر ہے۔ کہ جب شیطان یا اور دوسرے قسم کے جو وہ ہیں محرکات، وہ آپ کو کھینچیں کسی اور طرف، تو آپ اس سے لڑیں۔</w:t>
      </w:r>
    </w:p>
    <w:p>
      <w:r>
        <w:rPr>
          <w:b/>
        </w:rPr>
        <w:t xml:space="preserve">[1:10:07] </w:t>
      </w:r>
      <w:r>
        <w:t>apne apne hawas se ladein, apne nafs se ladein, apne dilchaspi se ladein. aur phir khuda ke raste par jame rahein. to fitrat hone ka matlab majboori nahi hai.</w:t>
      </w:r>
    </w:p>
    <w:p>
      <w:pPr>
        <w:jc w:val="right"/>
      </w:pPr>
      <w:r>
        <w:t>اپنے اپنے ہوس سے لڑیں، اپنے نفس سے لڑیں، اپنے دلچسپی سے لڑیں۔ اور پھر خدا کے راستے پر جمے رہیں۔ تو فطرت ہونے کا مطلب مجبوری نہیں ہے۔</w:t>
      </w:r>
    </w:p>
    <w:p>
      <w:r>
        <w:rPr>
          <w:b/>
        </w:rPr>
        <w:t xml:space="preserve">[1:10:19] </w:t>
      </w:r>
      <w:r>
        <w:t>islam bilashuba fitrat hai. lekin is ka matlab nahi ke sab ko majboori se woh chahta hai ke sab isi par aa jayein. phir to dilchaspi hi nahi rahegi.</w:t>
      </w:r>
    </w:p>
    <w:p>
      <w:pPr>
        <w:jc w:val="right"/>
      </w:pPr>
      <w:r>
        <w:t>اسلام بلاشبہ فطرت ہے۔ لیکن اس کا مطلب نہیں کہ سب کو مجبوری سے وہ چاہتا ہے کہ سب اسی پر آ جائیں۔ پھر تو دلچسپی ہی نہیں رہے گی۔</w:t>
      </w:r>
    </w:p>
    <w:p>
      <w:r>
        <w:rPr>
          <w:b/>
        </w:rPr>
        <w:t xml:space="preserve">[1:10:29] </w:t>
      </w:r>
      <w:r>
        <w:t>dilchaspi to khatam ho jayegi phir. to islam bilashuba fitrat ke mani yeh hain ke woh is ki taleemat mabni karti hain qanoon-e-fitrat par.</w:t>
      </w:r>
    </w:p>
    <w:p>
      <w:pPr>
        <w:jc w:val="right"/>
      </w:pPr>
      <w:r>
        <w:t>دلچسپی تو ختم ہو جائے گی پھر۔ تو اسلام بلاشبہ فطرت کے معنی یہ ہیں کہ وہ اس کی تعلیمات مبنی کرتی ہیں قانون فطرت پر۔</w:t>
      </w:r>
    </w:p>
    <w:p>
      <w:r>
        <w:rPr>
          <w:b/>
        </w:rPr>
        <w:t xml:space="preserve">[1:10:42] </w:t>
      </w:r>
      <w:r>
        <w:t>is ke par. is par mabni karti hain. lekin choice to phir bhi aadmi ka apna rahega. choice to aadmi ka apna hi rahega.</w:t>
      </w:r>
    </w:p>
    <w:p>
      <w:pPr>
        <w:jc w:val="right"/>
      </w:pPr>
      <w:r>
        <w:t>اس کے پر۔ اس پر مبنی کرتی ہیں۔ لیکن چوائس تو پھر بھی آدمی کا اپنا رہے گی۔ چوائس تو آدمی کا اپنا ہی رہے گی۔</w:t>
      </w:r>
    </w:p>
    <w:p>
      <w:r>
        <w:rPr>
          <w:b/>
        </w:rPr>
        <w:t xml:space="preserve">[1:10:53] </w:t>
      </w:r>
      <w:r>
        <w:t>choice ke mamle mein kabhi bhi koi zor zabardasti nahi ki jayegi. quran majeed mein hai ke la ikraha fid deen ke deen ke mamle mein koi zabardasti nahi hai.</w:t>
      </w:r>
    </w:p>
    <w:p>
      <w:pPr>
        <w:jc w:val="right"/>
      </w:pPr>
      <w:r>
        <w:t>چوائس کے معاملے میں کبھی بھی کوئی زور زبردستی نہیں کی جائے گی۔ قرآن مجید میں ہے کہ لا إكراه في الدين کہ دین کے معاملے میں کوئی زبردستی نہیں ہے۔</w:t>
      </w:r>
    </w:p>
    <w:p>
      <w:r>
        <w:rPr>
          <w:b/>
        </w:rPr>
        <w:t xml:space="preserve">[1:11:07] </w:t>
      </w:r>
      <w:r>
        <w:t>yeh hai is ka matlab. in ka agla point yeh hai ke koi bhi tehzeeb apne aap mein buri nahi hoti, lekin phir bhi log maghribi tehzeeb ko bura kyun mante hain?</w:t>
      </w:r>
    </w:p>
    <w:p>
      <w:pPr>
        <w:jc w:val="right"/>
      </w:pPr>
      <w:r>
        <w:t>یہ ہے اس کا مطلب۔ ان کا اگلا پوائنٹ یہ ہے کہ کوئی بھی تہذیب اپنے آپ میں بری نہیں ہوتی، لیکن پھر بھی لوگ مغربی تہذیب کو برا کیوں مانتے ہیں؟</w:t>
      </w:r>
    </w:p>
    <w:p>
      <w:r>
        <w:rPr>
          <w:b/>
        </w:rPr>
        <w:t xml:space="preserve">[1:11:22] </w:t>
      </w:r>
      <w:r>
        <w:t>asal mein log jo hain, hum musalman khaas taur par farq karna nahi jante. yani art of differentiation ki khabar musalmanon ko nahi hai.</w:t>
      </w:r>
    </w:p>
    <w:p>
      <w:pPr>
        <w:jc w:val="right"/>
      </w:pPr>
      <w:r>
        <w:t>اصل میں لوگ جو ہیں، ہم مسلمان خاص طور پر فرق کرنا نہیں جانتے۔ یعنی آرٹ آف ڈیفرنسیشن کی خبر مسلمانوں کو نہیں ہے۔</w:t>
      </w:r>
    </w:p>
    <w:p>
      <w:r>
        <w:rPr>
          <w:b/>
        </w:rPr>
        <w:t xml:space="preserve">[1:11:33] </w:t>
      </w:r>
      <w:r>
        <w:t>mera tajruba yeh hai ke ek hai civilization, ek hai civilization ka galat istemal. to quran ka bhi galat istemal kiya jata hai. aaj kal jo log khudkushi bombing kar rahe hain, woh bhi quran se nikalte hain.</w:t>
      </w:r>
    </w:p>
    <w:p>
      <w:pPr>
        <w:jc w:val="right"/>
      </w:pPr>
      <w:r>
        <w:t>میرا تجربہ یہ ہے کہ ایک ہے سویلائزیشن، ایک ہے سویلائزیشن کا غلط استعمال۔ تو قرآن کا بھی غلط استعمال کیا جاتا ہے۔ آج کل جو لوگ خودکشی بمبنگ کر رہے ہیں، وہ بھی قرآن سے نکالتے ہیں۔</w:t>
      </w:r>
    </w:p>
    <w:p>
      <w:r>
        <w:rPr>
          <w:b/>
        </w:rPr>
        <w:t xml:space="preserve">[1:11:46] </w:t>
      </w:r>
      <w:r>
        <w:t>to quran to bura nahi ho jayega. abhi aaj ke paper mein hai ke america mein ek muslim tha army mein, us ne terah aadmiyon ko maar dala.</w:t>
      </w:r>
    </w:p>
    <w:p>
      <w:pPr>
        <w:jc w:val="right"/>
      </w:pPr>
      <w:r>
        <w:t>تو قرآن تو برا نہیں ہو جائے گا۔ ابھی آج کے پیپر میں ہے کہ امریکہ میں ایک مسلم تھا آرمی میں، اس نے تیرہ آدمیوں کو مار ڈالا۔</w:t>
      </w:r>
    </w:p>
    <w:p>
      <w:r>
        <w:rPr>
          <w:b/>
        </w:rPr>
        <w:t xml:space="preserve">[1:11:57] </w:t>
      </w:r>
      <w:r>
        <w:t>aur allahu akbar, allahu akbar kehte hue maar dala. yeh allahu akbar to nahi hai. is liye ke agar aap america ki army mein hain, to agar aap ko koi farq hain, to aap army mein rehte hue nahi kar sakte aisa.</w:t>
      </w:r>
    </w:p>
    <w:p>
      <w:pPr>
        <w:jc w:val="right"/>
      </w:pPr>
      <w:r>
        <w:t>اور اللہ اکبر، اللہ اکبر کہتے ہوئے مار ڈالا۔ یہ اللہ اکبر تو نہیں ہے۔ اس لیے کہ اگر آپ امریکہ کی آرمی میں ہیں، تو اگر آپ کو کوئی فرق ہیں، تو آپ آرمی میں رہتے ہوئے نہیں کر سکتے ایسا۔</w:t>
      </w:r>
    </w:p>
    <w:p>
      <w:r>
        <w:rPr>
          <w:b/>
        </w:rPr>
        <w:t xml:space="preserve">[1:12:11] </w:t>
      </w:r>
      <w:r>
        <w:t>aap ko istifa dena padega. fambidh alayhi wa la sawa yeh bilkul haram hai islam mein ke army ke andar aap hain, aur is ke bawajood aap logon ko lagen maar rahe hain army ke jawano ko.</w:t>
      </w:r>
    </w:p>
    <w:p>
      <w:pPr>
        <w:jc w:val="right"/>
      </w:pPr>
      <w:r>
        <w:t>آپ کو استعفیٰ دینا پڑے گا۔ فَمْبِذْ عَلَيْهِ وَلَا سَوَى یہ بالکل حرام ہے اسلام میں کہ آرمی کے اندر آپ ہیں، اور اس کے باوجود آپ لوگوں کو لگیں مار رہے ہیں آرمی کے جوانوں کو۔</w:t>
      </w:r>
    </w:p>
    <w:p>
      <w:r>
        <w:rPr>
          <w:b/>
        </w:rPr>
        <w:t xml:space="preserve">[1:12:25] </w:t>
      </w:r>
      <w:r>
        <w:t>yeh to jaiz hi nahi hai. to agar aap ne army mein bharti kiya hai, army ke jo is ka woh hota hai, woh liya hai aap ne wafadari ka, to wa'ufu billahi dha a'hadu ka case ban gaya hai aap ka.</w:t>
      </w:r>
    </w:p>
    <w:p>
      <w:pPr>
        <w:jc w:val="right"/>
      </w:pPr>
      <w:r>
        <w:t>یہ تو جائز ہی نہیں ہے۔ تو اگر آپ نے آرمی میں بھرتی کیا ہے، آرمی کے جو اس کا وہ ہوتا ہے، وہ لیا ہے آپ نے وفاداری کا، تو وَعُفُوا بِاللَّهِ ذَا أَعَهَدُ کا کیس بن گیا ہے آپ کا۔</w:t>
      </w:r>
    </w:p>
    <w:p>
      <w:r>
        <w:rPr>
          <w:b/>
        </w:rPr>
        <w:t xml:space="preserve">[1:12:42] </w:t>
      </w:r>
      <w:r>
        <w:t>aap ko is ahadname ko poora karna padega. ab agar aap ko farq hain, agar aap samajhte hain ke america jo hai woh galat kaam kar raha hai, to istifa de dijiye, apne watan chale jaiye.</w:t>
      </w:r>
    </w:p>
    <w:p>
      <w:pPr>
        <w:jc w:val="right"/>
      </w:pPr>
      <w:r>
        <w:t>آپ کو اس عہد نامے کو پورا کرنا پڑے گا۔ اب اگر آپ کو فرق ہیں، اگر آپ سمجھتے ہیں کہ امریکہ جو ہے وہ غلط کام کر رہا ہے، تو استعفیٰ دے دیجیے، اپنے وطن چلے جائیے۔</w:t>
      </w:r>
    </w:p>
    <w:p>
      <w:r>
        <w:rPr>
          <w:b/>
        </w:rPr>
        <w:t xml:space="preserve">[1:12:54] </w:t>
      </w:r>
      <w:r>
        <w:t>apne watan ja kar ke wahan se phir jo karna hai kijiye. america ke andar rehte hue, america ki army mein rehte hue aap aisa nahi kar sakte. to yeh to har jagah aisa hota hai ke log bahas karte hain.</w:t>
      </w:r>
    </w:p>
    <w:p>
      <w:pPr>
        <w:jc w:val="right"/>
      </w:pPr>
      <w:r>
        <w:t>اپنے وطن جا کر کے وہاں سے پھر جو کرنا ہے کیجیے۔ امریکہ کے اندر رہتے ہوئے، امریکہ کی آرمی میں رہتے ہوئے آپ ایسا نہیں کر سکتے۔ تو یہ تو ہر جگہ ایسا ہوتا ہے کہ لوگ بحث کرتے ہیں۔</w:t>
      </w:r>
    </w:p>
    <w:p>
      <w:r>
        <w:rPr>
          <w:b/>
        </w:rPr>
        <w:t xml:space="preserve">[1:13:07] </w:t>
      </w:r>
      <w:r>
        <w:t>qanoon se bahas karte hain, quran se bahas karte hain, apne maqam se bahas karte hain. to yeh phir har jagah paya jata hai.</w:t>
      </w:r>
    </w:p>
    <w:p>
      <w:pPr>
        <w:jc w:val="right"/>
      </w:pPr>
      <w:r>
        <w:t>قانون سے بحث کرتے ہیں، قرآن سے بحث کرتے ہیں، اپنے مقام سے بحث کرتے ہیں۔ تو یہ پھر ہر جگہ پایا جاتا ہے۔</w:t>
      </w:r>
    </w:p>
    <w:p>
      <w:r>
        <w:rPr>
          <w:b/>
        </w:rPr>
        <w:t xml:space="preserve">[1:13:18] </w:t>
      </w:r>
      <w:r>
        <w:t>This question is from Mr. Deenul Huda. He is pointing out towards the theory of evolution</w:t>
      </w:r>
    </w:p>
    <w:p>
      <w:pPr>
        <w:jc w:val="right"/>
      </w:pPr>
      <w:r>
        <w:t>This question is from Mr. Deenul Huda. He is pointing out towards the theory of evolution</w:t>
      </w:r>
    </w:p>
    <w:p>
      <w:r>
        <w:rPr>
          <w:b/>
        </w:rPr>
        <w:t xml:space="preserve">[1:13:26] </w:t>
      </w:r>
      <w:r>
        <w:t>. He says that a believer is of the opinion that God created Adam directly in the human form, whereas according to the theory of evolution, from early age till now, there have been various evolutions.</w:t>
      </w:r>
    </w:p>
    <w:p>
      <w:pPr>
        <w:jc w:val="right"/>
      </w:pPr>
      <w:r>
        <w:t>. He says that a believer is of the opinion that God created Adam directly in the human form, whereas according to the theory of evolution, from early age till now, there have been various evolutions.</w:t>
      </w:r>
    </w:p>
    <w:p>
      <w:r>
        <w:rPr>
          <w:b/>
        </w:rPr>
        <w:t xml:space="preserve">[1:13:43] </w:t>
      </w:r>
      <w:r>
        <w:t>So, are there any similarities between both of them, or what exactly is the correct perspective?</w:t>
      </w:r>
    </w:p>
    <w:p>
      <w:pPr>
        <w:jc w:val="right"/>
      </w:pPr>
      <w:r>
        <w:t>So, are there any similarities between both of them, or what exactly is the correct perspective?</w:t>
      </w:r>
    </w:p>
    <w:p>
      <w:r>
        <w:rPr>
          <w:b/>
        </w:rPr>
        <w:t xml:space="preserve">[1:13:50] </w:t>
      </w:r>
      <w:r>
        <w:t>dekhie, main evolution theory ko bilkul galat samajhta hoon. ek hai creation, ek hai evolution. main creation ko manta hoon, evolution ko nahin manta.</w:t>
      </w:r>
    </w:p>
    <w:p>
      <w:pPr>
        <w:jc w:val="right"/>
      </w:pPr>
      <w:r>
        <w:t>دیکھیے، میں evolution theory کو بالکل غلط سمجھتا ہوں۔ ایک ہے creation، ایک ہے evolution۔ میں creation کو مانتا ہوں، evolution کو نہیں مانتا۔</w:t>
      </w:r>
    </w:p>
    <w:p>
      <w:r>
        <w:rPr>
          <w:b/>
        </w:rPr>
        <w:t xml:space="preserve">[1:13:59] </w:t>
      </w:r>
      <w:r>
        <w:t>is par bar bar yahan bol chuka hoon main, aur is par maine likha bhi hai. agar aap kisi ko mazeed janna hai to mere pas aain, office mein bataunga is ko.</w:t>
      </w:r>
    </w:p>
    <w:p>
      <w:pPr>
        <w:jc w:val="right"/>
      </w:pPr>
      <w:r>
        <w:t>اس پر بار بار یہاں بول چکا ہوں میں، اور اس پر میں نے لکھا بھی ہے۔ اگر آپ کسی کو مزید جاننا ہے تو میرے پاس آئیں، آفس میں بتاؤں گا اس کو۔</w:t>
      </w:r>
    </w:p>
    <w:p>
      <w:r>
        <w:rPr>
          <w:b/>
        </w:rPr>
        <w:t xml:space="preserve">[1:14:10] </w:t>
      </w:r>
      <w:r>
        <w:t>itna hi keh sakta hoon is waqt ke main evolution theory ko bilkul galat manta hoon. be buniyad manta hoon. main creation ko manta hoon, theory of creation.</w:t>
      </w:r>
    </w:p>
    <w:p>
      <w:pPr>
        <w:jc w:val="right"/>
      </w:pPr>
      <w:r>
        <w:t>اتنا ہی کہہ سکتا ہوں اس وقت کہ میں evolution theory کو بالکل غلط مانتا ہوں۔ بے بنیاد مانتا ہوں۔ میں creation کو مانتا ہوں، theory of creation۔</w:t>
      </w:r>
    </w:p>
    <w:p>
      <w:r>
        <w:rPr>
          <w:b/>
        </w:rPr>
        <w:t xml:space="preserve">[1:14:21] </w:t>
      </w:r>
      <w:r>
        <w:t>yani Khuda ne paida kiya sab kuch. ek ek cheez. evolution se kuch bhi nahin hua. baqi aap ko tafseel se janna hai to mera article parh sakte hain, aur agar aap mazeed janna ho to aap mere office mein aain, main bataunga aap ko.</w:t>
      </w:r>
    </w:p>
    <w:p>
      <w:pPr>
        <w:jc w:val="right"/>
      </w:pPr>
      <w:r>
        <w:t>یعنی خدا نے پیدا کیا سب کچھ۔ ایک ایک چیز۔ evolution سے کچھ بھی نہیں ہوا۔ باقی آپ کو تفصیل سے جاننا ہے تو میرا آرٹیکل پڑھ سکتے ہیں، اور اگر آپ مزید جاننا ہو تو آپ میرے آفس میں آئیں، میں بتاؤں گا آپ کو۔</w:t>
      </w:r>
    </w:p>
    <w:p>
      <w:r>
        <w:rPr>
          <w:b/>
        </w:rPr>
        <w:t xml:space="preserve">[1:14:36] </w:t>
      </w:r>
      <w:r>
        <w:t>This question is from Mr. S. Ahmad. When we talk about the change in lifestyle, then I think to some extent it is possible, but is it possible to leave the planes and trains and go back to the Stone Age</w:t>
      </w:r>
    </w:p>
    <w:p>
      <w:pPr>
        <w:jc w:val="right"/>
      </w:pPr>
      <w:r>
        <w:t>This question is from Mr. S. Ahmad. When we talk about the change in lifestyle, then I think to some extent it is possible, but is it possible to leave the planes and trains and go back to the Stone Age</w:t>
      </w:r>
    </w:p>
    <w:p>
      <w:r>
        <w:rPr>
          <w:b/>
        </w:rPr>
        <w:t xml:space="preserve">[1:14:54] </w:t>
      </w:r>
      <w:r>
        <w:t>? Isn't it better to bring out some technologies which we can counter the global problems?</w:t>
      </w:r>
    </w:p>
    <w:p>
      <w:pPr>
        <w:jc w:val="right"/>
      </w:pPr>
      <w:r>
        <w:t>? Isn't it better to bring out some technologies which we can counter the global problems?</w:t>
      </w:r>
    </w:p>
    <w:p>
      <w:r>
        <w:rPr>
          <w:b/>
        </w:rPr>
        <w:t xml:space="preserve">[1:15:04] </w:t>
      </w:r>
      <w:r>
        <w:t>kehne ke liye to bari achhi baat yeh hai, magar aisi koi technology maujood nahin karti. agar ho to aap mujh ko bataiye ke falan technology hai.</w:t>
      </w:r>
    </w:p>
    <w:p>
      <w:pPr>
        <w:jc w:val="right"/>
      </w:pPr>
      <w:r>
        <w:t>کہنے کے لیے تو بڑی اچھی بات یہ ہے، مگر ایسی کوئی ٹیکنالوجی موجود نہیں کرتی۔ اگر ہو تو آپ مجھ کو بتائیے کہ فلاں ٹیکنالوجی ہے۔</w:t>
      </w:r>
    </w:p>
    <w:p>
      <w:r>
        <w:rPr>
          <w:b/>
        </w:rPr>
        <w:t xml:space="preserve">[1:15:14] </w:t>
      </w:r>
      <w:r>
        <w:t>maine dekha hai ke aisi koi technology abhi tak insan bana nahin saka hai. to sara mamla lifestyle ka hai yeh. to ya to lifestyle chhodie, ya to conference mat kijiye.</w:t>
      </w:r>
    </w:p>
    <w:p>
      <w:pPr>
        <w:jc w:val="right"/>
      </w:pPr>
      <w:r>
        <w:t>میں نے دیکھا ہے کہ ایسی کوئی ٹیکنالوجی ابھی تک انسان بنا نہیں سکا ہے۔ تو سارا معاملہ لائف اسٹائل کا ہے یہ۔ تو یا تو لائف اسٹائل چھوڑیئے، یا تو کانفرنس مت کیجیے۔</w:t>
      </w:r>
    </w:p>
    <w:p>
      <w:r>
        <w:rPr>
          <w:b/>
        </w:rPr>
        <w:t xml:space="preserve">[1:15:23] </w:t>
      </w:r>
      <w:r>
        <w:t>yeh to yeh to woh hai, yani double standard hai ke lifestyle chhodne ko aap taiyar bhi nahin hain, aur conference kar rahe hain aap.</w:t>
      </w:r>
    </w:p>
    <w:p>
      <w:pPr>
        <w:jc w:val="right"/>
      </w:pPr>
      <w:r>
        <w:t>یہ تو یہ تو وہ ہے، یعنی ڈبل اسٹینڈرڈ ہے کہ لائف اسٹائل چھوڑنے کو آپ تیار بھی نہیں ہیں، اور کانفرنس کر رہے ہیں آپ۔</w:t>
      </w:r>
    </w:p>
    <w:p>
      <w:r>
        <w:rPr>
          <w:b/>
        </w:rPr>
        <w:t xml:space="preserve">[1:15:33] </w:t>
      </w:r>
      <w:r>
        <w:t>ek is par climate change par. baqi jahan tak technology ki baat hai to abhi tak insan, abhi tak koi doosri technology daryaft nahin kar saka hai.</w:t>
      </w:r>
    </w:p>
    <w:p>
      <w:pPr>
        <w:jc w:val="right"/>
      </w:pPr>
      <w:r>
        <w:t>ایک اس پر کلائمیٹ چینج پر۔ باقی جہاں تک ٹیکنالوجی کی بات ہے تو ابھی تک انسان، ابھی تک کوئی دوسری ٹیکنالوجی دریافت نہیں کر سکا ہے۔</w:t>
      </w:r>
    </w:p>
    <w:p>
      <w:r>
        <w:rPr>
          <w:b/>
        </w:rPr>
        <w:t xml:space="preserve">[1:15:46] </w:t>
      </w:r>
      <w:r>
        <w:t>Maulana this question is from Mr. Furqan. He is asking that for paradise will this world be beautified, or our perception will be chang</w:t>
      </w:r>
    </w:p>
    <w:p>
      <w:pPr>
        <w:jc w:val="right"/>
      </w:pPr>
      <w:r>
        <w:t>Maulana this question is from Mr. Furqan. He is asking that for paradise will this world be beautified, or our perception will be chang</w:t>
      </w:r>
    </w:p>
    <w:p>
      <w:r>
        <w:rPr>
          <w:b/>
        </w:rPr>
        <w:t xml:space="preserve">[1:15:57] </w:t>
      </w:r>
      <w:r>
        <w:t>ed? Like we generally, we will be free from fear, doubt, ego, or any kind of negative aspect?</w:t>
      </w:r>
    </w:p>
    <w:p>
      <w:pPr>
        <w:jc w:val="right"/>
      </w:pPr>
      <w:r>
        <w:t>ed? Like we generally, we will be free from fear, doubt, ego, or any kind of negative aspect?</w:t>
      </w:r>
    </w:p>
    <w:p>
      <w:r>
        <w:rPr>
          <w:b/>
        </w:rPr>
        <w:t xml:space="preserve">[1:16:05] </w:t>
      </w:r>
      <w:r>
        <w:t>sab se bara jo jo bari cheez jo jannat mein milegi, woh Quran mein hai ke jannat wale kahenge أَذْهَبَ أَنْدَى الْحَزَنَ Khuda ne huzn ko nikaal diya.</w:t>
      </w:r>
    </w:p>
    <w:p>
      <w:pPr>
        <w:jc w:val="right"/>
      </w:pPr>
      <w:r>
        <w:t>سب سے بڑا جو جو بڑی چیز جو جنت میں ملے گی، وہ قرآن میں ہے کہ جنت والے کہیں گے أَذْهَبَ أَنْدَى الْحَزَنَ خدا نے حزن کو نکال دیا۔</w:t>
      </w:r>
    </w:p>
    <w:p>
      <w:r>
        <w:rPr>
          <w:b/>
        </w:rPr>
        <w:t xml:space="preserve">[1:16:22] </w:t>
      </w:r>
      <w:r>
        <w:t>yeh duniya mein sab kuch hai, sab kuch hai, sab kuch hai. lekin is ke sath huzn bhi hai. huzn ka matlab dard, dard.</w:t>
      </w:r>
    </w:p>
    <w:p>
      <w:pPr>
        <w:jc w:val="right"/>
      </w:pPr>
      <w:r>
        <w:t>یہ دنیا میں سب کچھ ہے، سب کچھ ہے، سب کچھ ہے۔ لیکن اس کے ساتھ حزن بھی ہے۔ حزن کا مطلب درد، درد۔</w:t>
      </w:r>
    </w:p>
    <w:p>
      <w:r>
        <w:rPr>
          <w:b/>
        </w:rPr>
        <w:t xml:space="preserve">[1:16:32] </w:t>
      </w:r>
      <w:r>
        <w:t>yeh duniya mein har jagah takleef hi takleef hai. mahal mein bhi takleef hai. main abhi gaya tha Qatar, jo jahan mujhe thehraya tha, woh ek mahal tha bilkul.</w:t>
      </w:r>
    </w:p>
    <w:p>
      <w:pPr>
        <w:jc w:val="right"/>
      </w:pPr>
      <w:r>
        <w:t>یہ دنیا میں ہر جگہ تکلیف ہی تکلیف ہے۔ محل میں بھی تکلیف ہے۔ میں ابھی گیا تھا قطر، جو جہاں مجھے ٹھہرایا تھا، وہ ایک محل تھا بالکل۔</w:t>
      </w:r>
    </w:p>
    <w:p>
      <w:r>
        <w:rPr>
          <w:b/>
        </w:rPr>
        <w:t xml:space="preserve">[1:16:42] </w:t>
      </w:r>
      <w:r>
        <w:t>wahan bhi mujhe takleef thi. kyunke bohat sare awamil chahiye sacha sukh paane ke liye, sacha lazzat, sacha yani khushi paane ke liye.</w:t>
      </w:r>
    </w:p>
    <w:p>
      <w:pPr>
        <w:jc w:val="right"/>
      </w:pPr>
      <w:r>
        <w:t>وہاں بھی مجھے تکلیف تھی۔ کیونکہ بہت سارے عوامل چاہیے سچا سکھ پانے کے لیے، سچا لذت، سچا یعنی خوشی پانے کے لیے۔</w:t>
      </w:r>
    </w:p>
    <w:p>
      <w:r>
        <w:rPr>
          <w:b/>
        </w:rPr>
        <w:t xml:space="preserve">[1:16:54] </w:t>
      </w:r>
      <w:r>
        <w:t>woh mumkin nahin hota is duniya mein. har jagah huzn ghusa hua rehta hai.</w:t>
      </w:r>
    </w:p>
    <w:p>
      <w:pPr>
        <w:jc w:val="right"/>
      </w:pPr>
      <w:r>
        <w:t>وہ ممکن نہیں ہوتا اس دنیا میں۔ ہر جگہ حزن گھسا ہوا رہتا ہے۔</w:t>
      </w:r>
    </w:p>
    <w:p>
      <w:r>
        <w:rPr>
          <w:b/>
        </w:rPr>
        <w:t xml:space="preserve">[1:17:02] </w:t>
      </w:r>
      <w:r>
        <w:t>to jannat wale kahenge ke Allah taala ne hamein jannat mein huzn ko nikaal diya.</w:t>
      </w:r>
    </w:p>
    <w:p>
      <w:pPr>
        <w:jc w:val="right"/>
      </w:pPr>
      <w:r>
        <w:t>تو جنت والے کہیں کہ اللہ تعالیٰ نے ہمیں جنت میں حزن کو نکال دیا۔</w:t>
      </w:r>
    </w:p>
    <w:p>
      <w:r>
        <w:rPr>
          <w:b/>
        </w:rPr>
        <w:t xml:space="preserve">[1:17:10] </w:t>
      </w:r>
      <w:r>
        <w:t>yani jismani dard nahin, zehni dard nahin, is se azaad kar diya. yahi to jannat ki sab se bari khoobsurti to ho gayi. khane peene ki to yahan bhi hai.</w:t>
      </w:r>
    </w:p>
    <w:p>
      <w:pPr>
        <w:jc w:val="right"/>
      </w:pPr>
      <w:r>
        <w:t>یعنی جسمانی درد نہیں، ذہنی درد نہیں، اس سے آزاد کر دیا۔ یہی تو جنت کی سب سے بڑی خوبصورتی تو ہو گئی۔ کھانے پینے کی تو یہاں بھی ہے۔</w:t>
      </w:r>
    </w:p>
    <w:p>
      <w:r>
        <w:rPr>
          <w:b/>
        </w:rPr>
        <w:t xml:space="preserve">[1:17:20] </w:t>
      </w:r>
      <w:r>
        <w:t>lekin har cheez ke sath ek</w:t>
      </w:r>
    </w:p>
    <w:p>
      <w:pPr>
        <w:jc w:val="right"/>
      </w:pPr>
      <w:r>
        <w:t>لیکن ہر چیز کے ساتھ ایک</w:t>
      </w:r>
    </w:p>
    <w:p>
      <w:r>
        <w:rPr>
          <w:b/>
        </w:rPr>
        <w:t xml:space="preserve">[1:17:24] </w:t>
      </w:r>
      <w:r>
        <w:t>woh laga hua hai, minus point laga hua hai. yahan har cheez ke sath plus point hai, to minus point bhi laga hua hai. aap achha achha khana khayen to aap ko sehat kharab ho jati hai.</w:t>
      </w:r>
    </w:p>
    <w:p>
      <w:pPr>
        <w:jc w:val="right"/>
      </w:pPr>
      <w:r>
        <w:t>وہ لگا ہوا ہے، مائنس پوائنٹ لگا ہوا ہے۔ یہاں ہر چیز کے ساتھ پلس پوائنٹ ہے، تو مائنس پوائنٹ بھی لگا ہوا ہے۔ آپ اچھا اچھا کھانا کھائیں تو آپ کو صحت خراب ہو جاتی ہے۔</w:t>
      </w:r>
    </w:p>
    <w:p>
      <w:r>
        <w:rPr>
          <w:b/>
        </w:rPr>
        <w:t xml:space="preserve">[1:17:37] </w:t>
      </w:r>
      <w:r>
        <w:t>achha achha khana, aap ke pas paisa hai khane ke liye, to aap kha nahin paate. achha achha khana khayenge to sehat kharab ho jayegi. har cheez mein minus ke plus, har cheez mein plus point ke sath minus point mila hua hai.</w:t>
      </w:r>
    </w:p>
    <w:p>
      <w:pPr>
        <w:jc w:val="right"/>
      </w:pPr>
      <w:r>
        <w:t>اچھا اچھا کھانا، آپ کے پاس پیسہ ہے کھانے کے لیے، تو آپ کھا نہیں پاتے۔ اچھا اچھا کھانا کھائیں گے تو صحت خراب ہو جائے گی۔ ہر چیز میں مائنس کے پلس، ہر چیز میں پلس پوائنٹ کے ساتھ مائنس پوائنٹ ملا ہوا ہے۔</w:t>
      </w:r>
    </w:p>
    <w:p>
      <w:r>
        <w:rPr>
          <w:b/>
        </w:rPr>
        <w:t xml:space="preserve">[1:17:52] </w:t>
      </w:r>
      <w:r>
        <w:t>jannat mein sirf plus hi plus hoga. yeh to isi liye to jannat hogi woh. This question is from Naghma Siddiqui.</w:t>
      </w:r>
    </w:p>
    <w:p>
      <w:pPr>
        <w:jc w:val="right"/>
      </w:pPr>
      <w:r>
        <w:t>جنت میں صرف پلس ہی پلس ہوگا۔ یہ تو اسی لیے تو جنت ہوگی وہ۔ This question is from Naghma صدیقی.</w:t>
      </w:r>
    </w:p>
    <w:p>
      <w:r>
        <w:rPr>
          <w:b/>
        </w:rPr>
        <w:t xml:space="preserve">[1:18:01] </w:t>
      </w:r>
      <w:r>
        <w:t>Maulana, having understood the correct perspective of Islam and that the doomsday may approach any time, do you think what is left now is the entry of God's word into every home?</w:t>
      </w:r>
    </w:p>
    <w:p>
      <w:pPr>
        <w:jc w:val="right"/>
      </w:pPr>
      <w:r>
        <w:t>Maulana, having understood the correct perspective of Islam and that the doomsday may approach any time, do you think what is left now is the entry of God's word into every home?</w:t>
      </w:r>
    </w:p>
    <w:p>
      <w:r>
        <w:rPr>
          <w:b/>
        </w:rPr>
        <w:t xml:space="preserve">[1:18:17] </w:t>
      </w:r>
      <w:r>
        <w:t>haan. sab se bara kaam yaad rakhiye, is waqt jo hai, woh hai idkhaal e kalma. hadith ke lafz mein is ko lafz aaya hai.</w:t>
      </w:r>
    </w:p>
    <w:p>
      <w:pPr>
        <w:jc w:val="right"/>
      </w:pPr>
      <w:r>
        <w:t>ہاں۔ سب سے بڑا کام یاد رکھیے، اس وقت جو ہے، وہ ہے ادخال کلمہ۔ حدیث کے لفظ میں اس کو لفظ آیا ہے۔</w:t>
      </w:r>
    </w:p>
    <w:p>
      <w:r>
        <w:rPr>
          <w:b/>
        </w:rPr>
        <w:t xml:space="preserve">[1:18:26] </w:t>
      </w:r>
      <w:r>
        <w:t>adkhal kalma yani word of god ko har insan tak pohnchana. sab se bara kaam. yani hadith mein hai yeh ke aakhri zamanay mein jo sab se bara kaam karein ge, kya jo karna hoga, woh hai adkhal kalma.</w:t>
      </w:r>
    </w:p>
    <w:p>
      <w:pPr>
        <w:jc w:val="right"/>
      </w:pPr>
      <w:r>
        <w:t>ادخال کلمہ یعنی ورڈ آف گاڈ کو ہر انسان تک پہنچانا۔ سب سے بڑا کام۔ یعنی حدیث میں ہے یہ کہ آخری زمانے میں جو سب سے بڑا کام کریں گے، کیا جو کرنا ہوگا، وہ ہے ادخال کلمہ۔</w:t>
      </w:r>
    </w:p>
    <w:p>
      <w:r>
        <w:rPr>
          <w:b/>
        </w:rPr>
        <w:t xml:space="preserve">[1:18:43] </w:t>
      </w:r>
      <w:r>
        <w:t>yani allah ta'ala ke word ko ghar ghar pohnchana. to word of god kya hai? yeh quran hai. aur is zamanay ki jo international zaban ban gayi hai, woh angrezi hai.</w:t>
      </w:r>
    </w:p>
    <w:p>
      <w:pPr>
        <w:jc w:val="right"/>
      </w:pPr>
      <w:r>
        <w:t>یعنی اللہ تعالیٰ کے ورڈ کو گھر گھر پہنچانا۔ تو ورڈ آف گاڈ کیا ہے؟ یہ قرآن ہے۔ اور اس زمانے کی جو انٹرنیشنل زبان بن گئی ہے، وہ انگریزی ہے۔</w:t>
      </w:r>
    </w:p>
    <w:p>
      <w:r>
        <w:rPr>
          <w:b/>
        </w:rPr>
        <w:t xml:space="preserve">[1:18:58] </w:t>
      </w:r>
      <w:r>
        <w:t>to hum ne khuda ke fazl se yahi kiya hai ke english mein, samajhne wali zaban mein, aasani se samajh aa sake, jo wazahat is ke andar ho.</w:t>
      </w:r>
    </w:p>
    <w:p>
      <w:pPr>
        <w:jc w:val="right"/>
      </w:pPr>
      <w:r>
        <w:t>تو ہم نے خدا کے فضل سے یہی کیا ہے کہ انگلش میں، سمجھنے والی زبان میں، آسانی سے سمجھ آ سکے، جو وضاحت اس کے اندر ہو۔</w:t>
      </w:r>
    </w:p>
    <w:p>
      <w:r>
        <w:rPr>
          <w:b/>
        </w:rPr>
        <w:t xml:space="preserve">[1:19:08] </w:t>
      </w:r>
      <w:r>
        <w:t>aur bohat achi printing ke sath quran ka tarjuma tayar kar ke chhaap diya hai. main samajhta hoon ke hum sab ka, hum sab ka, aur jo log sun rahe hain, un sab ka sab se pehli zimmedari yeh hai ke is ko sari duniya mein phailayein.</w:t>
      </w:r>
    </w:p>
    <w:p>
      <w:pPr>
        <w:jc w:val="right"/>
      </w:pPr>
      <w:r>
        <w:t>اور بہت اچھی پرنٹنگ کے ساتھ قرآن کا ترجمہ تیار کر کے چھاپ دیا ہے۔ میں سمجھتا ہوں کہ ہم سب کا، ہم سب کا، اور جو لوگ سن رہے ہیں، ان سب کا سب سے پہلی ذمہ داری یہ ہے کہ اس کو ساری دنیا میں پھیلا دیں۔</w:t>
      </w:r>
    </w:p>
    <w:p>
      <w:r>
        <w:rPr>
          <w:b/>
        </w:rPr>
        <w:t xml:space="preserve">[1:19:25] </w:t>
      </w:r>
      <w:r>
        <w:t>sab se bara kaam yeh hai. har doosra kaam sanvi hai. is ke muqable mein har doosra kaam sanvi hai.</w:t>
      </w:r>
    </w:p>
    <w:p>
      <w:pPr>
        <w:jc w:val="right"/>
      </w:pPr>
      <w:r>
        <w:t>سب سے بڑا کام یہ ہے۔ ہر دوسرا کام ثانوی ہے۔ اس کے مقابلے میں ہر دوسرا کام ثانوی ہے۔</w:t>
      </w:r>
    </w:p>
    <w:p>
      <w:r>
        <w:rPr>
          <w:b/>
        </w:rPr>
        <w:t xml:space="preserve">[1:19:36] </w:t>
      </w:r>
      <w:r>
        <w:t>ek sahib mere paas aaye, hajj o umrah, unhein pata hai ke. to kai hajj kar chuke hain, kai umrah kar chuke hain. main ne kaha bilkul hajj o umrah mat kijiye, yeh sara paisa aap is par lagaiye, quran ko phailane mein.</w:t>
      </w:r>
    </w:p>
    <w:p>
      <w:pPr>
        <w:jc w:val="right"/>
      </w:pPr>
      <w:r>
        <w:t>ایک صاحب میرے پاس آئے، حج و عمرہ، انہیں پتہ ہے کہ۔ تو کئی حج کر چکے ہیں، کئی عمرہ کر چکے ہیں۔ میں نے کہا بالکل حج و عمرہ مت کیجیے، یہ سارا پیسہ آپ اس پر لگائیے، قرآن کو پھیلانے میں۔</w:t>
      </w:r>
    </w:p>
    <w:p>
      <w:r>
        <w:rPr>
          <w:b/>
        </w:rPr>
        <w:t xml:space="preserve">[1:19:48] </w:t>
      </w:r>
      <w:r>
        <w:t>bhai hajj kar chuke hain, umrah kar chuke hain, to bar bar kya zaroorat hai hajj o umrah karne ki? is paise ko yahan lagaiye. shadiyon ka kharch yahan lagaiye. jo paisa kharch karte hain log bar bar umrah, hajj karne mein, is ko yahan lagayein.</w:t>
      </w:r>
    </w:p>
    <w:p>
      <w:pPr>
        <w:jc w:val="right"/>
      </w:pPr>
      <w:r>
        <w:t>بھئی حج کر چکے ہیں، عمرہ کر چکے ہیں، تو بار بار کیا ضرورت ہے حج و عمرہ کرنے کی؟ اس پیسے کو یہاں لگائیے۔ شادیوں کا خرچ یہاں لگائیے۔ جو پیسہ خرچ کرتے ہیں لوگ بار بار عمرہ، حج کرنے میں، اس کو یہاں لگائیں۔</w:t>
      </w:r>
    </w:p>
    <w:p>
      <w:r>
        <w:rPr>
          <w:b/>
        </w:rPr>
        <w:t xml:space="preserve">[1:20:00] </w:t>
      </w:r>
      <w:r>
        <w:t>shadiyon mein kharch karte hain, yahan lagayein. taqreebat mein jo kharch karte hain, woh yahan lagayein. shopping mein jo kharch karte hain, yahan lagayein. outing mein jo kharch karte hain, woh sab yahan lagayein.</w:t>
      </w:r>
    </w:p>
    <w:p>
      <w:pPr>
        <w:jc w:val="right"/>
      </w:pPr>
      <w:r>
        <w:t>شادیوں میں خرچ کرتے ہیں، یہاں لگائیں۔ تقریبات میں جو خرچ کرتے ہیں، وہ یہاں لگائیں۔ شاپنگ میں جو خرچ کرتے ہیں، یہاں لگائیں۔ آؤٹنگ میں جو خرچ کرتے ہیں، وہ سب یہاں لگائیں۔</w:t>
      </w:r>
    </w:p>
    <w:p>
      <w:r>
        <w:rPr>
          <w:b/>
        </w:rPr>
        <w:t xml:space="preserve">[1:20:10] </w:t>
      </w:r>
      <w:r>
        <w:t>yani zaroorat ke siwa yaad rakhiye. zaroorat, yani zaroori, zaroorat se zyada jo bhi aap ke paas paisa hai, woh sab isi mein laga dijiye ke quran ko aap sari duniya mein phailayein.</w:t>
      </w:r>
    </w:p>
    <w:p>
      <w:pPr>
        <w:jc w:val="right"/>
      </w:pPr>
      <w:r>
        <w:t>یعنی ضرورت کے سوا یاد رکھیے۔ ضرورت، یعنی ضروری، ضرورت سے زیادہ جو بھی آپ کے پاس پیسہ ہے، وہ سب اسی میں لگا دیجیے کہ قرآن کو آپ ساری دنیا میں پھیلائیں۔</w:t>
      </w:r>
    </w:p>
    <w:p>
      <w:r>
        <w:rPr>
          <w:b/>
        </w:rPr>
        <w:t xml:space="preserve">[1:20:26] </w:t>
      </w:r>
      <w:r>
        <w:t>main samajhta hoon ke qayamat ke qareeb aane ka sab se pehla, sab se aham taqaza yahi hai ke aap yeh is kaam ko anjam dein.</w:t>
      </w:r>
    </w:p>
    <w:p>
      <w:pPr>
        <w:jc w:val="right"/>
      </w:pPr>
      <w:r>
        <w:t>میں سمجھتا ہوں کہ قیامت کے قریب آنے کا سب سے پہلا، سب سے اہم تقاضا یہی ہے کہ آپ یہ اس کام کو انجام دیں۔</w:t>
      </w:r>
    </w:p>
    <w:p>
      <w:r>
        <w:rPr>
          <w:b/>
        </w:rPr>
        <w:t xml:space="preserve">[1:20:37] </w:t>
      </w:r>
      <w:r>
        <w:t>This question is from Shadab Kamal. yeh kehte hain ke iblis ki dushmani allah se samajh mein aati hai, lekin dajjal se kya dushmani hai?</w:t>
      </w:r>
    </w:p>
    <w:p>
      <w:pPr>
        <w:jc w:val="right"/>
      </w:pPr>
      <w:r>
        <w:t>This question is from Shadab Kamal. یہ کہتے ہیں کہ ابلیس کی دشمنی اللہ سے سمجھ میں آتی ہے، لیکن دجال سے کیا دشمنی ہے؟</w:t>
      </w:r>
    </w:p>
    <w:p>
      <w:r>
        <w:rPr>
          <w:b/>
        </w:rPr>
        <w:t xml:space="preserve">[1:20:52] </w:t>
      </w:r>
      <w:r>
        <w:t>How did Dajjal become enemy of Allah? nahi</w:t>
      </w:r>
    </w:p>
    <w:p>
      <w:pPr>
        <w:jc w:val="right"/>
      </w:pPr>
      <w:r>
        <w:t>How did Dajjal become enemy of Allah? نہیں</w:t>
      </w:r>
    </w:p>
    <w:p>
      <w:r>
        <w:rPr>
          <w:b/>
        </w:rPr>
        <w:t xml:space="preserve">[1:20:57] </w:t>
      </w:r>
      <w:r>
        <w:t>sir, enemy of Allah mere khayal mein kya is sawal ka matlab hai? is sense mein hai ke woh dajjal ke rastay par chalenge, woh khuda se door ho jayenge.</w:t>
      </w:r>
    </w:p>
    <w:p>
      <w:pPr>
        <w:jc w:val="right"/>
      </w:pPr>
      <w:r>
        <w:t>سر، enemy of Allah میرے خیال میں کیا اس سوال کا مطلب ہے؟ اس سینس میں ہے کہ وہ دجال کے راستے پر چلیں گے، وہ خدا سے دور ہو جائیں گے۔</w:t>
      </w:r>
    </w:p>
    <w:p>
      <w:r>
        <w:rPr>
          <w:b/>
        </w:rPr>
        <w:t xml:space="preserve">[1:21:10] </w:t>
      </w:r>
      <w:r>
        <w:t>jo log dajjal ke rastay par chalenge, woh khuda se door ho jayenge, yeh matlab hai. yeh kahin to koi likha hua hai nahi ke dajjal khuda ka dushman hoga, yeh to koi hai nahi.</w:t>
      </w:r>
    </w:p>
    <w:p>
      <w:pPr>
        <w:jc w:val="right"/>
      </w:pPr>
      <w:r>
        <w:t>جو لوگ دجال کے راستے پر چلیں گے، وہ خدا سے دور ہو جائیں گے، یہ مطلب ہے۔ یہ کہیں تو کوئی لکھا ہوا ہے نہیں کہ دجال خدا کا دشمن ہوگا، یہ تو کوئی ہے نہیں۔</w:t>
      </w:r>
    </w:p>
    <w:p>
      <w:r>
        <w:rPr>
          <w:b/>
        </w:rPr>
        <w:t xml:space="preserve">[1:21:19] </w:t>
      </w:r>
      <w:r>
        <w:t>yeh unhone jo likha hai, hmm, to aisa to koi likha nahi quran o hadith mein, to koi hai to nahi ke dajjal khuda ka dushman hoga. maulana, shaitan ya iblis ko dajjal aur dono ko ek hi category mein daal ke yeh keh rahe hain?</w:t>
      </w:r>
    </w:p>
    <w:p>
      <w:pPr>
        <w:jc w:val="right"/>
      </w:pPr>
      <w:r>
        <w:t>یہ انہوں نے جو لکھا ہے، ہمم، تو ایسا تو کوئی لکھا نہیں قرآن و حدیث میں، تو کوئی ہے تو نہیں کہ دجال خدا کا دشمن ہوگا۔ مولانا، شیطان یا ابلیس کو دجال اور دونوں کو ایک ہی کیٹیگری میں ڈال کے یہ کہہ رہے ہیں؟</w:t>
      </w:r>
    </w:p>
    <w:p>
      <w:r>
        <w:rPr>
          <w:b/>
        </w:rPr>
        <w:t xml:space="preserve">[1:21:30] </w:t>
      </w:r>
      <w:r>
        <w:t>nahi to yeh galat hai. ke yeh kyun khuda ke dushman hain? shaitan alag cheez hai, dajjal alag cheez hai.</w:t>
      </w:r>
    </w:p>
    <w:p>
      <w:pPr>
        <w:jc w:val="right"/>
      </w:pPr>
      <w:r>
        <w:t>نہیں تو یہ غلط ہے۔ کہ یہ کیوں خدا کے دشمن ہیں؟ شیطان الگ چیز ہے، دجال الگ چیز ہے۔</w:t>
      </w:r>
    </w:p>
    <w:p>
      <w:r>
        <w:rPr>
          <w:b/>
        </w:rPr>
        <w:t xml:space="preserve">[1:21:39] </w:t>
      </w:r>
      <w:r>
        <w:t>dushman isi sense mein hai ke khuda ke jis rastay par chalana chahte hain logon ko, yeh us ko bhatkate hain. basic baat yeh hai ke hasad, yani shaitan ko yeh hasad aa gayi ke mujhe jo darja mila tha, woh in allah ko adam ko de diya.</w:t>
      </w:r>
    </w:p>
    <w:p>
      <w:pPr>
        <w:jc w:val="right"/>
      </w:pPr>
      <w:r>
        <w:t>دشمن اسی سینس میں ہے کہ خدا کے جس راستے پر چلانا چاہتے ہیں لوگوں کو، یہ اس کو بھٹکاتے ہیں۔ بیسک بات یہ ہے کہ حسد، یعنی شیطان کو یہ حسد آ گئی کہ مجھے جو درجہ ملا تھا، وہ ان خدا نے آدم کو دے دیا۔</w:t>
      </w:r>
    </w:p>
    <w:p>
      <w:r>
        <w:rPr>
          <w:b/>
        </w:rPr>
        <w:t xml:space="preserve">[1:21:57] </w:t>
      </w:r>
      <w:r>
        <w:t>to out of hasad yeh kar raha hai shaitan ke woh insan ko dekh nahi chahta. ya aap bhi dekh lijiye, kahin bhi dekh lijiye. hasad jab aa jati hai to aadmi chahta hai ke us ko kaise girave, kaise us ko zaleel kare, kaise us ko nakam kare.</w:t>
      </w:r>
    </w:p>
    <w:p>
      <w:pPr>
        <w:jc w:val="right"/>
      </w:pPr>
      <w:r>
        <w:t>تو آؤٹ آف حسد یہ کر رہا ہے شیطان کہ وہ انسان کو دیکھ نہیں چاہتا۔ یا آپ بھی دیکھ لیجیے، کہیں بھی دیکھ لیجیے۔ حسد جب آ جاتی ہے تو آدمی چاہتا ہے کہ اس کو کیسے گراوے، کیسے اس کو ذلیل کرے، کیسے اس کو ناکام کرے۔</w:t>
      </w:r>
    </w:p>
    <w:p>
      <w:r>
        <w:rPr>
          <w:b/>
        </w:rPr>
        <w:t xml:space="preserve">[1:22:11] </w:t>
      </w:r>
      <w:r>
        <w:t>to is duniya mein jinat ko mila hua tha charge duniya ka. jinat jo hain, master the is ke. to khuda ne jinat ko hataya, ab insan ko khuda le aaya.</w:t>
      </w:r>
    </w:p>
    <w:p>
      <w:pPr>
        <w:jc w:val="right"/>
      </w:pPr>
      <w:r>
        <w:t>تو اس دنیا میں جنات کو ملا ہوا تھا چارج دنیا کا۔ جنات جو ہیں، ماسٹر تھے اس کے۔ تو خدا نے جنات کو ہٹایا، اب انسان کو خدا لے آیا۔</w:t>
      </w:r>
    </w:p>
    <w:p>
      <w:r>
        <w:rPr>
          <w:b/>
        </w:rPr>
        <w:t xml:space="preserve">[1:22:22] </w:t>
      </w:r>
      <w:r>
        <w:t>to yeh to hota hi hai, aap har taraf dekh sakte hain, charon taraf ke logon ko hasad ka jazba aa jata hai. to out of hasad yeh jinat karta hai, woh shaitan karta hai.</w:t>
      </w:r>
    </w:p>
    <w:p>
      <w:pPr>
        <w:jc w:val="right"/>
      </w:pPr>
      <w:r>
        <w:t>تو یہ تو ہوتا ہی ہے، آپ ہر طرف دیکھ سکتے ہیں، چاروں طرف کہ لوگوں کو حسد کا جذبہ آ جاتا ہے۔ تو آؤٹ آف حسد یہ جنات کرتا ہے، وہ شیطان کرتا ہے۔</w:t>
      </w:r>
    </w:p>
    <w:p>
      <w:r>
        <w:rPr>
          <w:b/>
        </w:rPr>
        <w:t xml:space="preserve">[1:22:34] </w:t>
      </w:r>
      <w:r>
        <w:t>aur shaitan ki poori jo qaum hai, woh insan ki isi sense mein dushman hai ke woh samajhti hai ke meri jagah le liya is ne, meri seat is ne le liya, meri barhai is ne chheen li.</w:t>
      </w:r>
    </w:p>
    <w:p>
      <w:pPr>
        <w:jc w:val="right"/>
      </w:pPr>
      <w:r>
        <w:t>اور شیطان کی پوری جو قوم ہے، وہ انسان کی اسی سینس میں دشمن ہے کہ وہ سمجھتی ہے کہ میری جگہ لے لیا اس نے، میری سیٹ اس نے لے لیا، میری بڑائی اس نے چھین لی۔</w:t>
      </w:r>
    </w:p>
    <w:p>
      <w:r>
        <w:rPr>
          <w:b/>
        </w:rPr>
        <w:t xml:space="preserve">[1:22:46] </w:t>
      </w:r>
      <w:r>
        <w:t>is liye woh chahta hai ke yeh unhein gumrah kare, un ko bhakave, aur un ko jannat mein na jaane de. This question is from Abdul Rahman.</w:t>
      </w:r>
    </w:p>
    <w:p>
      <w:pPr>
        <w:jc w:val="right"/>
      </w:pPr>
      <w:r>
        <w:t>اس لیے وہ چاہتا ہے کہ یہ انہیں گمراہ کرے، ان کو بھاکاوے، اور ان کو جنت میں نہ جانے دے۔ This question is from Abdul Rahman.</w:t>
      </w:r>
    </w:p>
    <w:p>
      <w:r>
        <w:rPr>
          <w:b/>
        </w:rPr>
        <w:t xml:space="preserve">[1:22:59] </w:t>
      </w:r>
      <w:r>
        <w:t>insan ko allah ki ibadat ke liye paida kiya gaya hai, is ka matlab bayan farmayein.</w:t>
      </w:r>
    </w:p>
    <w:p>
      <w:pPr>
        <w:jc w:val="right"/>
      </w:pPr>
      <w:r>
        <w:t>انسان کو اللہ کی عبادت کے لیے پیدا کیا گیا ہے، اس کا مطلب بیان فرمائیں۔</w:t>
      </w:r>
    </w:p>
    <w:p>
      <w:r>
        <w:rPr>
          <w:b/>
        </w:rPr>
        <w:t xml:space="preserve">[1:23:14] </w:t>
      </w:r>
      <w:r>
        <w:t>wama khalaqtul jinna wal insa illa li ya'budun yeh quran majeed mein aaya hai. ibadat ka matlab hai marifat. marifat, yani marifat ka matlab hota hai daryaft.</w:t>
      </w:r>
    </w:p>
    <w:p>
      <w:pPr>
        <w:jc w:val="right"/>
      </w:pPr>
      <w:r>
        <w:t>وَمَا خَلَقْتُ الْجَنَّ وَالْإِنْسَ إِلَّا لِيَعْبُدُونِ یہ قرآن مجید میں آیا ہے۔ عبادت کا مطلب ہے معرفت۔ معرفت، یعنی معرفت کا مطلب ہوتا ہے دریافت۔</w:t>
      </w:r>
    </w:p>
    <w:p>
      <w:r>
        <w:rPr>
          <w:b/>
        </w:rPr>
        <w:t xml:space="preserve">[1:23:26] </w:t>
      </w:r>
      <w:r>
        <w:t>insan ko paida kiya allah ta'ala ne ke khuda ko daryaft kare, khuda ko jaane, yani haqeeqat ko jaane, aur us par apne rastay ko apne irade se us par qaim kare.</w:t>
      </w:r>
    </w:p>
    <w:p>
      <w:pPr>
        <w:jc w:val="right"/>
      </w:pPr>
      <w:r>
        <w:t>انسان کو پیدا کیا اللہ تعالیٰ نے کہ خدا کو دریافت کرے، خدا کو جانے، یعنی حقیقت کو جانے، اور اس پر اپنے راستے کو اپنے ارادے سے اس پر قائم کرے۔</w:t>
      </w:r>
    </w:p>
    <w:p>
      <w:r>
        <w:rPr>
          <w:b/>
        </w:rPr>
        <w:t xml:space="preserve">[1:23:40] </w:t>
      </w:r>
      <w:r>
        <w:t>yani jo jo marifat hai Allah taala ki, woh woh chila kar nahi bol rahi, balkay awaz buland kar ke nahi koi laga hua hai yahan, hum ko daryaft karna hai.</w:t>
      </w:r>
    </w:p>
    <w:p>
      <w:pPr>
        <w:jc w:val="right"/>
      </w:pPr>
      <w:r>
        <w:t>یعنی جو جو معرفت ہے اللہ تعالیٰ کی، وہ وہ چلا کر نہیں بول رہی، بلکہ آواز بلند کر کے نہیں کوئی لگا ہوا ہے یہاں، ہم کو دریافت کرنا ہے۔</w:t>
      </w:r>
    </w:p>
    <w:p>
      <w:r>
        <w:rPr>
          <w:b/>
        </w:rPr>
        <w:t xml:space="preserve">[1:23:51] </w:t>
      </w:r>
      <w:r>
        <w:t>to ibadat ka matlab bataya gaya hai marifat. Aap tafseeron mein dekh sakte hain. To insan ko paida kiya Allah taala ne marifat ke liye, yani is liye ke woh apne khaliq ko pehchane,</w:t>
      </w:r>
    </w:p>
    <w:p>
      <w:pPr>
        <w:jc w:val="right"/>
      </w:pPr>
      <w:r>
        <w:t>تو عبادت کا مطلب بتایا گیا ہے معرفت۔ آپ تفسیروں میں دیکھ سکتے ہیں۔ تو انسان کو پیدا کیا اللہ تعالیٰ نے معرفت کے لیے، یعنی اس لیے کہ وہ اپنے خالق کو پہچانے،</w:t>
      </w:r>
    </w:p>
    <w:p>
      <w:r>
        <w:rPr>
          <w:b/>
        </w:rPr>
        <w:t xml:space="preserve">[1:24:05] </w:t>
      </w:r>
      <w:r>
        <w:t>pehchan kar ke is ko tasleem kare, is ke is ke rehnumai ko pata kare, aur is ke bataye hue rehnumai par chale taake woh Khuda ki barkat is ko mile, yeh matlab hai is ka.</w:t>
      </w:r>
    </w:p>
    <w:p>
      <w:pPr>
        <w:jc w:val="right"/>
      </w:pPr>
      <w:r>
        <w:t>پہچان کر کے اس کو تسلیم کرے، اس کے اس کے رہنمائی کو پتہ کرے، اور اس کے بتائے ہوئے رہنمائی پر چلے تاکہ وہ خدا کی برکت اس کو ملے، یہ مطلب ہے اس کا۔</w:t>
      </w:r>
    </w:p>
    <w:p>
      <w:r>
        <w:rPr>
          <w:b/>
        </w:rPr>
        <w:t xml:space="preserve">[1:24:22] </w:t>
      </w:r>
      <w:r>
        <w:t>This question is from Sadia. Many orientalists denying prophethood to Muhammad attribute his success to human genius.</w:t>
      </w:r>
    </w:p>
    <w:p>
      <w:pPr>
        <w:jc w:val="right"/>
      </w:pPr>
      <w:r>
        <w:t>This question is from Sadia. Many orientalists denying prophethood to Muhammad attribute his success to human genius.</w:t>
      </w:r>
    </w:p>
    <w:p>
      <w:r>
        <w:rPr>
          <w:b/>
        </w:rPr>
        <w:t xml:space="preserve">[1:24:33] </w:t>
      </w:r>
      <w:r>
        <w:t>What is the drawback of such an explanation of Muhammad's achievements?</w:t>
      </w:r>
    </w:p>
    <w:p>
      <w:pPr>
        <w:jc w:val="right"/>
      </w:pPr>
      <w:r>
        <w:t>What is the drawback of such an explanation of Muhammad's achievements?</w:t>
      </w:r>
    </w:p>
    <w:p>
      <w:r>
        <w:rPr>
          <w:b/>
        </w:rPr>
        <w:t xml:space="preserve">[1:24:41] </w:t>
      </w:r>
      <w:r>
        <w:t>genius to bilashuba thay woh, lekin agar woh Khuda ki wahi na aati to sirf genius hona kaam kam nahi aa sakta tha. Khuda ki rehnumai aayi aap ko.</w:t>
      </w:r>
    </w:p>
    <w:p>
      <w:pPr>
        <w:jc w:val="right"/>
      </w:pPr>
      <w:r>
        <w:t>جینیئس تو بلاشبہ تھے وہ، لیکن اگر وہ خدا کی وحی نہ آتی تو صرف جینیئس ہونا کام کم نہیں آ سکتا تھا۔ خدا کی رہنمائی آئی آپ کو۔</w:t>
      </w:r>
    </w:p>
    <w:p>
      <w:r>
        <w:rPr>
          <w:b/>
        </w:rPr>
        <w:t xml:space="preserve">[1:24:54] </w:t>
      </w:r>
      <w:r>
        <w:t>yeh to sahi hai, hadith mein, Quran majeed mein hai ke</w:t>
      </w:r>
    </w:p>
    <w:p>
      <w:pPr>
        <w:jc w:val="right"/>
      </w:pPr>
      <w:r>
        <w:t>یہ تو صحیح ہے، حدیث میں، قرآن مجید میں ہے کہ</w:t>
      </w:r>
    </w:p>
    <w:p>
      <w:r>
        <w:rPr>
          <w:b/>
        </w:rPr>
        <w:t xml:space="preserve">[1:24:59] </w:t>
      </w:r>
      <w:r>
        <w:t>aidi al-absar, yani peghambaron ke bare mein kaha gaya ke woh awwalidi wa awwal al-absar thay yeh. Yani jismani taqat bhi thi aur zehni taqat bhi thi un ke andar.</w:t>
      </w:r>
    </w:p>
    <w:p>
      <w:pPr>
        <w:jc w:val="right"/>
      </w:pPr>
      <w:r>
        <w:t>آیدی الافصار، یعنی پیغمبروں کے بارے میں کہا گیا کہ وہ اولیدی و اولافصار تھے یہ۔ یعنی جسمانی طاقت بھی تھی اور ذہنی طاقت بھی تھی ان کے اندر۔</w:t>
      </w:r>
    </w:p>
    <w:p>
      <w:r>
        <w:rPr>
          <w:b/>
        </w:rPr>
        <w:t xml:space="preserve">[1:25:10] </w:t>
      </w:r>
      <w:r>
        <w:t>yani dono ati</w:t>
      </w:r>
    </w:p>
    <w:p>
      <w:pPr>
        <w:jc w:val="right"/>
      </w:pPr>
      <w:r>
        <w:t>یعنی دونوں اعت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