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Doomsday Knocking at the Door April 18, 2010 Maulana Wahiduddin Khan</w:t>
      </w:r>
    </w:p>
    <w:p>
      <w:r>
        <w:t>https://www.youtube.com/watch?v=-kau2ZHfsXc</w:t>
      </w:r>
    </w:p>
    <w:p>
      <w:r>
        <w:rPr>
          <w:b/>
        </w:rPr>
        <w:t xml:space="preserve">[00:14] </w:t>
      </w:r>
      <w:r>
        <w:t>Bismillah Rahman Rahim. Wasall Allahu ala Nabi al-Karim.</w:t>
      </w:r>
    </w:p>
    <w:p>
      <w:pPr>
        <w:jc w:val="right"/>
      </w:pPr>
      <w:r>
        <w:t>بسم اللہ الرحمن الرحیم۔ وصلی اللہ علی النبی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aaj ka jo topic hai woh hai "Doomsday Knocking at the Door".</w:t>
      </w:r>
    </w:p>
    <w:p>
      <w:pPr>
        <w:jc w:val="right"/>
      </w:pPr>
      <w:r>
        <w:t>آج کا جو ٹاپک ہے وہ ہے "ڈومز ڈے ناکنگ ایٹ دا ڈور"۔</w:t>
      </w:r>
    </w:p>
    <w:p>
      <w:r>
        <w:rPr>
          <w:b/>
        </w:rPr>
        <w:t xml:space="preserve">[00:50] </w:t>
      </w:r>
      <w:r>
        <w:t>zahair hai ke yeh koi good news nahi hai.</w:t>
      </w:r>
    </w:p>
    <w:p>
      <w:pPr>
        <w:jc w:val="right"/>
      </w:pPr>
      <w:r>
        <w:t>ظاہر ہے کہ یہ کوئی گڈ نیوز نہیں ہے۔</w:t>
      </w:r>
    </w:p>
    <w:p>
      <w:r>
        <w:rPr>
          <w:b/>
        </w:rPr>
        <w:t xml:space="preserve">[00:56] </w:t>
      </w:r>
      <w:r>
        <w:t>bohat ziyada sochne wali baat hai.</w:t>
      </w:r>
    </w:p>
    <w:p>
      <w:pPr>
        <w:jc w:val="right"/>
      </w:pPr>
      <w:r>
        <w:t>بہت زیادہ سوچنے والی بات ہے۔</w:t>
      </w:r>
    </w:p>
    <w:p>
      <w:r>
        <w:rPr>
          <w:b/>
        </w:rPr>
        <w:t xml:space="preserve">[01:02] </w:t>
      </w:r>
      <w:r>
        <w:t>aap sab log jante hain ke kai din se barabar media mein yeh khabrein aa rahi hain</w:t>
      </w:r>
    </w:p>
    <w:p>
      <w:pPr>
        <w:jc w:val="right"/>
      </w:pPr>
      <w:r>
        <w:t>آپ سب لوگ جانتے ہیں کہ کئی دن سے برابر میڈیا میں یہ خبریں آ رہی ہیں</w:t>
      </w:r>
    </w:p>
    <w:p>
      <w:r>
        <w:rPr>
          <w:b/>
        </w:rPr>
        <w:t xml:space="preserve">[01:12] </w:t>
      </w:r>
      <w:r>
        <w:t>ke Iceland mein aik glacier phat gaya aur is ke andar se</w:t>
      </w:r>
    </w:p>
    <w:p>
      <w:pPr>
        <w:jc w:val="right"/>
      </w:pPr>
      <w:r>
        <w:t>کہ آئس لینڈ میں ایک گلیشیئر پھٹ گیا اور اس کے اندر سے</w:t>
      </w:r>
    </w:p>
    <w:p>
      <w:r>
        <w:rPr>
          <w:b/>
        </w:rPr>
        <w:t xml:space="preserve">[01:21] </w:t>
      </w:r>
      <w:r>
        <w:t>volcanic ashes bahar nikli aur sari fiza mein phail gayin. Poora Europe taqreeban dhak gaya is mein.</w:t>
      </w:r>
    </w:p>
    <w:p>
      <w:pPr>
        <w:jc w:val="right"/>
      </w:pPr>
      <w:r>
        <w:t>والکینک ایشز باہر نکلیں اور ساری فضا میں پھیل گئیں۔ پورا یورپ تقریباً ڈھک گیا اس میں۔</w:t>
      </w:r>
    </w:p>
    <w:p>
      <w:r>
        <w:rPr>
          <w:b/>
        </w:rPr>
        <w:t xml:space="preserve">[01:36] </w:t>
      </w:r>
      <w:r>
        <w:t>natija kya hai?</w:t>
      </w:r>
    </w:p>
    <w:p>
      <w:pPr>
        <w:jc w:val="right"/>
      </w:pPr>
      <w:r>
        <w:t>نتیجہ کیا ہے؟</w:t>
      </w:r>
    </w:p>
    <w:p>
      <w:r>
        <w:rPr>
          <w:b/>
        </w:rPr>
        <w:t xml:space="preserve">[01:41] </w:t>
      </w:r>
      <w:r>
        <w:t>Europe mein har din 28,000 flight operate karti hain.</w:t>
      </w:r>
    </w:p>
    <w:p>
      <w:pPr>
        <w:jc w:val="right"/>
      </w:pPr>
      <w:r>
        <w:t>یورپ میں ہر دن 28,000 فلائٹ آپریٹ کرتی ہیں۔</w:t>
      </w:r>
    </w:p>
    <w:p>
      <w:r>
        <w:rPr>
          <w:b/>
        </w:rPr>
        <w:t xml:space="preserve">[01:52] </w:t>
      </w:r>
      <w:r>
        <w:t>Paris se, London se aur baray baray shehron se. In mein se sirf aath hazar flight operate kar rahi hain is waqt.</w:t>
      </w:r>
    </w:p>
    <w:p>
      <w:pPr>
        <w:jc w:val="right"/>
      </w:pPr>
      <w:r>
        <w:t>پیرس سے، لندن سے اور بڑے بڑے شہروں سے۔ ان میں سے صرف آٹھ ہزار فلائٹ آپریٹ کر رہی ہیں اس وقت۔</w:t>
      </w:r>
    </w:p>
    <w:p>
      <w:r>
        <w:rPr>
          <w:b/>
        </w:rPr>
        <w:t xml:space="preserve">[02:03] </w:t>
      </w:r>
      <w:r>
        <w:t>sab ki sab band pari hain. Is ki wajah se jahaz ki companiyon ko 200 million dollar per day ka nuqsan ho raha hai.</w:t>
      </w:r>
    </w:p>
    <w:p>
      <w:pPr>
        <w:jc w:val="right"/>
      </w:pPr>
      <w:r>
        <w:t>سب کی سب بند پڑی ہیں۔ اس کی وجہ سے جہاز کی کمپنیوں کو 200 ملین ڈالر پر ڈے کا نقصان ہو رہا ہے۔</w:t>
      </w:r>
    </w:p>
    <w:p>
      <w:r>
        <w:rPr>
          <w:b/>
        </w:rPr>
        <w:t xml:space="preserve">[02:19] </w:t>
      </w:r>
      <w:r>
        <w:t>yeh to sirf aik baat hai. Sari zindagi wahan paralyze ho rahi hai. Business thap ho raha hai. Tourism khatam ho raha hai.</w:t>
      </w:r>
    </w:p>
    <w:p>
      <w:pPr>
        <w:jc w:val="right"/>
      </w:pPr>
      <w:r>
        <w:t>یہ تو صرف ایک بات ہے۔ ساری زندگی وہاں پیرالائز ہو رہی ہے۔ بزنس ٹھپ ہو رہا ہے۔ ٹورزم ختم ہو رہا ہے۔</w:t>
      </w:r>
    </w:p>
    <w:p>
      <w:r>
        <w:rPr>
          <w:b/>
        </w:rPr>
        <w:t xml:space="preserve">[02:31] </w:t>
      </w:r>
      <w:r>
        <w:t>yeh baat wahan ho rahi hai jahan jo modern development ka jo center samjha jata tha.</w:t>
      </w:r>
    </w:p>
    <w:p>
      <w:pPr>
        <w:jc w:val="right"/>
      </w:pPr>
      <w:r>
        <w:t>یہ بات وہاں ہو رہی ہے جہاں جو ماڈرن ڈیولپمنٹ کا جو سینٹر سمجھا جاتا تھا۔</w:t>
      </w:r>
    </w:p>
    <w:p>
      <w:r>
        <w:rPr>
          <w:b/>
        </w:rPr>
        <w:t xml:space="preserve">[02:43] </w:t>
      </w:r>
      <w:r>
        <w:t>aik bar mein jahaz mein safar kar raha tha to aik aadmi jo jahaz ke first class mein tha, baray fakhr ke sath us ne kaha tha ke jahaz kya hai?</w:t>
      </w:r>
    </w:p>
    <w:p>
      <w:pPr>
        <w:jc w:val="right"/>
      </w:pPr>
      <w:r>
        <w:t>ایک بار میں جہاز میں سفر کر رہا تھا تو ایک آدمی جو جہاز کے فرسٹ کلاس میں تھا، بڑے فخر کے ساتھ اس نے کہا تھا کہ جہاز کیا ہے؟</w:t>
      </w:r>
    </w:p>
    <w:p>
      <w:r>
        <w:rPr>
          <w:b/>
        </w:rPr>
        <w:t xml:space="preserve">[02:57] </w:t>
      </w:r>
      <w:r>
        <w:t>yeh flying palace hai. Flying palace matlab hamari development, hamari taraqqi ne hum ko yahan tak pohanchaya hai ke hum urte hue mahallon mein safar karein.</w:t>
      </w:r>
    </w:p>
    <w:p>
      <w:pPr>
        <w:jc w:val="right"/>
      </w:pPr>
      <w:r>
        <w:t>یہ فلائنگ پیلس ہے۔ فلائنگ پیلس مطلب ہماری ڈیولپمنٹ، ہماری ترقی نے ہم کو یہاں تک پہنچایا ہے کہ ہم اڑتے ہوئے محلوں میں سفر کریں۔</w:t>
      </w:r>
    </w:p>
    <w:p>
      <w:r>
        <w:rPr>
          <w:b/>
        </w:rPr>
        <w:t xml:space="preserve">[03:15] </w:t>
      </w:r>
      <w:r>
        <w:t>flying palace. aaj flying palace sab ground kar diye gaye hain.</w:t>
      </w:r>
    </w:p>
    <w:p>
      <w:pPr>
        <w:jc w:val="right"/>
      </w:pPr>
      <w:r>
        <w:t>فلائنگ پیلس۔ آج فلائنگ پیلس سب گراؤنڈ کر دیے گئے ہیں۔</w:t>
      </w:r>
    </w:p>
    <w:p>
      <w:r>
        <w:rPr>
          <w:b/>
        </w:rPr>
        <w:t xml:space="preserve">[03:25] </w:t>
      </w:r>
      <w:r>
        <w:t>kyunke jo raakh urr rahi hai, woh raakh bohat hi dangerous hai jahaz ke liye. ek to visibility nahi hai upar.</w:t>
      </w:r>
    </w:p>
    <w:p>
      <w:pPr>
        <w:jc w:val="right"/>
      </w:pPr>
      <w:r>
        <w:t>کیونکہ جو راکھ اڑ رہی ہے، وہ راکھ بہت ہی ڈینجرس ہے جہاز کے لیے۔ ایک تو ویزیبلٹی نہیں ہے اوپر۔</w:t>
      </w:r>
    </w:p>
    <w:p>
      <w:r>
        <w:rPr>
          <w:b/>
        </w:rPr>
        <w:t xml:space="preserve">[03:35] </w:t>
      </w:r>
      <w:r>
        <w:t>iske ilawa is mein woh raakh khali dhuwan nahi hai. is mein bohat sari cheezein mili hui hain. maslan sheesha hai aur doosri cheezein.</w:t>
      </w:r>
    </w:p>
    <w:p>
      <w:pPr>
        <w:jc w:val="right"/>
      </w:pPr>
      <w:r>
        <w:t>اس کے علاوہ اس میں وہ راکھ خالی دھواں نہیں ہے۔ اس میں بہت ساری چیزیں ملی ہوئی ہیں۔ مثلاً شیشہ ہے اور دوسری چیزیں۔</w:t>
      </w:r>
    </w:p>
    <w:p>
      <w:r>
        <w:rPr>
          <w:b/>
        </w:rPr>
        <w:t xml:space="preserve">[03:44] </w:t>
      </w:r>
      <w:r>
        <w:t>toh dar hai ke engine mein woh ja kar ke engine ko paralyze kar degi. airporton par bheed ki bheed lagi hui hai kyunke woh ja nahi paa rahe hain.</w:t>
      </w:r>
    </w:p>
    <w:p>
      <w:pPr>
        <w:jc w:val="right"/>
      </w:pPr>
      <w:r>
        <w:t>تو ڈر ہے کہ انجن میں وہ جا کر کے انجن کو پیرالائز کر دیں گی۔ ایئرپورٹوں پر بھیڑ کی بھیڑ لگی ہوئی ہے کیونکہ وہ جا نہیں پا رہے ہیں۔</w:t>
      </w:r>
    </w:p>
    <w:p>
      <w:r>
        <w:rPr>
          <w:b/>
        </w:rPr>
        <w:t xml:space="preserve">[04:01] </w:t>
      </w:r>
      <w:r>
        <w:t>yeh saada baat nahi hai. dekhein, iski peshingoyi, iski prediction Quran mein bhi thi aur hadith mein bhi.</w:t>
      </w:r>
    </w:p>
    <w:p>
      <w:pPr>
        <w:jc w:val="right"/>
      </w:pPr>
      <w:r>
        <w:t>یہ سادہ بات نہیں ہے۔ دیکھیں، اس کی پیشنگوئی، اس کی پریڈکشن قرآن میں بھی تھی اور حدیث میں بھی۔</w:t>
      </w:r>
    </w:p>
    <w:p>
      <w:r>
        <w:rPr>
          <w:b/>
        </w:rPr>
        <w:t xml:space="preserve">[04:13] </w:t>
      </w:r>
      <w:r>
        <w:t>iske liye jo word aaya hai woh dukhan. dukhan. dukhan maani dhuwan. yahi toh dhuwan hai.</w:t>
      </w:r>
    </w:p>
    <w:p>
      <w:pPr>
        <w:jc w:val="right"/>
      </w:pPr>
      <w:r>
        <w:t>اس کے لیے جو ورڈ آیا ہے وہ دخان۔ دخان۔ دخان معنی دھواں۔ یہی تو دھواں ہے۔</w:t>
      </w:r>
    </w:p>
    <w:p>
      <w:r>
        <w:rPr>
          <w:b/>
        </w:rPr>
        <w:t xml:space="preserve">[04:27] </w:t>
      </w:r>
      <w:r>
        <w:t>Quran mein aur hadith mein hai ke qayamat ke qareeb ek dhuwan niklega, ek dukhan jo sari fiza ko chha jayega.</w:t>
      </w:r>
    </w:p>
    <w:p>
      <w:pPr>
        <w:jc w:val="right"/>
      </w:pPr>
      <w:r>
        <w:t>قرآن میں اور حدیث میں ہے کہ قیامت کے قریب ایک دھواں نکلے گا، ایک دخان جو ساری فضا کو چھا جائے گا۔</w:t>
      </w:r>
    </w:p>
    <w:p>
      <w:r>
        <w:rPr>
          <w:b/>
        </w:rPr>
        <w:t xml:space="preserve">[04:41] </w:t>
      </w:r>
      <w:r>
        <w:t>abhi jo Iceland mein ho raha hai, iska photo aap ne dekha hoga. main ya aaj ke paper mein yeh maine dekha.</w:t>
      </w:r>
    </w:p>
    <w:p>
      <w:pPr>
        <w:jc w:val="right"/>
      </w:pPr>
      <w:r>
        <w:t>ابھی جو آئس لینڈ میں ہو رہا ہے، اس کا فوٹو آپ نے دیکھا ہوگا۔ میں یا آج کے پیپر میں یہ میں نے دیکھا۔</w:t>
      </w:r>
    </w:p>
    <w:p>
      <w:r>
        <w:rPr>
          <w:b/>
        </w:rPr>
        <w:t xml:space="preserve">[04:54] </w:t>
      </w:r>
      <w:r>
        <w:t>kaisa ajeeb, bhayanak scene hai.</w:t>
      </w:r>
    </w:p>
    <w:p>
      <w:pPr>
        <w:jc w:val="right"/>
      </w:pPr>
      <w:r>
        <w:t>کیسا عجیب، بھیانک سین ہے۔</w:t>
      </w:r>
    </w:p>
    <w:p>
      <w:r>
        <w:rPr>
          <w:b/>
        </w:rPr>
        <w:t xml:space="preserve">[05:02] </w:t>
      </w:r>
      <w:r>
        <w:t>jahan tak meri apni samajh hai, jo main hadithon ko padha hai, toh main yeh keh sakta hoon ke hadithon mein das nishaniyan batai gayi hain qayamat se pehle ki.</w:t>
      </w:r>
    </w:p>
    <w:p>
      <w:pPr>
        <w:jc w:val="right"/>
      </w:pPr>
      <w:r>
        <w:t>جہاں تک میری اپنی سمجھ ہے، جو میں حدیثوں کو پڑھا ہے، تو میں یہ کہہ سکتا ہوں کہ حدیثوں میں دس نشانیاں بتائی گئی ہیں قیامت سے پہلے کی۔</w:t>
      </w:r>
    </w:p>
    <w:p>
      <w:r>
        <w:rPr>
          <w:b/>
        </w:rPr>
        <w:t xml:space="preserve">[05:16] </w:t>
      </w:r>
      <w:r>
        <w:t>sign, ten sign. qayamat se pehle. is mein number ek, do, teen, char kar ke nahi bataya gaya hai iska order.</w:t>
      </w:r>
    </w:p>
    <w:p>
      <w:pPr>
        <w:jc w:val="right"/>
      </w:pPr>
      <w:r>
        <w:t>سائن، ٹین سائن۔ قیامت سے پہلے۔ اس میں نمبر ایک، دو، تین، چار کر کے نہیں بتایا گیا ہے اس کا آرڈر۔</w:t>
      </w:r>
    </w:p>
    <w:p>
      <w:r>
        <w:rPr>
          <w:b/>
        </w:rPr>
        <w:t xml:space="preserve">[05:28] </w:t>
      </w:r>
      <w:r>
        <w:t>lekin main yeh samajh paya hoon</w:t>
      </w:r>
    </w:p>
    <w:p>
      <w:pPr>
        <w:jc w:val="right"/>
      </w:pPr>
      <w:r>
        <w:t>لیکن میں یہ سمجھ پایا ہوں</w:t>
      </w:r>
    </w:p>
    <w:p>
      <w:r>
        <w:rPr>
          <w:b/>
        </w:rPr>
        <w:t xml:space="preserve">[05:33] </w:t>
      </w:r>
      <w:r>
        <w:t>ke sab se last mein jo sign hoga, woh hoga ke suraj</w:t>
      </w:r>
    </w:p>
    <w:p>
      <w:pPr>
        <w:jc w:val="right"/>
      </w:pPr>
      <w:r>
        <w:t>کہ سب سے لاسٹ میں جو سائن ہوگا، وہ ہوگا کہ سورج</w:t>
      </w:r>
    </w:p>
    <w:p>
      <w:r>
        <w:rPr>
          <w:b/>
        </w:rPr>
        <w:t xml:space="preserve">[05:44] </w:t>
      </w:r>
      <w:r>
        <w:t>west se niklega, east mein doobega. yaani axis par jo zameen ka ghoomti hai, woh badal jayegi.</w:t>
      </w:r>
    </w:p>
    <w:p>
      <w:pPr>
        <w:jc w:val="right"/>
      </w:pPr>
      <w:r>
        <w:t>ویسٹ سے نکلے گا، ایسٹ میں ڈوبے گا۔ یعنی ایکسز پر جو زمین کا گھومتی ہے، وہ بدل جائے گی۔</w:t>
      </w:r>
    </w:p>
    <w:p>
      <w:r>
        <w:rPr>
          <w:b/>
        </w:rPr>
        <w:t xml:space="preserve">[05:54] </w:t>
      </w:r>
      <w:r>
        <w:t>idhar ki bajaye idhar ho jayegi. aap jante hain ke zameen ek toh orbit par ghoomti hai suraj ke gird, ek khud apne axis par ghoomti hai.</w:t>
      </w:r>
    </w:p>
    <w:p>
      <w:pPr>
        <w:jc w:val="right"/>
      </w:pPr>
      <w:r>
        <w:t>ادھر کی بجائے ادھر ہو جائے گی۔ آپ جانتے ہیں کہ زمین ایک تو آربٹ پر گھومتی ہے سورج کے گرد، ایک خود اپنے ایکسز پر گھومتی ہے۔</w:t>
      </w:r>
    </w:p>
    <w:p>
      <w:r>
        <w:rPr>
          <w:b/>
        </w:rPr>
        <w:t xml:space="preserve">[06:06] </w:t>
      </w:r>
      <w:r>
        <w:t>axis par ghoomna jo hai, isi se raat din hote hain. toh iska direction badal jayega. toh iska matlab yeh hoga ke suraj niklega,</w:t>
      </w:r>
    </w:p>
    <w:p>
      <w:pPr>
        <w:jc w:val="right"/>
      </w:pPr>
      <w:r>
        <w:t>ایکسز پر گھومنا جو ہے، اسی سے رات دن ہوتے ہیں۔ تو اس کا ڈائریکشن بدل جائے گا۔ تو اس کا مطلب یہ ہوگا کہ سورج نکلے گا،</w:t>
      </w:r>
    </w:p>
    <w:p>
      <w:r>
        <w:rPr>
          <w:b/>
        </w:rPr>
        <w:t xml:space="preserve">[06:22] </w:t>
      </w:r>
      <w:r>
        <w:t>ab nikalta hai east se, phir niklega west se. lekin yeh bohat hi dangerous baat hai. kyunke hadith se maloom hota hai ke is waqt toba ka darwaza band ho jayega.</w:t>
      </w:r>
    </w:p>
    <w:p>
      <w:pPr>
        <w:jc w:val="right"/>
      </w:pPr>
      <w:r>
        <w:t>اب نکلتا ہے ایسٹ سے، پھر نکلے گا ویسٹ سے۔ لیکن یہ بہت ہی ڈینجرس بات ہے۔ کیونکہ حدیث سے معلوم ہوتا ہے کہ اس وقت توبہ کا دروازہ بند ہو جائے گا۔</w:t>
      </w:r>
    </w:p>
    <w:p>
      <w:r>
        <w:rPr>
          <w:b/>
        </w:rPr>
        <w:t xml:space="preserve">[06:37] </w:t>
      </w:r>
      <w:r>
        <w:t>aur jahan tak maine samjha hai, dukhan jo hai, yeh last but one sign hai. sab se aakhir mein toh suraj israfel hai.</w:t>
      </w:r>
    </w:p>
    <w:p>
      <w:pPr>
        <w:jc w:val="right"/>
      </w:pPr>
      <w:r>
        <w:t>اور جہاں تک میں نے سمجھا ہے، دخان جو ہے، یہ لاسٹ بٹ ون سائن ہے۔ سب سے آخر میں تو سورج اسرافیل ہے۔</w:t>
      </w:r>
    </w:p>
    <w:p>
      <w:r>
        <w:rPr>
          <w:b/>
        </w:rPr>
        <w:t xml:space="preserve">[06:47] </w:t>
      </w:r>
      <w:r>
        <w:t>isse pehle suraj ka nikalna maghrib se, aur isse pehle hai dukhan.</w:t>
      </w:r>
    </w:p>
    <w:p>
      <w:pPr>
        <w:jc w:val="right"/>
      </w:pPr>
      <w:r>
        <w:t>اس سے پہلے سورج کا نکلنا مغرب سے، اور اس سے پہلے ہے دخان۔</w:t>
      </w:r>
    </w:p>
    <w:p>
      <w:r>
        <w:rPr>
          <w:b/>
        </w:rPr>
        <w:t xml:space="preserve">[06:57] </w:t>
      </w:r>
      <w:r>
        <w:t>toh dukhan jo hai, last but one hai.</w:t>
      </w:r>
    </w:p>
    <w:p>
      <w:pPr>
        <w:jc w:val="right"/>
      </w:pPr>
      <w:r>
        <w:t>تو دخان جو ہے، لاسٹ بٹ ون ہے۔</w:t>
      </w:r>
    </w:p>
    <w:p>
      <w:r>
        <w:rPr>
          <w:b/>
        </w:rPr>
        <w:t xml:space="preserve">[07:02] </w:t>
      </w:r>
      <w:r>
        <w:t>iska matlab yeh hai ke jin cheezon ka intezar kar rahe hain musalman, woh sab ho chuka. dajjal aa chuka. maadi aa chuka.</w:t>
      </w:r>
    </w:p>
    <w:p>
      <w:pPr>
        <w:jc w:val="right"/>
      </w:pPr>
      <w:r>
        <w:t>اس کا معنی یہ ہے کہ جن چیزوں کا انتظار کر رہے ہیں مسلمان، وہ سب ہو چکا۔ دجال آ چکا۔ مادی آ چکا۔</w:t>
      </w:r>
    </w:p>
    <w:p>
      <w:r>
        <w:rPr>
          <w:b/>
        </w:rPr>
        <w:t xml:space="preserve">[07:12] </w:t>
      </w:r>
      <w:r>
        <w:t>maseeh aa chuka. ab iske aage ki baat hai.</w:t>
      </w:r>
    </w:p>
    <w:p>
      <w:pPr>
        <w:jc w:val="right"/>
      </w:pPr>
      <w:r>
        <w:t>مسیح آ چکا۔ اب اس کے آگے کی بات ہے۔</w:t>
      </w:r>
    </w:p>
    <w:p>
      <w:r>
        <w:rPr>
          <w:b/>
        </w:rPr>
        <w:t xml:space="preserve">[07:20] </w:t>
      </w:r>
      <w:r>
        <w:t>bohat hi zyada sochne wali baat hai yeh. kyunke agla jo sign zahir hoga ke zameen ka ghoomna jo hai, idhar se idhar ho jaye aur suraj west se nikalne lage,</w:t>
      </w:r>
    </w:p>
    <w:p>
      <w:pPr>
        <w:jc w:val="right"/>
      </w:pPr>
      <w:r>
        <w:t>بہت ہی زیادہ سوچنے والی بات ہے یہ۔ کیونکہ اگلا جو سائن ظاہر ہوگا کہ زمین کا گھومنا جو ہے، ادھر سے ادھر ہو جائے اور سورج ویسٹ سے نکلنے لگے،</w:t>
      </w:r>
    </w:p>
    <w:p>
      <w:r>
        <w:rPr>
          <w:b/>
        </w:rPr>
        <w:t xml:space="preserve">[07:40] </w:t>
      </w:r>
      <w:r>
        <w:t>phir toh toba ka darwaza band ho jayega. dekhein, aaj mere paas subah ek sahab ko telephone aaya isi baat par ke toba ka darwaza band hone ka kya matlab hai.</w:t>
      </w:r>
    </w:p>
    <w:p>
      <w:pPr>
        <w:jc w:val="right"/>
      </w:pPr>
      <w:r>
        <w:t>پھر تو توبہ کا دروازہ بند ہو جائے گا۔ دیکھیں، آج میرے پاس صبح ایک صاحب کو ٹیلی فون آیا اسی بات پر کہ توبہ کا دروازہ بند ہونے کا کیا مطلب ہے۔</w:t>
      </w:r>
    </w:p>
    <w:p>
      <w:r>
        <w:rPr>
          <w:b/>
        </w:rPr>
        <w:t xml:space="preserve">[07:53] </w:t>
      </w:r>
      <w:r>
        <w:t>toh maine kaha ke toba isi waqt qabool hoti hai jab ke mamlaat ghaib mein hon, chhupe hue hon.</w:t>
      </w:r>
    </w:p>
    <w:p>
      <w:pPr>
        <w:jc w:val="right"/>
      </w:pPr>
      <w:r>
        <w:t>تو میں نے کہا کہ توبہ اسی وقت قبول ہوتی ہے جب کہ معاملات غیب میں ہوں، چھپے ہوئے ہوں۔</w:t>
      </w:r>
    </w:p>
    <w:p>
      <w:r>
        <w:rPr>
          <w:b/>
        </w:rPr>
        <w:t xml:space="preserve">[08:02] </w:t>
      </w:r>
      <w:r>
        <w:t>jab woh shahood mein aa jayen, yani pata chal jaye har cheez ka, tab tab tauba kis baat ki? to main ne kaha qayamat mein tauba nahi hogi.</w:t>
      </w:r>
    </w:p>
    <w:p>
      <w:pPr>
        <w:jc w:val="right"/>
      </w:pPr>
      <w:r>
        <w:t>جب وہ شہود میں آ جائیں، یعنی پتہ چل جائے ہر چیز کا، تب تب توبہ کس بات کی؟ تو میں نے کہا قیامت میں توبہ نہیں ہوگی۔</w:t>
      </w:r>
    </w:p>
    <w:p>
      <w:r>
        <w:rPr>
          <w:b/>
        </w:rPr>
        <w:t xml:space="preserve">[08:12] </w:t>
      </w:r>
      <w:r>
        <w:t>koi qayamat mein kahe ke main tauba karta hoon to to quran mein hai ke "alan waqt aata hai". ab tum tauba kar rahe ho, yeh waqt tha, tab tum ne inkar kiya.</w:t>
      </w:r>
    </w:p>
    <w:p>
      <w:pPr>
        <w:jc w:val="right"/>
      </w:pPr>
      <w:r>
        <w:t>کوئی قیامت میں کہے کہ میں توبہ کرتا ہوں تو تو قرآن میں ہے کہ "الان وقت آتا ہے"۔ اب تم توبہ کر رہے ہو، یہ وقت تھا، تب تم نے انکار کیا۔</w:t>
      </w:r>
    </w:p>
    <w:p>
      <w:r>
        <w:rPr>
          <w:b/>
        </w:rPr>
        <w:t xml:space="preserve">[08:26] </w:t>
      </w:r>
      <w:r>
        <w:t>to yeh bohat hi dangerous baat hai ke abhi tak mamlaat ghayb mein hain. abhi tauba ka darwaza khula hua hai.</w:t>
      </w:r>
    </w:p>
    <w:p>
      <w:pPr>
        <w:jc w:val="right"/>
      </w:pPr>
      <w:r>
        <w:t>تو یہ بہت ہی ڈینجرس بات ہے کہ ابھی تک معاملات غیب میں ہیں۔ ابھی توبہ کا دروازہ کھلا ہوا ہے۔</w:t>
      </w:r>
    </w:p>
    <w:p>
      <w:r>
        <w:rPr>
          <w:b/>
        </w:rPr>
        <w:t xml:space="preserve">[08:37] </w:t>
      </w:r>
      <w:r>
        <w:t>aur main samajhta hoon ke dukhan jo hai, yeh last bit one hai.</w:t>
      </w:r>
    </w:p>
    <w:p>
      <w:pPr>
        <w:jc w:val="right"/>
      </w:pPr>
      <w:r>
        <w:t>اور میں سمجھتا ہوں کہ دخان جو ہے، یہ لاسٹ بٹ ون ہے۔</w:t>
      </w:r>
    </w:p>
    <w:p>
      <w:r>
        <w:rPr>
          <w:b/>
        </w:rPr>
        <w:t xml:space="preserve">[08:43] </w:t>
      </w:r>
      <w:r>
        <w:t>aisa likha hua nahi hai, lekin mera aisa qayas hai, aisa guess hai mera hadithon ko le kar ke is ke baad jo hoga, woh zameen ki gardish badal jayegi.</w:t>
      </w:r>
    </w:p>
    <w:p>
      <w:pPr>
        <w:jc w:val="right"/>
      </w:pPr>
      <w:r>
        <w:t>ایسا لکھا ہوا نہیں ہے، لیکن میرا ایسا قیاس ہے، ایسا گیس ہے میرا حدیثوں کو لے کر کہ اس کے بعد جو ہوگا، وہ زمین کی گردش بدل جائے گی۔</w:t>
      </w:r>
    </w:p>
    <w:p>
      <w:r>
        <w:rPr>
          <w:b/>
        </w:rPr>
        <w:t xml:space="preserve">[08:59] </w:t>
      </w:r>
      <w:r>
        <w:t>to phir tauba qabool nahi hogi. to bohat ziyada zaroori hai ke hum sochein.</w:t>
      </w:r>
    </w:p>
    <w:p>
      <w:pPr>
        <w:jc w:val="right"/>
      </w:pPr>
      <w:r>
        <w:t>تو پھر توبہ قبول نہیں ہوگی۔ تو بہت زیادہ ضروری ہے کہ ہم سوچیں۔</w:t>
      </w:r>
    </w:p>
    <w:p>
      <w:r>
        <w:rPr>
          <w:b/>
        </w:rPr>
        <w:t xml:space="preserve">[09:11] </w:t>
      </w:r>
      <w:r>
        <w:t>saari sochoun ko ek soch bana dein.</w:t>
      </w:r>
    </w:p>
    <w:p>
      <w:pPr>
        <w:jc w:val="right"/>
      </w:pPr>
      <w:r>
        <w:t>ساری سوچوں کو ایک سوچ بنا دیں۔</w:t>
      </w:r>
    </w:p>
    <w:p>
      <w:r>
        <w:rPr>
          <w:b/>
        </w:rPr>
        <w:t xml:space="preserve">[09:17] </w:t>
      </w:r>
      <w:r>
        <w:t>saari sochoun ko ek soch bana dein.</w:t>
      </w:r>
    </w:p>
    <w:p>
      <w:pPr>
        <w:jc w:val="right"/>
      </w:pPr>
      <w:r>
        <w:t>ساری سوچوں کو ایک سوچ بنا دیں۔</w:t>
      </w:r>
    </w:p>
    <w:p>
      <w:r>
        <w:rPr>
          <w:b/>
        </w:rPr>
        <w:t xml:space="preserve">[09:27] </w:t>
      </w:r>
      <w:r>
        <w:t>jaise ek baar mein ek jalsay mein gaya, musalmanon ka jalsa tha, woh sab log tarah tarah ki boliyan bol rahe thay, tarah tarah ki boliyan bol rahe thay.</w:t>
      </w:r>
    </w:p>
    <w:p>
      <w:pPr>
        <w:jc w:val="right"/>
      </w:pPr>
      <w:r>
        <w:t>جیسے ایک بار میں ایک جلسے میں گیا، مسلمانوں کا جلسہ تھا، وہ سب لوگ طرح طرح کی بولیاں بول رہے تھے، طرح طرح کی بولیاں بول رہے تھے۔</w:t>
      </w:r>
    </w:p>
    <w:p>
      <w:r>
        <w:rPr>
          <w:b/>
        </w:rPr>
        <w:t xml:space="preserve">[09:39] </w:t>
      </w:r>
      <w:r>
        <w:t>har aadmi apna agenda pesh kar raha tha. sab ulma thay woh, lekin sab ka apna alag agenda tha.</w:t>
      </w:r>
    </w:p>
    <w:p>
      <w:pPr>
        <w:jc w:val="right"/>
      </w:pPr>
      <w:r>
        <w:t>ہر آدمی اپنا ایجنڈا پیش کر رہا تھا۔ سب علماء تھے وہ، لیکن سب کا اپنا الگ ایجنڈا تھا۔</w:t>
      </w:r>
    </w:p>
    <w:p>
      <w:r>
        <w:rPr>
          <w:b/>
        </w:rPr>
        <w:t xml:space="preserve">[09:49] </w:t>
      </w:r>
      <w:r>
        <w:t>to main ne yahi baat kahi thi ke bohat waqt, bohat jald woh waqt aanay wala hai jab aap log apna agenda bhool jayenge.</w:t>
      </w:r>
    </w:p>
    <w:p>
      <w:pPr>
        <w:jc w:val="right"/>
      </w:pPr>
      <w:r>
        <w:t>تو میں نے یہی بات کہی تھی کہ بہت وقت، بہت جلد وہ وقت آنے والا ہے جب آپ لوگ اپنا ایجنڈا بھول جائیں گے۔</w:t>
      </w:r>
    </w:p>
    <w:p>
      <w:r>
        <w:rPr>
          <w:b/>
        </w:rPr>
        <w:t xml:space="preserve">[09:58] </w:t>
      </w:r>
      <w:r>
        <w:t>to main ne misaal di ke farz kijiye ke yahan par ek achanak kala saanp nikal aaye. aap log itminan se baithe hue hain, apne apne ajenday par khoob bol rahe hain, aur achanak kala saanp nikal aaye to kya hoga?</w:t>
      </w:r>
    </w:p>
    <w:p>
      <w:pPr>
        <w:jc w:val="right"/>
      </w:pPr>
      <w:r>
        <w:t>تو میں نے مثال دی کہ فرض کیجئے کہ یہاں پر ایک اچانک کالا سانپ نکل آئے۔ آپ لوگ اطمینان سے بیٹھے ہوئے ہیں، اپنے اپنے ایجنڈے پر خوب بول رہے ہیں، اور اچانک کالا سانپ نکل آئے تو کیا ہوگا؟</w:t>
      </w:r>
    </w:p>
    <w:p>
      <w:r>
        <w:rPr>
          <w:b/>
        </w:rPr>
        <w:t xml:space="preserve">[10:12] </w:t>
      </w:r>
      <w:r>
        <w:t>unhon ne kaha sab ka agenda ek ho jayega.</w:t>
      </w:r>
    </w:p>
    <w:p>
      <w:pPr>
        <w:jc w:val="right"/>
      </w:pPr>
      <w:r>
        <w:t>انہوں نے کہا سب کا ایجنڈا ایک ہو جائے گا۔</w:t>
      </w:r>
    </w:p>
    <w:p>
      <w:r>
        <w:rPr>
          <w:b/>
        </w:rPr>
        <w:t xml:space="preserve">[10:18] </w:t>
      </w:r>
      <w:r>
        <w:t>sab ka agenda ek ho jayega ke saanp se apne aap ko bachao. to ab woh waqt aa gaya hai ke log apna agenda phenk dein,</w:t>
      </w:r>
    </w:p>
    <w:p>
      <w:pPr>
        <w:jc w:val="right"/>
      </w:pPr>
      <w:r>
        <w:t>سب کا ایجنڈا ایک ہو جائے گا کہ سانپ سے اپنے آپ کو بچاؤ۔ تو اب وہ وقت آ گیا ہے کہ لوگ اپنا ایجنڈا پھینک دیں،</w:t>
      </w:r>
    </w:p>
    <w:p>
      <w:r>
        <w:rPr>
          <w:b/>
        </w:rPr>
        <w:t xml:space="preserve">[10:32] </w:t>
      </w:r>
      <w:r>
        <w:t>dustbin mein phenk dein, dustbin mein. aur jo Khuda ka agenda hai, usi ajenday ko le kar ke zindagi phir se shuru karein.</w:t>
      </w:r>
    </w:p>
    <w:p>
      <w:pPr>
        <w:jc w:val="right"/>
      </w:pPr>
      <w:r>
        <w:t>ڈسٹ بن میں پھینک دیں، ڈسٹ بن میں۔ اور جو خدا کا ایجنڈا ہے، اسی ایجنڈے کو لے کر کے زندگی پھر سے شروع کریں۔</w:t>
      </w:r>
    </w:p>
    <w:p>
      <w:r>
        <w:rPr>
          <w:b/>
        </w:rPr>
        <w:t xml:space="preserve">[10:47] </w:t>
      </w:r>
      <w:r>
        <w:t>zindagi phir se shuru karein.</w:t>
      </w:r>
    </w:p>
    <w:p>
      <w:pPr>
        <w:jc w:val="right"/>
      </w:pPr>
      <w:r>
        <w:t>زندگی پھر سے شروع کریں۔</w:t>
      </w:r>
    </w:p>
    <w:p>
      <w:r>
        <w:rPr>
          <w:b/>
        </w:rPr>
        <w:t xml:space="preserve">[10:52] </w:t>
      </w:r>
      <w:r>
        <w:t>waqt. time is very short.</w:t>
      </w:r>
    </w:p>
    <w:p>
      <w:pPr>
        <w:jc w:val="right"/>
      </w:pPr>
      <w:r>
        <w:t>وقت۔ ٹائم از ویری شارٹ۔</w:t>
      </w:r>
    </w:p>
    <w:p>
      <w:r>
        <w:rPr>
          <w:b/>
        </w:rPr>
        <w:t xml:space="preserve">[10:58] </w:t>
      </w:r>
      <w:r>
        <w:t>doomsday is knocking at the door. to time, time hai hi nahi. time hai kahan?</w:t>
      </w:r>
    </w:p>
    <w:p>
      <w:pPr>
        <w:jc w:val="right"/>
      </w:pPr>
      <w:r>
        <w:t>ڈوبز ڈے از ناکنگ ایٹ دا ڈور۔ تو ٹائم، ٹائم ہے ہی نہیں۔ ٹائم ہے کہاں؟</w:t>
      </w:r>
    </w:p>
    <w:p>
      <w:r>
        <w:rPr>
          <w:b/>
        </w:rPr>
        <w:t xml:space="preserve">[11:05] </w:t>
      </w:r>
      <w:r>
        <w:t>ab dekhiye ke Khuda ka agenda kya hai. kal kuch logon se baat ho rahi thi isi baat par ke kya hai Khuda ka agenda jis ko hum apnayen.</w:t>
      </w:r>
    </w:p>
    <w:p>
      <w:pPr>
        <w:jc w:val="right"/>
      </w:pPr>
      <w:r>
        <w:t>اب دیکھیے کہ خدا کا ایجنڈا کیا ہے۔ کل کچھ لوگوں سے بات ہو رہی تھی اسی بات پر کہ کیا ہے خدا کا ایجنڈا جس کو ہم اپنائیں۔</w:t>
      </w:r>
    </w:p>
    <w:p>
      <w:r>
        <w:rPr>
          <w:b/>
        </w:rPr>
        <w:t xml:space="preserve">[11:22] </w:t>
      </w:r>
      <w:r>
        <w:t>to main ne kaha ke Khuda ka agenda hai ke aap apne ko jannat ke liye tayyar karein.</w:t>
      </w:r>
    </w:p>
    <w:p>
      <w:pPr>
        <w:jc w:val="right"/>
      </w:pPr>
      <w:r>
        <w:t>تو میں نے کہا کہ خدا کا ایجنڈا ہے کہ آپ اپنے کو جنت کے لیے تیار کریں۔</w:t>
      </w:r>
    </w:p>
    <w:p>
      <w:r>
        <w:rPr>
          <w:b/>
        </w:rPr>
        <w:t xml:space="preserve">[11:32] </w:t>
      </w:r>
      <w:r>
        <w:t>bas single point formula jo hai, woh yahi hai.</w:t>
      </w:r>
    </w:p>
    <w:p>
      <w:pPr>
        <w:jc w:val="right"/>
      </w:pPr>
      <w:r>
        <w:t>بس سنگل پوائنٹ فارمولا جو ہے، وہ یہی ہے۔</w:t>
      </w:r>
    </w:p>
    <w:p>
      <w:r>
        <w:rPr>
          <w:b/>
        </w:rPr>
        <w:t xml:space="preserve">[11:41] </w:t>
      </w:r>
      <w:r>
        <w:t>jannat ke liye aap logon ko tayyar karein. kya matlab hai? aaj kal dekhiye, kuch log to woh hain jo bhule hue hain.</w:t>
      </w:r>
    </w:p>
    <w:p>
      <w:pPr>
        <w:jc w:val="right"/>
      </w:pPr>
      <w:r>
        <w:t>جنت کے لیے آپ لوگوں کو تیار کریں۔ کیا مطلب ہے؟ آج کل دیکھیے، کچھ لوگ تو وہ ہیں جو بھولے ہوئے ہیں۔</w:t>
      </w:r>
    </w:p>
    <w:p>
      <w:r>
        <w:rPr>
          <w:b/>
        </w:rPr>
        <w:t xml:space="preserve">[11:51] </w:t>
      </w:r>
      <w:r>
        <w:t>un ke nazdeek na jannat hai, na dozakh hai, na qayamat hai, na kuch hai. woh hawa kar rahe hain, magar hain.</w:t>
      </w:r>
    </w:p>
    <w:p>
      <w:pPr>
        <w:jc w:val="right"/>
      </w:pPr>
      <w:r>
        <w:t>ان کے نزدیک نہ جنت ہے، نہ دوزخ ہے، نہ قیامت ہے، نہ کچھ ہے۔ وہ ہوا کر رہے ہیں، مگر ہیں۔</w:t>
      </w:r>
    </w:p>
    <w:p>
      <w:r>
        <w:rPr>
          <w:b/>
        </w:rPr>
        <w:t xml:space="preserve">[12:00] </w:t>
      </w:r>
      <w:r>
        <w:t>bas unhein kuch sochna nahi hai.</w:t>
      </w:r>
    </w:p>
    <w:p>
      <w:pPr>
        <w:jc w:val="right"/>
      </w:pPr>
      <w:r>
        <w:t>بس انہیں کچھ سوچنا نہیں ہے۔</w:t>
      </w:r>
    </w:p>
    <w:p>
      <w:r>
        <w:rPr>
          <w:b/>
        </w:rPr>
        <w:t xml:space="preserve">[12:07] </w:t>
      </w:r>
      <w:r>
        <w:t>lekin jo log jante hain in baton ko, un ka bhi kya haal hai? woh samajhte hain ke shafaat ho jayegi aur hum shafaat kar ke jannat mein chale jayenge.</w:t>
      </w:r>
    </w:p>
    <w:p>
      <w:pPr>
        <w:jc w:val="right"/>
      </w:pPr>
      <w:r>
        <w:t>لیکن جو لوگ جانتے ہیں ان باتوں کو، ان کا بھی کیا حال ہے؟ وہ سمجھتے ہیں کہ شفاعت ہو جائے گی اور ہم شفاعت کر کے جنت میں چلے جائیں گے۔</w:t>
      </w:r>
    </w:p>
    <w:p>
      <w:r>
        <w:rPr>
          <w:b/>
        </w:rPr>
        <w:t xml:space="preserve">[12:20] </w:t>
      </w:r>
      <w:r>
        <w:t>koi samajhta hai ke buzurgon ka daaman hum thaame hue hain aur buzurg hamari jannat mein pahuncha denge.</w:t>
      </w:r>
    </w:p>
    <w:p>
      <w:pPr>
        <w:jc w:val="right"/>
      </w:pPr>
      <w:r>
        <w:t>کوئی سمجھتا ہے کہ بزرگوں کا دامن ہم تھامے ہوئے ہیں اور بزرگ ہماری جنت میں پہنچا دیں گے۔</w:t>
      </w:r>
    </w:p>
    <w:p>
      <w:r>
        <w:rPr>
          <w:b/>
        </w:rPr>
        <w:t xml:space="preserve">[12:31] </w:t>
      </w:r>
      <w:r>
        <w:t>koi log samajhte hain ke hum ne koi kuch jamaat pakad rakhi hai, woh jamaat jo hai, akhathe sab jannat mein jayenge. To hum bhi saath saath, hum bhi chale jayenge.</w:t>
      </w:r>
    </w:p>
    <w:p>
      <w:pPr>
        <w:jc w:val="right"/>
      </w:pPr>
      <w:r>
        <w:t>کوئی لوگ سمجھتے ہیں کہ ہم نے کوئی کچھ جماعت پکڑ رکھی ہے، وہ جماعت جو ہے، اکٹھے سب جنت میں جائیں گے۔ تو ہم بھی ساتھ ساتھ، ہم بھی چلے جائیں گے۔</w:t>
      </w:r>
    </w:p>
    <w:p>
      <w:r>
        <w:rPr>
          <w:b/>
        </w:rPr>
        <w:t xml:space="preserve">[12:44] </w:t>
      </w:r>
      <w:r>
        <w:t>ek martaba mein ek mashhoor khanqah pe gaya.</w:t>
      </w:r>
    </w:p>
    <w:p>
      <w:pPr>
        <w:jc w:val="right"/>
      </w:pPr>
      <w:r>
        <w:t>ایک مرتبہ میں ایک مشہور خانقاہ پہ گیا۔</w:t>
      </w:r>
    </w:p>
    <w:p>
      <w:r>
        <w:rPr>
          <w:b/>
        </w:rPr>
        <w:t xml:space="preserve">[12:50] </w:t>
      </w:r>
      <w:r>
        <w:t>ek bohat hi mashhoor khanqah hai India ki. To jab mein gaya to wahan jo buzurg the, unka intqaal ho chuka tha.</w:t>
      </w:r>
    </w:p>
    <w:p>
      <w:pPr>
        <w:jc w:val="right"/>
      </w:pPr>
      <w:r>
        <w:t>ایک بہت ہی مشہور خانقاہ ہے انڈیا کی۔ تو جب میں گیا تو وہاں جو بزرگ تھے، ان کا انتقال ہو چکا تھا۔</w:t>
      </w:r>
    </w:p>
    <w:p>
      <w:r>
        <w:rPr>
          <w:b/>
        </w:rPr>
        <w:t xml:space="preserve">[13:00] </w:t>
      </w:r>
      <w:r>
        <w:t>lekin unke aur saathi wahan maujood the. To mein ne poocha ke koi baat bataiye Hazrat ke bare mein jo aap ne suna ho.</w:t>
      </w:r>
    </w:p>
    <w:p>
      <w:pPr>
        <w:jc w:val="right"/>
      </w:pPr>
      <w:r>
        <w:t>لیکن ان کے اور ساتھی وہاں موجود تھے۔ تو میں نے پوچھا کہ کوئی بات بتائیے حضرت کے بارے میں جو آپ نے سنا ہو۔</w:t>
      </w:r>
    </w:p>
    <w:p>
      <w:r>
        <w:rPr>
          <w:b/>
        </w:rPr>
        <w:t xml:space="preserve">[13:12] </w:t>
      </w:r>
      <w:r>
        <w:t>ek sahab jo bohat zyada sohbat jin ko mili thi, to unhone kaha ke jab Hazrat bimar the</w:t>
      </w:r>
    </w:p>
    <w:p>
      <w:pPr>
        <w:jc w:val="right"/>
      </w:pPr>
      <w:r>
        <w:t>ایک صاحب جو بہت زیادہ صحبت جن کو ملی تھی، تو انہوں نے کہا کہ جب حضرت بیمار تھے</w:t>
      </w:r>
    </w:p>
    <w:p>
      <w:r>
        <w:rPr>
          <w:b/>
        </w:rPr>
        <w:t xml:space="preserve">[13:26] </w:t>
      </w:r>
      <w:r>
        <w:t>to hum ne unse poocha ke hamare bare mein kya naseehat? Humein kya aap keh rahe hain?</w:t>
      </w:r>
    </w:p>
    <w:p>
      <w:pPr>
        <w:jc w:val="right"/>
      </w:pPr>
      <w:r>
        <w:t>تو ہم نے ان سے پوچھا کہ ہمارے بارے میں کیا نصیحت؟ ہمیں کیا آپ کہہ رہے ہیں؟</w:t>
      </w:r>
    </w:p>
    <w:p>
      <w:r>
        <w:rPr>
          <w:b/>
        </w:rPr>
        <w:t xml:space="preserve">[13:37] </w:t>
      </w:r>
      <w:r>
        <w:t>to jo mujhe bataya gaya, woh yeh tha ke unhone farmaya ke abhi to apni baat chal rahi hai.</w:t>
      </w:r>
    </w:p>
    <w:p>
      <w:pPr>
        <w:jc w:val="right"/>
      </w:pPr>
      <w:r>
        <w:t>تو جو مجھے بتایا گیا، وہ یہ تھا کہ انہوں نے فرمایا کہ ابھی تو اپنی بات چل رہی ہے۔</w:t>
      </w:r>
    </w:p>
    <w:p>
      <w:r>
        <w:rPr>
          <w:b/>
        </w:rPr>
        <w:t xml:space="preserve">[13:52] </w:t>
      </w:r>
      <w:r>
        <w:t>yeh baat maine jo suni thi, usko aap ke samne batata hoon ke aap ne abhi to apna mamla chal raha hai. Aur mera mamla agar tay ho gaya to ek bhi peeche nahi rehne ka.</w:t>
      </w:r>
    </w:p>
    <w:p>
      <w:pPr>
        <w:jc w:val="right"/>
      </w:pPr>
      <w:r>
        <w:t>یہ بات میں نے جو سنی تھی، اس کو آپ کے سامنے بتاتا ہوں کہ آپ نے ابھی تو اپنا معاملہ چل رہا ہے۔ اور میرا معاملہ اگر طے ہو گیا تو ایک بھی پیچھے نہیں رہنے کا۔</w:t>
      </w:r>
    </w:p>
    <w:p>
      <w:r>
        <w:rPr>
          <w:b/>
        </w:rPr>
        <w:t xml:space="preserve">[14:08] </w:t>
      </w:r>
      <w:r>
        <w:t>matlab jannat ke gate par khade hue hain. Jannat ke gate khulwa rahe hain apne liye. Farishton se baat ho rahi hai.</w:t>
      </w:r>
    </w:p>
    <w:p>
      <w:pPr>
        <w:jc w:val="right"/>
      </w:pPr>
      <w:r>
        <w:t>مطلب جنت کے گیٹ پر کھڑے ہوئے ہیں۔ جنت کے گیٹ کھلوا رہے ہیں اپنے لیے۔ فرشتوں سے بات ہو رہی ہے۔</w:t>
      </w:r>
    </w:p>
    <w:p>
      <w:r>
        <w:rPr>
          <w:b/>
        </w:rPr>
        <w:t xml:space="preserve">[14:19] </w:t>
      </w:r>
      <w:r>
        <w:t>to jannat gate apne liye khulwa rahe hain woh. To unka matlab yeh tha ke jannat gate mere liye agar khul gaya, ek bhi peeche nahi rehne ka.</w:t>
      </w:r>
    </w:p>
    <w:p>
      <w:pPr>
        <w:jc w:val="right"/>
      </w:pPr>
      <w:r>
        <w:t>تو جنت گیٹ اپنے لیے کھلوا رہے ہیں وہ۔ تو ان کا مطلب یہ تھا کہ جنت گیٹ میرے لیے اگر کھل گیا، ایک بھی پیچھے نہیں رہنے کا۔</w:t>
      </w:r>
    </w:p>
    <w:p>
      <w:r>
        <w:rPr>
          <w:b/>
        </w:rPr>
        <w:t xml:space="preserve">[14:30] </w:t>
      </w:r>
      <w:r>
        <w:t>is tarah ke qisse kahaniyan hain jismein log jee rahe hain. Koi Hazrat, kisi Hazrat Daud pakde hue, koi shafa'at par bharosa kiye hue hain.</w:t>
      </w:r>
    </w:p>
    <w:p>
      <w:pPr>
        <w:jc w:val="right"/>
      </w:pPr>
      <w:r>
        <w:t>اس طرح کے قصے کہانیاں ہیں جس میں لوگ جی رہے ہیں۔ کوئی حضرت، کسی حضرت داؤد پکڑے ہوئے، کوئی شفاعت پر بھروسہ کیے ہوئے ہیں۔</w:t>
      </w:r>
    </w:p>
    <w:p>
      <w:r>
        <w:rPr>
          <w:b/>
        </w:rPr>
        <w:t xml:space="preserve">[14:41] </w:t>
      </w:r>
      <w:r>
        <w:t>yeh baat nahi hai. Yeh jannat ko underestimate karna hai.</w:t>
      </w:r>
    </w:p>
    <w:p>
      <w:pPr>
        <w:jc w:val="right"/>
      </w:pPr>
      <w:r>
        <w:t>یہ بات نہیں ہے۔ یہ جنت کو انڈر اسٹیمیٹ کرنا ہے۔</w:t>
      </w:r>
    </w:p>
    <w:p>
      <w:r>
        <w:rPr>
          <w:b/>
        </w:rPr>
        <w:t xml:space="preserve">[14:50] </w:t>
      </w:r>
      <w:r>
        <w:t>dekhein, sara mamla hai jannati personality. Jannat mein sirf woh log entry payenge jo iske liye deserve karte hon.</w:t>
      </w:r>
    </w:p>
    <w:p>
      <w:pPr>
        <w:jc w:val="right"/>
      </w:pPr>
      <w:r>
        <w:t>دیکھیں، سارا معاملہ ہے جنتی پرسنیلٹی۔ جنت میں صرف وہ لوگ انٹری پائیں گے جو اس کے لیے ڈیزرو کرتے ہوں۔</w:t>
      </w:r>
    </w:p>
    <w:p>
      <w:r>
        <w:rPr>
          <w:b/>
        </w:rPr>
        <w:t xml:space="preserve">[15:05] </w:t>
      </w:r>
      <w:r>
        <w:t>deserve karte hon. Jannat Allah taala ne banai. Ek bohat hi refine colony.</w:t>
      </w:r>
    </w:p>
    <w:p>
      <w:pPr>
        <w:jc w:val="right"/>
      </w:pPr>
      <w:r>
        <w:t>ڈیزرو کرتے ہوں۔ جنت اللہ تعالی نے بنائی۔ ایک بہت ہی ریفائن کالونی۔</w:t>
      </w:r>
    </w:p>
    <w:p>
      <w:r>
        <w:rPr>
          <w:b/>
        </w:rPr>
        <w:t xml:space="preserve">[15:16] </w:t>
      </w:r>
      <w:r>
        <w:t>wahan sab kuch acha hi acha hai.</w:t>
      </w:r>
    </w:p>
    <w:p>
      <w:pPr>
        <w:jc w:val="right"/>
      </w:pPr>
      <w:r>
        <w:t>وہاں سب کچھ اچھا ہی اچھا ہے۔</w:t>
      </w:r>
    </w:p>
    <w:p>
      <w:r>
        <w:rPr>
          <w:b/>
        </w:rPr>
        <w:t xml:space="preserve">[15:22] </w:t>
      </w:r>
      <w:r>
        <w:t>evil free hai woh bilkul. Wahan koi cheez na wahan negative thinking hai, na wahan hate hai, na wahan anger hai,</w:t>
      </w:r>
    </w:p>
    <w:p>
      <w:pPr>
        <w:jc w:val="right"/>
      </w:pPr>
      <w:r>
        <w:t>ایول فری ہے وہ بالکل۔ وہاں کوئی چیز نہ وہاں نیگیٹیو تھنکنگ ہے، نہ وہاں ہیٹ ہے، نہ وہاں اینگر ہے،</w:t>
      </w:r>
    </w:p>
    <w:p>
      <w:r>
        <w:rPr>
          <w:b/>
        </w:rPr>
        <w:t xml:space="preserve">[15:38] </w:t>
      </w:r>
      <w:r>
        <w:t>na wahan violence hai. Yani jitne bhi evil character hain, wahan par nahi hain. Aisi ek duniya mein basane ke liye Khuda ko insan darkar hai.</w:t>
      </w:r>
    </w:p>
    <w:p>
      <w:pPr>
        <w:jc w:val="right"/>
      </w:pPr>
      <w:r>
        <w:t>نہ وہاں وائلنس ہے۔ یعنی جتنے بھی ایول کریکٹر ہیں، وہاں پر نہیں ہیں۔ ایسی ایک دنیا میں بسانے کے لیے خدا کو انسان درکار ہے۔</w:t>
      </w:r>
    </w:p>
    <w:p>
      <w:r>
        <w:rPr>
          <w:b/>
        </w:rPr>
        <w:t xml:space="preserve">[15:56] </w:t>
      </w:r>
      <w:r>
        <w:t>to jo aadmi is duniya ki zindagi mein apne ko</w:t>
      </w:r>
    </w:p>
    <w:p>
      <w:pPr>
        <w:jc w:val="right"/>
      </w:pPr>
      <w:r>
        <w:t>تو جو آدمی اس دنیا کی زندگی میں اپنے کو</w:t>
      </w:r>
    </w:p>
    <w:p>
      <w:r>
        <w:rPr>
          <w:b/>
        </w:rPr>
        <w:t xml:space="preserve">[16:05] </w:t>
      </w:r>
      <w:r>
        <w:t>prove karega ke woh jannati character wala aadmi hai, wahan rehne ke qabil hai, bas uska selection kiya jayega.</w:t>
      </w:r>
    </w:p>
    <w:p>
      <w:pPr>
        <w:jc w:val="right"/>
      </w:pPr>
      <w:r>
        <w:t>پروف کرے گا کہ وہ جنتی کریکٹر والا آدمی ہے، وہاں رہنے کے قابل ہے، بس اس کا سلیکشن کیا جائے گا۔</w:t>
      </w:r>
    </w:p>
    <w:p>
      <w:r>
        <w:rPr>
          <w:b/>
        </w:rPr>
        <w:t xml:space="preserve">[16:18] </w:t>
      </w:r>
      <w:r>
        <w:t>uska kuch bhi taluq na buzurgon se hai, na kisi jamaat se hai, na shafa'at se hai, kisi se nahi. Ek baar maine ek qissa bataya tha yahan, phir usko dohrata hoon taake aap ko yaad ho jaye.</w:t>
      </w:r>
    </w:p>
    <w:p>
      <w:pPr>
        <w:jc w:val="right"/>
      </w:pPr>
      <w:r>
        <w:t>اس کا کچھ بھی تعلق نہ بزرگوں سے ہے، نہ کسی جماعت سے ہے، نہ شفاعت سے ہے، کسی سے نہیں۔ ایک بار میں نے ایک قصہ بتایا تھا یہاں، پھر اس کو دہراتا ہوں تاکہ آپ کو یاد ہو جائے۔</w:t>
      </w:r>
    </w:p>
    <w:p>
      <w:r>
        <w:rPr>
          <w:b/>
        </w:rPr>
        <w:t xml:space="preserve">[16:35] </w:t>
      </w:r>
      <w:r>
        <w:t>Dilli mein ek sahab the, woh Kingsway Camp ke paas rehte the, woh professor the, woh abhi woh ghaliban zinda hain, kya woh Dilli mein nahi rehte hain?</w:t>
      </w:r>
    </w:p>
    <w:p>
      <w:pPr>
        <w:jc w:val="right"/>
      </w:pPr>
      <w:r>
        <w:t>دلی میں ایک صاحب تھے، وہ کنگز وے کیمپ کے پاس رہتے تھے، وہ پروفیسر تھے، وہ ابھی وہ غالباً زندہ ہیں، کیا وہ دلی میں نہیں رہتے ہیں؟</w:t>
      </w:r>
    </w:p>
    <w:p>
      <w:r>
        <w:rPr>
          <w:b/>
        </w:rPr>
        <w:t xml:space="preserve">[16:49] </w:t>
      </w:r>
      <w:r>
        <w:t>to woh international relationship ke professor the, woh</w:t>
      </w:r>
    </w:p>
    <w:p>
      <w:pPr>
        <w:jc w:val="right"/>
      </w:pPr>
      <w:r>
        <w:t>تو وہ انٹرنیشنل ریلیشن شپ کے پروفیسر تھے، وہ</w:t>
      </w:r>
    </w:p>
    <w:p>
      <w:r>
        <w:rPr>
          <w:b/>
        </w:rPr>
        <w:t xml:space="preserve">[16:59] </w:t>
      </w:r>
      <w:r>
        <w:t>to unhone bataya ke America ki ek university mein ek professors ki ek post advertise hui, unhone bheja to unko interview ke liye bulaya gaya.</w:t>
      </w:r>
    </w:p>
    <w:p>
      <w:pPr>
        <w:jc w:val="right"/>
      </w:pPr>
      <w:r>
        <w:t>تو انہوں نے بتایا کہ امریکہ کی ایک یونیورسٹی میں ایک پروفیسرز کی ایک پوسٹ ایڈورٹائز ہوئی، انہوں نے بھیجا تو ان کو انٹرویو کے لیے بلایا گیا۔</w:t>
      </w:r>
    </w:p>
    <w:p>
      <w:r>
        <w:rPr>
          <w:b/>
        </w:rPr>
        <w:t xml:space="preserve">[17:14] </w:t>
      </w:r>
      <w:r>
        <w:t>wahan yeh interview dene ke liye wahan gaye. Airport par ek aadmi unse mila, kaha ke main aap ko receive karne ke liye aaya hoon.</w:t>
      </w:r>
    </w:p>
    <w:p>
      <w:pPr>
        <w:jc w:val="right"/>
      </w:pPr>
      <w:r>
        <w:t>وہاں یہ انٹرویو دینے کے لیے وہاں گئے۔ ایئرپورٹ پر ایک آدمی ان سے ملا، کہا کہ میں آپ کو ریسیو کرنے کے لیے آیا ہوں۔</w:t>
      </w:r>
    </w:p>
    <w:p>
      <w:r>
        <w:rPr>
          <w:b/>
        </w:rPr>
        <w:t xml:space="preserve">[17:28] </w:t>
      </w:r>
      <w:r>
        <w:t>us ne car mein bithaya aur le aa kar ke woh thahraya jahan thahranay tha. phir us ne kaha ke mein aap ko chahta hoon ke university dikhaoon aap ko, to abhi aap aaram kar lijiyay.</w:t>
      </w:r>
    </w:p>
    <w:p>
      <w:pPr>
        <w:jc w:val="right"/>
      </w:pPr>
      <w:r>
        <w:t>اس نے کار میں بٹھایا اور لے آ کر کے وہ ٹھہرایا جہاں ٹھہرانا تھا۔ پھر اس نے کہا کہ میں آپ کو چاہتا ہوں کہ یونیورسٹی دکھاؤں آپ کو، تو ابھی آپ آرام کر لیجئے۔</w:t>
      </w:r>
    </w:p>
    <w:p>
      <w:r>
        <w:rPr>
          <w:b/>
        </w:rPr>
        <w:t xml:space="preserve">[17:43] </w:t>
      </w:r>
      <w:r>
        <w:t>to aik haftay tak woh university dikhata raha hoon. matlab class room mein gaya, jahan professor lecture de raha tha, talba sun rahay thay.</w:t>
      </w:r>
    </w:p>
    <w:p>
      <w:pPr>
        <w:jc w:val="right"/>
      </w:pPr>
      <w:r>
        <w:t>تو ایک ہفتے تک وہ یونیورسٹی دکھاتا رہا ہوں۔ مطلب کلاس روم میں گیا، جہاں پروفیسر لیکچر دے رہا تھا، طلباء سن رہے تھے۔</w:t>
      </w:r>
    </w:p>
    <w:p>
      <w:r>
        <w:rPr>
          <w:b/>
        </w:rPr>
        <w:t xml:space="preserve">[17:54] </w:t>
      </w:r>
      <w:r>
        <w:t>woh khanay ke dining room mein gaya, kaisay kha rahay thay log. library mein gaya, kaisay log parhtay hain, kaisay kitabein nikalte hain.</w:t>
      </w:r>
    </w:p>
    <w:p>
      <w:pPr>
        <w:jc w:val="right"/>
      </w:pPr>
      <w:r>
        <w:t>وہ کھانے کے ڈائننگ روم میں گیا، کیسے کھا رہے تھے لوگ۔ لائبریری میں گیا، کیسے لوگ پڑھتے ہیں، کیسے کتابیں نکالتے ہیں۔</w:t>
      </w:r>
    </w:p>
    <w:p>
      <w:r>
        <w:rPr>
          <w:b/>
        </w:rPr>
        <w:t xml:space="preserve">[18:05] </w:t>
      </w:r>
      <w:r>
        <w:t>khel kood jahan ho raha tha, wahan bhi gaya, kaisay larkay khelte hain. matlab jitnay bhi different kind, different activities theen university mein, har activity mein le aa kar dikhaya un ko.</w:t>
      </w:r>
    </w:p>
    <w:p>
      <w:pPr>
        <w:jc w:val="right"/>
      </w:pPr>
      <w:r>
        <w:t>کھیل کود جہاں ہو رہا تھا، وہاں بھی گیا، کیسے لڑکے کھیلتے ہیں۔ مطلب جتنے بھی ڈفرنٹ کائنڈ، ڈفرنٹ ایکٹیویٹیز تھیں یونیورسٹی میں، ہر ایکٹیویٹی میں لے آ کر دکھایا ان کو۔</w:t>
      </w:r>
    </w:p>
    <w:p>
      <w:r>
        <w:rPr>
          <w:b/>
        </w:rPr>
        <w:t xml:space="preserve">[18:21] </w:t>
      </w:r>
      <w:r>
        <w:t>isi mein saat din beet gaye. to un ko pareshani hui ke mera to interview ho nahin raha, mein yahan betha hua hoon aik haftay se.</w:t>
      </w:r>
    </w:p>
    <w:p>
      <w:pPr>
        <w:jc w:val="right"/>
      </w:pPr>
      <w:r>
        <w:t>اسی میں سات دن بیت گئے۔ تو ان کو پریشانی ہوئی کہ میرا تو انٹرویو ہو نہیں رہا، میں یہاں بیٹھا ہوا ہوں ایک ہفتے سے۔</w:t>
      </w:r>
    </w:p>
    <w:p>
      <w:r>
        <w:rPr>
          <w:b/>
        </w:rPr>
        <w:t xml:space="preserve">[18:30] </w:t>
      </w:r>
      <w:r>
        <w:t>to wahan ke woh chairman se milay ke dekhiye, mein aaya hoon interview denay ke liye, abhi tak mera interview nahin hua hai.</w:t>
      </w:r>
    </w:p>
    <w:p>
      <w:pPr>
        <w:jc w:val="right"/>
      </w:pPr>
      <w:r>
        <w:t>تو وہاں کے وہ چیئرمین سے ملے کہ دیکھیے، میں آیا ہوں انٹرویو دینے کے لیے، ابھی تک میرا انٹرویو نہیں ہوا ہے۔</w:t>
      </w:r>
    </w:p>
    <w:p>
      <w:r>
        <w:rPr>
          <w:b/>
        </w:rPr>
        <w:t xml:space="preserve">[18:46] </w:t>
      </w:r>
      <w:r>
        <w:t>to chairman ne kaha ke aap ka interview ho chuka.</w:t>
      </w:r>
    </w:p>
    <w:p>
      <w:pPr>
        <w:jc w:val="right"/>
      </w:pPr>
      <w:r>
        <w:t>تو چیئرمین نے کہا کہ آپ کا انٹرویو ہو چکا۔</w:t>
      </w:r>
    </w:p>
    <w:p>
      <w:r>
        <w:rPr>
          <w:b/>
        </w:rPr>
        <w:t xml:space="preserve">[18:53] </w:t>
      </w:r>
      <w:r>
        <w:t>hum ne select kar liya hai aur kal se aap join kijiye university. to unhon ne kaha, woh kaisay?</w:t>
      </w:r>
    </w:p>
    <w:p>
      <w:pPr>
        <w:jc w:val="right"/>
      </w:pPr>
      <w:r>
        <w:t>ہم نے سلیکٹ کر لیا ہے اور کل سے آپ جوائن کیجئے یونیورسٹی۔ تو انہوں نے کہا، وہ کیسے؟</w:t>
      </w:r>
    </w:p>
    <w:p>
      <w:r>
        <w:rPr>
          <w:b/>
        </w:rPr>
        <w:t xml:space="preserve">[19:04] </w:t>
      </w:r>
      <w:r>
        <w:t>unhon ne kaha ke aap ka interview ho chuka.</w:t>
      </w:r>
    </w:p>
    <w:p>
      <w:pPr>
        <w:jc w:val="right"/>
      </w:pPr>
      <w:r>
        <w:t>انہوں نے کہا کہ ہم جو پروفیسر، جو آدمی آپ کے ساتھ تھا، وہ ڈرائیور نہیں تھا، وہ وہ پروفیسر تھا آپ کا، جس کو آپ نے سمجھا کہ یہ ڈرائیور ہے،</w:t>
      </w:r>
    </w:p>
    <w:p>
      <w:r>
        <w:rPr>
          <w:b/>
        </w:rPr>
        <w:t xml:space="preserve">[19:17] </w:t>
      </w:r>
      <w:r>
        <w:t>hum ne select kar liya hai aur kal se aap join kijiye university. to unhon ne kaha, woh kaisay?</w:t>
      </w:r>
    </w:p>
    <w:p>
      <w:pPr>
        <w:jc w:val="right"/>
      </w:pPr>
      <w:r>
        <w:t>آپ لے آتا ہے ادھر سے وہاں، وہ پروفیسر تھا، وہ وہ آپ کو واش کر رہا تھا کہ آپ یونیورسٹی میں رہیں گے تو ڈفرنٹ جو یہاں پر ایکٹیویٹیز ہیں، چاہے کلاس روم ہو، چاہے لائبریری ہو، چاہے ڈائننگ ہال ہو، یا پلے گراؤنڈ ہو، جو بھی ایکٹیویٹیز ہیں، اس میں آپ کا بیہیویئر کیا ہوگا؟</w:t>
      </w:r>
    </w:p>
    <w:p>
      <w:r>
        <w:rPr>
          <w:b/>
        </w:rPr>
        <w:t xml:space="preserve">[19:41] </w:t>
      </w:r>
      <w:r>
        <w:t>hum ne select kar liya hai aur kal se aap join kijiye university. to unhon ne kaha, woh kaisay?</w:t>
      </w:r>
    </w:p>
    <w:p>
      <w:pPr>
        <w:jc w:val="right"/>
      </w:pPr>
      <w:r>
        <w:t>ہمارا جو یونیورسٹی کلچر ہے، اس کے مطابق آپ رہیں گے یا نہیں؟ یہ ہم دیکھ رہے تھے۔ ہم نے پایا ہے کہ آپ فٹ ہیں ہمارے یونیورسٹی کلچر کے لیے۔</w:t>
      </w:r>
    </w:p>
    <w:p>
      <w:r>
        <w:rPr>
          <w:b/>
        </w:rPr>
        <w:t xml:space="preserve">[19:54] </w:t>
      </w:r>
      <w:r>
        <w:t>yeh sacha waqia hai. mein ne khud professor sahib se suna tha, yahan Kingsway camp mein, ghar ja kar ke doctor Mahesh Sharma aik hain,</w:t>
      </w:r>
    </w:p>
    <w:p>
      <w:pPr>
        <w:jc w:val="right"/>
      </w:pPr>
      <w:r>
        <w:t>ہم نے سلیکٹ کر لیا آپ کو۔ یہ سچا واقعہ ہے۔ میں نے خود پروفیسر صاحب سے سنا تھا، یہاں کنگز وے کیمپ میں، گھر جا کر کے ڈاکٹر مہش شرما ایک ہیں،</w:t>
      </w:r>
    </w:p>
    <w:p>
      <w:r>
        <w:rPr>
          <w:b/>
        </w:rPr>
        <w:t xml:space="preserve">[20:09] </w:t>
      </w:r>
      <w:r>
        <w:t>un ke sath mein gaya tha.</w:t>
      </w:r>
    </w:p>
    <w:p>
      <w:pPr>
        <w:jc w:val="right"/>
      </w:pPr>
      <w:r>
        <w:t>ان کے ساتھ میں گیا تھا۔</w:t>
      </w:r>
    </w:p>
    <w:p>
      <w:r>
        <w:rPr>
          <w:b/>
        </w:rPr>
        <w:t xml:space="preserve">[20:14] </w:t>
      </w:r>
      <w:r>
        <w:t>to aik dam yahi situation hai, yahi soorat-e-haal hai. hum is dunya mein is tarah hain ke angels humein wash kar rahay hain, har waqt wash kar rahay hain.</w:t>
      </w:r>
    </w:p>
    <w:p>
      <w:pPr>
        <w:jc w:val="right"/>
      </w:pPr>
      <w:r>
        <w:t>تو ایک دم یہی سچویشن ہے، یہی صورتحال ہے۔ ہم اس دنیا میں اس طرح ہیں کہ اینجلز ہمیں واش کر رہے ہیں، ہر وقت واش کر رہے ہیں۔</w:t>
      </w:r>
    </w:p>
    <w:p>
      <w:r>
        <w:rPr>
          <w:b/>
        </w:rPr>
        <w:t xml:space="preserve">[20:28] </w:t>
      </w:r>
      <w:r>
        <w:t>hum kaisay bolte hain, kaisay sochte hain, kis tarah react karte hain, kaisay khana khate hain,</w:t>
      </w:r>
    </w:p>
    <w:p>
      <w:pPr>
        <w:jc w:val="right"/>
      </w:pPr>
      <w:r>
        <w:t>ہم کیسے بولتے ہیں، کیسے سوچتے ہیں، کس طرح ری ایکٹ کرتے ہیں، کس طرح کھانا کھاتے ہیں،</w:t>
      </w:r>
    </w:p>
    <w:p>
      <w:r>
        <w:rPr>
          <w:b/>
        </w:rPr>
        <w:t xml:space="preserve">[20:46] </w:t>
      </w:r>
      <w:r>
        <w:t>yeh bhi dekhte hain, woh ke hum ne kis tarah khana khaya.</w:t>
      </w:r>
    </w:p>
    <w:p>
      <w:pPr>
        <w:jc w:val="right"/>
      </w:pPr>
      <w:r>
        <w:t>یہ بھی دیکھتے ہیں، وہ کہ ہم نے کس طرح کھانا کھایا۔</w:t>
      </w:r>
    </w:p>
    <w:p>
      <w:r>
        <w:rPr>
          <w:b/>
        </w:rPr>
        <w:t xml:space="preserve">[20:52] </w:t>
      </w:r>
      <w:r>
        <w:t>kal aik sahib se mein ne kaha, jo hamaray paas aaye thay, un ko pani manga, unhon ne pani ki bottle diya gaya, un ko pani piya, unhon ne bottle mein thora sa pani bach gaya.</w:t>
      </w:r>
    </w:p>
    <w:p>
      <w:pPr>
        <w:jc w:val="right"/>
      </w:pPr>
      <w:r>
        <w:t>کل ایک صاحب سے میں نے کہا، جو ہمارے پاس آئے تھے، ان کو پانی مانگا، انہوں نے پانی کا بوتل دیا گیا، ان کو پانی پیا، انہوں نے بوتل میں تھوڑا سا پانی بچ گیا۔</w:t>
      </w:r>
    </w:p>
    <w:p>
      <w:r>
        <w:rPr>
          <w:b/>
        </w:rPr>
        <w:t xml:space="preserve">[21:06] </w:t>
      </w:r>
      <w:r>
        <w:t>mein ne kaha ke dekhiye, yeh pani jo itna bacha hua hai, yeh itni bari nemat hai ke sone ka pahaar se le kar bhi aap khareed nahin sakte.</w:t>
      </w:r>
    </w:p>
    <w:p>
      <w:pPr>
        <w:jc w:val="right"/>
      </w:pPr>
      <w:r>
        <w:t>میں نے کہا کہ دیکھیے، یہ پانی جو اتنا بچا ہوا ہے، یہ اتنی بڑی نعمت ہے کہ سونے کا پہاڑ سے لے کے بھی آپ خرید نہیں سکتے۔</w:t>
      </w:r>
    </w:p>
    <w:p>
      <w:r>
        <w:rPr>
          <w:b/>
        </w:rPr>
        <w:t xml:space="preserve">[21:18] </w:t>
      </w:r>
      <w:r>
        <w:t>pani bohat hi bari nemat hai. to pani agar aap glass mein chhortay hain ya bottle mein chhortay hain, is ka matlab kya hai?</w:t>
      </w:r>
    </w:p>
    <w:p>
      <w:pPr>
        <w:jc w:val="right"/>
      </w:pPr>
      <w:r>
        <w:t>پانی بہت ہی بڑی نعمت ہے۔ تو پانی اگر آپ گلاس میں چھوڑتے ہیں یا بوتل میں چھوڑتے ہیں، اس کا معنی کیا ہے؟</w:t>
      </w:r>
    </w:p>
    <w:p>
      <w:r>
        <w:rPr>
          <w:b/>
        </w:rPr>
        <w:t xml:space="preserve">[21:28] </w:t>
      </w:r>
      <w:r>
        <w:t>aap ne Khuda ki nemat ka anadar kiya, Khuda ki nemat ki na qadri ki. to to phir to farishtay aap ko likhein ge nahin.</w:t>
      </w:r>
    </w:p>
    <w:p>
      <w:pPr>
        <w:jc w:val="right"/>
      </w:pPr>
      <w:r>
        <w:t>آپ نے خدا کی نعمت کا انادر کیا، خدا کی نعمت کی ناقدری کی۔ تو تو پھر تو فرشتے آپ کو لکھیں گے نہیں۔</w:t>
      </w:r>
    </w:p>
    <w:p>
      <w:r>
        <w:rPr>
          <w:b/>
        </w:rPr>
        <w:t xml:space="preserve">[21:41] </w:t>
      </w:r>
      <w:r>
        <w:t>to woh insaan jo glass ka pani piye, aik aik qatra tak pi jaye, pani ki bottle se le, pani to us ko us mein chhoray nahin,</w:t>
      </w:r>
    </w:p>
    <w:p>
      <w:pPr>
        <w:jc w:val="right"/>
      </w:pPr>
      <w:r>
        <w:t>تو وہ انسان جو گلاس کا پانی پیے، ایک ایک قطرہ تک پی جائے، پانی کی بوتل سے لے، پانی تو اس کو اس میں چھوڑے نہیں،</w:t>
      </w:r>
    </w:p>
    <w:p>
      <w:r>
        <w:rPr>
          <w:b/>
        </w:rPr>
        <w:t xml:space="preserve">[21:56] </w:t>
      </w:r>
      <w:r>
        <w:t>plate mein khana khaye, to aik aik chawal ka aik dana bhi kha jaye. us ko masla chawal ke danay ka nahin hai, Khuda ki nemat ki na qadri ka hai,</w:t>
      </w:r>
    </w:p>
    <w:p>
      <w:pPr>
        <w:jc w:val="right"/>
      </w:pPr>
      <w:r>
        <w:t>پلیٹ میں کھانا کھائے، تو ایک ایک چاول کا ایک دانہ بھی کھا جائے۔ اس کو مسئلہ چاول کے دانے کا نہیں ہے، خدا کی نعمت کی ناقدری کا ہے،</w:t>
      </w:r>
    </w:p>
    <w:p>
      <w:r>
        <w:rPr>
          <w:b/>
        </w:rPr>
        <w:t xml:space="preserve">[22:08] </w:t>
      </w:r>
      <w:r>
        <w:t>Khuda ki nemat ki na qadri ka hai.</w:t>
      </w:r>
    </w:p>
    <w:p>
      <w:pPr>
        <w:jc w:val="right"/>
      </w:pPr>
      <w:r>
        <w:t>خدا کی نعمت کی ناقدری کا ہے۔</w:t>
      </w:r>
    </w:p>
    <w:p>
      <w:r>
        <w:rPr>
          <w:b/>
        </w:rPr>
        <w:t xml:space="preserve">[22:13] </w:t>
      </w:r>
      <w:r>
        <w:t>aisay hi aik sahib se mein ne kaha, baat kar rahay thay, ab woh tez ho gaya baat cheet mein. mein ne kaha ke dekhiye, jab aap baat karte hain kisi se</w:t>
      </w:r>
    </w:p>
    <w:p>
      <w:pPr>
        <w:jc w:val="right"/>
      </w:pPr>
      <w:r>
        <w:t>ایسے ہی ایک صاحب سے میں نے کہا، بات کر رہے تھے، اب وہ تیز ہو گیا بات چیت میں۔ میں نے کہا کہ دیکھیے، جب آپ بات کرتے ہیں کسی سے</w:t>
      </w:r>
    </w:p>
    <w:p>
      <w:r>
        <w:rPr>
          <w:b/>
        </w:rPr>
        <w:t xml:space="preserve">[22:26] </w:t>
      </w:r>
      <w:r>
        <w:t>to farishtay wash kar rahay hain aap ka ke jannat mein aap kaisay baat karein ge logon se. jannat mein free discussion hoga, without any reservation, khoob khulay milenge log.</w:t>
      </w:r>
    </w:p>
    <w:p>
      <w:pPr>
        <w:jc w:val="right"/>
      </w:pPr>
      <w:r>
        <w:t>تو فرشتے واش کر رہے ہیں آپ کا کہ جنت میں آپ کیسے بات کریں گے لوگوں سے۔ جنت میں فری ڈسکشن ہوگا، ودا آؤٹ اینی ریزرویشن، خوب کھلے ملیں گے لوگ۔</w:t>
      </w:r>
    </w:p>
    <w:p>
      <w:r>
        <w:rPr>
          <w:b/>
        </w:rPr>
        <w:t xml:space="preserve">[22:40] </w:t>
      </w:r>
      <w:r>
        <w:t>to agar wahan aap is tarah baat karen ke aap ka ego bhark uthe, aap ki baat cheet ego ego crash ban jaye, aap react karen, aap baton ko twist kar ke pesh karen,</w:t>
      </w:r>
    </w:p>
    <w:p>
      <w:pPr>
        <w:jc w:val="right"/>
      </w:pPr>
      <w:r>
        <w:t>تو اگر وہاں آپ اس طرح بات کریں کہ آپ کا ایگو بھڑک اٹھے، آپ کی بات چیت ایگو ایگو کریش بن جائے، آپ ری ایکٹ کریں، آپ باتوں کو ٹوسٹ کر کے پیش کریں،</w:t>
      </w:r>
    </w:p>
    <w:p>
      <w:r>
        <w:rPr>
          <w:b/>
        </w:rPr>
        <w:t xml:space="preserve">[22:58] </w:t>
      </w:r>
      <w:r>
        <w:t>aap sachai ka acknowledge na karen, to jin khuda ke jo farishtay hain, un ke record mein aap likh diya jaye ga ke yeh ke woh yeh aadmi deserve nahi karta jannat ke liye.</w:t>
      </w:r>
    </w:p>
    <w:p>
      <w:pPr>
        <w:jc w:val="right"/>
      </w:pPr>
      <w:r>
        <w:t>آپ سچائی کا اکنالج نہ کریں، تو جن خدا کے جو فرشتے ہیں، ان کے ریکارڈ میں آپ لکھ دیا جائے گا کہ یہ کہ وہ یہ آدمی ڈیزرو نہیں کرتا جنت کے لیے۔</w:t>
      </w:r>
    </w:p>
    <w:p>
      <w:r>
        <w:rPr>
          <w:b/>
        </w:rPr>
        <w:t xml:space="preserve">[23:19] </w:t>
      </w:r>
      <w:r>
        <w:t>ab aap ghor kijye ke agar aadmi ko yeh, yani is professor ko to yeh bataya nahi gaya tha ke tum under wash ho, tumhara tum ko wash kiya ja raha hai,</w:t>
      </w:r>
    </w:p>
    <w:p>
      <w:pPr>
        <w:jc w:val="right"/>
      </w:pPr>
      <w:r>
        <w:t>اب آپ غور کیجئے کہ اگر آدمی کو یہ، یعنی اس پروفیسر کو تو یہ بتایا نہیں گیا تھا کہ تم انڈر واش ہو، تمہارا تم کو واش کیا جا رہا ہے،</w:t>
      </w:r>
    </w:p>
    <w:p>
      <w:r>
        <w:rPr>
          <w:b/>
        </w:rPr>
        <w:t xml:space="preserve">[23:37] </w:t>
      </w:r>
      <w:r>
        <w:t>lekin yahan to bata diya gaya hai,</w:t>
      </w:r>
    </w:p>
    <w:p>
      <w:pPr>
        <w:jc w:val="right"/>
      </w:pPr>
      <w:r>
        <w:t>لیکن یہاں تو بتا دیا گیا ہے،</w:t>
      </w:r>
    </w:p>
    <w:p>
      <w:r>
        <w:rPr>
          <w:b/>
        </w:rPr>
        <w:t xml:space="preserve">[23:42] </w:t>
      </w:r>
      <w:r>
        <w:t>yahan to bata diya gaya hai ke har waqt farishtay tumhare is aas paas hain,</w:t>
      </w:r>
    </w:p>
    <w:p>
      <w:pPr>
        <w:jc w:val="right"/>
      </w:pPr>
      <w:r>
        <w:t>یہاں تو بتا دیا گیا ہے کہ ہر وقت فرشتے تمہارے اس پاس ہیں،</w:t>
      </w:r>
    </w:p>
    <w:p>
      <w:r>
        <w:rPr>
          <w:b/>
        </w:rPr>
        <w:t xml:space="preserve">[23:52] </w:t>
      </w:r>
      <w:r>
        <w:t>har waqt farishtay tumhare is aas paas hain. Azziyat al qalb, talqiyan al yameen, al shimal, qaid, har waqt farishtay hain jo record kar rahe hain hamara.</w:t>
      </w:r>
    </w:p>
    <w:p>
      <w:pPr>
        <w:jc w:val="right"/>
      </w:pPr>
      <w:r>
        <w:t>ہر وقت فرشتے تمہارے اس پاس ہیں۔ اذیت القلب، تلقیان الیمین، الشمال، قید، ہر وقت فرشتے ہیں جو ریکارڈ کر رہے ہیں ہمارا۔</w:t>
      </w:r>
    </w:p>
    <w:p>
      <w:r>
        <w:rPr>
          <w:b/>
        </w:rPr>
        <w:t xml:space="preserve">[24:05] </w:t>
      </w:r>
      <w:r>
        <w:t>ab bataiye ke yeh agar hum hum ko ho to kya hoga? Hum bolenge, tab bhi bohat ziyada soch kar bolenge.</w:t>
      </w:r>
    </w:p>
    <w:p>
      <w:pPr>
        <w:jc w:val="right"/>
      </w:pPr>
      <w:r>
        <w:t>اب بتائیے کہ یہ اگر ہم ہم کو ہو تو کیا ہوگا؟ ہم بولیں گے، تب بھی بہت زیادہ سوچ کر بولیں گے۔</w:t>
      </w:r>
    </w:p>
    <w:p>
      <w:r>
        <w:rPr>
          <w:b/>
        </w:rPr>
        <w:t xml:space="preserve">[24:15] </w:t>
      </w:r>
      <w:r>
        <w:t>hum hatta ke sochenge, tab bhi aap bohat soch kar sochenge. Hamara behavior, hamara character, hamari dealing, yahan tak ke chalna phirna,</w:t>
      </w:r>
    </w:p>
    <w:p>
      <w:pPr>
        <w:jc w:val="right"/>
      </w:pPr>
      <w:r>
        <w:t>ہم حتی کہ سوچیں گے، تب بھی آپ بہت سوچ کر سوچیں گے۔ ہمارا بیہیویئر، ہمارا کریکٹر، ہماری ڈیلنگ، یہاں تک کہ چلنا پھرنا،</w:t>
      </w:r>
    </w:p>
    <w:p>
      <w:r>
        <w:rPr>
          <w:b/>
        </w:rPr>
        <w:t xml:space="preserve">[24:29] </w:t>
      </w:r>
      <w:r>
        <w:t>wa ba'd al rehman alladhi namshoon al arz, hona</w:t>
      </w:r>
    </w:p>
    <w:p>
      <w:pPr>
        <w:jc w:val="right"/>
      </w:pPr>
      <w:r>
        <w:t>وبعد الرحمن الذی نمشون الارض، ہونا</w:t>
      </w:r>
    </w:p>
    <w:p>
      <w:r>
        <w:rPr>
          <w:b/>
        </w:rPr>
        <w:t xml:space="preserve">[24:35] </w:t>
      </w:r>
      <w:r>
        <w:t>zameen</w:t>
      </w:r>
    </w:p>
    <w:p>
      <w:pPr>
        <w:jc w:val="right"/>
      </w:pPr>
      <w:r>
        <w:t>زمین</w:t>
      </w:r>
    </w:p>
    <w:p>
      <w:r>
        <w:rPr>
          <w:b/>
        </w:rPr>
        <w:t xml:space="preserve">[24:39] </w:t>
      </w:r>
      <w:r>
        <w:t>mein. Aap agar akkar kar chal rahe hain, woh bhi, woh bhi record ho jaye ga ke aadmi jannat ke qabil nahi hai. Is mein to akkar hai, is mein to fakhar hai.</w:t>
      </w:r>
    </w:p>
    <w:p>
      <w:pPr>
        <w:jc w:val="right"/>
      </w:pPr>
      <w:r>
        <w:t>میں۔ آپ اگر اکڑ کر چل رہے ہیں، وہ بھی، وہ بھی ریکارڈ ہو جائے گا کہ آدمی جنت کے قابل نہیں ہے۔ اس میں تو اکڑ ہے، اس میں تو فخر ہے۔</w:t>
      </w:r>
    </w:p>
    <w:p>
      <w:r>
        <w:rPr>
          <w:b/>
        </w:rPr>
        <w:t xml:space="preserve">[24:51] </w:t>
      </w:r>
      <w:r>
        <w:t>har aan to aap ghor kijye ke is professor ko pata nahi tha ke mujhe, mujhe wash kiya ja raha hai.</w:t>
      </w:r>
    </w:p>
    <w:p>
      <w:pPr>
        <w:jc w:val="right"/>
      </w:pPr>
      <w:r>
        <w:t>ہر ان تو آپ غور کیجئے کہ اس پروفیسر کو پتہ نہیں تھا کہ مجھے، مجھے واش کیا جا رہا ہے۔</w:t>
      </w:r>
    </w:p>
    <w:p>
      <w:r>
        <w:rPr>
          <w:b/>
        </w:rPr>
        <w:t xml:space="preserve">[25:04] </w:t>
      </w:r>
      <w:r>
        <w:t>woh ghalti karta to shayad us ko chhod diya jata hai, lekin yahan to aap chhode kaise jayenge? Bata diya gaya hai, har waqt tumhara nigrani ho rahi hai.</w:t>
      </w:r>
    </w:p>
    <w:p>
      <w:pPr>
        <w:jc w:val="right"/>
      </w:pPr>
      <w:r>
        <w:t>وہ غلطی کرتا تو شاید اس کو چھوڑ دیا جاتا ہے، لیکن یہاں تو آپ چھوڑے کیسے جائیں گے؟ بتا دیا گیا ہے، ہر وقت تمہارا نگرانی ہو رہی ہے۔</w:t>
      </w:r>
    </w:p>
    <w:p>
      <w:r>
        <w:rPr>
          <w:b/>
        </w:rPr>
        <w:t xml:space="preserve">[25:18] </w:t>
      </w:r>
      <w:r>
        <w:t>to isi yeh jo record ban raha hai hamara, isi record par faisla hoga ke kaun aadmi hai jo jannat ke liye deserve kar raha hai aur woh kaun aadmi hai jo deserve nahi karta.</w:t>
      </w:r>
    </w:p>
    <w:p>
      <w:pPr>
        <w:jc w:val="right"/>
      </w:pPr>
      <w:r>
        <w:t>تو اسی یہ جو ریکارڈ بن رہا ہے ہمارا، اسی ریکارڈ پر فیصلہ ہوگا کہ کون آدمی ہے جو جنت کے لیے ڈیزرو کر رہا ہے اور وہ کون آدمی ہے جو ڈیزرو نہیں کرتا۔</w:t>
      </w:r>
    </w:p>
    <w:p>
      <w:r>
        <w:rPr>
          <w:b/>
        </w:rPr>
        <w:t xml:space="preserve">[25:34] </w:t>
      </w:r>
      <w:r>
        <w:t>us ko dust bin mein phenk do.</w:t>
      </w:r>
    </w:p>
    <w:p>
      <w:pPr>
        <w:jc w:val="right"/>
      </w:pPr>
      <w:r>
        <w:t>اس کو ڈسٹ بن میں پھینک دو۔</w:t>
      </w:r>
    </w:p>
    <w:p>
      <w:r>
        <w:rPr>
          <w:b/>
        </w:rPr>
        <w:t xml:space="preserve">[25:40] </w:t>
      </w:r>
      <w:r>
        <w:t>to main samajhta hoon ke jo alamatain zahir ho rahi hain, is sari alamatain zahir ho chuki hain jo das alamatain batai gayi hain hadith mein.</w:t>
      </w:r>
    </w:p>
    <w:p>
      <w:pPr>
        <w:jc w:val="right"/>
      </w:pPr>
      <w:r>
        <w:t>تو میں سمجھتا ہوں کہ جو علامتیں ظاہر ہو رہی ہیں، اس ساری علامتیں ظاہر ہو چکی ہیں جو دس علامتیں بتائی گئی ہیں حدیث میں۔</w:t>
      </w:r>
    </w:p>
    <w:p>
      <w:r>
        <w:rPr>
          <w:b/>
        </w:rPr>
        <w:t xml:space="preserve">[25:50] </w:t>
      </w:r>
      <w:r>
        <w:t>pani ke baray mein bataya gaya, pani bohat kam ho jaye ga to already pani bohat kam ho chuka. Yani aik to pani kam ho ho gaya.</w:t>
      </w:r>
    </w:p>
    <w:p>
      <w:pPr>
        <w:jc w:val="right"/>
      </w:pPr>
      <w:r>
        <w:t>پانی کے بارے میں بتایا گیا، پانی بہت کم ہو جائے گا تو الریڈی پانی بہت کم ہو چکا۔ یعنی ایک تو پانی کم ہو ہو گیا۔</w:t>
      </w:r>
    </w:p>
    <w:p>
      <w:r>
        <w:rPr>
          <w:b/>
        </w:rPr>
        <w:t xml:space="preserve">[26:01] </w:t>
      </w:r>
      <w:r>
        <w:t>main Delhi mein jab hum aaye the to pani itna ooncha tha ke thora sa khod diya, pani aaya, nikal aata tha. Ab to bohat khodna pare ga, tab pani nikle ga.</w:t>
      </w:r>
    </w:p>
    <w:p>
      <w:pPr>
        <w:jc w:val="right"/>
      </w:pPr>
      <w:r>
        <w:t>میں دلی میں جب ہم آئے تھے تو پانی اتنا اونچا تھا کہ تھوڑا سا کھودیا، پانی آیا، نکل آتا تھا۔ اب تو بہت کھودنا پڑے گا، تب پانی نکلے گا۔</w:t>
      </w:r>
    </w:p>
    <w:p>
      <w:r>
        <w:rPr>
          <w:b/>
        </w:rPr>
        <w:t xml:space="preserve">[26:12] </w:t>
      </w:r>
      <w:r>
        <w:t>neeche neeche ganga jab apna sookh rahi hai, samundaron ka pani jo hai, 95 percent polluted ho chuka.</w:t>
      </w:r>
    </w:p>
    <w:p>
      <w:pPr>
        <w:jc w:val="right"/>
      </w:pPr>
      <w:r>
        <w:t>نیچے نیچے گنگا جب اپنا سوکھ رہی ہے، سمندروں کا پانی جو ہے، 95 پرسنٹ پلوٹڈ ہو چکا۔</w:t>
      </w:r>
    </w:p>
    <w:p>
      <w:r>
        <w:rPr>
          <w:b/>
        </w:rPr>
        <w:t xml:space="preserve">[26:23] </w:t>
      </w:r>
      <w:r>
        <w:t>pollution sara pani jo hai, water pollution ka shikar hai. Global warming hadith mein hai ke garmi barh jaye gi.</w:t>
      </w:r>
    </w:p>
    <w:p>
      <w:pPr>
        <w:jc w:val="right"/>
      </w:pPr>
      <w:r>
        <w:t>پولیوشن سارا پانی جو ہے، واٹر پولیوشن کا شکار ہے۔ گلوبل وارمنگ حدیث میں ہے کہ گرمی بڑھ جائے گی۔</w:t>
      </w:r>
    </w:p>
    <w:p>
      <w:r>
        <w:rPr>
          <w:b/>
        </w:rPr>
        <w:t xml:space="preserve">[26:34] </w:t>
      </w:r>
      <w:r>
        <w:t>to aap dekhte hain, global warming to barhti ja rahi hai, barhti ja rahi hai, barhti ja rahi hai. Fragile animal mar rahe hain, yeh bhi hadith mein hai ke fragile animal jo hai, woh pehle maren ge.</w:t>
      </w:r>
    </w:p>
    <w:p>
      <w:pPr>
        <w:jc w:val="right"/>
      </w:pPr>
      <w:r>
        <w:t>تو آپ دیکھتے ہیں، گلوبل وارمنگ تو بڑھتی جا رہی ہے، بڑھتی جا رہی ہے، بڑھتی جا رہی ہے۔ فرجائل اینیمل مر رہے ہیں، یہ بھی حدیث میں ہے کہ فرجائل اینیمل جو ہے، وہ پہلے مریں گے۔</w:t>
      </w:r>
    </w:p>
    <w:p>
      <w:r>
        <w:rPr>
          <w:b/>
        </w:rPr>
        <w:t xml:space="preserve">[26:47] </w:t>
      </w:r>
      <w:r>
        <w:t>kehte hain kitne chote fragile animal kehte hain jo already khatam ho chuke hain.</w:t>
      </w:r>
    </w:p>
    <w:p>
      <w:pPr>
        <w:jc w:val="right"/>
      </w:pPr>
      <w:r>
        <w:t>کہتے ہیں کتنے چھوٹے فرجائل اینیمل کہتے ہیں جو الریڈی ختم ہو چکے ہیں۔</w:t>
      </w:r>
    </w:p>
    <w:p>
      <w:r>
        <w:rPr>
          <w:b/>
        </w:rPr>
        <w:t xml:space="preserve">[26:57] </w:t>
      </w:r>
      <w:r>
        <w:t>be hayaai barh jaye gi, honesty khatam ho jaye gi.</w:t>
      </w:r>
    </w:p>
    <w:p>
      <w:pPr>
        <w:jc w:val="right"/>
      </w:pPr>
      <w:r>
        <w:t>بے حیائی بڑھ جائے گی، اونسٹری ختم ہو جائے گی۔</w:t>
      </w:r>
    </w:p>
    <w:p>
      <w:r>
        <w:rPr>
          <w:b/>
        </w:rPr>
        <w:t xml:space="preserve">[27:05] </w:t>
      </w:r>
      <w:r>
        <w:t>to jitni alamatain batai gayi hain hadith mein, woh sab ho chuki, zahir ho chuki.</w:t>
      </w:r>
    </w:p>
    <w:p>
      <w:pPr>
        <w:jc w:val="right"/>
      </w:pPr>
      <w:r>
        <w:t>تو جتنی علامتیں بتائی گئی ہیں حدیث میں، وہ سب ہو چکی، ظاہر ہو چکی۔</w:t>
      </w:r>
    </w:p>
    <w:p>
      <w:r>
        <w:rPr>
          <w:b/>
        </w:rPr>
        <w:t xml:space="preserve">[27:15] </w:t>
      </w:r>
      <w:r>
        <w:t>to meri apni samajh se to yeh hai ke ab muamla last bit pin tak pahunch chuka hai. Dukhan hai, yeh is ke baad kya hoga?</w:t>
      </w:r>
    </w:p>
    <w:p>
      <w:pPr>
        <w:jc w:val="right"/>
      </w:pPr>
      <w:r>
        <w:t>تو میری اپنی سمجھ سے تو یہ ہے کہ اب معاملہ لاسٹ بٹپن تک پہنچ چکا ہے۔ دخان ہے، یہ اس کے بعد کیا ہوگا؟</w:t>
      </w:r>
    </w:p>
    <w:p>
      <w:r>
        <w:rPr>
          <w:b/>
        </w:rPr>
        <w:t xml:space="preserve">[27:25] </w:t>
      </w:r>
      <w:r>
        <w:t>zameen ki ki jo jo ghoom rahi hai, axis par, woh woh ulta ghoomne lage gi. aur is ke baad kya hai?</w:t>
      </w:r>
    </w:p>
    <w:p>
      <w:pPr>
        <w:jc w:val="right"/>
      </w:pPr>
      <w:r>
        <w:t>زمین کی کی جو جو گھوم رہی ہے، ایکسز پر، وہ وہ الٹا گھومنے لگے گی۔ اور اس کے بعد کیا ہے؟</w:t>
      </w:r>
    </w:p>
    <w:p>
      <w:r>
        <w:rPr>
          <w:b/>
        </w:rPr>
        <w:t xml:space="preserve">[27:35] </w:t>
      </w:r>
      <w:r>
        <w:t>surah israfeel.</w:t>
      </w:r>
    </w:p>
    <w:p>
      <w:pPr>
        <w:jc w:val="right"/>
      </w:pPr>
      <w:r>
        <w:t>سورہ اسرافیل۔</w:t>
      </w:r>
    </w:p>
    <w:p>
      <w:r>
        <w:rPr>
          <w:b/>
        </w:rPr>
        <w:t xml:space="preserve">[27:41] </w:t>
      </w:r>
      <w:r>
        <w:t>to bilkul waqt jo hai, ab waqt sochne ka nahi hai, balkeh apna</w:t>
      </w:r>
    </w:p>
    <w:p>
      <w:pPr>
        <w:jc w:val="right"/>
      </w:pPr>
      <w:r>
        <w:t>تو بالکل وقت جو ہے، اب وقت سوچنے کا نہیں ہے، بلکہ اپنا</w:t>
      </w:r>
    </w:p>
    <w:p>
      <w:r>
        <w:rPr>
          <w:b/>
        </w:rPr>
        <w:t xml:space="preserve">[27:51] </w:t>
      </w:r>
      <w:r>
        <w:t>tauba karne ka, islaah karne ka, apni zindagiun ko badalne ka waqt hai.</w:t>
      </w:r>
    </w:p>
    <w:p>
      <w:pPr>
        <w:jc w:val="right"/>
      </w:pPr>
      <w:r>
        <w:t>توبہ کرنے کا، اصلاح کرنے کا، اپنی زندگیوں کو بدلنے کا وقت ہے۔</w:t>
      </w:r>
    </w:p>
    <w:p>
      <w:r>
        <w:rPr>
          <w:b/>
        </w:rPr>
        <w:t xml:space="preserve">[28:05] </w:t>
      </w:r>
      <w:r>
        <w:t>kisi ko agar shakk ho to bohat si kitabein hain, jis mein qayamat, alamaat qayamat chhupi hui hain, woh parhe.</w:t>
      </w:r>
    </w:p>
    <w:p>
      <w:pPr>
        <w:jc w:val="right"/>
      </w:pPr>
      <w:r>
        <w:t>کسی کو اگر شک ہو تو بہت سی کتابیں ہیں، جس میں قیامت، علامات قیامت چھپی ہوئی ہیں، وہ پڑھے۔</w:t>
      </w:r>
    </w:p>
    <w:p>
      <w:r>
        <w:rPr>
          <w:b/>
        </w:rPr>
        <w:t xml:space="preserve">[28:15] </w:t>
      </w:r>
      <w:r>
        <w:t>ek to hai ke hadithon mein kitab, hadith kitabon mein jo abwab hote hain, us mein hoti hain. is ke alag se kitabein chhaap di gayi hain, alamat qayamat ke naam se.</w:t>
      </w:r>
    </w:p>
    <w:p>
      <w:pPr>
        <w:jc w:val="right"/>
      </w:pPr>
      <w:r>
        <w:t>ایک تو ہے کہ حدیثوں میں کتاب، حدیث کتابوں میں جو ابواب ہوتے ہیں، اس میں ہوتی ہیں۔ اس کے الگ سے کتابیں چھاپ دی گئی ہیں، علامت قیامت کے نام سے۔</w:t>
      </w:r>
    </w:p>
    <w:p>
      <w:r>
        <w:rPr>
          <w:b/>
        </w:rPr>
        <w:t xml:space="preserve">[28:28] </w:t>
      </w:r>
      <w:r>
        <w:t>to quran mein bhi hain, hadith mein bhi hain, aur alag se in ko, yaani woh in riwayatun ko le kar ke alag se kitabein bohat si chhaap chhaapi hui hain.</w:t>
      </w:r>
    </w:p>
    <w:p>
      <w:pPr>
        <w:jc w:val="right"/>
      </w:pPr>
      <w:r>
        <w:t>تو قرآن میں بھی ہیں، حدیث میں بھی ہیں، اور الگ سے ان کو، یعنی وہ ان روایتوں کو لے کر کے الگ سے کتابیں بہت سی چھاپ چھاپی ہوئی ہیں۔</w:t>
      </w:r>
    </w:p>
    <w:p>
      <w:r>
        <w:rPr>
          <w:b/>
        </w:rPr>
        <w:t xml:space="preserve">[28:39] </w:t>
      </w:r>
      <w:r>
        <w:t>urdu mein hain, hindi mein hain, angrezi mein hain. jis ko shakk ho, woh parhe.</w:t>
      </w:r>
    </w:p>
    <w:p>
      <w:pPr>
        <w:jc w:val="right"/>
      </w:pPr>
      <w:r>
        <w:t>اردو میں ہیں، ہندی میں ہیں، انگریزی میں ہیں۔ جس کو شک ہو، وہ پڑھے۔</w:t>
      </w:r>
    </w:p>
    <w:p>
      <w:r>
        <w:rPr>
          <w:b/>
        </w:rPr>
        <w:t xml:space="preserve">[28:50] </w:t>
      </w:r>
      <w:r>
        <w:t>to jahan tak mera apna</w:t>
      </w:r>
    </w:p>
    <w:p>
      <w:pPr>
        <w:jc w:val="right"/>
      </w:pPr>
      <w:r>
        <w:t>تو جہاں تک میرا اپنا</w:t>
      </w:r>
    </w:p>
    <w:p>
      <w:r>
        <w:rPr>
          <w:b/>
        </w:rPr>
        <w:t xml:space="preserve">[28:55] </w:t>
      </w:r>
      <w:r>
        <w:t>mind kaam karta hai,</w:t>
      </w:r>
    </w:p>
    <w:p>
      <w:pPr>
        <w:jc w:val="right"/>
      </w:pPr>
      <w:r>
        <w:t>مائنڈ کام کرتا ہے،</w:t>
      </w:r>
    </w:p>
    <w:p>
      <w:r>
        <w:rPr>
          <w:b/>
        </w:rPr>
        <w:t xml:space="preserve">[29:01] </w:t>
      </w:r>
      <w:r>
        <w:t>mein to samajhta hoon ke sab kuch ho chuka. yaani history jo hai, ab beginning of the end ke</w:t>
      </w:r>
    </w:p>
    <w:p>
      <w:pPr>
        <w:jc w:val="right"/>
      </w:pPr>
      <w:r>
        <w:t>میں تو سمجھتا ہوں کہ سب کچھ ہو چکا۔ یعنی ہسٹری جو ہے، اب بگننگ آف دا اینڈ کے</w:t>
      </w:r>
    </w:p>
    <w:p>
      <w:r>
        <w:rPr>
          <w:b/>
        </w:rPr>
        <w:t xml:space="preserve">[29:16] </w:t>
      </w:r>
      <w:r>
        <w:t>ke waqt pahunch chuki hai. end ki beginning ho chuki hai.</w:t>
      </w:r>
    </w:p>
    <w:p>
      <w:pPr>
        <w:jc w:val="right"/>
      </w:pPr>
      <w:r>
        <w:t>کے وقت پہنچ چکی ہے۔ اینڈ کی بگننگ ہو چکی ہے۔</w:t>
      </w:r>
    </w:p>
    <w:p>
      <w:r>
        <w:rPr>
          <w:b/>
        </w:rPr>
        <w:t xml:space="preserve">[29:24] </w:t>
      </w:r>
      <w:r>
        <w:t>yaani beginning of the end ke kinare hum khare hue hain is waqt. kyunke aap dekhiye, is maamle mein ek taraf to mazhabi kitabon mein quran aur hadith mein jo baatein hain, woh hain.</w:t>
      </w:r>
    </w:p>
    <w:p>
      <w:pPr>
        <w:jc w:val="right"/>
      </w:pPr>
      <w:r>
        <w:t>یعنی بگننگ آف دا اینڈ کے کنارے ہم کھڑے ہوئے ہیں اس وقت۔ کیونکہ آپ دیکھیے، اس معاملے میں ایک طرف تو مذہبی کتابوں میں قرآن اور حدیث میں جو باتیں ہیں، وہ ہیں۔</w:t>
      </w:r>
    </w:p>
    <w:p>
      <w:r>
        <w:rPr>
          <w:b/>
        </w:rPr>
        <w:t xml:space="preserve">[29:40] </w:t>
      </w:r>
      <w:r>
        <w:t>lekin aap science, jo scientist hain, jo inhi cheezun ka mutaala karte hain, inhi cheezun ka, woh kya keh rahe hain?</w:t>
      </w:r>
    </w:p>
    <w:p>
      <w:pPr>
        <w:jc w:val="right"/>
      </w:pPr>
      <w:r>
        <w:t>لیکن آپ سائنس، جو سائنٹسٹ ہیں، جو انہی چیزوں کا مطالعہ کرتے ہیں، انہی چیزوں کا، وہ کیا کہہ رہے ہیں؟</w:t>
      </w:r>
    </w:p>
    <w:p>
      <w:r>
        <w:rPr>
          <w:b/>
        </w:rPr>
        <w:t xml:space="preserve">[29:50] </w:t>
      </w:r>
      <w:r>
        <w:t>misalan iceland mein jo is waqt jo dhuan nikal raha hai, jo eruption hua hai, volcanic eruption, to woh keh rahe hain ke ek mahine tak abhi respite ki koi umeed nahi hai.</w:t>
      </w:r>
    </w:p>
    <w:p>
      <w:pPr>
        <w:jc w:val="right"/>
      </w:pPr>
      <w:r>
        <w:t>مثلاً آئس لینڈ میں جو اس وقت جو دھواں نکل رہا ہے، جو اریپشن ہوا ہے، والکانک اریپشن، تو وہ کہہ رہے ہیں کہ ایک مہینے تک ابھی ریسپائٹ کی کوئی امید نہیں ہے۔</w:t>
      </w:r>
    </w:p>
    <w:p>
      <w:r>
        <w:rPr>
          <w:b/>
        </w:rPr>
        <w:t xml:space="preserve">[30:03] </w:t>
      </w:r>
      <w:r>
        <w:t>aur barh ja sakta hai, aur barh sakta hai. aur saath saath ek aur volcano yahan par hai, wahin par iceland hi mein, woh barh jayega to woh zyada powerful hai, woh is se bhi zyada powerful hai.</w:t>
      </w:r>
    </w:p>
    <w:p>
      <w:pPr>
        <w:jc w:val="right"/>
      </w:pPr>
      <w:r>
        <w:t>اور بڑھی بڑھ جا سکتا ہے، اور بڑھ سکتا ہے۔ اور ساتھ ساتھ ایک اور والکانو یہاں پر ہے، وہیں پر آئس لینڈ ہی میں، وہ بڑھ جائے گا تو وہ زیادہ پاورفل ہے، وہ اس سے بھی زیادہ پاورفل ہے۔</w:t>
      </w:r>
    </w:p>
    <w:p>
      <w:r>
        <w:rPr>
          <w:b/>
        </w:rPr>
        <w:t xml:space="preserve">[30:22] </w:t>
      </w:r>
      <w:r>
        <w:t>to yeh to wohi hai ke oil buffer quran mein likha hai ke insaan chalaye ga. oil buffer, ab bhaag ke jayen ge to kahan jayen?</w:t>
      </w:r>
    </w:p>
    <w:p>
      <w:pPr>
        <w:jc w:val="right"/>
      </w:pPr>
      <w:r>
        <w:t>تو یہ تو وہی ہے کہ آئل بفر قرآن میں لکھا ہے کہ انسان چلائے گا۔ آئل بفر، اب بھاگ کے جائیں گے تو کہاں جائیں؟</w:t>
      </w:r>
    </w:p>
    <w:p>
      <w:r>
        <w:rPr>
          <w:b/>
        </w:rPr>
        <w:t xml:space="preserve">[30:32] </w:t>
      </w:r>
      <w:r>
        <w:t>ke ek waqt aaye ga ke insaan kahe ga ke oil buffer, ab bhaag kar kahan jayen? aap ko yahi pata hai ke jab space science shuru hui to bohat koshish ki insaan ne is paas dhoondne ki, kahin koi duniya jaisi ek aur planet mil jaye.</w:t>
      </w:r>
    </w:p>
    <w:p>
      <w:pPr>
        <w:jc w:val="right"/>
      </w:pPr>
      <w:r>
        <w:t>کہ ایک وقت آئے گا کہ انسان کہے گا کہ آئل بفر، اب بھاگ کر کہاں جائیں؟ آپ کو یہی پتہ ہے کہ جب اسپیس سائنس شروع ہوئی تو بہت کوشش کی انسان نے اس پاس ڈھونڈنے کی، کہیں کوئی دنیا جیسی ایک اور پلینٹ مل جائے۔</w:t>
      </w:r>
    </w:p>
    <w:p>
      <w:r>
        <w:rPr>
          <w:b/>
        </w:rPr>
        <w:t xml:space="preserve">[30:52] </w:t>
      </w:r>
      <w:r>
        <w:t>koi planet nahi mila. jo khabrein aati rehti hain ke chand par pani hai, woh mars par pani hai, yeh sab bilkul gas hai, speculation hai, kuch bhi nahi kahin hai.</w:t>
      </w:r>
    </w:p>
    <w:p>
      <w:pPr>
        <w:jc w:val="right"/>
      </w:pPr>
      <w:r>
        <w:t>کوئی پلینٹ نہیں ملا۔ جو خبریں آتی رہتی ہیں کہ چاند پر پانی ہے، وہ مارس پر پانی ہے، یہ سب بالکل گیس ہے، سپیکولیشن ہے، کچھ بھی نہیں کہیں ہے۔</w:t>
      </w:r>
    </w:p>
    <w:p>
      <w:r>
        <w:rPr>
          <w:b/>
        </w:rPr>
        <w:t xml:space="preserve">[31:07] </w:t>
      </w:r>
      <w:r>
        <w:t>to yahi zameen hai bas. to insaan kahe ga oil buffer, ab bhaag ke jayen to kahan jayen? koi aur duniya nahi jahan hum bhaag ke ja saken.</w:t>
      </w:r>
    </w:p>
    <w:p>
      <w:pPr>
        <w:jc w:val="right"/>
      </w:pPr>
      <w:r>
        <w:t>تو یہی زمین ہے بس۔ تو انسان کہے گا آئل بفر، اب بھاگ کے جائیں تو کہاں جائیں؟ کوئی اور دنیا نہیں جہاں ہم بھاگ کے جا سکیں۔</w:t>
      </w:r>
    </w:p>
    <w:p>
      <w:r>
        <w:rPr>
          <w:b/>
        </w:rPr>
        <w:t xml:space="preserve">[31:21] </w:t>
      </w:r>
      <w:r>
        <w:t>to dekhiye,</w:t>
      </w:r>
    </w:p>
    <w:p>
      <w:pPr>
        <w:jc w:val="right"/>
      </w:pPr>
      <w:r>
        <w:t>تو دیکھیے،</w:t>
      </w:r>
    </w:p>
    <w:p>
      <w:r>
        <w:rPr>
          <w:b/>
        </w:rPr>
        <w:t xml:space="preserve">[31:25] </w:t>
      </w:r>
      <w:r>
        <w:t>momin ke liye basharat hai, momin ke liye good tidings hai. woh kya hai? hadith mein aata hai ke al qabr raudhatun min riyad al jannah wa hafratun min hafar an nar.</w:t>
      </w:r>
    </w:p>
    <w:p>
      <w:pPr>
        <w:jc w:val="right"/>
      </w:pPr>
      <w:r>
        <w:t>مومن کے لیے بشارت ہے، مومن کے لیے گڈ ٹائیڈنگ ہے۔ وہ کیا ہے؟ حدیث میں آتا ہے کہ القبر روضۃ من ریاض الجنہ اور حفرۃ من حفر النار۔</w:t>
      </w:r>
    </w:p>
    <w:p>
      <w:r>
        <w:rPr>
          <w:b/>
        </w:rPr>
        <w:t xml:space="preserve">[31:43] </w:t>
      </w:r>
      <w:r>
        <w:t>qabr jo hai, woh ya to jannat ke baghon mein se ek bagh hai ya jahannum ke gurhon mein se ek gurha hai.</w:t>
      </w:r>
    </w:p>
    <w:p>
      <w:pPr>
        <w:jc w:val="right"/>
      </w:pPr>
      <w:r>
        <w:t>قبر جو ہے، وہ یا تو جنت کے باغوں میں سے ایک باغ ہے یا جہنم کے گڑھوں میں سے ایک گڑھا ہے۔</w:t>
      </w:r>
    </w:p>
    <w:p>
      <w:r>
        <w:rPr>
          <w:b/>
        </w:rPr>
        <w:t xml:space="preserve">[31:54] </w:t>
      </w:r>
      <w:r>
        <w:t>is ka matlab yeh hai ke jo aadmi apni islaah kar le, apne ko allah ke raste par daal de, jo apne ko is tarah badal badle ke woh jannat ka ke liye deserve karne lage, to maut ke baad foran hi us ki jannat shuru ho jayegi.</w:t>
      </w:r>
    </w:p>
    <w:p>
      <w:pPr>
        <w:jc w:val="right"/>
      </w:pPr>
      <w:r>
        <w:t>اس کا مطلب یہ ہے کہ جو آدمی اپنی اصلاح کر لے، اپنے کو اللہ کے راستے پر ڈال دے، جو اپنے کو اس طرح بدل بدلے کہ وہ جنت کا کے لیے ڈیزرو کرنے لگے، تو موت کے بعد فوراً ہی اس کی جنت شروع ہو جائے گی۔</w:t>
      </w:r>
    </w:p>
    <w:p>
      <w:r>
        <w:rPr>
          <w:b/>
        </w:rPr>
        <w:t xml:space="preserve">[32:18] </w:t>
      </w:r>
      <w:r>
        <w:t>al qabr raudhatun min riyad al jannah. qabr ke maani nahi ke woh is gurha jo hai, usi mein jannat rakhi hui hai. yeh matlab nahi hai.</w:t>
      </w:r>
    </w:p>
    <w:p>
      <w:pPr>
        <w:jc w:val="right"/>
      </w:pPr>
      <w:r>
        <w:t>القبر روضۃ من ریاض الجنہ۔ قبر کے معنی نہیں کہ وہ اس گڑھا جو ہے، اسی میں جنت رکھی ہوئی ہے۔ یہ مطلب نہیں ہے۔</w:t>
      </w:r>
    </w:p>
    <w:p>
      <w:r>
        <w:rPr>
          <w:b/>
        </w:rPr>
        <w:t xml:space="preserve">[32:28] </w:t>
      </w:r>
      <w:r>
        <w:t>is ka matlab hai maut ke baad, yaani post death period jo hai, is mein ke marte hi ya to aadmi jannat mein pahunch jayega ya aadmi is doosre</w:t>
      </w:r>
    </w:p>
    <w:p>
      <w:pPr>
        <w:jc w:val="right"/>
      </w:pPr>
      <w:r>
        <w:t>اس کا مطلب ہے موت کے بعد، یعنی پوسٹ ڈیتھ پیریڈ جو ہے، اس میں کہ مرتے ہی یا تو آدمی جنت میں پہنچ جائے گا یا آدمی اس دوسرے</w:t>
      </w:r>
    </w:p>
    <w:p>
      <w:r>
        <w:rPr>
          <w:b/>
        </w:rPr>
        <w:t xml:space="preserve">[32:47] </w:t>
      </w:r>
      <w:r>
        <w:t>haal mein pahunchega, is ko jahannum kaha gaya hai.</w:t>
      </w:r>
    </w:p>
    <w:p>
      <w:pPr>
        <w:jc w:val="right"/>
      </w:pPr>
      <w:r>
        <w:t>حال میں پہنچے گا، اس کو جہنم کہا گیا ہے۔</w:t>
      </w:r>
    </w:p>
    <w:p>
      <w:r>
        <w:rPr>
          <w:b/>
        </w:rPr>
        <w:t xml:space="preserve">[32:55] </w:t>
      </w:r>
      <w:r>
        <w:t>koi doori nahi hai, beech mein koi doori nahi hai. Ek hadith mein hai ke mamma faqat qamat qayamt ho, jo mara, us ki qamat shuru ho gayi.</w:t>
      </w:r>
    </w:p>
    <w:p>
      <w:pPr>
        <w:jc w:val="right"/>
      </w:pPr>
      <w:r>
        <w:t>کوئی دوری نہیں ہے، بیچ میں کوئی دوری نہیں ہے۔ ایک حدیث میں ہے کہ مما فقط قامت قیامت ہو، جو مرا، اس کی قامت شروع ہوگئی۔</w:t>
      </w:r>
    </w:p>
    <w:p>
      <w:r>
        <w:rPr>
          <w:b/>
        </w:rPr>
        <w:t xml:space="preserve">[33:14] </w:t>
      </w:r>
      <w:r>
        <w:t>to in to jo jo sachche ahl-e-imaan hain,</w:t>
      </w:r>
    </w:p>
    <w:p>
      <w:pPr>
        <w:jc w:val="right"/>
      </w:pPr>
      <w:r>
        <w:t>تو ان تو جو جو سچے اہل ایمان ہیں،</w:t>
      </w:r>
    </w:p>
    <w:p>
      <w:r>
        <w:rPr>
          <w:b/>
        </w:rPr>
        <w:t xml:space="preserve">[33:24] </w:t>
      </w:r>
      <w:r>
        <w:t>un ke liye khushkhabri hai. Aaj subah mein ek aayat padh raha tha to ek ajeeb baat samajh aayi. Main chahta hoon ke is ko share karoon.</w:t>
      </w:r>
    </w:p>
    <w:p>
      <w:pPr>
        <w:jc w:val="right"/>
      </w:pPr>
      <w:r>
        <w:t>ان کے لیے خوشخبری ہے۔ آج صبح میں ایک آیت پڑھ رہا تھا تو ایک عجیب بات سمجھ آئی۔ میں چاہتا ہوں کہ اس کو شیئر کروں۔</w:t>
      </w:r>
    </w:p>
    <w:p>
      <w:r>
        <w:rPr>
          <w:b/>
        </w:rPr>
        <w:t xml:space="preserve">[33:36] </w:t>
      </w:r>
      <w:r>
        <w:t>Surah Anfaal ki ek aayat hai ke Allah kisi ko nemmat de to is nemmat ko phir woh cheenta nahi, badalta nahi.</w:t>
      </w:r>
    </w:p>
    <w:p>
      <w:pPr>
        <w:jc w:val="right"/>
      </w:pPr>
      <w:r>
        <w:t>سورہ انفال کی ایک آیت ہے کہ اللہ کسی کو نعمت دے تو اس نعمت کو پھر وہ چھینتا نہیں، بدلتا نہیں۔</w:t>
      </w:r>
    </w:p>
    <w:p>
      <w:r>
        <w:rPr>
          <w:b/>
        </w:rPr>
        <w:t xml:space="preserve">[33:49] </w:t>
      </w:r>
      <w:r>
        <w:t>yeh Surah Anfaal mein yeh aayat hai: zalik bain Allah li-m-ka mughayyiran ni'matan 'ibad. zalik bain Allah li-m-ka mughayyiran ni'matan 'ibad.</w:t>
      </w:r>
    </w:p>
    <w:p>
      <w:pPr>
        <w:jc w:val="right"/>
      </w:pPr>
      <w:r>
        <w:t>یہ سورہ انفال میں یہ آیت ہے: ذالک بین اللہ لمک مغیرا نعمت انہا۔ ذالک بین اللہ لمک مغیرا نعمت انہا۔</w:t>
      </w:r>
    </w:p>
    <w:p>
      <w:r>
        <w:rPr>
          <w:b/>
        </w:rPr>
        <w:t xml:space="preserve">[34:04] </w:t>
      </w:r>
      <w:r>
        <w:t>ya yeh aayat badi ajeeb aayat hai aur is ka ek pehlu jo hai, wajib meri samajh mein aaya. Tafseeron mein to nahi maujood hai, woh aaj meri samajh mein aaya ke Allah</w:t>
      </w:r>
    </w:p>
    <w:p>
      <w:pPr>
        <w:jc w:val="right"/>
      </w:pPr>
      <w:r>
        <w:t>یا یہ آیت بڑی عجیب آیت ہے اور اس کا ایک پہلو جو ہے، واجب میری سمجھ میں آیا۔ تفسیروں میں تو نہیں موجود ہے، وہ آج میری سمجھ میں آیا کہ اللہ</w:t>
      </w:r>
    </w:p>
    <w:p>
      <w:r>
        <w:rPr>
          <w:b/>
        </w:rPr>
        <w:t xml:space="preserve">[34:19] </w:t>
      </w:r>
      <w:r>
        <w:t>goya is mein Allah aap ne sunnat bayan kar raha hai. Sunnat ke di hui nemmat ko Khuda cheenta nahi, jo de de Allah taala nemmat ko.</w:t>
      </w:r>
    </w:p>
    <w:p>
      <w:pPr>
        <w:jc w:val="right"/>
      </w:pPr>
      <w:r>
        <w:t>گویا اس میں اللہ آپ نے سنت بیان کر رہا ہے۔ سنت کہ دی ہوئی نعمت کو خدا چھینتا نہیں، جو دے دے اللہ تعالی نعمت کو۔</w:t>
      </w:r>
    </w:p>
    <w:p>
      <w:r>
        <w:rPr>
          <w:b/>
        </w:rPr>
        <w:t xml:space="preserve">[34:31] </w:t>
      </w:r>
      <w:r>
        <w:t>to dekhen, is ko aam taur par log samajhte hain ke is dunya ke maamle mein, lekin Quran ke mutabiq, Islam ke mutabiq zindagi ek continuation hai, ek tasalsul hai,</w:t>
      </w:r>
    </w:p>
    <w:p>
      <w:pPr>
        <w:jc w:val="right"/>
      </w:pPr>
      <w:r>
        <w:t>تو دیکھیں، اس کو عام طور پر لوگ سمجھتے ہیں کہ اس دنیا کے معاملے میں، لیکن قرآن کے مطابق، اسلام کے مطابق زندگی ایک کنٹینیوشن ہے، ایک تسلسل ہے،</w:t>
      </w:r>
    </w:p>
    <w:p>
      <w:r>
        <w:rPr>
          <w:b/>
        </w:rPr>
        <w:t xml:space="preserve">[34:45] </w:t>
      </w:r>
      <w:r>
        <w:t>barabar chali ja rahi hai.</w:t>
      </w:r>
    </w:p>
    <w:p>
      <w:pPr>
        <w:jc w:val="right"/>
      </w:pPr>
      <w:r>
        <w:t>برابر چلی جا رہی ہے۔</w:t>
      </w:r>
    </w:p>
    <w:p>
      <w:r>
        <w:rPr>
          <w:b/>
        </w:rPr>
        <w:t xml:space="preserve">[34:49] </w:t>
      </w:r>
      <w:r>
        <w:t>yeh to hamara aqeedah hai ke life jo hai, ek continuation hai, dunya se aakhirat tak chali ja rahi hai, eternity hai.</w:t>
      </w:r>
    </w:p>
    <w:p>
      <w:pPr>
        <w:jc w:val="right"/>
      </w:pPr>
      <w:r>
        <w:t>یہ تو ہمارا عقیدہ ہے کہ لائف جو ہے، ایک کنٹینیوشن ہے، دنیا سے آخرت تک چلی جا رہی ہے، ایٹرنیٹی ہے۔</w:t>
      </w:r>
    </w:p>
    <w:p>
      <w:r>
        <w:rPr>
          <w:b/>
        </w:rPr>
        <w:t xml:space="preserve">[35:01] </w:t>
      </w:r>
      <w:r>
        <w:t>is aayat ka matlab meri samajh mein yeh aaya</w:t>
      </w:r>
    </w:p>
    <w:p>
      <w:pPr>
        <w:jc w:val="right"/>
      </w:pPr>
      <w:r>
        <w:t>اس آیت کا مطلب میری سمجھ میں یہ آیا</w:t>
      </w:r>
    </w:p>
    <w:p>
      <w:r>
        <w:rPr>
          <w:b/>
        </w:rPr>
        <w:t xml:space="preserve">[35:06] </w:t>
      </w:r>
      <w:r>
        <w:t>ke yeh jo nemmat dunya mein aap ko mili hui hai, yeh sab nemmat hi nemmat hai. Yeh zameen, yeh suraj, yeh hawa, yeh oxygen,</w:t>
      </w:r>
    </w:p>
    <w:p>
      <w:pPr>
        <w:jc w:val="right"/>
      </w:pPr>
      <w:r>
        <w:t>کہ یہ جو نعمت دنیا میں آپ کو ملی ہوئی ہے، یہ سب نعمت ہی نعمت ہے۔ یہ زمین، یہ سورج، یہ ہوا، یہ اکسیجن،</w:t>
      </w:r>
    </w:p>
    <w:p>
      <w:r>
        <w:rPr>
          <w:b/>
        </w:rPr>
        <w:t xml:space="preserve">[35:19] </w:t>
      </w:r>
      <w:r>
        <w:t>zameen se pattharon ka ugna, phal, pani, sari cheezein, life support system, yeh Allah taala ne nemmatein di hain.</w:t>
      </w:r>
    </w:p>
    <w:p>
      <w:pPr>
        <w:jc w:val="right"/>
      </w:pPr>
      <w:r>
        <w:t>زمین سے پتھروں کا اگنا، پھل، پانی، ساری چیزیں، لائف سپورٹ سسٹم، یہ اللہ تعالی نے نعمتیں دی ہیں۔</w:t>
      </w:r>
    </w:p>
    <w:p>
      <w:r>
        <w:rPr>
          <w:b/>
        </w:rPr>
        <w:t xml:space="preserve">[35:31] </w:t>
      </w:r>
      <w:r>
        <w:t>jo in nemmaton ko waqai aitraaf kare, is ko acknowledge kare, to is ka matlab kya hoga? Phir woh discontinue nahi ki jayengi.</w:t>
      </w:r>
    </w:p>
    <w:p>
      <w:pPr>
        <w:jc w:val="right"/>
      </w:pPr>
      <w:r>
        <w:t>جو ان نعمتوں کو واقعتا اعتراف کرے، اس کو اکنالج کرے، تو اس کا مطلب کیا ہوگا؟ پھر وہ ڈس کنٹینیو نہیں کی جائیں گی۔</w:t>
      </w:r>
    </w:p>
    <w:p>
      <w:r>
        <w:rPr>
          <w:b/>
        </w:rPr>
        <w:t xml:space="preserve">[35:43] </w:t>
      </w:r>
      <w:r>
        <w:t>bahut ajeeb baat yeh hai is aayat mein. Is ko log lete hain aam taur par is dunya ke maamle mein. Nahi, kyun lete hain aap dunya ke maamle mein?</w:t>
      </w:r>
    </w:p>
    <w:p>
      <w:pPr>
        <w:jc w:val="right"/>
      </w:pPr>
      <w:r>
        <w:t>بہت عجیب بات یہ ہے اس آیت میں۔ اس کو لوگ لیتے ہیں عام طور پر اس دنیا کے معاملے میں۔ نہیں، کیوں لیتے ہیں آپ دنیا کے معاملے میں؟</w:t>
      </w:r>
    </w:p>
    <w:p>
      <w:r>
        <w:rPr>
          <w:b/>
        </w:rPr>
        <w:t xml:space="preserve">[35:54] </w:t>
      </w:r>
      <w:r>
        <w:t>jab life ek continued phenomena hai to is ko aap poore ma'ne mein lijiye.</w:t>
      </w:r>
    </w:p>
    <w:p>
      <w:pPr>
        <w:jc w:val="right"/>
      </w:pPr>
      <w:r>
        <w:t>جب لائف ایک کنٹینیوڈ فیناومینا ہے تو اس کو آپ پورے معنی میں لیجئے۔</w:t>
      </w:r>
    </w:p>
    <w:p>
      <w:r>
        <w:rPr>
          <w:b/>
        </w:rPr>
        <w:t xml:space="preserve">[36:06] </w:t>
      </w:r>
      <w:r>
        <w:t>aayat yeh batati hai ke Allah taala ki sunnat yeh hai ke Allah taala jab ek nemmat kisi ko de de to us ko nahi cheente hain, jab tak ke woh is ke liye apne aap ko, jab tak woh deserve kar rahi hai, us is ke liye.</w:t>
      </w:r>
    </w:p>
    <w:p>
      <w:pPr>
        <w:jc w:val="right"/>
      </w:pPr>
      <w:r>
        <w:t>آیت یہ بتاتی ہے کہ اللہ تعالی کی سنت یہ ہے کہ اللہ تعالی جب ایک نعمت کسی کو دے دے تو اس کو نہیں چھینتے ہیں، جب تک کہ وہ اس کے لیے اپنے آپ کو، جب تک وہ ڈیزرو کر رہی ہے، اس اس کے لیے۔</w:t>
      </w:r>
    </w:p>
    <w:p>
      <w:r>
        <w:rPr>
          <w:b/>
        </w:rPr>
        <w:t xml:space="preserve">[36:21] </w:t>
      </w:r>
      <w:r>
        <w:t>to na cheenne ka amal is dunya tak limited nahi hai, aakhirat tak chala ja raha hai. Is ke ma'ne yeh hain ke ek ek ek hi, ek bahut hi,</w:t>
      </w:r>
    </w:p>
    <w:p>
      <w:pPr>
        <w:jc w:val="right"/>
      </w:pPr>
      <w:r>
        <w:t>تو نہ چھیننے کا عمل اس دنیا تک لمیٹڈ نہیں ہے، آخرت تک چلا جا رہا ہے۔ اس کے معنی یہ ہیں کہ ایک ایک ایک ہی، ایک بہت ہی،</w:t>
      </w:r>
    </w:p>
    <w:p>
      <w:r>
        <w:rPr>
          <w:b/>
        </w:rPr>
        <w:t xml:space="preserve">[36:34] </w:t>
      </w:r>
      <w:r>
        <w:t>yaani well known price jannat ki is aayat se maloom hoti hai. Yaani kya ke aap Allah taala ki nemmatein jo aap ko mili hain dunya mein, ek yeh wajood ek nemmat hai.</w:t>
      </w:r>
    </w:p>
    <w:p>
      <w:pPr>
        <w:jc w:val="right"/>
      </w:pPr>
      <w:r>
        <w:t>یعنی ویل نون پرائس جنت کی اس آیت سے معلوم ہوتی ہے۔ یعنی کیا کہ آپ اللہ تعالی کی نعمتیں جو آپ کو ملی ہیں دنیا میں، ایک یہ وجود ایک نعمت ہے۔</w:t>
      </w:r>
    </w:p>
    <w:p>
      <w:r>
        <w:rPr>
          <w:b/>
        </w:rPr>
        <w:t xml:space="preserve">[36:51] </w:t>
      </w:r>
      <w:r>
        <w:t>main bol raha hoon, yeh ek nemmat hai. Main dekh raha hoon, yeh ek nemmat hai. Aaj subah baitha hua tha apne ghar mein, jo corner hai, yeh park dikhai deta hai.</w:t>
      </w:r>
    </w:p>
    <w:p>
      <w:pPr>
        <w:jc w:val="right"/>
      </w:pPr>
      <w:r>
        <w:t>میں بول رہا ہوں، یہ ایک نعمت ہے۔ میں دیکھ رہا ہوں، یہ ایک نعمت ہے۔ آج صبح بیٹھا ہوا تھا اپنے گھر میں، جو کارنر ہے، یہ پارک دکھائی دیتا ہے۔</w:t>
      </w:r>
    </w:p>
    <w:p>
      <w:r>
        <w:rPr>
          <w:b/>
        </w:rPr>
        <w:t xml:space="preserve">[37:01] </w:t>
      </w:r>
      <w:r>
        <w:t>to maine apni aankh band kar li, achaanak sab andhera ho gaya. Phir na ped dikhai deta tha, na sabza dikhai deta tha, na ghar dikhai deta tha, kuch bhi nahi, sab kuch band, sab andhera.</w:t>
      </w:r>
    </w:p>
    <w:p>
      <w:pPr>
        <w:jc w:val="right"/>
      </w:pPr>
      <w:r>
        <w:t>تو میں نے اپنی آنکھ بند کر لی، اچانک سب اندھیرا ہو گیا۔ پھر نہ پیڑ دکھائی دیتا تھا، نہ سبزہ دکھائی دیتا تھا، نہ گھر دکھائی دیتا تھا، کچھ بھی نہیں، سب کچھ بند، سب اندھیرا۔</w:t>
      </w:r>
    </w:p>
    <w:p>
      <w:r>
        <w:rPr>
          <w:b/>
        </w:rPr>
        <w:t xml:space="preserve">[37:16] </w:t>
      </w:r>
      <w:r>
        <w:t>to yeh nemmat kitni badi nemmat hai ke hum dekhte hain, kitni badi nemmat hai ke hum, hamara wajood hai, hum khana khate hain to hazam ho jata hai, hum dekhte hain, hum sunte hain,</w:t>
      </w:r>
    </w:p>
    <w:p>
      <w:pPr>
        <w:jc w:val="right"/>
      </w:pPr>
      <w:r>
        <w:t>تو یہ نعمت کتنی بڑی نعمت ہے کہ ہم دیکھتے ہیں، کتنی بڑی نعمت ہے کہ ہم، ہمارا وجود ہے، ہم کھانا کھاتے ہیں تو ہضم ہو جاتا ہے، ہم دیکھتے ہیں، ہم سنتے ہیں،</w:t>
      </w:r>
    </w:p>
    <w:p>
      <w:r>
        <w:rPr>
          <w:b/>
        </w:rPr>
        <w:t xml:space="preserve">[37:30] </w:t>
      </w:r>
      <w:r>
        <w:t>hum sochte hain, hum chalte hain. Yeh anokhi cheezein hain jo kisi galaxy ko nahi mili hui hain, jo kisi solar system ko nahi mili hui hain.</w:t>
      </w:r>
    </w:p>
    <w:p>
      <w:pPr>
        <w:jc w:val="right"/>
      </w:pPr>
      <w:r>
        <w:t>ہم سوچتے ہیں، ہم چلتے ہیں۔ یہ انوکھی چیزیں ہیں جو کسی گلیکسی کو نہیں ملی ہوئی ہیں، جو کسی سولر سسٹم کو نہیں ملی ہوئی ہیں۔</w:t>
      </w:r>
    </w:p>
    <w:p>
      <w:r>
        <w:rPr>
          <w:b/>
        </w:rPr>
        <w:t xml:space="preserve">[37:46] </w:t>
      </w:r>
      <w:r>
        <w:t>yeh sari nematein hain. in nematon ko waqai agar aadmi discover kare aur sach much acknowledge kare, woh keh sake: "khudaya,</w:t>
      </w:r>
    </w:p>
    <w:p>
      <w:pPr>
        <w:jc w:val="right"/>
      </w:pPr>
      <w:r>
        <w:t>یہ ساری نعمتیں ہیں۔ ان نعمتوں کو واقعتا اگر آدمی ڈسکور کرے اور سچ مچ اکنالج کرے، وہ کہہ سکے: "خدایا،</w:t>
      </w:r>
    </w:p>
    <w:p>
      <w:r>
        <w:rPr>
          <w:b/>
        </w:rPr>
        <w:t xml:space="preserve">[38:01] </w:t>
      </w:r>
      <w:r>
        <w:t>main ne etiraf kiya tha in nematon ka, khudaya, main acknowledge kar raha hoon teri nematon ka." yeh saada baat nahi hai.</w:t>
      </w:r>
    </w:p>
    <w:p>
      <w:pPr>
        <w:jc w:val="right"/>
      </w:pPr>
      <w:r>
        <w:t>میں نے اعتراف کیا تھا ان نعمتوں کا، خدایا، میں اکنالج کر رہا ہوں تیری نعمتوں کا۔" یہ سادہ بات نہیں ہے۔</w:t>
      </w:r>
    </w:p>
    <w:p>
      <w:r>
        <w:rPr>
          <w:b/>
        </w:rPr>
        <w:t xml:space="preserve">[38:11] </w:t>
      </w:r>
      <w:r>
        <w:t>jab aap yeh kehte hain to is ke maani kya hote hain? "khudaya, main in nematon ka etiraf karta hoon" is se pehle ke main majboor kar diya jaon etiraf karne ke liye.</w:t>
      </w:r>
    </w:p>
    <w:p>
      <w:pPr>
        <w:jc w:val="right"/>
      </w:pPr>
      <w:r>
        <w:t>جب آپ یہ کہتے ہیں تو اس کے معنی کیا ہوتے ہیں؟ "خدایا، میں ان نعمتوں کا اعتراف کرتا ہوں" اس سے پہلے کہ میں مجبور کر دیا جاؤں اعتراف کرنے کے لیے۔</w:t>
      </w:r>
    </w:p>
    <w:p>
      <w:r>
        <w:rPr>
          <w:b/>
        </w:rPr>
        <w:t xml:space="preserve">[38:22] </w:t>
      </w:r>
      <w:r>
        <w:t>yeh maani hote hain is ke. jab aap sachay dil se kehte hain ke "khudaya, jo tu ne diya hai duniya mein, mujh ko nematein, main ne is ka etiraf kiya" to saada baat nahi hai.</w:t>
      </w:r>
    </w:p>
    <w:p>
      <w:pPr>
        <w:jc w:val="right"/>
      </w:pPr>
      <w:r>
        <w:t>یہ معنی ہوتے ہیں اس کے۔ جب آپ سچے دل سے کہتے ہیں کہ "خدایا، جو تو نے دیا ہے دنیا میں، مجھ کو نعمتیں، میں نے اس کا اعتراف کیا" تو سادہ بات نہیں ہے۔</w:t>
      </w:r>
    </w:p>
    <w:p>
      <w:r>
        <w:rPr>
          <w:b/>
        </w:rPr>
        <w:t xml:space="preserve">[38:34] </w:t>
      </w:r>
      <w:r>
        <w:t>yeh</w:t>
      </w:r>
    </w:p>
    <w:p>
      <w:pPr>
        <w:jc w:val="right"/>
      </w:pPr>
      <w:r>
        <w:t>یہ</w:t>
      </w:r>
    </w:p>
    <w:p>
      <w:r>
        <w:rPr>
          <w:b/>
        </w:rPr>
        <w:t xml:space="preserve">[38:38] </w:t>
      </w:r>
      <w:r>
        <w:t>is ka matlab yeh hai ke "khudaya, main ne in nematon ka etiraf is waqt kiya, in nematon ko main ne is waqt acknowledge kiya jab ke main majboor nahi tha." akhirat mein to majboor ho jaye ga insaan, wahan kaun sarkashi dikhaye ga?</w:t>
      </w:r>
    </w:p>
    <w:p>
      <w:pPr>
        <w:jc w:val="right"/>
      </w:pPr>
      <w:r>
        <w:t>اس کا مطلب یہ ہے کہ "خدایا، میں نے ان نعمتوں کا اعتراف اس وقت کیا، ان نعمتوں کو میں نے اس وقت اکنالج کیا جب کہ میں مجبور نہیں تھا۔" آخرت میں تو مجبور ہو جائے گا انسان، وہاں کون سرکشی دکھائے گا؟</w:t>
      </w:r>
    </w:p>
    <w:p>
      <w:r>
        <w:rPr>
          <w:b/>
        </w:rPr>
        <w:t xml:space="preserve">[38:59] </w:t>
      </w:r>
      <w:r>
        <w:t>wahan kaun nahi manega? to main samajhta hoon ke yeh baat bohat hi aham is ayat se nikalti hai</w:t>
      </w:r>
    </w:p>
    <w:p>
      <w:pPr>
        <w:jc w:val="right"/>
      </w:pPr>
      <w:r>
        <w:t>وہاں کون نہیں مانے گا؟ تو میں سمجھتا ہوں کہ یہ بات بہت ہی اہم اس آیت سے نکلتی ہے</w:t>
      </w:r>
    </w:p>
    <w:p>
      <w:r>
        <w:rPr>
          <w:b/>
        </w:rPr>
        <w:t xml:space="preserve">[39:10] </w:t>
      </w:r>
      <w:r>
        <w:t>ke pre death period mein mili hui nematon ko agar hum sach much acknowledge kar sakein dil se to woh aik hamare liye aik bohat aham baat hogi.</w:t>
      </w:r>
    </w:p>
    <w:p>
      <w:pPr>
        <w:jc w:val="right"/>
      </w:pPr>
      <w:r>
        <w:t>کہ پری ڈیتھ پیریڈ میں ملی ہوئی نعمتوں کو اگر ہم سچ مچ اکنالج کر سکیں دل سے تو وہ ایک ہمارے لیے ایک بہت اہم بات ہوگی۔</w:t>
      </w:r>
    </w:p>
    <w:p>
      <w:r>
        <w:rPr>
          <w:b/>
        </w:rPr>
        <w:t xml:space="preserve">[39:24] </w:t>
      </w:r>
      <w:r>
        <w:t>kyun ke hum is ke maani ke hum aik deserving candidate ban jayenge jannat ke liye. kyun ke pre death period mein agar aap ne in nematon ko, in atiyay ko, yeh sari cheezein mili hui hain, is ka etiraf kiya to is maani ke aap ne Allah taala ki taraf se yeh baat guarantee ho gayi ke phir chheena nahi jayega.</w:t>
      </w:r>
    </w:p>
    <w:p>
      <w:pPr>
        <w:jc w:val="right"/>
      </w:pPr>
      <w:r>
        <w:t>کیونکہ ہم اس کے معنی کہ ہم ایک ڈیزرونگ کینڈیڈیٹ بن جائیں گے جنت کے لیے۔ کیونکہ پری ڈیتھ پیریڈ میں اگر آپ نے ان نعمتوں کو، ان عطیے کو، یہ ساری چیزیں ملی ہوئی ہیں، اس کا اعتراف کیا تو اس معنی کہ آپ نے اللہ تعالی کی طرف سے یہ بات گارنٹی ہو گئی کہ پھر چھینا نہیں جائے گا۔</w:t>
      </w:r>
    </w:p>
    <w:p>
      <w:r>
        <w:rPr>
          <w:b/>
        </w:rPr>
        <w:t xml:space="preserve">[39:48] </w:t>
      </w:r>
      <w:r>
        <w:t>chheena is se jata hai jo etiraf na kare, jo sarkashi kare, jo Allah ki cheezon ko pa kar ke apna agenda chalaye.</w:t>
      </w:r>
    </w:p>
    <w:p>
      <w:pPr>
        <w:jc w:val="right"/>
      </w:pPr>
      <w:r>
        <w:t>چھینا اس سے جاتا ہے جو اعتراف نہ کرے، جو سرکشی کرے، جو اللہ کی چیزوں کو پا کر کے اپنا ایجنڈا چلائے۔</w:t>
      </w:r>
    </w:p>
    <w:p>
      <w:r>
        <w:rPr>
          <w:b/>
        </w:rPr>
        <w:t xml:space="preserve">[39:59] </w:t>
      </w:r>
      <w:r>
        <w:t>to is se bari khushkhabri kya ho sakti hai? is se bari khushkhabri kya ho sakti hai?</w:t>
      </w:r>
    </w:p>
    <w:p>
      <w:pPr>
        <w:jc w:val="right"/>
      </w:pPr>
      <w:r>
        <w:t>تو اس سے بڑی خوشخبری کیا ہو سکتی ہے؟ اس سے بڑی خوشخبری کیا ہو سکتی ہے؟</w:t>
      </w:r>
    </w:p>
    <w:p>
      <w:r>
        <w:rPr>
          <w:b/>
        </w:rPr>
        <w:t xml:space="preserve">[40:08] </w:t>
      </w:r>
      <w:r>
        <w:t>to chunke hamara yeh aqeedah hai ke life jo hai, aik tasalsul ka naam hai, life continue kar rahi hai from pre death period to up to post death period,</w:t>
      </w:r>
    </w:p>
    <w:p>
      <w:pPr>
        <w:jc w:val="right"/>
      </w:pPr>
      <w:r>
        <w:t>تو چونکہ ہمارا یہ عقیدہ ہے کہ لائف جو ہے، ایک تسلسل کا نام ہے، لائف کنٹینیو کر رہی ہے فرام پری ڈیتھ پیریڈ ٹو اپ ٹو پوسٹ ڈیتھ پیریڈ،</w:t>
      </w:r>
    </w:p>
    <w:p>
      <w:r>
        <w:rPr>
          <w:b/>
        </w:rPr>
        <w:t xml:space="preserve">[40:25] </w:t>
      </w:r>
      <w:r>
        <w:t>ya jis tarah se hum yahan zinda hain, isi tarah hum maut ke baad bhi zinda rehte hain. to yeh continuation hai, aik tasalsul hai.</w:t>
      </w:r>
    </w:p>
    <w:p>
      <w:pPr>
        <w:jc w:val="right"/>
      </w:pPr>
      <w:r>
        <w:t>یا جس طرح سے ہم یہاں زندہ ہیں، اسی طرح ہم موت کے بعد بھی زندہ رہتے ہیں۔ تو یہ کنٹینیویشن ہے، ایک تسلسل ہے۔</w:t>
      </w:r>
    </w:p>
    <w:p>
      <w:r>
        <w:rPr>
          <w:b/>
        </w:rPr>
        <w:t xml:space="preserve">[40:35] </w:t>
      </w:r>
      <w:r>
        <w:t>to is ayat ka application yahan se wahan tak hoga, ya yeh ayat wahan tak apply karegi.</w:t>
      </w:r>
    </w:p>
    <w:p>
      <w:pPr>
        <w:jc w:val="right"/>
      </w:pPr>
      <w:r>
        <w:t>تو اس آیت کا ایپلیکیشن یہاں سے وہاں تک ہوگا، یا یہ آیت وہاں تک اپلائی کرے گی۔</w:t>
      </w:r>
    </w:p>
    <w:p>
      <w:r>
        <w:rPr>
          <w:b/>
        </w:rPr>
        <w:t xml:space="preserve">[40:46] </w:t>
      </w:r>
      <w:r>
        <w:t>is ka matlab yeh nahi liya ja sakta ke is duniya mein jo nematein di hain Allah taala ne, is ko acknowledge kar rahe ho to is duniya mein woh nahi chheeni gi. yeh kaise kar sakte hain aap?</w:t>
      </w:r>
    </w:p>
    <w:p>
      <w:pPr>
        <w:jc w:val="right"/>
      </w:pPr>
      <w:r>
        <w:t>اس کا مطلب یہ نہیں لیا جا سکتا کہ اس دنیا میں جو نعمتیں دی ہیں اللہ تعالی نے، اس کو اکنالج کر رہے ہو تو اس دنیا میں وہ نہیں چھینیں گی۔ یہ کیسے کر سکتے ہیں آپ؟</w:t>
      </w:r>
    </w:p>
    <w:p>
      <w:r>
        <w:rPr>
          <w:b/>
        </w:rPr>
        <w:t xml:space="preserve">[40:58] </w:t>
      </w:r>
      <w:r>
        <w:t>nahi, is ka matlab yeh hai ke is duniya se is duniya tak ke liye yeh baat hai ke yeh sab dobara aap ko de di jayengi.</w:t>
      </w:r>
    </w:p>
    <w:p>
      <w:pPr>
        <w:jc w:val="right"/>
      </w:pPr>
      <w:r>
        <w:t>نہیں، اس کا مطلب یہ ہے کہ اس دنیا سے اس دنیا تک کے لیے یہ بات ہے کہ یہ سب دوبارہ آپ کو دے دی جائیں گی۔</w:t>
      </w:r>
    </w:p>
    <w:p>
      <w:r>
        <w:rPr>
          <w:b/>
        </w:rPr>
        <w:t xml:space="preserve">[41:10] </w:t>
      </w:r>
      <w:r>
        <w:t>yeh jo nematein hain,</w:t>
      </w:r>
    </w:p>
    <w:p>
      <w:pPr>
        <w:jc w:val="right"/>
      </w:pPr>
      <w:r>
        <w:t>یہ جو نعمتیں ہیں،</w:t>
      </w:r>
    </w:p>
    <w:p>
      <w:r>
        <w:rPr>
          <w:b/>
        </w:rPr>
        <w:t xml:space="preserve">[41:15] </w:t>
      </w:r>
      <w:r>
        <w:t>lekin nemat ko nemat samajhna aik mamooli baat nahi hai. aap ko zero pe jana padta hai, is halat mein jana padta hai jab ke aap non existent hon, phir aap wajood mein aa jayen.</w:t>
      </w:r>
    </w:p>
    <w:p>
      <w:pPr>
        <w:jc w:val="right"/>
      </w:pPr>
      <w:r>
        <w:t>لیکن نعمت کو نعمت سمجھنا ایک معمولی بات نہیں ہے۔ آپ کو زیرو پہ جانا پڑتا ہے، اس حالت میں جانا پڑتا ہے جب کہ آپ نان ایگزسٹنٹ ہوں، پھر آپ وجود میں آ جائیں۔</w:t>
      </w:r>
    </w:p>
    <w:p>
      <w:r>
        <w:rPr>
          <w:b/>
        </w:rPr>
        <w:t xml:space="preserve">[41:29] </w:t>
      </w:r>
      <w:r>
        <w:t>wahan jana padta hai jahan aap ke paas dekhne ki aankhein na hon. wahan jana padta hai, tab aap samajh paate hain ke dekhna aur aankh kya cheez hai.</w:t>
      </w:r>
    </w:p>
    <w:p>
      <w:pPr>
        <w:jc w:val="right"/>
      </w:pPr>
      <w:r>
        <w:t>وہاں جانا پڑتا ہے جہاں آپ کے پاس دیکھنے کی آنکھیں نہ ہوں۔ وہاں جانا پڑتا ہے، تب آپ سمجھ پاتے ہیں کہ دیکھنا اور آنکھ کیا چیز ہے۔</w:t>
      </w:r>
    </w:p>
    <w:p>
      <w:r>
        <w:rPr>
          <w:b/>
        </w:rPr>
        <w:t xml:space="preserve">[41:40] </w:t>
      </w:r>
      <w:r>
        <w:t>aap ko wahan jana padta hai jahan ke aap ke paas sochne ka dimagh na ho. phir aap samajh paate hain ke sochna kya cheez hai.</w:t>
      </w:r>
    </w:p>
    <w:p>
      <w:pPr>
        <w:jc w:val="right"/>
      </w:pPr>
      <w:r>
        <w:t>آپ کو وہاں جانا پڑتا ہے جہاں کہ آپ کے پاس سوچنے کا دماغ نہ ہو۔ پھر آپ سمجھ پاتے ہیں کہ سوچنا کیا چیز ہے۔</w:t>
      </w:r>
    </w:p>
    <w:p>
      <w:r>
        <w:rPr>
          <w:b/>
        </w:rPr>
        <w:t xml:space="preserve">[41:51] </w:t>
      </w:r>
      <w:r>
        <w:t>woh aap ko wahan jana padta hai jahan aap khana khayen, woh hazam na ho. tab aap samajh paate hain ke digestive system kya cheez hai. aap ko wahan jana padta hai jahan aap ki memory khatam ho gayi ho.</w:t>
      </w:r>
    </w:p>
    <w:p>
      <w:pPr>
        <w:jc w:val="right"/>
      </w:pPr>
      <w:r>
        <w:t>وہ آپ کو وہاں جانا پڑتا ہے جہاں آپ کھانا کھائیں، وہ ہضم نہ ہو۔ تب آپ سمجھ پاتے ہیں کہ ڈائجسٹو سسٹم کیا چیز ہے۔ آپ کو وہاں جانا پڑتا ہے جہاں آپ کی میموری ختم ہو گئی ہو۔</w:t>
      </w:r>
    </w:p>
    <w:p>
      <w:r>
        <w:rPr>
          <w:b/>
        </w:rPr>
        <w:t xml:space="preserve">[42:05] </w:t>
      </w:r>
      <w:r>
        <w:t>tab aap samajh sakte hain ke memory kitni bari nemat hai. to zero pe jana padta hai aap ko.</w:t>
      </w:r>
    </w:p>
    <w:p>
      <w:pPr>
        <w:jc w:val="right"/>
      </w:pPr>
      <w:r>
        <w:t>تب آپ سمجھ سکتے ہیں کہ میموری کتنی بڑی نعمت ہے۔ تو زیرو پہ جانا پڑتا ہے آپ کو۔</w:t>
      </w:r>
    </w:p>
    <w:p>
      <w:r>
        <w:rPr>
          <w:b/>
        </w:rPr>
        <w:t xml:space="preserve">[42:15] </w:t>
      </w:r>
      <w:r>
        <w:t>apne ko zero pe le jaiye. Swami Vivekanand aik martaba un ka lecture tha, kahin un se poocha gaya ke Hindu philosophy ka gist kya hai?</w:t>
      </w:r>
    </w:p>
    <w:p>
      <w:pPr>
        <w:jc w:val="right"/>
      </w:pPr>
      <w:r>
        <w:t>اپنے کو زیرو پہ لے جائیے۔ سوامی اویکانند ایک مرتبہ ان کا لیکچر تھا، کہیں ان سے پوچھا گیا کہ ہندو فلاسفی کا جست کیا ہے؟</w:t>
      </w:r>
    </w:p>
    <w:p>
      <w:r>
        <w:rPr>
          <w:b/>
        </w:rPr>
        <w:t xml:space="preserve">[42:27] </w:t>
      </w:r>
      <w:r>
        <w:t>Hindu philosophy ka khulasa kya hai? to black board tha wahan par. black board pe bohat bara zero likh diya unhon ne. zero</w:t>
      </w:r>
    </w:p>
    <w:p>
      <w:pPr>
        <w:jc w:val="right"/>
      </w:pPr>
      <w:r>
        <w:t>ہندو فلاسفی کا خلاصہ کیا ہے؟ تو بلیک بورڈ تھا وہاں پر۔ بلیک بورڈ پہ بہت بڑا زیرو لکھ دیا انہوں نے۔ زیرو</w:t>
      </w:r>
    </w:p>
    <w:p>
      <w:r>
        <w:rPr>
          <w:b/>
        </w:rPr>
        <w:t xml:space="preserve">[42:37] </w:t>
      </w:r>
      <w:r>
        <w:t>! to unhon ne kisi aur mafhoom mein yeh baat kahi thi, lekin main is ko apne sense mein leta hoon ke apne ko zero par le jaiye.</w:t>
      </w:r>
    </w:p>
    <w:p>
      <w:pPr>
        <w:jc w:val="right"/>
      </w:pPr>
      <w:r>
        <w:t>! تو انہوں نے کسی اور مفہوم میں یہ بات کہی تھی، لیکن میں اس کو اپنے سینس میں لیتا ہوں کہ اپنے کو زیرو پر لے جائیے۔</w:t>
      </w:r>
    </w:p>
    <w:p>
      <w:r>
        <w:rPr>
          <w:b/>
        </w:rPr>
        <w:t xml:space="preserve">[42:48] </w:t>
      </w:r>
      <w:r>
        <w:t>tab aap ko pata chalega ke kya nematein hain.</w:t>
      </w:r>
    </w:p>
    <w:p>
      <w:pPr>
        <w:jc w:val="right"/>
      </w:pPr>
      <w:r>
        <w:t>تب آپ کو پتہ چلے گا کہ کیا نعمتیں ہیں۔</w:t>
      </w:r>
    </w:p>
    <w:p>
      <w:r>
        <w:rPr>
          <w:b/>
        </w:rPr>
        <w:t xml:space="preserve">[42:54] </w:t>
      </w:r>
      <w:r>
        <w:t>ek mashhoor maqola hai ke "qadar-e-nemt baad-e-zawal-e-nemt". qadar-e-nemt baad-e-zawal-e-nemt, yaani nemt jab chhin jati hai, tab pata chalta hai ke nemt kitni</w:t>
      </w:r>
    </w:p>
    <w:p>
      <w:pPr>
        <w:jc w:val="right"/>
      </w:pPr>
      <w:r>
        <w:t>ایک مشہور مقولہ ہے کہ "قدر نعمت بعد زوال نعمت"۔ قدر نعمت بعد زوال نعمت، یعنی نعمت جب چھن جاتی ہے، تب پتہ چلتا ہے کہ نعمت کتنی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