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Doomsday Knocking at the Door (In Conversation with Maulana) April 18, 2010</w:t>
      </w:r>
    </w:p>
    <w:p>
      <w:r>
        <w:t>https://www.youtube.com/watch?v=oiRC9xnuP3M</w:t>
      </w:r>
    </w:p>
    <w:p>
      <w:r>
        <w:rPr>
          <w:b/>
        </w:rPr>
        <w:t xml:space="preserve">[00:10] </w:t>
      </w:r>
      <w:r>
        <w:t>This question is from Mr. Mehfuz from New Delhi. As per the Quran, are only Muslims entitled to enter Paradise?</w:t>
      </w:r>
    </w:p>
    <w:p>
      <w:pPr>
        <w:jc w:val="right"/>
      </w:pPr>
      <w:r>
        <w:t>This question is from Mr. Mehfuz from New Delhi. As per the Quran, are only Muslims entitled to enter Paradise?</w:t>
      </w:r>
    </w:p>
    <w:p>
      <w:r>
        <w:rPr>
          <w:b/>
        </w:rPr>
        <w:t xml:space="preserve">[00:22] </w:t>
      </w:r>
      <w:r>
        <w:t>What about those people who do good deeds, believe in one God, but at the same time do not believe in the Quran or Kalima?</w:t>
      </w:r>
    </w:p>
    <w:p>
      <w:pPr>
        <w:jc w:val="right"/>
      </w:pPr>
      <w:r>
        <w:t>What about those people who do good deeds, believe in one God, but at the same time do not believe in the Quran or Kalima?</w:t>
      </w:r>
    </w:p>
    <w:p>
      <w:r>
        <w:rPr>
          <w:b/>
        </w:rPr>
        <w:t xml:space="preserve">[00:34] </w:t>
      </w:r>
      <w:r>
        <w:t>Maulana, please explain.</w:t>
      </w:r>
    </w:p>
    <w:p>
      <w:pPr>
        <w:jc w:val="right"/>
      </w:pPr>
      <w:r>
        <w:t>مولانا، please explain.</w:t>
      </w:r>
    </w:p>
    <w:p>
      <w:r>
        <w:rPr>
          <w:b/>
        </w:rPr>
        <w:t xml:space="preserve">[00:36] </w:t>
      </w:r>
      <w:r>
        <w:t>dekhen, Muslim ka matlab Muslim qaum nahin hai. yeh jo Musalman qaum ek hai, ek billion zyada hai, yeh sab jannat mein chali jayegi, aisa kahin Quran mein nahin, hadith mein hai.</w:t>
      </w:r>
    </w:p>
    <w:p>
      <w:pPr>
        <w:jc w:val="right"/>
      </w:pPr>
      <w:r>
        <w:t>دیکھیں، مسلم کا مطلب مسلم قوم نہیں ہے۔ یہ جو مسلمان قوم ایک ہے، ایک بلین زیادہ ہے، یہ سب جنت میں چلی جائے گی، ایسا کہیں قرآن میں نہیں، حدیث میں ہے۔</w:t>
      </w:r>
    </w:p>
    <w:p>
      <w:r>
        <w:rPr>
          <w:b/>
        </w:rPr>
        <w:t xml:space="preserve">[00:48] </w:t>
      </w:r>
      <w:r>
        <w:t>yeh to khud sakhta aqeedah hai.</w:t>
      </w:r>
    </w:p>
    <w:p>
      <w:pPr>
        <w:jc w:val="right"/>
      </w:pPr>
      <w:r>
        <w:t>یہ تو خود ساختہ عقیدہ ہے۔</w:t>
      </w:r>
    </w:p>
    <w:p>
      <w:r>
        <w:rPr>
          <w:b/>
        </w:rPr>
        <w:t xml:space="preserve">[00:54] </w:t>
      </w:r>
      <w:r>
        <w:t>yeh khud sakhta aqeedah hai, yaani jannat Muslim qaum ke liye nahin hai.</w:t>
      </w:r>
    </w:p>
    <w:p>
      <w:pPr>
        <w:jc w:val="right"/>
      </w:pPr>
      <w:r>
        <w:t>یہ خود ساختہ عقیدہ ہے، یعنی جنت مسلم قوم کے لیے نہیں ہے۔</w:t>
      </w:r>
    </w:p>
    <w:p>
      <w:r>
        <w:rPr>
          <w:b/>
        </w:rPr>
        <w:t xml:space="preserve">[01:02] </w:t>
      </w:r>
      <w:r>
        <w:t>jannat un logon ke liye hai</w:t>
      </w:r>
    </w:p>
    <w:p>
      <w:pPr>
        <w:jc w:val="right"/>
      </w:pPr>
      <w:r>
        <w:t>جنت ان لوگوں کے لیے ہے</w:t>
      </w:r>
    </w:p>
    <w:p>
      <w:r>
        <w:rPr>
          <w:b/>
        </w:rPr>
        <w:t xml:space="preserve">[01:07] </w:t>
      </w:r>
      <w:r>
        <w:t>jo Khuda ki ma'rifat hasil karen, un ko Khuda ki discovery ho.</w:t>
      </w:r>
    </w:p>
    <w:p>
      <w:pPr>
        <w:jc w:val="right"/>
      </w:pPr>
      <w:r>
        <w:t>جو خدا کی معرفت حاصل کریں، ان کو خدا کی ڈسکوری ہو۔</w:t>
      </w:r>
    </w:p>
    <w:p>
      <w:r>
        <w:rPr>
          <w:b/>
        </w:rPr>
        <w:t xml:space="preserve">[01:23] </w:t>
      </w:r>
      <w:r>
        <w:t>koi qaum hai, koi race ya koi paidaishi nasal, is ka koi ta'alluq jannat se nahin hai, qat'an nahin hai.</w:t>
      </w:r>
    </w:p>
    <w:p>
      <w:pPr>
        <w:jc w:val="right"/>
      </w:pPr>
      <w:r>
        <w:t>کوئی قوم ہے، کوئی ریس یا کوئی پیدائشی نسل، اس کا کوئی تعلق جنت سے نہیں ہے، قطعاً نہیں ہے۔</w:t>
      </w:r>
    </w:p>
    <w:p>
      <w:r>
        <w:rPr>
          <w:b/>
        </w:rPr>
        <w:t xml:space="preserve">[01:35] </w:t>
      </w:r>
      <w:r>
        <w:t>dekhen, Islam ka aaghaz hota hai ma'rifat se, paidaish se nahin.</w:t>
      </w:r>
    </w:p>
    <w:p>
      <w:pPr>
        <w:jc w:val="right"/>
      </w:pPr>
      <w:r>
        <w:t>دیکھیں، اسلام کا آغاز ہوتا ہے معرفت سے، پیدائش سے نہیں۔</w:t>
      </w:r>
    </w:p>
    <w:p>
      <w:r>
        <w:rPr>
          <w:b/>
        </w:rPr>
        <w:t xml:space="preserve">[01:44] </w:t>
      </w:r>
      <w:r>
        <w:t>yaani Islam paidaish se nahin shuru hota, Islam ma'rifat se shuru hota hai.</w:t>
      </w:r>
    </w:p>
    <w:p>
      <w:pPr>
        <w:jc w:val="right"/>
      </w:pPr>
      <w:r>
        <w:t>یعنی اسلام پیدائش سے نہیں شروع ہوتا، اسلام معرفت سے شروع ہوتا ہے۔</w:t>
      </w:r>
    </w:p>
    <w:p>
      <w:r>
        <w:rPr>
          <w:b/>
        </w:rPr>
        <w:t xml:space="preserve">[01:52] </w:t>
      </w:r>
      <w:r>
        <w:t>har aadmi jo paida hua ho, chahe kisi bhi family mein paida hua ho, us ko re-discovery karna hai.</w:t>
      </w:r>
    </w:p>
    <w:p>
      <w:pPr>
        <w:jc w:val="right"/>
      </w:pPr>
      <w:r>
        <w:t>ہر آدمی جو پیدا ہوا ہو، چاہے کسی بھی فیملی میں پیدا ہوا ہو، اس کو ری ڈسکور کرنا ہے۔</w:t>
      </w:r>
    </w:p>
    <w:p>
      <w:r>
        <w:rPr>
          <w:b/>
        </w:rPr>
        <w:t xml:space="preserve">[02:01] </w:t>
      </w:r>
      <w:r>
        <w:t>uski apni apni discovery par uska faisla hoga. koi khandan, koi jama'at, koi race, is se kisi ki jannat ka faisla nahin hoga.</w:t>
      </w:r>
    </w:p>
    <w:p>
      <w:pPr>
        <w:jc w:val="right"/>
      </w:pPr>
      <w:r>
        <w:t>اس کی اپنی اپنی ڈسکوری پر اس کا فیصلہ ہوگا۔ کوئی خاندان، کوئی جماعت، کوئی ریس، اس سے کسی کی جنت کا فیصلہ نہیں ہوگا۔</w:t>
      </w:r>
    </w:p>
    <w:p>
      <w:r>
        <w:rPr>
          <w:b/>
        </w:rPr>
        <w:t xml:space="preserve">[02:14] </w:t>
      </w:r>
      <w:r>
        <w:t>ke chahe Muslim khandan mein koi paida hua ho ya ghair Muslim khandan mein paida hua ho, criteria ek hi hai, criteria do nahin hain. jo log apne ko Musalman samajhte hain, unhein bhi Quran mein kaha gaya: "Ya amanu, amanu!" ae logon, jo Muslim family mein paida hue ho, tum phir se iman lao.</w:t>
      </w:r>
    </w:p>
    <w:p>
      <w:pPr>
        <w:jc w:val="right"/>
      </w:pPr>
      <w:r>
        <w:t>کہ چاہے مسلم خاندان میں کوئی پیدا ہوا ہو یا غیر مسلم خاندان میں پیدا ہوا ہو، کرائٹیریا ایک ہی ہے، کرائٹیریا دو نہیں ہیں۔ جو لوگ اپنے کو مسلمان سمجھتے ہیں، انہیں بھی قرآن میں کہا گیا: "یا امنو، امنو!" اے لوگوں، جو مسلم فیملی میں پیدا ہوئے ہو، تم پھر سے ایمان لاؤ۔</w:t>
      </w:r>
    </w:p>
    <w:p>
      <w:r>
        <w:rPr>
          <w:b/>
        </w:rPr>
        <w:t xml:space="preserve">[02:35] </w:t>
      </w:r>
      <w:r>
        <w:t>ma'rifat wala iman dar chahiye, ma'rifat wala iman. yeh khandANI iman se nahin, koi koi qabool kar liya jayega Khuda ke haan.</w:t>
      </w:r>
    </w:p>
    <w:p>
      <w:pPr>
        <w:jc w:val="right"/>
      </w:pPr>
      <w:r>
        <w:t>معرفت والا ایمان در چاہیے، معرفت والا ایمان۔ یہ خاندانی ایمان سے نہیں، کوئی کوئی قبول کر لیا جائے گا خدا کے ہاں۔</w:t>
      </w:r>
    </w:p>
    <w:p>
      <w:r>
        <w:rPr>
          <w:b/>
        </w:rPr>
        <w:t xml:space="preserve">[02:48] </w:t>
      </w:r>
      <w:r>
        <w:t>yeh to bahut clear baat hai.</w:t>
      </w:r>
    </w:p>
    <w:p>
      <w:pPr>
        <w:jc w:val="right"/>
      </w:pPr>
      <w:r>
        <w:t>یہ تو بہت کلیئر بات ہے۔</w:t>
      </w:r>
    </w:p>
    <w:p>
      <w:r>
        <w:rPr>
          <w:b/>
        </w:rPr>
        <w:t xml:space="preserve">[02:55] </w:t>
      </w:r>
      <w:r>
        <w:t>This is another question which has come from Delhi. The person has not mentioned his name. The question is: Maulana, what steps we should take to prove that Muslims are not terrorists?</w:t>
      </w:r>
    </w:p>
    <w:p>
      <w:pPr>
        <w:jc w:val="right"/>
      </w:pPr>
      <w:r>
        <w:t>دس از انادر کوئسچن وچ از کم فرام دہلی۔ دی پرسن از ناٹ مینشن ہز نیم۔ دا کوئسچن از: مولانا، واٹ سٹیپس وی شوڈ ٹیک ٹو پروف دیٹ مسلمز ار ناٹ ٹیررسٹ؟</w:t>
      </w:r>
    </w:p>
    <w:p>
      <w:r>
        <w:rPr>
          <w:b/>
        </w:rPr>
        <w:t xml:space="preserve">[03:11] </w:t>
      </w:r>
      <w:r>
        <w:t>ke use of arms by agencies other than state.</w:t>
      </w:r>
    </w:p>
    <w:p>
      <w:pPr>
        <w:jc w:val="right"/>
      </w:pPr>
      <w:r>
        <w:t>کہ یوز اف ارمز بائی ایجنسیز ادر دین اسٹیٹ۔</w:t>
      </w:r>
    </w:p>
    <w:p>
      <w:r>
        <w:rPr>
          <w:b/>
        </w:rPr>
        <w:t xml:space="preserve">[03:19] </w:t>
      </w:r>
      <w:r>
        <w:t>yeh Islam ke mutabiq terrorism ki definition hai. sirf state authorized hai arm ko istemal karne ke liye.</w:t>
      </w:r>
    </w:p>
    <w:p>
      <w:pPr>
        <w:jc w:val="right"/>
      </w:pPr>
      <w:r>
        <w:t>یہ اسلام کے مطابق ٹیررزم کی ڈیفینیشن ہے۔ صرف اسٹیٹ اتھرائز ہے ارم کو استعمال کرنے کے لیے۔</w:t>
      </w:r>
    </w:p>
    <w:p>
      <w:r>
        <w:rPr>
          <w:b/>
        </w:rPr>
        <w:t xml:space="preserve">[03:31] </w:t>
      </w:r>
      <w:r>
        <w:t>fuqaha ka masla hai: "al-harb lil-imam" to declare a war is a prerogative of state. to jitne log jo hain, aaj violence kar rahe hain,</w:t>
      </w:r>
    </w:p>
    <w:p>
      <w:pPr>
        <w:jc w:val="right"/>
      </w:pPr>
      <w:r>
        <w:t>فقہاء کا مسئلہ ہے: "الرحیل للامام" ٹو ڈیکلیئر ا وار از ا پراگٹیو اف اسٹیٹ۔ تو جتنے لوگ جو ہیں، اج وائیلنس کر رہے ہیں،</w:t>
      </w:r>
    </w:p>
    <w:p>
      <w:r>
        <w:rPr>
          <w:b/>
        </w:rPr>
        <w:t xml:space="preserve">[03:46] </w:t>
      </w:r>
      <w:r>
        <w:t>gun ka chala rahe hain, bomb ka chala rahe hain, suicide bombing kar rahe hain, woh sab kaun</w:t>
      </w:r>
    </w:p>
    <w:p>
      <w:pPr>
        <w:jc w:val="right"/>
      </w:pPr>
      <w:r>
        <w:t>گن کا چلا رہے ہیں، بم کا چلا رہے ہیں، سویئر بمبنگ کر رہے ہیں، وہ سب کون</w:t>
      </w:r>
    </w:p>
    <w:p>
      <w:r>
        <w:rPr>
          <w:b/>
        </w:rPr>
        <w:t xml:space="preserve">[03:50] </w:t>
      </w:r>
      <w:r>
        <w:t>log hain? state to hai nahin, woh non-governmental organizations hain. to un ko to right hi nahin hai. yeh to terrorism hai.</w:t>
      </w:r>
    </w:p>
    <w:p>
      <w:pPr>
        <w:jc w:val="right"/>
      </w:pPr>
      <w:r>
        <w:t>لوگ ہیں؟ اسٹیٹ تو ہے نہیں، وہ نان گورنمنٹل ارگنائزیشنز ہیں۔ تو ان کو تو رائٹ ہی نہیں ہے۔ یہ تو ٹیررزم ہے۔</w:t>
      </w:r>
    </w:p>
    <w:p>
      <w:r>
        <w:rPr>
          <w:b/>
        </w:rPr>
        <w:t xml:space="preserve">[04:03] </w:t>
      </w:r>
      <w:r>
        <w:t>to Musalmanon ko arm ko jo other than state jo groups hain, un ko apne haram samajhna chahiye arm ke istemal ko.</w:t>
      </w:r>
    </w:p>
    <w:p>
      <w:pPr>
        <w:jc w:val="right"/>
      </w:pPr>
      <w:r>
        <w:t>تو مسلمانوں کو ارم کو جو ادر دین اسٹیٹ جو گروپ ہیں، ان کو اپنے حرام سمجھنا چاہیے ارم کے استعمال کو۔</w:t>
      </w:r>
    </w:p>
    <w:p>
      <w:r>
        <w:rPr>
          <w:b/>
        </w:rPr>
        <w:t xml:space="preserve">[04:15] </w:t>
      </w:r>
      <w:r>
        <w:t>ko haraam. un ke liye jo open hai, woh peaceful method. peaceful tareeqay se kaam karen, woh jis tarah hum kar rahay hain.</w:t>
      </w:r>
    </w:p>
    <w:p>
      <w:pPr>
        <w:jc w:val="right"/>
      </w:pPr>
      <w:r>
        <w:t>کو حرام۔ ان کے لیے جو اوپن ہے، وہ پیس فل میتھڈ۔ پیس فل طریقے سے کام کریں، وہ جس طرح ہم کر رہے ہیں۔</w:t>
      </w:r>
    </w:p>
    <w:p>
      <w:r>
        <w:rPr>
          <w:b/>
        </w:rPr>
        <w:t xml:space="preserve">[04:24] </w:t>
      </w:r>
      <w:r>
        <w:t>hum bhi to kaam kar rahay hain Islam ke liye.</w:t>
      </w:r>
    </w:p>
    <w:p>
      <w:pPr>
        <w:jc w:val="right"/>
      </w:pPr>
      <w:r>
        <w:t>ہم بھی تو کام کر رہے ہیں اسلام کے لیے۔</w:t>
      </w:r>
    </w:p>
    <w:p>
      <w:r>
        <w:rPr>
          <w:b/>
        </w:rPr>
        <w:t xml:space="preserve">[04:28] </w:t>
      </w:r>
      <w:r>
        <w:t>hum bhi Islam ke liye kaam kar rahay hain. saari zindagi hum ne Islam ke liye laga rakhi hai. poori zindagi hum ne hamaray sathiyon ne Islam ke liye laga rakhi hai.</w:t>
      </w:r>
    </w:p>
    <w:p>
      <w:pPr>
        <w:jc w:val="right"/>
      </w:pPr>
      <w:r>
        <w:t>ہم بھی اسلام کے لیے کام کر رہے ہیں۔ ساری زندگی ہم نے اسلام کے لیے لگا رکھی ہے۔ پوری زندگی ہم نے ہمارے ساتھیوں نے اسلام کے لیے لگا رکھی ہے۔</w:t>
      </w:r>
    </w:p>
    <w:p>
      <w:r>
        <w:rPr>
          <w:b/>
        </w:rPr>
        <w:t xml:space="preserve">[04:38] </w:t>
      </w:r>
      <w:r>
        <w:t>hum peaceful tareeqay se kaam kar rahay hain. aap bhi kijiye.</w:t>
      </w:r>
    </w:p>
    <w:p>
      <w:pPr>
        <w:jc w:val="right"/>
      </w:pPr>
      <w:r>
        <w:t>ہم پیس فل طریقے سے کام کر رہے ہیں۔ آپ بھی کیجئے۔</w:t>
      </w:r>
    </w:p>
    <w:p>
      <w:r>
        <w:rPr>
          <w:b/>
        </w:rPr>
        <w:t xml:space="preserve">[04:44] </w:t>
      </w:r>
      <w:r>
        <w:t>to Islam ke liye peaceful tareeqay se kaam karna yahi aik hi option hai. aap violence ka option hi nahi hai. saray se state defence ke tor par arm use kar sakti hai state,</w:t>
      </w:r>
    </w:p>
    <w:p>
      <w:pPr>
        <w:jc w:val="right"/>
      </w:pPr>
      <w:r>
        <w:t>تو اسلام کے لیے پیس فل طریقے سے کام کرنا یہی ایک ہی آپشن ہے۔ آپ وائیلنس کا آپشن ہی نہیں ہے۔ سرے سے اسٹیٹ ڈیفنس کے طور پر ارم یوز کر سکتی ہے اسٹیٹ،</w:t>
      </w:r>
    </w:p>
    <w:p>
      <w:r>
        <w:rPr>
          <w:b/>
        </w:rPr>
        <w:t xml:space="preserve">[04:58] </w:t>
      </w:r>
      <w:r>
        <w:t>lekin afraad ya group non governmental organizations, in ko haq hi nahi hai bilkul. to is maamlay mein idhar udhar ki baat karna bilkul be maani hai.</w:t>
      </w:r>
    </w:p>
    <w:p>
      <w:pPr>
        <w:jc w:val="right"/>
      </w:pPr>
      <w:r>
        <w:t>لیکن افراد یا گروپ نان گورنمنٹل ارگنائزیشنز، ان کو حق ہی نہیں ہے بالکل۔ تو اس معاملے میں ادھر ادھر کی بات کرنا بالکل بے معنی ہے۔</w:t>
      </w:r>
    </w:p>
    <w:p>
      <w:r>
        <w:rPr>
          <w:b/>
        </w:rPr>
        <w:t xml:space="preserve">[05:10] </w:t>
      </w:r>
      <w:r>
        <w:t>sirf seedhi baat kehna chahiye, seedhi baat keh arm ka istemaal chodo, kyunkay woh tumhara right nahi hai. is ka koi yeh samajhta hai ke arm ke baghair kaam nahi chalay ga, to state se kahe:</w:t>
      </w:r>
    </w:p>
    <w:p>
      <w:pPr>
        <w:jc w:val="right"/>
      </w:pPr>
      <w:r>
        <w:t>صرف سیدھی بات کہنا چاہیے، سیدھی بات کہ ارم کا استعمال چھوڑو، کیونکہ وہ تمہارا رائٹ نہیں ہے۔ اس کا کوئی یہ سمجھتا ہے کہ ارم کے بغیر کام نہیں چلے گا، تو اسٹیٹ سے کہے:</w:t>
      </w:r>
    </w:p>
    <w:p>
      <w:r>
        <w:rPr>
          <w:b/>
        </w:rPr>
        <w:t xml:space="preserve">[05:23] </w:t>
      </w:r>
      <w:r>
        <w:t>"57 Muslim states hain, un se ja kar kahiye, aap ko kya haq hai istemaal karne ka</w:t>
      </w:r>
    </w:p>
    <w:p>
      <w:pPr>
        <w:jc w:val="right"/>
      </w:pPr>
      <w:r>
        <w:t>"57 مسلم اسٹیٹس ہیں، ان سے جا کر کہیے، آپ کو کیا حق ہے استعمال کرنے کا</w:t>
      </w:r>
    </w:p>
    <w:p>
      <w:r>
        <w:rPr>
          <w:b/>
        </w:rPr>
        <w:t xml:space="preserve">[05:29] </w:t>
      </w:r>
      <w:r>
        <w:t>?"</w:t>
      </w:r>
    </w:p>
    <w:p>
      <w:pPr>
        <w:jc w:val="right"/>
      </w:pPr>
      <w:r>
        <w:t>؟"</w:t>
      </w:r>
    </w:p>
    <w:p>
      <w:r>
        <w:rPr>
          <w:b/>
        </w:rPr>
        <w:t xml:space="preserve">[05:32] </w:t>
      </w:r>
      <w:r>
        <w:t>farz kijiye ke yahin par aik road par aik waqea ho jaye, to aap ko sirf yeh right hai ke aap police ko agar kahein, khud aap maan'nay lagen, to aap ko right nahi hai.</w:t>
      </w:r>
    </w:p>
    <w:p>
      <w:pPr>
        <w:jc w:val="right"/>
      </w:pPr>
      <w:r>
        <w:t>فرض کیجئے کہ یہیں پر ایک روڈ پر ایک واقعہ ہو جائے، تو آپ کو صرف یہ رائٹ ہے کہ آپ پولیس کو اگر کہیں، خود آپ ماننے لگیں، تو آپ کو رائٹ نہیں ہے۔</w:t>
      </w:r>
    </w:p>
    <w:p>
      <w:r>
        <w:rPr>
          <w:b/>
        </w:rPr>
        <w:t xml:space="preserve">[05:43] </w:t>
      </w:r>
      <w:r>
        <w:t>yeh aap khud nahi maar sakte. police pakray gi, police maare gi, jo bhi check kare gi. yeh maamla Islam mein hai ke agar aap samajhte hain ke kahin aisi baat ho rahi ho jo theek nahi hai, to aap peaceful tareeqay se chochayee kijiye.</w:t>
      </w:r>
    </w:p>
    <w:p>
      <w:pPr>
        <w:jc w:val="right"/>
      </w:pPr>
      <w:r>
        <w:t>یہ آپ خود نہیں مار سکتے۔ پولیس پکڑے گی، پولیس مارے گی، جو بھی چیک کرے گی۔ یہ معاملہ اسلام میں ہے کہ اگر آپ سمجھتے ہیں کہ کہیں ایسی بات ہو رہی ہو جو ٹھیک نہیں ہے، تو آپ پیس فل طریقے سے چوچائی کیجئے۔</w:t>
      </w:r>
    </w:p>
    <w:p>
      <w:r>
        <w:rPr>
          <w:b/>
        </w:rPr>
        <w:t xml:space="preserve">[05:59] </w:t>
      </w:r>
      <w:r>
        <w:t>agar aap samajhte hain ke arm istemaal karna chahiye, to phir ja kar state se kahiye, 57 Muslim country se kahiye, aur koi option is maamlay mein nahi hai Musalmanon ke liye.</w:t>
      </w:r>
    </w:p>
    <w:p>
      <w:pPr>
        <w:jc w:val="right"/>
      </w:pPr>
      <w:r>
        <w:t>اگر آپ سمجھتے ہیں کہ ارم استعمال کرنا چاہیے، تو پھر جا کے اسٹیٹ سے کہیے، 57 مسلم کنٹری سے کہیے، اور کوئی آپشن اس معاملے میں نہیں ہے مسلمانوں کے لیے۔</w:t>
      </w:r>
    </w:p>
    <w:p>
      <w:r>
        <w:rPr>
          <w:b/>
        </w:rPr>
        <w:t xml:space="preserve">[06:14] </w:t>
      </w:r>
      <w:r>
        <w:t>das question is from Maulana Abdul Basit from Doha. Maulana, cheezon ko for granted lenay ka matlab kya hai aur is ka ilaaj kya hai</w:t>
      </w:r>
    </w:p>
    <w:p>
      <w:pPr>
        <w:jc w:val="right"/>
      </w:pPr>
      <w:r>
        <w:t>دس کوئسچن از فرام مولانا عبدالباسط فرام دوحہ۔ مولانا، چیزوں کو فار گرانٹڈ لینے کا مطلب کیا ہے اور اس کا علاج کیا ہے</w:t>
      </w:r>
    </w:p>
    <w:p>
      <w:r>
        <w:rPr>
          <w:b/>
        </w:rPr>
        <w:t xml:space="preserve">[06:28] </w:t>
      </w:r>
      <w:r>
        <w:t>? mil rahi hai. bas jaisay suraj nikal raha hai, to bas nikal raha hai. niklay hi ga. woh</w:t>
      </w:r>
    </w:p>
    <w:p>
      <w:pPr>
        <w:jc w:val="right"/>
      </w:pPr>
      <w:r>
        <w:t>؟ مل رہی ہے۔ بس جیسے سورج نکل رہا ہے، تو بس نکل رہا ہے۔ نکلے ہی گا۔ وہ</w:t>
      </w:r>
    </w:p>
    <w:p>
      <w:r>
        <w:rPr>
          <w:b/>
        </w:rPr>
        <w:t xml:space="preserve">[06:37] </w:t>
      </w:r>
      <w:r>
        <w:t>hum khana khate hain, hazam ho jata hai. bas woh to ho nahi hona hai. yeh yeh mughaffal zindagi guzaarna, jis ko mein yeh keh sakta hoon ke mughaffal zindagi guzaarna, samajhna ke samajh lena ke jo ho raha hai, woh to bas hota hi rahay ga.</w:t>
      </w:r>
    </w:p>
    <w:p>
      <w:pPr>
        <w:jc w:val="right"/>
      </w:pPr>
      <w:r>
        <w:t>ہم کھانا کھاتے ہیں، ہضم ہو جاتا ہے۔ بس وہ تو ہو نہیں ہونا ہے۔ یہ یہ مغفل زندگی گزارنا، جس کو میں یہ کہہ سکتا ہوں کہ مغفل زندگی گزارنا، سمجھنا کہ سمجھ لینا کہ جو ہو رہا ہے، وہ تو بس ہوتا ہی رہے گا۔</w:t>
      </w:r>
    </w:p>
    <w:p>
      <w:r>
        <w:rPr>
          <w:b/>
        </w:rPr>
        <w:t xml:space="preserve">[06:53] </w:t>
      </w:r>
      <w:r>
        <w:t>to yeh for granted jo le lein ge, to un ke andar kya hoga?</w:t>
      </w:r>
    </w:p>
    <w:p>
      <w:pPr>
        <w:jc w:val="right"/>
      </w:pPr>
      <w:r>
        <w:t>تو یہ فار گرانٹڈ جو لے لیں گے، تو ان کے اندر کیا ہوگا؟</w:t>
      </w:r>
    </w:p>
    <w:p>
      <w:r>
        <w:rPr>
          <w:b/>
        </w:rPr>
        <w:t xml:space="preserve">[06:58] </w:t>
      </w:r>
      <w:r>
        <w:t>shukr ka jazba paida nahi hoga.</w:t>
      </w:r>
    </w:p>
    <w:p>
      <w:pPr>
        <w:jc w:val="right"/>
      </w:pPr>
      <w:r>
        <w:t>شکر کا جذبہ پیدا نہیں ہوگا۔</w:t>
      </w:r>
    </w:p>
    <w:p>
      <w:r>
        <w:rPr>
          <w:b/>
        </w:rPr>
        <w:t xml:space="preserve">[07:05] </w:t>
      </w:r>
      <w:r>
        <w:t>shukr ka jazba jab paida hota hai, jab aap samjhein ke Allah Ta'ala ki taraf se hai. yeh</w:t>
      </w:r>
    </w:p>
    <w:p>
      <w:pPr>
        <w:jc w:val="right"/>
      </w:pPr>
      <w:r>
        <w:t>شکر کا جذبہ جب پیدا ہوتا ہے، جب آپ سمجھیں کہ اللہ تعالی کی طرف سے ہے۔ یہ</w:t>
      </w:r>
    </w:p>
    <w:p>
      <w:r>
        <w:rPr>
          <w:b/>
        </w:rPr>
        <w:t xml:space="preserve">[07:11] </w:t>
      </w:r>
      <w:r>
        <w:t>yani pani bhi agar mein piyoon, to mujhe ehsaas ho ke pani ka aik aik boond jo hai, Allah ne paida kiya hai, tab mujhe mil raha hai. ab mein samjoon ke bas pani to hai, woh tha maujood, mein ne glass bhi le liya aur mein pee raha hoon.</w:t>
      </w:r>
    </w:p>
    <w:p>
      <w:pPr>
        <w:jc w:val="right"/>
      </w:pPr>
      <w:r>
        <w:t>یعنی پانی بھی اگر میں پیوں، تو مجھے احساس ہو کہ پانی کا ایک ایک بوند جو ہے، اللہ نے پیدا کیا ہے، تب مجھے مل رہا ہے۔ اب میں سمجھوں کہ بس پانی تو ہے، وہ تھا موجود، میں نے گلاس بھی لے لیا اور میں پی رہا ہوں۔</w:t>
      </w:r>
    </w:p>
    <w:p>
      <w:r>
        <w:rPr>
          <w:b/>
        </w:rPr>
        <w:t xml:space="preserve">[07:27] </w:t>
      </w:r>
      <w:r>
        <w:t>yeh hai for granted. to jo log is tarah lein ge cheezon ko mughaffal tareeqay se, woh shukr se mehroom rahein ge.</w:t>
      </w:r>
    </w:p>
    <w:p>
      <w:pPr>
        <w:jc w:val="right"/>
      </w:pPr>
      <w:r>
        <w:t>یہ ہے فار گرانٹڈ۔ تو جو لوگ اس طرح لیں گے چیزوں کو مغفل طریقے سے، وہ شکر سے محروم رہیں گے۔</w:t>
      </w:r>
    </w:p>
    <w:p>
      <w:r>
        <w:rPr>
          <w:b/>
        </w:rPr>
        <w:t xml:space="preserve">[07:43] </w:t>
      </w:r>
      <w:r>
        <w:t>das question is from Mr Arshad Jamal from New Delhi. what is the concept of the number seven eight six?</w:t>
      </w:r>
    </w:p>
    <w:p>
      <w:pPr>
        <w:jc w:val="right"/>
      </w:pPr>
      <w:r>
        <w:t>دس کوئسچن از فرام مسٹر ارشد جمال فرام نیو دہلی۔ واٹ از دا کانسیپٹ اف دی نمبر سیون ایٹ سکس؟</w:t>
      </w:r>
    </w:p>
    <w:p>
      <w:r>
        <w:rPr>
          <w:b/>
        </w:rPr>
        <w:t xml:space="preserve">[07:55] </w:t>
      </w:r>
      <w:r>
        <w:t>does it have any relation with Islam</w:t>
      </w:r>
    </w:p>
    <w:p>
      <w:pPr>
        <w:jc w:val="right"/>
      </w:pPr>
      <w:r>
        <w:t>ڈز اٹ ہیو اینی ریلیشن ود اسلام</w:t>
      </w:r>
    </w:p>
    <w:p>
      <w:r>
        <w:rPr>
          <w:b/>
        </w:rPr>
        <w:t xml:space="preserve">[07:59] </w:t>
      </w:r>
      <w:r>
        <w:t>? is ka Islam se koi talluq nahi hai. yeh to superstition hai.</w:t>
      </w:r>
    </w:p>
    <w:p>
      <w:pPr>
        <w:jc w:val="right"/>
      </w:pPr>
      <w:r>
        <w:t>؟ اس کا اسلام سے کوئی تعلق نہیں ہے۔ یہ تو سپریسیشن ہے۔</w:t>
      </w:r>
    </w:p>
    <w:p>
      <w:r>
        <w:rPr>
          <w:b/>
        </w:rPr>
        <w:t xml:space="preserve">[08:05] </w:t>
      </w:r>
      <w:r>
        <w:t>786 jo gaari pe likhte hain aur mobile pe karte hain aur kya karte hain, yeh sab bilkul superstition hai. yeh Yahudiyon se aaya hai.</w:t>
      </w:r>
    </w:p>
    <w:p>
      <w:pPr>
        <w:jc w:val="right"/>
      </w:pPr>
      <w:r>
        <w:t>786 جو گاڑی پہ لکھتے ہیں اور موبائل پہ کرتے ہیں اور کیا کرتے ہیں، یہ سب بالکل سپریسیشن ہے۔ یہ یہودیوں سے آیا ہے۔</w:t>
      </w:r>
    </w:p>
    <w:p>
      <w:r>
        <w:rPr>
          <w:b/>
        </w:rPr>
        <w:t xml:space="preserve">[08:15] </w:t>
      </w:r>
      <w:r>
        <w:t>ab to Yahudiyon ne chhod diya hai, ab Musalman in ko pakray hue hain. dekhein, jo jo yeh hain, alphabets hain.</w:t>
      </w:r>
    </w:p>
    <w:p>
      <w:pPr>
        <w:jc w:val="right"/>
      </w:pPr>
      <w:r>
        <w:t>اب تو یہودیوں نے چھوڑ دیا ہے، اب مسلمان ان کو پکڑے ہوئے ہیں۔ دیکھیں، جو جو یہ ہیں، الفابیٹس ہیں۔</w:t>
      </w:r>
    </w:p>
    <w:p>
      <w:r>
        <w:rPr>
          <w:b/>
        </w:rPr>
        <w:t xml:space="preserve">[08:24] </w:t>
      </w:r>
      <w:r>
        <w:t>alfabets a b c d. aisay alfabets jo arabic ke hain, to un ka aik tateeb banai gai hai. abdat habaz hatta qalba sahibaht quraish sakht zada.</w:t>
      </w:r>
    </w:p>
    <w:p>
      <w:pPr>
        <w:jc w:val="right"/>
      </w:pPr>
      <w:r>
        <w:t>الفابیٹس اے بی سی ڈی۔ ایسے الفابیٹس جو عربک کے ہیں، تو ان کا ایک ترتیب بنائی گئی ہے۔ عبدت حبز حتی قلبا صاحبت قرش سخت زدہ۔</w:t>
      </w:r>
    </w:p>
    <w:p>
      <w:r>
        <w:rPr>
          <w:b/>
        </w:rPr>
        <w:t xml:space="preserve">[08:36] </w:t>
      </w:r>
      <w:r>
        <w:t>yeh hai to is ki ginti banai gai hai. aik se das tak chalti hai, das ke pas so tak chalti hai, phir hazar tak chalti hai.</w:t>
      </w:r>
    </w:p>
    <w:p>
      <w:pPr>
        <w:jc w:val="right"/>
      </w:pPr>
      <w:r>
        <w:t>یہ ہے تو اس کی گنتی بنائی گئی ہے۔ ایک سے دس تک چلتی ہے، دس کے پاس سو تک چلتی ہے، پھر ہزار تک چلتی ہے۔</w:t>
      </w:r>
    </w:p>
    <w:p>
      <w:r>
        <w:rPr>
          <w:b/>
        </w:rPr>
        <w:t xml:space="preserve">[08:48] </w:t>
      </w:r>
      <w:r>
        <w:t>is tarah hota hai. to yeh bismillah rahman rahim ke jo letters hain, un ko le kar ginti banai gai hai.</w:t>
      </w:r>
    </w:p>
    <w:p>
      <w:pPr>
        <w:jc w:val="right"/>
      </w:pPr>
      <w:r>
        <w:t>اس طرح ہوتا ہے۔ تو یہ بسم اللہ الرحمن الرحیم کے جو لیٹرز ہیں، ان کو لے کر گنتی بنائی گئی ہے۔</w:t>
      </w:r>
    </w:p>
    <w:p>
      <w:r>
        <w:rPr>
          <w:b/>
        </w:rPr>
        <w:t xml:space="preserve">[08:58] </w:t>
      </w:r>
      <w:r>
        <w:t>786 yeh yahoodi karte thay. aisa woh musalman le liya. yahudion ne chor diya. ab musalman pakre hue hain. bas 786 jo hai, is ka kuch bhi taluq nahi islam se hai, na haqiqat se hai, na aqal se hai, na science se.</w:t>
      </w:r>
    </w:p>
    <w:p>
      <w:pPr>
        <w:jc w:val="right"/>
      </w:pPr>
      <w:r>
        <w:t>786 یہ یہودی کرتے تھے۔ ایسا وہ مسلمان لے لیا۔ یہودیوں نے چھوڑ دیا۔ اب مسلمان پکڑے ہوئے ہیں۔ بس 786 جو ہے، اس کا کچھ بھی تعلق نہیں اسلام سے ہے، نہ حقیقت سے ہے، نہ عقل سے ہے، نہ سائنس سے۔</w:t>
      </w:r>
    </w:p>
    <w:p>
      <w:r>
        <w:rPr>
          <w:b/>
        </w:rPr>
        <w:t xml:space="preserve">[09:12] </w:t>
      </w:r>
      <w:r>
        <w:t>is ke oper yeh yeh 100 fisad spression hai. yeh is mein koi shaq nahi hai.</w:t>
      </w:r>
    </w:p>
    <w:p>
      <w:pPr>
        <w:jc w:val="right"/>
      </w:pPr>
      <w:r>
        <w:t>اس کے اوپر یہ یہ 100 فیصد سپریسیشن ہے۔ یہ اس میں کوئی شک نہیں ہے۔</w:t>
      </w:r>
    </w:p>
    <w:p>
      <w:r>
        <w:rPr>
          <w:b/>
        </w:rPr>
        <w:t xml:space="preserve">[09:21] </w:t>
      </w:r>
      <w:r>
        <w:t>he is anader question. maulana, he is written: "where can we get the knowledge of sifat alhaiya?" please identify resources in urdu language, if available.</w:t>
      </w:r>
    </w:p>
    <w:p>
      <w:pPr>
        <w:jc w:val="right"/>
      </w:pPr>
      <w:r>
        <w:t>ہی از انادر کوئسچن۔ مولانا، ہی از رٹن: "ویئر کین وی گیٹ دی نالج اف صفات الہیہ؟" پلیز ائیڈینٹیفائی ریسورسز ان اردو لینگویج، اف اویلیبل۔</w:t>
      </w:r>
    </w:p>
    <w:p>
      <w:r>
        <w:rPr>
          <w:b/>
        </w:rPr>
        <w:t xml:space="preserve">[09:36] </w:t>
      </w:r>
      <w:r>
        <w:t>hamari kitaben parhiye. main to apni kitaben keh sakta hoon aap ko ke doosri kitabon mein confusion bohat ziyada hota hai. hamara maan monthly magazine nikalta hai, risala hai, is ko parhiye.</w:t>
      </w:r>
    </w:p>
    <w:p>
      <w:pPr>
        <w:jc w:val="right"/>
      </w:pPr>
      <w:r>
        <w:t>ہماری کتابیں پڑھیے۔ میں تو اپنی کتابیں کہہ سکتا ہوں آپ کو کہ دوسری کتابوں میں کنفیوژن بہت زیادہ ہوتا ہے۔ ہمارا مان منتھلی میگزین نکلتا ہے، رسالہ ہے، اس کو پڑھیے۔</w:t>
      </w:r>
    </w:p>
    <w:p>
      <w:r>
        <w:rPr>
          <w:b/>
        </w:rPr>
        <w:t xml:space="preserve">[09:48] </w:t>
      </w:r>
      <w:r>
        <w:t>hamari tafsir parhiye. baqi doosron ki kitaben nahi bata sakta main. main apni kitaben bata sakta hoon aap ko. hamari 200 kitaben hain, un ko parhiye.</w:t>
      </w:r>
    </w:p>
    <w:p>
      <w:pPr>
        <w:jc w:val="right"/>
      </w:pPr>
      <w:r>
        <w:t>ہماری تفسیر پڑھیے۔ باقی دوسروں کی کتابیں نہیں بتا سکتا میں۔ میں اپنی کتابیں بتا سکتا ہوں آپ کو۔ ہماری 200 کتابیں ہیں، ان کو پڑھیے۔</w:t>
      </w:r>
    </w:p>
    <w:p>
      <w:r>
        <w:rPr>
          <w:b/>
        </w:rPr>
        <w:t xml:space="preserve">[09:59] </w:t>
      </w:r>
      <w:r>
        <w:t>doosron ki kitaben parhna hai aap ko, to aap dhoond ja ke poochein. inhi logon se poochein. doosre log, hum to nahi bata sakte. hum to yahi kahengay ke hamari kitaben parhiye, kyun ke hum samajhte hain ke doosri kitabon mein confusion hai.</w:t>
      </w:r>
    </w:p>
    <w:p>
      <w:pPr>
        <w:jc w:val="right"/>
      </w:pPr>
      <w:r>
        <w:t>دوسروں کی کتابیں پڑھنا ہے آپ کو، تو آپ ڈھونڈ جا کے پوچھیں۔ انہی لوگوں سے پوچھئے۔ دوسرے لوگ، ہم تو نہیں بتا سکتے۔ ہم تو یہی کہیں گے کہ ہماری کتابیں پڑھیے، کیونکہ ہم سمجھتے ہیں کہ دوسری کتابوں میں کنفیوژن ہے۔</w:t>
      </w:r>
    </w:p>
    <w:p>
      <w:r>
        <w:rPr>
          <w:b/>
        </w:rPr>
        <w:t xml:space="preserve">[10:11] </w:t>
      </w:r>
      <w:r>
        <w:t>is wajah se hum yahi kahengay ke hamari kitaben parhiye aur hamari magazine parhiye. aik aik baqayda isi par aik brochure chapa tha, ism e azam aur asma ul husna.</w:t>
      </w:r>
    </w:p>
    <w:p>
      <w:pPr>
        <w:jc w:val="right"/>
      </w:pPr>
      <w:r>
        <w:t>اس وجہ سے ہم یہی کہیں گے کہ ہماری کتابیں پڑھیے اور ہماری میگزین پڑھیے۔ ایک ایک باقاعدہ اسی پر ایک برچر چھپا تھا، اسم اعظم اور اسمائے حسنی۔</w:t>
      </w:r>
    </w:p>
    <w:p>
      <w:r>
        <w:rPr>
          <w:b/>
        </w:rPr>
        <w:t xml:space="preserve">[10:24] </w:t>
      </w:r>
      <w:r>
        <w:t>is ko aap parh sakte hain. woh internet par maujood hai. internet se parh sakte hain aap. hamari kitaben aur risala jo nikalta hai na, yeh sab internet par hota hai.</w:t>
      </w:r>
    </w:p>
    <w:p>
      <w:pPr>
        <w:jc w:val="right"/>
      </w:pPr>
      <w:r>
        <w:t>اس کو آپ پڑھ سکتے ہیں۔ وہ انٹرنیٹ پر موجود ہے۔ انٹرنیٹ سے پڑھ سکتے ہیں آپ۔ ہماری کتابیں اور رسالہ جو نکلتا ہے نا، یہ سب انٹرنیٹ پر ہوتا ہے۔</w:t>
      </w:r>
    </w:p>
    <w:p>
      <w:r>
        <w:rPr>
          <w:b/>
        </w:rPr>
        <w:t xml:space="preserve">[10:32] </w:t>
      </w:r>
      <w:r>
        <w:t>har mahine aap ya to khareed kar parhiye, nahi to internet par parh sakte hain aap.</w:t>
      </w:r>
    </w:p>
    <w:p>
      <w:pPr>
        <w:jc w:val="right"/>
      </w:pPr>
      <w:r>
        <w:t>ہر مہینے آپ یا تو خرید کر پڑھیے، نہیں تو انٹرنیٹ پر پڑھ سکتے ہیں آپ۔</w:t>
      </w:r>
    </w:p>
    <w:p>
      <w:r>
        <w:rPr>
          <w:b/>
        </w:rPr>
        <w:t xml:space="preserve">[10:43] </w:t>
      </w:r>
      <w:r>
        <w:t>das question is from miss najma siddiqui from delhi. what could be the fate of people like swami vivekananda, who acknowledges god's blessings in the real sense, but not necessarily believe in oneness of god?</w:t>
      </w:r>
    </w:p>
    <w:p>
      <w:pPr>
        <w:jc w:val="right"/>
      </w:pPr>
      <w:r>
        <w:t>دس کوئسچن از فرام مس نجمہ صدیقی فرام دہلی۔ واٹ کڈ بی دا فیٹ اف پیپل لائک سوامی وویکانندہ، ہو ایکنالجز گاڈز بلیسنگز ان دا ریئل سینس، بٹ ناٹ نیسیسری بیلیو ان وننس اف گاڈ؟</w:t>
      </w:r>
    </w:p>
    <w:p>
      <w:r>
        <w:rPr>
          <w:b/>
        </w:rPr>
        <w:t xml:space="preserve">[11:04] </w:t>
      </w:r>
      <w:r>
        <w:t>dekhein, main swami karam ki qadar karta hoon. unhon ne main ne parha hai un ki kai cheezein, lekin un ka jo nazariya hai, woh toheed ka nazariya nahi hai.</w:t>
      </w:r>
    </w:p>
    <w:p>
      <w:pPr>
        <w:jc w:val="right"/>
      </w:pPr>
      <w:r>
        <w:t>دیکھیں، میں سوامی کرنن کی قدر کرتا ہوں۔ انہوں نے میں نے پڑھا ہے ان کی کئی چیزیں، لیکن ان کا جو نظریہ ہے، وہ توحید کا نظریہ نہیں ہے۔</w:t>
      </w:r>
    </w:p>
    <w:p>
      <w:r>
        <w:rPr>
          <w:b/>
        </w:rPr>
        <w:t xml:space="preserve">[11:14] </w:t>
      </w:r>
      <w:r>
        <w:t>oneness of god sahi maanon mein nahi hai. woh aisa nahi hai. woh to bohat ziyada har mazhab ko mante thay.</w:t>
      </w:r>
    </w:p>
    <w:p>
      <w:pPr>
        <w:jc w:val="right"/>
      </w:pPr>
      <w:r>
        <w:t>وننس اف گاڈ صحیح معنوں میں نہیں ہے۔ وہ ایسا نہیں ہے۔ وہ تو بہت زیادہ ہر مذہب کو مانتے تھے۔</w:t>
      </w:r>
    </w:p>
    <w:p>
      <w:r>
        <w:rPr>
          <w:b/>
        </w:rPr>
        <w:t xml:space="preserve">[11:24] </w:t>
      </w:r>
      <w:r>
        <w:t>namaz bhi parhi thi swami vivekananda ne aur church bhi jatay thay. to un mein bohat ziyada woh tha, yani woh nahi thay.</w:t>
      </w:r>
    </w:p>
    <w:p>
      <w:pPr>
        <w:jc w:val="right"/>
      </w:pPr>
      <w:r>
        <w:t>نماز بھی پڑھی تھی سوامی وویکانندہ نے اور چرچ بھی جاتے تھے۔ تو ان میں بہت زیادہ وہ تھا، یعنی وہ نہیں تھے۔</w:t>
      </w:r>
    </w:p>
    <w:p>
      <w:r>
        <w:rPr>
          <w:b/>
        </w:rPr>
        <w:t xml:space="preserve">[11:36] </w:t>
      </w:r>
      <w:r>
        <w:t>kattar pan nahi tha un mein. kattar pan is lihaaz se bohat acha aadmi thay woh, lekin un ka jo aqeedah tha, woh oneness par base nahi karta tha.</w:t>
      </w:r>
    </w:p>
    <w:p>
      <w:pPr>
        <w:jc w:val="right"/>
      </w:pPr>
      <w:r>
        <w:t>کٹر پن نہیں تھا ان میں۔ کٹر پن اس لحاظ سے بہت اچھا آدمی تھے وہ، لیکن ان کا جو عقیدہ تھا، وہ وننس پر بیس نہیں کرتا تھا۔</w:t>
      </w:r>
    </w:p>
    <w:p>
      <w:r>
        <w:rPr>
          <w:b/>
        </w:rPr>
        <w:t xml:space="preserve">[11:46] </w:t>
      </w:r>
      <w:r>
        <w:t>woh sahi maanon mein dekhein, philosophy mein aik concept tha, monism ka concept, woh religion mein aa gaya.</w:t>
      </w:r>
    </w:p>
    <w:p>
      <w:pPr>
        <w:jc w:val="right"/>
      </w:pPr>
      <w:r>
        <w:t>وہ صحیح معنوں میں دیکھیں، فلاسفی میں ایک کانسیپٹ تھا، مونزم کا کانسیپٹ، وہ ریلیجن میں آ گیا۔</w:t>
      </w:r>
    </w:p>
    <w:p>
      <w:r>
        <w:rPr>
          <w:b/>
        </w:rPr>
        <w:t xml:space="preserve">[11:56] </w:t>
      </w:r>
      <w:r>
        <w:t>yani reality aik hai. aik hamare yeh hain ke creator aur creation dono aik hain. basically, it was a concept adopted by philosophers.</w:t>
      </w:r>
    </w:p>
    <w:p>
      <w:pPr>
        <w:jc w:val="right"/>
      </w:pPr>
      <w:r>
        <w:t>یعنی ریلیٹی ایک ہے۔ ایک ہمارے یہ ہیں کہ کریٹر اور کریشن دونوں ایک ہیں۔ بیسیکلی، اٹ واز ا کانسیپٹ اڈاپٹڈ بائی فلاسفرز۔</w:t>
      </w:r>
    </w:p>
    <w:p>
      <w:r>
        <w:rPr>
          <w:b/>
        </w:rPr>
        <w:t xml:space="preserve">[12:09] </w:t>
      </w:r>
      <w:r>
        <w:t>woh aya to arian religion mein sab mein wohi aa gaya hai. semitic religion mein nahi hai. to swami vivekananda jo thay, woh is ko mante thay, yani monism ko mante thay.</w:t>
      </w:r>
    </w:p>
    <w:p>
      <w:pPr>
        <w:jc w:val="right"/>
      </w:pPr>
      <w:r>
        <w:t>وہ آیا تو ایرین ریلیجن میں سب میں وہی آ گیا ہے۔ سمپٹک ریلیجن میں نہیں ہے۔ تو سوامی وویکانندہ جو تھے، وہ اس کو مانتے تھے، یعنی مونزم کو مانتے تھے۔</w:t>
      </w:r>
    </w:p>
    <w:p>
      <w:r>
        <w:rPr>
          <w:b/>
        </w:rPr>
        <w:t xml:space="preserve">[12:22] </w:t>
      </w:r>
      <w:r>
        <w:t>is ko hindi mein kehte hain advaitvad. to woh hamare liye sahi nahi hai. sahi nahi hai.</w:t>
      </w:r>
    </w:p>
    <w:p>
      <w:pPr>
        <w:jc w:val="right"/>
      </w:pPr>
      <w:r>
        <w:t>اس کو ہندی میں کہتے ہیں ادو اتوال۔ تو وہ ہمارے لیے صحیح نہیں ہے۔ صحیح نہیں ہے۔</w:t>
      </w:r>
    </w:p>
    <w:p>
      <w:r>
        <w:rPr>
          <w:b/>
        </w:rPr>
        <w:t xml:space="preserve">[12:31] </w:t>
      </w:r>
      <w:r>
        <w:t>woh woh philosophical concept hai. main is ko religious concept nahi manta.</w:t>
      </w:r>
    </w:p>
    <w:p>
      <w:pPr>
        <w:jc w:val="right"/>
      </w:pPr>
      <w:r>
        <w:t>وہ وہ فلاسفیکل کانسیپٹ ہے۔ میں اس کو ریلیجیس کانسیپٹ نہیں مانتا۔</w:t>
      </w:r>
    </w:p>
    <w:p>
      <w:r>
        <w:rPr>
          <w:b/>
        </w:rPr>
        <w:t xml:space="preserve">[12:39] </w:t>
      </w:r>
      <w:r>
        <w:t>to waise aadmi bohat achay thay. woh bohat, yani character ke lihaaz se bohat achay aadmi thay aur un mein kattar pan nahi tha.</w:t>
      </w:r>
    </w:p>
    <w:p>
      <w:pPr>
        <w:jc w:val="right"/>
      </w:pPr>
      <w:r>
        <w:t>تو ویسے آدمی بہت اچھے تھے۔ وہ بہت، یعنی کریکٹر کے لحاظ سے بہت اچھے آدمی تھے اور ان میں کٹر پن نہیں تھا۔</w:t>
      </w:r>
    </w:p>
    <w:p>
      <w:r>
        <w:rPr>
          <w:b/>
        </w:rPr>
        <w:t xml:space="preserve">[12:48] </w:t>
      </w:r>
      <w:r>
        <w:t>un mein hate nahi tha kisi ke liye. yahan tak ke unhon ne likha hai apne, un ke, un ke letters hain ke india ko azadi ke baad jo log banayengay, to hindu musalman dono mil kar banayengay.</w:t>
      </w:r>
    </w:p>
    <w:p>
      <w:pPr>
        <w:jc w:val="right"/>
      </w:pPr>
      <w:r>
        <w:t>ان میں ہیٹ نہیں تھا کسی کے لیے۔ یہاں تک کہ انہوں نے لکھا ہے اپنے، ان کے، ان کے لیٹرز ہیں کہ انڈیا کو آزادی کے بعد جو لوگ بنائیں گے، تو ہندو مسلم دونوں مل کر بنائیں گے۔</w:t>
      </w:r>
    </w:p>
    <w:p>
      <w:r>
        <w:rPr>
          <w:b/>
        </w:rPr>
        <w:t xml:space="preserve">[13:02] </w:t>
      </w:r>
      <w:r>
        <w:t>dono mil kar ke india ko taraqqi dengay. to behrhaal, woh as a insan bohat achay aadmi thay, lekin un ka jo aqeedah tha, woh monism par base karta tha aur monism ko main sahi nahi samajhta.</w:t>
      </w:r>
    </w:p>
    <w:p>
      <w:pPr>
        <w:jc w:val="right"/>
      </w:pPr>
      <w:r>
        <w:t>دونوں مل کر کے انڈیا کو ترقی دیں گے۔ تو بہرحال، وہ ایز اے انسان بہت اچھے آدمی تھے، لیکن ان کا جو عقیدہ تھا، وہ مونزم پر بیس کرتا تھا اور مونزم کو میں صحیح نہیں سمجھتا۔</w:t>
      </w:r>
    </w:p>
    <w:p>
      <w:r>
        <w:rPr>
          <w:b/>
        </w:rPr>
        <w:t xml:space="preserve">[13:21] </w:t>
      </w:r>
      <w:r>
        <w:t>This question is from Mr. Faiq from USA. Maulana, you have quoted a Hadith from Muslim in your book "Ghair Mulki Safarnama" about physical reappearance of Masih in Damascus with details about his following Dajjal and killing him in person with sweat coming from Masih's forehead like pearls.</w:t>
      </w:r>
    </w:p>
    <w:p>
      <w:pPr>
        <w:jc w:val="right"/>
      </w:pPr>
      <w:r>
        <w:t>دس کوئسچن از فرام مسٹر فائق فرام یو ایس اے۔ مولانا، یو ہیو کوٹڈ ا حدیث فرام مسلم ان یور بک "غیر ملکی سفرنامہ" اباؤٹ فزیکل ری اپیئرنس اف مسیح ان ڈمسکس ود ڈیٹیلز اباؤٹ ہز فالونگ دجال اینڈ کلنگ ہم ان پرسن ود سویٹ کمنگ فرام مسیح فور ہیڈ لائک پرلز۔</w:t>
      </w:r>
    </w:p>
    <w:p>
      <w:r>
        <w:rPr>
          <w:b/>
        </w:rPr>
        <w:t xml:space="preserve">[13:50] </w:t>
      </w:r>
      <w:r>
        <w:t>Maulana, kindly explain, will Masih physically appear or his appearance will be ideological?</w:t>
      </w:r>
    </w:p>
    <w:p>
      <w:pPr>
        <w:jc w:val="right"/>
      </w:pPr>
      <w:r>
        <w:t>مولانا، کائنڈلی ایکسپلین وڈ مسیح فزیکلی اپیئر اور ہز اپیئرنس وڈ بی آئیڈیالوجیکل۔</w:t>
      </w:r>
    </w:p>
    <w:p>
      <w:r>
        <w:rPr>
          <w:b/>
        </w:rPr>
        <w:t xml:space="preserve">[13:59] </w:t>
      </w:r>
      <w:r>
        <w:t>dekhen, yeh to bahut ditel se ap likh chuke hain aur chhap gaya hai. kis mahine mein chhap tha? woh hain</w:t>
      </w:r>
    </w:p>
    <w:p>
      <w:pPr>
        <w:jc w:val="right"/>
      </w:pPr>
      <w:r>
        <w:t>دیکھیں، یہ تو بہت ڈیٹیل سے آپ لکھ چکے ہیں اور چھپ گیا ہے۔ کس مہینے میں چھپا تھا؟ وہ ہیں</w:t>
      </w:r>
    </w:p>
    <w:p>
      <w:r>
        <w:rPr>
          <w:b/>
        </w:rPr>
        <w:t xml:space="preserve">[14:06] </w:t>
      </w:r>
      <w:r>
        <w:t>mai. ji, dekhen, abhi jo mai 2010 ka jo parcha chhap hai, risala yani letest jo hai mai 2010, is mein bahut ditel ke sath yani yeh sab baten aai hain.</w:t>
      </w:r>
    </w:p>
    <w:p>
      <w:pPr>
        <w:jc w:val="right"/>
      </w:pPr>
      <w:r>
        <w:t>مئی۔ جی، دیکھیں، ابھی جو مئی 2010 کا جو پرچہ چھپا ہے، رسالہ یعنی لیٹسٹ جو ہے مئی 2010، اس میں بہت ڈیٹیل کے ساتھ یعنی یہ سب باتیں آئی ہیں۔</w:t>
      </w:r>
    </w:p>
    <w:p>
      <w:r>
        <w:rPr>
          <w:b/>
        </w:rPr>
        <w:t xml:space="preserve">[14:21] </w:t>
      </w:r>
      <w:r>
        <w:t>is mein dajjal, masih, mahdi sab chizen is mein bahut hi ditel ke sath aai hain. aur is ka kitne pejz hain?</w:t>
      </w:r>
    </w:p>
    <w:p>
      <w:pPr>
        <w:jc w:val="right"/>
      </w:pPr>
      <w:r>
        <w:t>اس میں دجال، مسیح، مہدی سب چیزیں اس میں بہت ہی ڈیٹیل کے ساتھ آئی ہیں۔ اور اس کا کتنے پیجز ہیں؟</w:t>
      </w:r>
    </w:p>
    <w:p>
      <w:r>
        <w:rPr>
          <w:b/>
        </w:rPr>
        <w:t xml:space="preserve">[14:30] </w:t>
      </w:r>
      <w:r>
        <w:t>64. 64 pejz hain is mein. 64 pejz isi par hain. to ap is ko padhiye. chahe to agar ap ko megzin mil jaye to megzin padh len, nahin to ap atendenz padh sakte hain.</w:t>
      </w:r>
    </w:p>
    <w:p>
      <w:pPr>
        <w:jc w:val="right"/>
      </w:pPr>
      <w:r>
        <w:t>64۔ 64 پیجز ہیں اس میں۔ 64 پیجز اسی پر ہیں۔ تو آپ اس کو پڑھیے۔ چاہے تو اگر آپ کو میگزین مل جائے تو میگزین پڑھ لیں، نہیں تو آپ اٹینڈنٹس پڑھ سکتے ہیں۔</w:t>
      </w:r>
    </w:p>
    <w:p>
      <w:r>
        <w:rPr>
          <w:b/>
        </w:rPr>
        <w:t xml:space="preserve">[14:44] </w:t>
      </w:r>
      <w:r>
        <w:t>is mein sari baten ap ko mil jayengi. jo letest eshu hai risala ka, woh thik isi par hai, isi sabject par hai.</w:t>
      </w:r>
    </w:p>
    <w:p>
      <w:pPr>
        <w:jc w:val="right"/>
      </w:pPr>
      <w:r>
        <w:t>اس میں ساری باتیں آپ کو مل جائیں گی۔ جو لیٹسٹ ایشو ہے رسالہ کا، وہ ٹھیک اسی پر ہے، اسی سبجیکٹ پر ہے۔</w:t>
      </w:r>
    </w:p>
    <w:p>
      <w:r>
        <w:rPr>
          <w:b/>
        </w:rPr>
        <w:t xml:space="preserve">[14:54] </w:t>
      </w:r>
      <w:r>
        <w:t>Maulana, here is another question. He wants to know more about Akwan Rasul and who are the people in the light of Hadith and what are their qualities.</w:t>
      </w:r>
    </w:p>
    <w:p>
      <w:pPr>
        <w:jc w:val="right"/>
      </w:pPr>
      <w:r>
        <w:t>مولانا، ہی از انادر کوئسچن۔ ہی وانٹس ٹو نو مور اباؤٹ اقوان رسول اینڈ ہو آر دیز پیپل ان دا لائٹ اف حدیث اینڈ واٹ آر دیر کوالٹیز۔</w:t>
      </w:r>
    </w:p>
    <w:p>
      <w:r>
        <w:rPr>
          <w:b/>
        </w:rPr>
        <w:t xml:space="preserve">[15:12] </w:t>
      </w:r>
      <w:r>
        <w:t>dekhen, do grup ka zikr hai hadis mein. ek hai ashab rasul, ek hai akvan rasul. to jahan tak ashab rasul ki bat hai, is mein to bilkul mamla kilar hai.</w:t>
      </w:r>
    </w:p>
    <w:p>
      <w:pPr>
        <w:jc w:val="right"/>
      </w:pPr>
      <w:r>
        <w:t>دیکھیں، دو گروپ کا ذکر ہے حدیث میں۔ ایک ہے اصحاب رسول، ایک ہے اقوان رسول۔ تو جہاں تک اصحاب رسول کی بات ہے، اس میں تو بالکل معاملہ کلیئر ہے۔</w:t>
      </w:r>
    </w:p>
    <w:p>
      <w:r>
        <w:rPr>
          <w:b/>
        </w:rPr>
        <w:t xml:space="preserve">[15:27] </w:t>
      </w:r>
      <w:r>
        <w:t>yani is mein koi do rae nahin ho sakti hai ke jin logon ne rasul Allah ke jo kantemparari the aur rasul Allah ki sohbat jin ko mili, rasul Allah ke hath mein unhon ne iman lae, rasul Allah ka sath diya, rasul Allah ke sathi bane, woh ashab rasul hain.</w:t>
      </w:r>
    </w:p>
    <w:p>
      <w:pPr>
        <w:jc w:val="right"/>
      </w:pPr>
      <w:r>
        <w:t>یعنی اس میں کوئی دو رائے نہیں ہو سکتی ہے کہ جن لوگوں نے رسول اللہ کے جو کنٹیمپریری تھے اور رسول اللہ کی صحبت جن کو ملی، رسول اللہ کے ہاتھ میں انہوں نے ایمان لائے، رسول اللہ کا ساتھ دیا، رسول اللہ کے ساتھی بنے، وہ اصحاب رسول ہیں۔</w:t>
      </w:r>
    </w:p>
    <w:p>
      <w:r>
        <w:rPr>
          <w:b/>
        </w:rPr>
        <w:t xml:space="preserve">[15:43] </w:t>
      </w:r>
      <w:r>
        <w:t>is mein to koi do rae nahin hai. akvan rasul ka mamla alag hai kyunke hadis ke mutabiq akvan rasul bad ko aayenge.</w:t>
      </w:r>
    </w:p>
    <w:p>
      <w:pPr>
        <w:jc w:val="right"/>
      </w:pPr>
      <w:r>
        <w:t>اس میں تو کوئی دو رائے نہیں ہے۔ اقوان رسول کا معاملہ الگ ہے کیونکہ حدیث کے مطابق اقوان رسول بعد کو آئیں گے۔</w:t>
      </w:r>
    </w:p>
    <w:p>
      <w:r>
        <w:rPr>
          <w:b/>
        </w:rPr>
        <w:t xml:space="preserve">[15:54] </w:t>
      </w:r>
      <w:r>
        <w:t>to jahan tak main ne samjha hai, is par bhi main ne likha hai risala mein ke ashab rasul ka jo rol tha, woh yeh tha ke rasul ka sath de kar ke woh izhar din karen.</w:t>
      </w:r>
    </w:p>
    <w:p>
      <w:pPr>
        <w:jc w:val="right"/>
      </w:pPr>
      <w:r>
        <w:t>تو جہاں تک میں نے سمجھا ہے، اس پر بھی میں نے لکھا ہے رسالہ میں کہ اصحاب رسول کا جو رول تھا، وہ یہ تھا کہ رسول کا ساتھ دے کر کے وہ اظہار دین کریں۔</w:t>
      </w:r>
    </w:p>
    <w:p>
      <w:r>
        <w:rPr>
          <w:b/>
        </w:rPr>
        <w:t xml:space="preserve">[16:06] </w:t>
      </w:r>
      <w:r>
        <w:t>to quran mein liv liv kal jo izhar din karen, woh ashab rasul qarar payenge.</w:t>
      </w:r>
    </w:p>
    <w:p>
      <w:pPr>
        <w:jc w:val="right"/>
      </w:pPr>
      <w:r>
        <w:t>تو قرآن میں لیو لیو کل جو اظہار دین کریں، وہ اصحاب رسول قرار پائیں گے۔</w:t>
      </w:r>
    </w:p>
    <w:p>
      <w:r>
        <w:rPr>
          <w:b/>
        </w:rPr>
        <w:t xml:space="preserve">[16:17] </w:t>
      </w:r>
      <w:r>
        <w:t>aur akvan rasul ka rol yeh hai ke bad ke zamane mein jab kamyunikeshan aa jayega, modern kamyunikeshan, to izhar kalamat karen.</w:t>
      </w:r>
    </w:p>
    <w:p>
      <w:pPr>
        <w:jc w:val="right"/>
      </w:pPr>
      <w:r>
        <w:t>اور اقوان رسول کا رول یہ ہے کہ بعد کے زمانے میں جب کمیونیکیشن آ جائے گا، ماڈرن کمیونیکیشن، تو اظہار کلمہ کریں۔</w:t>
      </w:r>
    </w:p>
    <w:p>
      <w:r>
        <w:rPr>
          <w:b/>
        </w:rPr>
        <w:t xml:space="preserve">[16:27] </w:t>
      </w:r>
      <w:r>
        <w:t>woh yani Allah ke kalam ko ghar ghar pahunchayen. is rol ko jo anjam denge, jo log, woh akvan rasul qarar payenge.</w:t>
      </w:r>
    </w:p>
    <w:p>
      <w:pPr>
        <w:jc w:val="right"/>
      </w:pPr>
      <w:r>
        <w:t>وہ یعنی اللہ کے کلام کو گھر گھر پہنچائیں۔ اس رول کو جو انجام دیں گے، جو لوگ، وہ اقوان رسول قرار پائیں گے۔</w:t>
      </w:r>
    </w:p>
    <w:p>
      <w:r>
        <w:rPr>
          <w:b/>
        </w:rPr>
        <w:t xml:space="preserve">[16:38] </w:t>
      </w:r>
      <w:r>
        <w:t>yeh main ne samjha hai hadison ko ke mutala kar ke. to is par risale mein bhi aa chuka hai. is ke alawa, abhi jo hamari dawat met hui thi, us mein jo meri spich thi, woh bhi maujud hai.</w:t>
      </w:r>
    </w:p>
    <w:p>
      <w:pPr>
        <w:jc w:val="right"/>
      </w:pPr>
      <w:r>
        <w:t>یہ میں نے سمجھا ہے حدیثوں کو کے مطالعہ کر کے۔ تو اس پر رسالے میں بھی آ چکا ہے۔ اس کے علاوہ، ابھی جو ہماری دعوت میٹ ہوئی تھی، اس میں جو میری سپیچ تھی، وہ بھی موجود ہے۔</w:t>
      </w:r>
    </w:p>
    <w:p>
      <w:r>
        <w:rPr>
          <w:b/>
        </w:rPr>
        <w:t xml:space="preserve">[16:51] </w:t>
      </w:r>
      <w:r>
        <w:t>is ka si di vagera, us ko bhi ap sun sakte hain. to main ne ditels ke sath is mein bataya hai yahi bat ke ashab rasul woh log hain jinhon ne rasul Allah ke zamane mein rasul Allah ka sath de kar ke izhar din ka rol ada kiya.</w:t>
      </w:r>
    </w:p>
    <w:p>
      <w:pPr>
        <w:jc w:val="right"/>
      </w:pPr>
      <w:r>
        <w:t>اس کا سی ڈی وغیرہ، اس کو بھی آپ سن سکتے ہیں۔ تو میں نے ڈیٹیلز کے ساتھ اس میں بتایا ہے یہی بات کہ اصحاب رسول وہ لوگ ہیں جنہوں نے رسول اللہ کے زمانے میں رسول اللہ کا ساتھ دے کر کے اظہار دین کا رول ادا کیا۔</w:t>
      </w:r>
    </w:p>
    <w:p>
      <w:r>
        <w:rPr>
          <w:b/>
        </w:rPr>
        <w:t xml:space="preserve">[17:08] </w:t>
      </w:r>
      <w:r>
        <w:t>aur akvan rasul woh log honge jo bad ke zamane mein, yani kamyunikeshan ke zamane mein, bad ke print media aur ilektranik media ko istemal kar ke khudae kalam ko ghar ghar pahunchayenge.</w:t>
      </w:r>
    </w:p>
    <w:p>
      <w:pPr>
        <w:jc w:val="right"/>
      </w:pPr>
      <w:r>
        <w:t>اور اقوان رسول وہ لوگ ہوں گے جو بعد کے زمانے میں، یعنی کمیونیکیشن کے زمانے میں، بعد کے پرنٹ میڈیا اور الیکٹرانک میڈیا کو استعمال کر کے خدائے کلام کو گھر گھر پہنچائیں گے۔</w:t>
      </w:r>
    </w:p>
    <w:p>
      <w:r>
        <w:rPr>
          <w:b/>
        </w:rPr>
        <w:t xml:space="preserve">[17:23] </w:t>
      </w:r>
      <w:r>
        <w:t>jaisa ke hadis mein aya hai ke bad ke zamane mein aisa hoga ke Allah ka kalam har chote bade ghar mein pahunch jayega. to yeh akhri rol hai.</w:t>
      </w:r>
    </w:p>
    <w:p>
      <w:pPr>
        <w:jc w:val="right"/>
      </w:pPr>
      <w:r>
        <w:t>جیسا کہ حدیث میں آیا ہے کہ بعد کے زمانے میں ایسا ہوگا کہ اللہ کا کلام ہر چھوٹے بڑے گھر میں پہنچ جائے گا۔ تو یہ آخری رول ہے۔</w:t>
      </w:r>
    </w:p>
    <w:p>
      <w:r>
        <w:rPr>
          <w:b/>
        </w:rPr>
        <w:t xml:space="preserve">[17:33] </w:t>
      </w:r>
      <w:r>
        <w:t>jo log is jo log is rol ko ada karenge, woh Allah ke nazdik akvan rasul qarar payenge.</w:t>
      </w:r>
    </w:p>
    <w:p>
      <w:pPr>
        <w:jc w:val="right"/>
      </w:pPr>
      <w:r>
        <w:t>جو لوگ اس جو لوگ اس رول کو ادا کریں گے، وہ اللہ کے نزدیک اقوان رسول قرار پائیں گے۔</w:t>
      </w:r>
    </w:p>
    <w:p>
      <w:r>
        <w:rPr>
          <w:b/>
        </w:rPr>
        <w:t xml:space="preserve">[17:44] </w:t>
      </w:r>
      <w:r>
        <w:t>This question is from Dr. Hamid Hussain from New Delhi. If heaven or hell begin immediately after death, then why in the Day of Qiyamat a reckoning will be done again?</w:t>
      </w:r>
    </w:p>
    <w:p>
      <w:pPr>
        <w:jc w:val="right"/>
      </w:pPr>
      <w:r>
        <w:t>دس کوئسچن از فرام ڈاکٹر حامد حسین فرام نیو دہلی۔ اف ہیون اور ہیل بگن امیڈیٹلی افٹر ڈیتھ، دین وائی ان دا ڈے اف قیامت ا ریکننگ ول بی ڈن اگین؟</w:t>
      </w:r>
    </w:p>
    <w:p>
      <w:r>
        <w:rPr>
          <w:b/>
        </w:rPr>
        <w:t xml:space="preserve">[18:02] </w:t>
      </w:r>
      <w:r>
        <w:t>dekhen, yeh mamla jo hai, is par main likh chuka hoon.</w:t>
      </w:r>
    </w:p>
    <w:p>
      <w:pPr>
        <w:jc w:val="right"/>
      </w:pPr>
      <w:r>
        <w:t>دیکھیں، یہ معاملہ جو ہے، اس پر میں لکھ چکا ہوں۔</w:t>
      </w:r>
    </w:p>
    <w:p>
      <w:r>
        <w:rPr>
          <w:b/>
        </w:rPr>
        <w:t xml:space="preserve">[18:10] </w:t>
      </w:r>
      <w:r>
        <w:t>yeh Einstein ki jo theory hai, us se yeh bat hal ho jati hai. is ki theory of relativity jo hai, to pehle time and space tha, time and space, aur phir time space continuum kar diya.</w:t>
      </w:r>
    </w:p>
    <w:p>
      <w:pPr>
        <w:jc w:val="right"/>
      </w:pPr>
      <w:r>
        <w:t>یہ آئنسٹین کی جو تھیوری ہے، اس سے یہ بات حل ہو جاتی ہے۔ اس کی تھیوری اف ریلیٹیوٹی جو ہے، تو پہلے ٹائم اینڈ سپیس تھا، ٹائم اینڈ سپیس، اور پھر ٹائم سپیس کنٹینیوم کر دیا۔</w:t>
      </w:r>
    </w:p>
    <w:p>
      <w:r>
        <w:rPr>
          <w:b/>
        </w:rPr>
        <w:t xml:space="preserve">[18:26] </w:t>
      </w:r>
      <w:r>
        <w:t>is ko yani taim spes donon ek ho gaye. kyunke hum is duniya mein rahte hain jahan ke hum taim aur spes ke andar sochte hain.</w:t>
      </w:r>
    </w:p>
    <w:p>
      <w:pPr>
        <w:jc w:val="right"/>
      </w:pPr>
      <w:r>
        <w:t>اس کو یعنی ٹائم سپیس دونوں ایک ہو گئے۔ کیونکہ ہم اس دنیا میں رہتے ہیں جہاں کہ ہم ٹائم اور سپیس کے اندر سوچتے ہیں۔</w:t>
      </w:r>
    </w:p>
    <w:p>
      <w:r>
        <w:rPr>
          <w:b/>
        </w:rPr>
        <w:t xml:space="preserve">[18:36] </w:t>
      </w:r>
      <w:r>
        <w:t>is vajah se yeh sawal aate hain. maut ke bad jo duniya hai, woh bayan taim aur spes hai. isi ko imajin kiya tha ainstain ne.</w:t>
      </w:r>
    </w:p>
    <w:p>
      <w:pPr>
        <w:jc w:val="right"/>
      </w:pPr>
      <w:r>
        <w:t>اس وجہ سے یہ سوال آتے ہیں۔ موت کے بعد جو دنیا ہے، وہ بیان ٹائم اور سپیس ہے۔ اسی کو امیجن کیا تھا آئنسٹین نے۔</w:t>
      </w:r>
    </w:p>
    <w:p>
      <w:r>
        <w:rPr>
          <w:b/>
        </w:rPr>
        <w:t xml:space="preserve">[18:45] </w:t>
      </w:r>
      <w:r>
        <w:t>to wahan to time khatm ho jata hai. wahan aaj aur kal aur parson sab ek ho jata hai. yani present aur future aur yani past, present, future ek ho jata hai.</w:t>
      </w:r>
    </w:p>
    <w:p>
      <w:pPr>
        <w:jc w:val="right"/>
      </w:pPr>
      <w:r>
        <w:t>تو وہاں تو ٹائم ختم ہو جاتا ہے۔ وہاں آج اور کل اور پرسوں سب ایک ہو جاتا ہے۔ یعنی پریزنٹ اور فیوچر اور یعنی پاسٹ، پریزنٹ، فیوچر ایک ہو جاتا ہے۔</w:t>
      </w:r>
    </w:p>
    <w:p>
      <w:r>
        <w:rPr>
          <w:b/>
        </w:rPr>
        <w:t xml:space="preserve">[18:57] </w:t>
      </w:r>
      <w:r>
        <w:t>time space continuum. to hum is ko sirf yani hum is ko sirf imagine kar sakte hain.</w:t>
      </w:r>
    </w:p>
    <w:p>
      <w:pPr>
        <w:jc w:val="right"/>
      </w:pPr>
      <w:r>
        <w:t>ٹائم سپیس کنٹینیوم۔ تو ہم اس کو صرف یعنی ہم اس کو صرف امیجن کر سکتے ہیں۔</w:t>
      </w:r>
    </w:p>
    <w:p>
      <w:r>
        <w:rPr>
          <w:b/>
        </w:rPr>
        <w:t xml:space="preserve">[19:06] </w:t>
      </w:r>
      <w:r>
        <w:t>kyunke hum is dunya mein jahan hum time aur space ke andar sochte hain, wo dunya hum mein jab dakhil honge to ek dam wahan par mamla badla hua hoga.</w:t>
      </w:r>
    </w:p>
    <w:p>
      <w:pPr>
        <w:jc w:val="right"/>
      </w:pPr>
      <w:r>
        <w:t>کیونکہ ہم اس دنیا میں جہاں ہم ٹائم اور سپیس کے اندر سوچتے ہیں، وہ دنیا ہم میں جب داخل ہوں گے تو ایک دم وہاں پر معاملہ بدلا ہوا ہوگا۔</w:t>
      </w:r>
    </w:p>
    <w:p>
      <w:r>
        <w:rPr>
          <w:b/>
        </w:rPr>
        <w:t xml:space="preserve">[19:17] </w:t>
      </w:r>
      <w:r>
        <w:t>bayan time aur space hoga. wahan yeh past aur present aur future ka farq nahi rahega. wo aur Allah taala ne is ko yani Einstein ne to is ko ek science ke taur par pesh kiya hai.</w:t>
      </w:r>
    </w:p>
    <w:p>
      <w:pPr>
        <w:jc w:val="right"/>
      </w:pPr>
      <w:r>
        <w:t>بیان ٹائم اور سپیس ہوگا۔ وہاں یہ پاسٹ اور پریزنٹ اور فیوچر کا فرق نہیں رہے گا۔ وہ اور اللہ تعالی نے اس کو یعنی آئنسٹین نے تو اس کو ایک سائنس کے طور پر پیش کیا ہے۔</w:t>
      </w:r>
    </w:p>
    <w:p>
      <w:r>
        <w:rPr>
          <w:b/>
        </w:rPr>
        <w:t xml:space="preserve">[19:32] </w:t>
      </w:r>
      <w:r>
        <w:t>lekin har insan is ko apne personal experience se ho sakta hai. wo kya?</w:t>
      </w:r>
    </w:p>
    <w:p>
      <w:pPr>
        <w:jc w:val="right"/>
      </w:pPr>
      <w:r>
        <w:t>لیکن ہر انسان اس کو اپنے پرسنل ایکسپیرینس سے ہو سکتا ہے۔ وہ کیا؟</w:t>
      </w:r>
    </w:p>
    <w:p>
      <w:r>
        <w:rPr>
          <w:b/>
        </w:rPr>
        <w:t xml:space="preserve">[19:38] </w:t>
      </w:r>
      <w:r>
        <w:t>aksar dream aate hain hum ko, aap ko ke within second aap poori history ko dekh lete hain. jhapki jhapki mein mujhe to bar bar aise dream aate hain.</w:t>
      </w:r>
    </w:p>
    <w:p>
      <w:pPr>
        <w:jc w:val="right"/>
      </w:pPr>
      <w:r>
        <w:t>اکثر ڈریم آتے ہیں ہم کو، آپ کو کہ ود ان سیکنڈ آپ پوری ہسٹری کو دیکھ لیتے ہیں۔ جھپکی جھپکی میں مجھے تو بار بار ایسے ڈریم آتے ہیں۔</w:t>
      </w:r>
    </w:p>
    <w:p>
      <w:r>
        <w:rPr>
          <w:b/>
        </w:rPr>
        <w:t xml:space="preserve">[19:47] </w:t>
      </w:r>
      <w:r>
        <w:t>har ek ko aate honge. ek jhapki aayegi. wo jhapki wo hai chand second ki hogi. usi mein poori history aap dekh lete hain.</w:t>
      </w:r>
    </w:p>
    <w:p>
      <w:pPr>
        <w:jc w:val="right"/>
      </w:pPr>
      <w:r>
        <w:t>ہر ایک کو آتے ہوں گے۔ ایک جھپکی آئے گی۔ وہ جھپکی وہ ہے چند سیکنڈ کی ہوگی۔ اسی میں پوری ہسٹری آپ دیکھ لیتے ہیں۔</w:t>
      </w:r>
    </w:p>
    <w:p>
      <w:r>
        <w:rPr>
          <w:b/>
        </w:rPr>
        <w:t xml:space="preserve">[19:57] </w:t>
      </w:r>
      <w:r>
        <w:t>wahan time aur space khatm ho jata hai. to khwab humein batate hain ke dunya wahi nahi hai jo hum aadi hain jis ke.</w:t>
      </w:r>
    </w:p>
    <w:p>
      <w:pPr>
        <w:jc w:val="right"/>
      </w:pPr>
      <w:r>
        <w:t>وہاں ٹائم اور سپیس ختم ہو جاتا ہے۔ تو خواب ہمیں بتاتے ہیں کہ دنیا وہی نہیں ہے جو ہم عادی ہیں جس کے۔</w:t>
      </w:r>
    </w:p>
    <w:p>
      <w:r>
        <w:rPr>
          <w:b/>
        </w:rPr>
        <w:t xml:space="preserve">[20:07] </w:t>
      </w:r>
      <w:r>
        <w:t>is ke siwa bhi ek dunya hai jo time and space ke mawra hai. to main samajhta hoon ke har insan khwab ke zariye is ko janta hai aur Einstein ki theory ke zariye is ko yani in terms of science bhi wo samajh sakta hai.</w:t>
      </w:r>
    </w:p>
    <w:p>
      <w:pPr>
        <w:jc w:val="right"/>
      </w:pPr>
      <w:r>
        <w:t>اس کے سوا بھی ایک دنیا ہے جو ٹائم اینڈ سپیس کے ماوراء ہے۔ تو میں سمجھتا ہوں کہ ہر انسان خواب کے ذریعے اس کو جانتا ہے اور آئنسٹین کی تھیوری کے ذریعے اس کو یعنی ان ٹرمز اف سائنس بھی وہ سمجھ سکتا ہے۔</w:t>
      </w:r>
    </w:p>
    <w:p>
      <w:r>
        <w:rPr>
          <w:b/>
        </w:rPr>
        <w:t xml:space="preserve">[20:24] </w:t>
      </w:r>
      <w:r>
        <w:t>agar samajhna chahe to.</w:t>
      </w:r>
    </w:p>
    <w:p>
      <w:pPr>
        <w:jc w:val="right"/>
      </w:pPr>
      <w:r>
        <w:t>اگر سمجھنا چاہے تو۔</w:t>
      </w:r>
    </w:p>
    <w:p>
      <w:r>
        <w:rPr>
          <w:b/>
        </w:rPr>
        <w:t xml:space="preserve">[20:32] </w:t>
      </w:r>
      <w:r>
        <w:t>this question is from Mr Shad Hussain from Srinagar. what are the ways to make the sense of modesty sustainable?</w:t>
      </w:r>
    </w:p>
    <w:p>
      <w:pPr>
        <w:jc w:val="right"/>
      </w:pPr>
      <w:r>
        <w:t>دس کوئسچن از فرام مسٹر شاد حسین فرام سری نگر۔ واٹ آر دا ویز ٹو میک دا سینس اف ماڈیسٹی سسٹینیبل؟</w:t>
      </w:r>
    </w:p>
    <w:p>
      <w:r>
        <w:rPr>
          <w:b/>
        </w:rPr>
        <w:t xml:space="preserve">[20:49] </w:t>
      </w:r>
      <w:r>
        <w:t>dekhiye, modesty ka ulta jo hai arrogance, wo to ek unnatural cheez hai. yani dekha jaye to hum hamari jo paidaish hai,</w:t>
      </w:r>
    </w:p>
    <w:p>
      <w:pPr>
        <w:jc w:val="right"/>
      </w:pPr>
      <w:r>
        <w:t>دیکھیے، ماڈیسٹی کا الٹا جو ہے اروگنس، وہ تو ایک ان نیچرل چیز ہے۔ یعنی دیکھا جائے تو ہم ہماری جو پیدائش ہے،</w:t>
      </w:r>
    </w:p>
    <w:p>
      <w:r>
        <w:rPr>
          <w:b/>
        </w:rPr>
        <w:t xml:space="preserve">[21:04] </w:t>
      </w:r>
      <w:r>
        <w:t>to modesty sikhati hai hum ko. har lamha hum helpless hain. har lamha hum Khuda par depend karte hain. har lamha hum Khuda par depend karte hain.</w:t>
      </w:r>
    </w:p>
    <w:p>
      <w:pPr>
        <w:jc w:val="right"/>
      </w:pPr>
      <w:r>
        <w:t>تو ماڈیسٹی سکھاتی ہے ہم کو۔ ہر لمحہ ہم ہیلپ لیس ہیں۔ ہر لمحہ ہم خدا پر ڈیپینڈ کرتے ہیں۔ ہر لمحہ ہم خدا پر ڈیپینڈ کرتے ہیں۔</w:t>
      </w:r>
    </w:p>
    <w:p>
      <w:r>
        <w:rPr>
          <w:b/>
        </w:rPr>
        <w:t xml:space="preserve">[21:13] </w:t>
      </w:r>
      <w:r>
        <w:t>har lamha to modesty to hamari nature khud sikha rahi hai. yeh to ek unnatural, ek ek artificial baat hai ke hum apne ko bara samajhne lage, apne ko arrogant samajhne lage.</w:t>
      </w:r>
    </w:p>
    <w:p>
      <w:pPr>
        <w:jc w:val="right"/>
      </w:pPr>
      <w:r>
        <w:t>ہر لمحہ تو ماڈیسٹی تو ہماری نیچر خود سکھا رہی ہے۔ یہ تو ایک ان نیچرل، ایک ایک آرٹیفیشل بات ہے کہ ہم اپنے کو بڑا سمجھنے لگے، اپنے کو اروگنٹ سمجھنے لگے۔</w:t>
      </w:r>
    </w:p>
    <w:p>
      <w:r>
        <w:rPr>
          <w:b/>
        </w:rPr>
        <w:t xml:space="preserve">[21:27] </w:t>
      </w:r>
      <w:r>
        <w:t>main samajhta hoon ke yani agar aadmi sirf hadith jaan le, yeh ek banawati baat hai ke main apne ko bara samhoon.</w:t>
      </w:r>
    </w:p>
    <w:p>
      <w:pPr>
        <w:jc w:val="right"/>
      </w:pPr>
      <w:r>
        <w:t>میں سمجھتا ہوں کہ یعنی اگر آدمی صرف حدیث جان لے، یہ ایک بناوٹی بات ہے کہ میں اپنے کو بڑا سمجھوں۔</w:t>
      </w:r>
    </w:p>
    <w:p>
      <w:r>
        <w:rPr>
          <w:b/>
        </w:rPr>
        <w:t xml:space="preserve">[21:39] </w:t>
      </w:r>
      <w:r>
        <w:t>warna haqeeqat to yahi hai ke mujhe modesty modest hona chahiye. to yeh to bohat hi asan hai. yani apne ko discover kar le aadmi to modesty hai.</w:t>
      </w:r>
    </w:p>
    <w:p>
      <w:pPr>
        <w:jc w:val="right"/>
      </w:pPr>
      <w:r>
        <w:t>ورنہ حقیقت تو یہی ہے کہ مجھے ماڈیسٹی ماڈیسٹ ہونا چاہیے۔ تو یہ تو بہت ہی آسان ہے۔ یعنی اپنے کو ڈسکور کر لے آدمی تو ماڈیسٹی ہے۔</w:t>
      </w:r>
    </w:p>
    <w:p>
      <w:r>
        <w:rPr>
          <w:b/>
        </w:rPr>
        <w:t xml:space="preserve">[21:50] </w:t>
      </w:r>
      <w:r>
        <w:t>modesty ban jayega wo jab tak hum apne ko discover nahi karte. tabhi is mamle mein aisa hota hai.</w:t>
      </w:r>
    </w:p>
    <w:p>
      <w:pPr>
        <w:jc w:val="right"/>
      </w:pPr>
      <w:r>
        <w:t>ماڈیسٹی بن جائے گا وہ جب تک ہم اپنے کو ڈسکور نہیں کرتے۔ تبھی اس معاملے میں ایسا ہوتا ہے۔</w:t>
      </w:r>
    </w:p>
    <w:p>
      <w:r>
        <w:rPr>
          <w:b/>
        </w:rPr>
        <w:t xml:space="preserve">[22:00] </w:t>
      </w:r>
      <w:r>
        <w:t>this question is from Mr Shaukat Ali from Sialkot Pakistan. Maulana, my name is Shaukat Ali.</w:t>
      </w:r>
    </w:p>
    <w:p>
      <w:pPr>
        <w:jc w:val="right"/>
      </w:pPr>
      <w:r>
        <w:t>دس کوئسچن از فرام مسٹر شوکت علی فرام سیالکوٹ پاکستان۔ مولانا، مائی نیم از شوکت علی۔</w:t>
      </w:r>
    </w:p>
    <w:p>
      <w:r>
        <w:rPr>
          <w:b/>
        </w:rPr>
        <w:t xml:space="preserve">[22:10] </w:t>
      </w:r>
      <w:r>
        <w:t>I am living in Sialkot city of Pakistan. I am 26 years old and recently completed my masters education.</w:t>
      </w:r>
    </w:p>
    <w:p>
      <w:pPr>
        <w:jc w:val="right"/>
      </w:pPr>
      <w:r>
        <w:t>آئی ایم لیونگ ان سیالکوٹ سٹی اف پاکستان۔ آئی ایم 26 ایئرز اولڈ اینڈ ریسنٹلی کمپلیٹڈ مائی ماسٹرز ایجوکیشن۔</w:t>
      </w:r>
    </w:p>
    <w:p>
      <w:r>
        <w:rPr>
          <w:b/>
        </w:rPr>
        <w:t xml:space="preserve">[22:20] </w:t>
      </w:r>
      <w:r>
        <w:t>now I am doing export business. my question is that before the partition of subcontinent, Muslims were living among different religious people, but now we are living among different sects.</w:t>
      </w:r>
    </w:p>
    <w:p>
      <w:pPr>
        <w:jc w:val="right"/>
      </w:pPr>
      <w:r>
        <w:t>ناؤ آئی ایم ڈوئنگ ایکسپورٹ بزنس۔ مائی کوئسچن از دیٹ بیفور دا پارٹیشن اف سب کانٹیننٹ، مسلمز وار لیونگ امنگ ڈفرنٹ ریلیجیس پیپل، بٹ ناؤ وی آر لیونگ امنگ ڈفرنٹ سیکٹس۔</w:t>
      </w:r>
    </w:p>
    <w:p>
      <w:r>
        <w:rPr>
          <w:b/>
        </w:rPr>
        <w:t xml:space="preserve">[22:38] </w:t>
      </w:r>
      <w:r>
        <w:t>please tell us how to reduce such type of extremism in Pakistan. kindly explain.</w:t>
      </w:r>
    </w:p>
    <w:p>
      <w:pPr>
        <w:jc w:val="right"/>
      </w:pPr>
      <w:r>
        <w:t>پلیز ٹیل اس ہاؤ ٹو ریڈیوس سچ ٹائپ اف ایکسٹریمزم ان پاکستان۔ کائنڈلی ایکسپلین۔</w:t>
      </w:r>
    </w:p>
    <w:p>
      <w:r>
        <w:rPr>
          <w:b/>
        </w:rPr>
        <w:t xml:space="preserve">[22:50] </w:t>
      </w:r>
      <w:r>
        <w:t>is ka agar aap chahte ho detail mein jawab to meri kitab parhiye. is ka naam hai Hind Pak Diary. Hind Pak Diary.</w:t>
      </w:r>
    </w:p>
    <w:p>
      <w:pPr>
        <w:jc w:val="right"/>
      </w:pPr>
      <w:r>
        <w:t>اس کا اگر آپ چاہتے ہو ڈیٹیل میں جواب تو میری کتاب پڑھیے۔ اس کا نام ہے ہند پاک ڈائری۔ ہند پاک ڈائری۔</w:t>
      </w:r>
    </w:p>
    <w:p>
      <w:r>
        <w:rPr>
          <w:b/>
        </w:rPr>
        <w:t xml:space="preserve">[23:01] </w:t>
      </w:r>
      <w:r>
        <w:t>mushkil yeh hai ke is mamle mein log dekhen, har sawal ka jawab hota hai. har problem ka solution hota hai.</w:t>
      </w:r>
    </w:p>
    <w:p>
      <w:pPr>
        <w:jc w:val="right"/>
      </w:pPr>
      <w:r>
        <w:t>مشکل یہ ہے کہ اس معاملے میں لوگ دیکھیں، ہر سوال کا جواب ہوتا ہے۔ ہر پرابلم کا سلویوشن ہوتا ہے۔</w:t>
      </w:r>
    </w:p>
    <w:p>
      <w:r>
        <w:rPr>
          <w:b/>
        </w:rPr>
        <w:t xml:space="preserve">[23:10] </w:t>
      </w:r>
      <w:r>
        <w:t>lekin cheez kya hai ke log reassess karne ko tayar nahi hote. reexamine karne ko tayar nahi hote. wo chahte hain ke baghair reexamination ke,</w:t>
      </w:r>
    </w:p>
    <w:p>
      <w:pPr>
        <w:jc w:val="right"/>
      </w:pPr>
      <w:r>
        <w:t>لیکن چیز کیا ہے کہ لوگ ری اسس کرنے کو تیار نہیں ہوتے۔ ری ایگزیمن کرنے کو تیار نہیں ہوتے۔ وہ چاہتے ہیں کہ بغیر ری ایگزامینیشن کے،</w:t>
      </w:r>
    </w:p>
    <w:p>
      <w:r>
        <w:rPr>
          <w:b/>
        </w:rPr>
        <w:t xml:space="preserve">[23:24] </w:t>
      </w:r>
      <w:r>
        <w:t>baghair criticism ke, sab kuch theek ho jaye. aap ko yeh karna padta hai ke jo ghalati thi, us ko manen.</w:t>
      </w:r>
    </w:p>
    <w:p>
      <w:pPr>
        <w:jc w:val="right"/>
      </w:pPr>
      <w:r>
        <w:t>بغیر کریٹیسزم کے، سب کچھ ٹھیک ہو جائے۔ آپ کو یہ کرنا پڑتا ہے کہ جو غلطی تھی، اس کو مانیں۔</w:t>
      </w:r>
    </w:p>
    <w:p>
      <w:r>
        <w:rPr>
          <w:b/>
        </w:rPr>
        <w:t xml:space="preserve">[23:36] </w:t>
      </w:r>
      <w:r>
        <w:t>jo ghalti thi, us ko durust karen. warna phir woh chalta rahega, chalta rahega, chalta rahega. to is maamle mein dekhen, jo beginning hai, woh yahan se hai ke apni ghalti ko maanna.</w:t>
      </w:r>
    </w:p>
    <w:p>
      <w:pPr>
        <w:jc w:val="right"/>
      </w:pPr>
      <w:r>
        <w:t>جو غلطی تھی، اس کو درست کریں۔ ورنہ پھر وہ چلتا رہے گا، چلتا رہے گا، چلتا رہے گا۔ تو اس معاملے میں دیکھیں، جو بگننگ ہے، وہ یہاں سے ہے کہ اپنی غلطی کو ماننا۔</w:t>
      </w:r>
    </w:p>
    <w:p>
      <w:r>
        <w:rPr>
          <w:b/>
        </w:rPr>
        <w:t xml:space="preserve">[23:48] </w:t>
      </w:r>
      <w:r>
        <w:t>ghalti ko maanne hi raasta khul jaata hai. ab ghalti ko na maane to raasta nahin khulega. to yahan mein aap ko itna hi keh sakta hoon.</w:t>
      </w:r>
    </w:p>
    <w:p>
      <w:pPr>
        <w:jc w:val="right"/>
      </w:pPr>
      <w:r>
        <w:t>غلطی کو ماننے ہی راستہ کھل جاتا ہے۔ اب غلطی کو نہ مانے تو راستہ نہیں کھلے گا۔ تو یہاں میں آپ کو اتنا ہی کہہ سکتا ہوں۔</w:t>
      </w:r>
    </w:p>
    <w:p>
      <w:r>
        <w:rPr>
          <w:b/>
        </w:rPr>
        <w:t xml:space="preserve">[23:57] </w:t>
      </w:r>
      <w:r>
        <w:t>baqi detail mein agar aap ko jaanna hai to meri kitaab padhiye. aap is ka naam hai hind paak diary. is mein yeh cheezen bohat detail mein aap ko mil jaayengi.</w:t>
      </w:r>
    </w:p>
    <w:p>
      <w:pPr>
        <w:jc w:val="right"/>
      </w:pPr>
      <w:r>
        <w:t>باقی ڈیٹیل میں اگر آپ کو جاننا ہے تو میری کتاب پڑھیے۔ آپ اس کا نام ہے ہند پاک ڈائری۔ اس میں یہ چیزیں بہت ڈیٹیل میں آپ کو مل جائیں گی۔</w:t>
      </w:r>
    </w:p>
    <w:p>
      <w:r>
        <w:rPr>
          <w:b/>
        </w:rPr>
        <w:t xml:space="preserve">[24:11] </w:t>
      </w:r>
      <w:r>
        <w:t>theek hai sahib, yeh internet pe hai yeh kitaab? ji</w:t>
      </w:r>
    </w:p>
    <w:p>
      <w:pPr>
        <w:jc w:val="right"/>
      </w:pPr>
      <w:r>
        <w:t>ٹھیک ہے صاحب، یہ انٹرنیٹ پہ ہے یہ کتاب؟ جی</w:t>
      </w:r>
    </w:p>
    <w:p>
      <w:r>
        <w:rPr>
          <w:b/>
        </w:rPr>
        <w:t xml:space="preserve">[24:14] </w:t>
      </w:r>
      <w:r>
        <w:t>haan, dekhen yeh kitaab internet pe maujood hai. agar aap ko book format na mile wahan, tab bhi aap internet par download kar ke parh sakte hain is kitaab ko.</w:t>
      </w:r>
    </w:p>
    <w:p>
      <w:pPr>
        <w:jc w:val="right"/>
      </w:pPr>
      <w:r>
        <w:t>ہاں، دیکھیں یہ کتاب انٹرنیٹ پہ موجود ہے۔ اگر آپ کو بک فارمیٹ نہ ملے وہاں، تب بھی آپ انٹرنیٹ پر ڈاؤن لوڈ کر کے پڑھ سکتے ہیں اس کتاب کو۔</w:t>
      </w:r>
    </w:p>
    <w:p>
      <w:r>
        <w:rPr>
          <w:b/>
        </w:rPr>
        <w:t xml:space="preserve">[24:24] </w:t>
      </w:r>
      <w:r>
        <w:t>ke is mein kaise download karen ge? is mein aap</w:t>
      </w:r>
    </w:p>
    <w:p>
      <w:pPr>
        <w:jc w:val="right"/>
      </w:pPr>
      <w:r>
        <w:t>کہ اس میں کیسے ڈاؤن لوڈ کریں گے؟ اس میں آپ</w:t>
      </w:r>
    </w:p>
    <w:p>
      <w:r>
        <w:rPr>
          <w:b/>
        </w:rPr>
        <w:t xml:space="preserve">[24:28] </w:t>
      </w:r>
      <w:r>
        <w:t>you can visit the website www.alرسالة.org. so yeh kitaab aap wahan se download kar ke parh sakte hain.</w:t>
      </w:r>
    </w:p>
    <w:p>
      <w:pPr>
        <w:jc w:val="right"/>
      </w:pPr>
      <w:r>
        <w:t>یو کین وزٹ دی ویب سائٹ ڈبلیو ڈبلیو ڈبلیو ڈاٹ الرسالہ ڈاٹ او آر جی۔ سو یہ کتاب آپ وہاں سے ڈاؤن لوڈ کر کے پڑھ سکتے ہیں۔</w:t>
      </w:r>
    </w:p>
    <w:p>
      <w:r>
        <w:rPr>
          <w:b/>
        </w:rPr>
        <w:t xml:space="preserve">[24:38] </w:t>
      </w:r>
      <w:r>
        <w:t>if you still have any problem in finding it, you can write to us again. we'll help you out. this question is from ms zeeba ahmed from maryland us a.</w:t>
      </w:r>
    </w:p>
    <w:p>
      <w:pPr>
        <w:jc w:val="right"/>
      </w:pPr>
      <w:r>
        <w:t>اف یو سٹل ہیو اینی پرابلم ان فائنڈنگ اٹ، یو کین رائٹ ٹو اس اگین۔ ویل ہیلپ یو آؤٹ۔ دس کوئسچن از فرام مس زیبہ احمد فرام میری لینڈ یو ایس اے۔</w:t>
      </w:r>
    </w:p>
    <w:p>
      <w:r>
        <w:rPr>
          <w:b/>
        </w:rPr>
        <w:t xml:space="preserve">[24:52] </w:t>
      </w:r>
      <w:r>
        <w:t>maulana, today most of the people are so lost. this includes even muslims who have quran as their guide book.</w:t>
      </w:r>
    </w:p>
    <w:p>
      <w:pPr>
        <w:jc w:val="right"/>
      </w:pPr>
      <w:r>
        <w:t>مولانا، ٹوڈے موسٹ اف دا پیپل آر سو لاسٹ۔ دس انکلوڈز ایون مسلمز ہو ہیو قرآن ایز دیر گائیڈ بک۔</w:t>
      </w:r>
    </w:p>
    <w:p>
      <w:r>
        <w:rPr>
          <w:b/>
        </w:rPr>
        <w:t xml:space="preserve">[25:02] </w:t>
      </w:r>
      <w:r>
        <w:t>we can guide non muslims with the dawah work, but how can we bring muslims towards the teachings of the quran?</w:t>
      </w:r>
    </w:p>
    <w:p>
      <w:pPr>
        <w:jc w:val="right"/>
      </w:pPr>
      <w:r>
        <w:t>وی کین گائیڈ نان مسلمز ود دا دعویٰ ورک، بٹ ہاؤ کین وی برنگ مسلمز ٹورڈز دا ٹیچنگز اف دا قرآن؟</w:t>
      </w:r>
    </w:p>
    <w:p>
      <w:r>
        <w:rPr>
          <w:b/>
        </w:rPr>
        <w:t xml:space="preserve">[25:12] </w:t>
      </w:r>
      <w:r>
        <w:t>dekhen, is ko mein ne kai baar likha hai ke</w:t>
      </w:r>
    </w:p>
    <w:p>
      <w:pPr>
        <w:jc w:val="right"/>
      </w:pPr>
      <w:r>
        <w:t>دیکھیں، اس کو میں نے کئی بار لکھا ہے کہ</w:t>
      </w:r>
    </w:p>
    <w:p>
      <w:r>
        <w:rPr>
          <w:b/>
        </w:rPr>
        <w:t xml:space="preserve">[25:20] </w:t>
      </w:r>
      <w:r>
        <w:t>humein hamari jo dawah hai, yeh dawah ke jo dawati jo program hai, is ke do aspect hain, do pehlu hain is ke.</w:t>
      </w:r>
    </w:p>
    <w:p>
      <w:pPr>
        <w:jc w:val="right"/>
      </w:pPr>
      <w:r>
        <w:t>ہمیں ہماری جو دعوت ہے، یہ دعوت کے جو دعوتی جو پروگرام ہے، اس کے دو اسپیکٹ ہیں، دو پہلو ہیں اس کے۔</w:t>
      </w:r>
    </w:p>
    <w:p>
      <w:r>
        <w:rPr>
          <w:b/>
        </w:rPr>
        <w:t xml:space="preserve">[25:30] </w:t>
      </w:r>
      <w:r>
        <w:t>yaani humein non muslim ko islam ki discovery karana hai aur musalmanon ko islam ki rediscovery karana hai. yeh bas samjhiye ke jo musalman hain, woh islam ko jaante hain.</w:t>
      </w:r>
    </w:p>
    <w:p>
      <w:pPr>
        <w:jc w:val="right"/>
      </w:pPr>
      <w:r>
        <w:t>یعنی ہمیں نان مسلم کو اسلام کی ڈسکوری کرانا ہے اور مسلمانوں کو اسلام کی ری ڈسکوری کرانا ہے۔ یہ بس سمجھئے کہ جو مسلمان ہیں، وہ اسلام کو جانتے ہیں۔</w:t>
      </w:r>
    </w:p>
    <w:p>
      <w:r>
        <w:rPr>
          <w:b/>
        </w:rPr>
        <w:t xml:space="preserve">[25:45] </w:t>
      </w:r>
      <w:r>
        <w:t>unhein islam ko rediscover karna padega to woh jaanen ge ke islam kya hai. ab jo hai, ek billion se zyada musalman, woh to ek qaum hai, ek qaum hai.</w:t>
      </w:r>
    </w:p>
    <w:p>
      <w:pPr>
        <w:jc w:val="right"/>
      </w:pPr>
      <w:r>
        <w:t>انہیں اسلام کو ری ڈسکور کرنا پڑے گا تو وہ جانیں گے کہ اسلام کیا ہے۔ اب جو ہے، ایک بلین زیادہ مسلمان، وہ تو ایک قوم ہے، ایک قوم ہے۔</w:t>
      </w:r>
    </w:p>
    <w:p>
      <w:r>
        <w:rPr>
          <w:b/>
        </w:rPr>
        <w:t xml:space="preserve">[25:56] </w:t>
      </w:r>
      <w:r>
        <w:t>woh sahi maanon mein, woh sahi maanon mein believers log nahin hain. woh to baharhaal hamara jo mission hai, is mission mein hamari koshish kya hai ke non muslim ke liye islam ko un ki discovery banana aur musalmanon ke liye islam ko un ki rediscovery banana.</w:t>
      </w:r>
    </w:p>
    <w:p>
      <w:pPr>
        <w:jc w:val="right"/>
      </w:pPr>
      <w:r>
        <w:t>وہ صحیح معنوں میں، وہ صحیح معنوں میں بیلیورز لوگ نہیں ہیں۔ وہ تو بہرحال ہمارا جو مشن ہے، اس مشن میں ہماری کوشش کیا ہے کہ نان مسلم کے لیے اسلام کو ان کی ڈسکوری بنانا اور مسلمانوں کے لیے اسلام کو ان کی ری ڈسکوری بنانا۔</w:t>
      </w:r>
    </w:p>
    <w:p>
      <w:r>
        <w:rPr>
          <w:b/>
        </w:rPr>
        <w:t xml:space="preserve">[26:16] </w:t>
      </w:r>
      <w:r>
        <w:t>is par mein ne ek kitaab likhi hai, islam rediscovered. is kitaab ko agar aap parhen, is mein saari baaten aap pa sakti hain. is ka naam hi yahi hai, islam rediscovered.</w:t>
      </w:r>
    </w:p>
    <w:p>
      <w:pPr>
        <w:jc w:val="right"/>
      </w:pPr>
      <w:r>
        <w:t>اس پر میں نے ایک کتاب لکھی ہے، اسلام ری ڈسکورڈ۔ اس کتاب کو اگر آپ پڑھیں، اس میں ساری باتیں آپ پا سکتی ہیں۔ اس کا نام ہی یہی ہے، اسلام ری ڈسکورڈ۔</w:t>
      </w:r>
    </w:p>
    <w:p>
      <w:r>
        <w:rPr>
          <w:b/>
        </w:rPr>
        <w:t xml:space="preserve">[26:32] </w:t>
      </w:r>
      <w:r>
        <w:t>maulana, she has another question. she writes, maulana, even though many of her muslim children in america are sent to islamic schools.</w:t>
      </w:r>
    </w:p>
    <w:p>
      <w:pPr>
        <w:jc w:val="right"/>
      </w:pPr>
      <w:r>
        <w:t>مولانا، شی ہیز انادر کوئسچن۔ شی رائٹس، مولانا، ایون دو مینی اف ہر مسلم چلڈرن ان امریکہ آر سینڈ ٹو اسلامک سکولز۔</w:t>
      </w:r>
    </w:p>
    <w:p>
      <w:r>
        <w:rPr>
          <w:b/>
        </w:rPr>
        <w:t xml:space="preserve">[26:44] </w:t>
      </w:r>
      <w:r>
        <w:t>most of them start losing that education as they grow older. how can parents help to prevent this from happening?</w:t>
      </w:r>
    </w:p>
    <w:p>
      <w:pPr>
        <w:jc w:val="right"/>
      </w:pPr>
      <w:r>
        <w:t>موسٹ اف دیم سٹارٹ لوزنگ دیٹ ایجوکیشن ایز دے گرو اولڈر۔ ہاؤ کین پیرنٹس ہیلپ ٹو پریوینٹ دس فرام ہیپننگ؟</w:t>
      </w:r>
    </w:p>
    <w:p>
      <w:r>
        <w:rPr>
          <w:b/>
        </w:rPr>
        <w:t xml:space="preserve">[26:55] </w:t>
      </w:r>
      <w:r>
        <w:t>dekhen, yeh islami school khule hue hain india mein bhi aur europe america mein bhi. mein is se zyada ittefaq nahin karta kyunke wahan par kya hota hai?</w:t>
      </w:r>
    </w:p>
    <w:p>
      <w:pPr>
        <w:jc w:val="right"/>
      </w:pPr>
      <w:r>
        <w:t>دیکھیں، یہ اسلامی سکول کھلے ہوئے ہیں انڈیا میں بھی اور یورپ امریکہ میں بھی۔ میں اس سے زیادہ اتفاق نہیں کرتا کیونکہ وہاں پر کیا ہوتا ہے؟</w:t>
      </w:r>
    </w:p>
    <w:p>
      <w:r>
        <w:rPr>
          <w:b/>
        </w:rPr>
        <w:t xml:space="preserve">[27:08] </w:t>
      </w:r>
      <w:r>
        <w:t>wahan par yeh hota hai ke jitne bhi yeh school hain, sab mein standard bohat kam hota hai. jo achhe school hain, us ke barabar nahin un ka standard hota hai.</w:t>
      </w:r>
    </w:p>
    <w:p>
      <w:pPr>
        <w:jc w:val="right"/>
      </w:pPr>
      <w:r>
        <w:t>وہاں پر یہ ہوتا ہے کہ جتنے بھی یہ سکول ہیں، سب میں سٹینڈرڈ بہت کم ہوتا ہے۔ جو اچھے سکول ہیں، اس کے برابر نہیں ان کا سٹینڈرڈ ہوتا ہے۔</w:t>
      </w:r>
    </w:p>
    <w:p>
      <w:r>
        <w:rPr>
          <w:b/>
        </w:rPr>
        <w:t xml:space="preserve">[27:19] </w:t>
      </w:r>
      <w:r>
        <w:t>india mein bhi khule hain logon ne aur wahan bhi khol rakha hai. to aap hota yeh hai ke jo bachhe parhte hain wahan, to kuch din ke baad mehsoos karte hain ke hamare baap baap ne humein, yaani humein, hamare saath bohat zyada,</w:t>
      </w:r>
    </w:p>
    <w:p>
      <w:pPr>
        <w:jc w:val="right"/>
      </w:pPr>
      <w:r>
        <w:t>انڈیا میں بھی کھلے ہیں لوگوں نے اور وہاں بھی کھول رکھا ہے۔ تو آپ ہوتا یہ ہے کہ جو بچے پڑھتے ہیں وہاں، تو کچھ دن کے بعد محسوس کرتے ہیں کہ ہمارے باپ باپ نے ہمیں، یعنی ہمیں، ہمارے ساتھ بہت زیادہ،</w:t>
      </w:r>
    </w:p>
    <w:p>
      <w:r>
        <w:rPr>
          <w:b/>
        </w:rPr>
        <w:t xml:space="preserve">[27:40] </w:t>
      </w:r>
      <w:r>
        <w:t>yaani ghalat kiya. agar hum achhe school parhte to hamara standard doosra hota hai. hum aage barh sakte the, hum aage nahin ja sakte. jo bachhe parhte hain un islami schoolon mein, baat ko mehsoos karte hain woh ke hamara aage raasta band hai hamare liye.</w:t>
      </w:r>
    </w:p>
    <w:p>
      <w:pPr>
        <w:jc w:val="right"/>
      </w:pPr>
      <w:r>
        <w:t>یعنی غلط کیا۔ اگر ہم اچھے سکول پڑھتے تو ہمارا سٹینڈرڈ دوسرا ہوتا ہے۔ ہم آگے بڑھ سکتے تھے، ہم آگے نہیں جا سکتے۔ جو بچے پڑھتے ہیں ان اسلامی سکولوں میں، بات کو محسوس کرتے ہیں وہ کہ ہمارا آگے راستہ بند ہے ہمارے لیے۔</w:t>
      </w:r>
    </w:p>
    <w:p>
      <w:r>
        <w:rPr>
          <w:b/>
        </w:rPr>
        <w:t xml:space="preserve">[27:58] </w:t>
      </w:r>
      <w:r>
        <w:t>to mein is se ittefaq nahin karta ke jo school so called islamic school khule hue hain. mera maanna kya hai?</w:t>
      </w:r>
    </w:p>
    <w:p>
      <w:pPr>
        <w:jc w:val="right"/>
      </w:pPr>
      <w:r>
        <w:t>تو میں اس سے اتفاق نہیں کرتا کہ جو سکول سو کالڈ اسلامک سکول کھلے ہوئے ہیں۔ میرا ماننا کیا ہے؟</w:t>
      </w:r>
    </w:p>
    <w:p>
      <w:r>
        <w:rPr>
          <w:b/>
        </w:rPr>
        <w:t xml:space="preserve">[28:07] </w:t>
      </w:r>
      <w:r>
        <w:t>mera maanna yeh hai ke education for the sake of education. mein maanta hoon education for the sake of education.</w:t>
      </w:r>
    </w:p>
    <w:p>
      <w:pPr>
        <w:jc w:val="right"/>
      </w:pPr>
      <w:r>
        <w:t>میرا ماننا یہ ہے کہ ایجوکیشن فار دا سیک اف ایجوکیشن۔ میں مانتا ہوں ایجوکیشن فار دا سیک اف ایجوکیشن۔</w:t>
      </w:r>
    </w:p>
    <w:p>
      <w:r>
        <w:rPr>
          <w:b/>
        </w:rPr>
        <w:t xml:space="preserve">[28:16] </w:t>
      </w:r>
      <w:r>
        <w:t>to aap ko jo talaba rujhan rakhte hon science ka, mislan un ko poori tarah science bhejiye. islami school mein mat daakhil kijiye un ko.</w:t>
      </w:r>
    </w:p>
    <w:p>
      <w:pPr>
        <w:jc w:val="right"/>
      </w:pPr>
      <w:r>
        <w:t>تو آپ کو جو طلباء رجحان رکھتے ہوں سائنس کا، مثلاً ان کو پوری طرح سائنس بھیجیے۔ اسلامی سکول میں مت داخل کیجئے ان کو۔</w:t>
      </w:r>
    </w:p>
    <w:p>
      <w:r>
        <w:rPr>
          <w:b/>
        </w:rPr>
        <w:t xml:space="preserve">[28:28] </w:t>
      </w:r>
      <w:r>
        <w:t>aur un ko agar aap chahte hain islami tarbiyat to ghar mein is ka mahol banaiye. is ko kehte hain informal education.</w:t>
      </w:r>
    </w:p>
    <w:p>
      <w:pPr>
        <w:jc w:val="right"/>
      </w:pPr>
      <w:r>
        <w:t>اور ان کو اگر آپ چاہتے ہیں اسلامی تربیت تو گھر میں اس کا ماحول بنائیے۔ اس کو کہتے ہیں ان فارمل ایجوکیشن۔</w:t>
      </w:r>
    </w:p>
    <w:p>
      <w:r>
        <w:rPr>
          <w:b/>
        </w:rPr>
        <w:t xml:space="preserve">[28:37] </w:t>
      </w:r>
      <w:r>
        <w:t>yani do level hona chahiye. formal education mein to wahi education formal education mein ya education for the sake of education ho.</w:t>
      </w:r>
    </w:p>
    <w:p>
      <w:pPr>
        <w:jc w:val="right"/>
      </w:pPr>
      <w:r>
        <w:t>یعنی دو لیول ہونا چاہیے۔ فارمل ایجوکیشن میں تو وہی ایجوکیشن فارمل ایجوکیشن میں یا ایجوکیشن فار دا سیک اف ایجوکیشن ہو۔</w:t>
      </w:r>
    </w:p>
    <w:p>
      <w:r>
        <w:rPr>
          <w:b/>
        </w:rPr>
        <w:t xml:space="preserve">[28:46] </w:t>
      </w:r>
      <w:r>
        <w:t>informal education mein aap un ko islam ki baatein bataiye. lekin doosri cheez yeh hai ke kuch talaba jo interested hon islam mein to un ko masoom parhaiye.</w:t>
      </w:r>
    </w:p>
    <w:p>
      <w:pPr>
        <w:jc w:val="right"/>
      </w:pPr>
      <w:r>
        <w:t>ان فارمل ایجوکیشن میں آپ ان کو اسلام کی باتیں بتائیے۔ لیکن دوسری چیز یہ ہے کہ کچھ طلباء جو انٹرسٹڈ ہوں اسلام میں تو ان کو معصوم پڑھائیے۔</w:t>
      </w:r>
    </w:p>
    <w:p>
      <w:r>
        <w:rPr>
          <w:b/>
        </w:rPr>
        <w:t xml:space="preserve">[28:59] </w:t>
      </w:r>
      <w:r>
        <w:t>un ko islamic cemetery parhaiye. un ke liye aap islamic poori islami taleem dijiye un ko. to agar do group hue, ek woh log jin ko aap</w:t>
      </w:r>
    </w:p>
    <w:p>
      <w:pPr>
        <w:jc w:val="right"/>
      </w:pPr>
      <w:r>
        <w:t>ان کو اسلامک سیمنٹری پڑھائیے۔ ان کے لیے آپ اسلامک پوری اسلامی تعلیم دیجئے ان کو۔ تو اگر دو گروپ ہوئے، ایک وہ لوگ جن کو آپ</w:t>
      </w:r>
    </w:p>
    <w:p>
      <w:r>
        <w:rPr>
          <w:b/>
        </w:rPr>
        <w:t xml:space="preserve">[29:14] </w:t>
      </w:r>
      <w:r>
        <w:t>direct tor par secular education mein dalen aur secular education achhi se achhi taleem dilwayen un ko. wahan par wahi ho ke education for the sake of education, yani yani formal education ke aitbar se aur informal education ke aitbar se unhein aap ghar par islam bataen.</w:t>
      </w:r>
    </w:p>
    <w:p>
      <w:pPr>
        <w:jc w:val="right"/>
      </w:pPr>
      <w:r>
        <w:t>ڈائریکٹ طور پر سیکولر ایجوکیشن میں ڈالیں اور سیکولر ایجوکیشن اچھی سے اچھی تعلیم دلوائیں ان کو۔ وہاں پر وہی ہو کہ ایجوکیشن فار دا سیک اف ایجوکیشن، یعنی یعنی فارمل ایجوکیشن کے اعتبار سے اور ان فارمل ایجوکیشن کے اعتبار سے انہیں آپ گھر پر اسلام بتائیں۔</w:t>
      </w:r>
    </w:p>
    <w:p>
      <w:r>
        <w:rPr>
          <w:b/>
        </w:rPr>
        <w:t xml:space="preserve">[29:34] </w:t>
      </w:r>
      <w:r>
        <w:t>lekin isi ke sath hamari zaroorat yeh bhi hai ke islam beshk ho to alag se parhaiye. yeh jo jod lagate hain na, jod is se koi faida nahin.</w:t>
      </w:r>
    </w:p>
    <w:p>
      <w:pPr>
        <w:jc w:val="right"/>
      </w:pPr>
      <w:r>
        <w:t>لیکن اسی کے ساتھ ہماری ضرورت یہ بھی ہے کہ اسلام بے اسکارر ہو تو الگ سے پڑھائیے۔ یہ جو جوڑ لگاتے ہیں نا، جوڑ اس سے کوئی فائدہ نہیں۔</w:t>
      </w:r>
    </w:p>
    <w:p>
      <w:r>
        <w:rPr>
          <w:b/>
        </w:rPr>
        <w:t xml:space="preserve">[29:43] </w:t>
      </w:r>
      <w:r>
        <w:t>na islam ka faida, na na secularism ka faida. yani secular education bhi kamzor, islam bhi bhi kamzor. aise talaba jo parhte hain, is mein un ko na islam aata, na secular uloom jante hain.</w:t>
      </w:r>
    </w:p>
    <w:p>
      <w:pPr>
        <w:jc w:val="right"/>
      </w:pPr>
      <w:r>
        <w:t>نہ اسلام کا فائدہ، نہ نہ سیکولرزم کا فائدہ۔ یعنی سیکولر ایجوکیشن بھی کمزور، اسلام بھی بھی کمزور۔ ایسے طلباء جو پڑھتے ہیں، اس میں ان کو نہ اسلام آتا، نہ سیکولر علوم جانتے ہیں۔</w:t>
      </w:r>
    </w:p>
    <w:p>
      <w:r>
        <w:rPr>
          <w:b/>
        </w:rPr>
        <w:t xml:space="preserve">[29:56] </w:t>
      </w:r>
      <w:r>
        <w:t>woh idhar udhar se bhi kamzor, idhar se bhi kamzor. to main is ko nahin manta. halanke dhoom machi hui hai sari duniya mein islami education ki, islami schoolon ki.</w:t>
      </w:r>
    </w:p>
    <w:p>
      <w:pPr>
        <w:jc w:val="right"/>
      </w:pPr>
      <w:r>
        <w:t>وہ ادھر ادھر سے بھی کمزور، ادھر سے بھی کمزور۔ تو میں اس کو نہیں مانتا۔ حالانکہ دھوم مچی ہوئی ہے ساری دنیا میں اسلامی ایجوکیشن کی، اسلامی سکولوں کی۔</w:t>
      </w:r>
    </w:p>
    <w:p>
      <w:r>
        <w:rPr>
          <w:b/>
        </w:rPr>
        <w:t xml:space="preserve">[30:08] </w:t>
      </w:r>
      <w:r>
        <w:t>mujhe bahar is se ittefaq nahin hai aur main isi ka qail hoon. hum ne bhi ek school khola hai to is ko school bilkul secular base par khola hai, secular education.</w:t>
      </w:r>
    </w:p>
    <w:p>
      <w:pPr>
        <w:jc w:val="right"/>
      </w:pPr>
      <w:r>
        <w:t>مجھے باہر اس سے اتفاق نہیں ہے اور میں اسی کا قائل ہوں۔ ہم نے بھی ایک اسکول کھولا ہے تو اس کو اسکول بالکل سیکولر بیس پر کھولا ہے، سیکولر ایجوکیشن۔</w:t>
      </w:r>
    </w:p>
    <w:p>
      <w:r>
        <w:rPr>
          <w:b/>
        </w:rPr>
        <w:t xml:space="preserve">[30:21] </w:t>
      </w:r>
      <w:r>
        <w:t>aur hum logon se kehte hain ke ab gharon mein aisa mahol banao ke ghar mein tum bachon ko inform education do un ko aur un ko islam par un ko pakka karo.</w:t>
      </w:r>
    </w:p>
    <w:p>
      <w:pPr>
        <w:jc w:val="right"/>
      </w:pPr>
      <w:r>
        <w:t>اور ہم لوگوں سے کہتے ہیں کہ اب گھروں میں ایسا ماحول بناؤ کہ گھر میں تم بچوں کو انفارم ایجوکیشن دو ان کو اور ان کو اسلام پر ان کو پختہ کرو۔</w:t>
      </w:r>
    </w:p>
    <w:p>
      <w:r>
        <w:rPr>
          <w:b/>
        </w:rPr>
        <w:t xml:space="preserve">[30:39] </w:t>
      </w:r>
      <w:r>
        <w:t>yeh question is from miss hina zaman from delhi. agar koi hamein taweez de to kya woh hamein pehanna chahiye ya nahin?</w:t>
      </w:r>
    </w:p>
    <w:p>
      <w:pPr>
        <w:jc w:val="right"/>
      </w:pPr>
      <w:r>
        <w:t>دس کوئسچن از فرام مس ہنا زمن فرام دہلی۔ اگر کوئی ہمیں تعویذ دے تو کیا وہ ہمیں پہننا چاہیے یا نہیں؟</w:t>
      </w:r>
    </w:p>
    <w:p>
      <w:r>
        <w:rPr>
          <w:b/>
        </w:rPr>
        <w:t xml:space="preserve">[30:49] </w:t>
      </w:r>
      <w:r>
        <w:t>kya woh shirk hai ya nahin? maulana, is ko bataen.</w:t>
      </w:r>
    </w:p>
    <w:p>
      <w:pPr>
        <w:jc w:val="right"/>
      </w:pPr>
      <w:r>
        <w:t>کیا وہ شرک ہے یا نہیں؟ مولانا، اس کو بتائیں۔</w:t>
      </w:r>
    </w:p>
    <w:p>
      <w:r>
        <w:rPr>
          <w:b/>
        </w:rPr>
        <w:t xml:space="preserve">[30:59] </w:t>
      </w:r>
      <w:r>
        <w:t>dekhen, taweez par to bohat kaafi likha ja chuka hai aur ulama ne bohat kuch likha hai.</w:t>
      </w:r>
    </w:p>
    <w:p>
      <w:pPr>
        <w:jc w:val="right"/>
      </w:pPr>
      <w:r>
        <w:t>دیکھیں، تعویذ پر تو بہت کافی لکھا جا چکا ہے اور علماء نے بہت کچھ لکھا ہے۔</w:t>
      </w:r>
    </w:p>
    <w:p>
      <w:r>
        <w:rPr>
          <w:b/>
        </w:rPr>
        <w:t xml:space="preserve">[31:07] </w:t>
      </w:r>
      <w:r>
        <w:t>is ko aap padh lijiye. zahiri taur par main in cheezon ko nahin manta. main koi taweez na deta hoon, na na bandhta hoon.</w:t>
      </w:r>
    </w:p>
    <w:p>
      <w:pPr>
        <w:jc w:val="right"/>
      </w:pPr>
      <w:r>
        <w:t>اس کو آپ پڑھ لیجئے۔ ظاہری طور پر میں ان چیزوں کو نہیں مانتا۔ میں کوئی تعویذ نہ دیتا ہوں، نہ نہ باندھتا ہوں۔</w:t>
      </w:r>
    </w:p>
    <w:p>
      <w:r>
        <w:rPr>
          <w:b/>
        </w:rPr>
        <w:t xml:space="preserve">[31:17] </w:t>
      </w:r>
      <w:r>
        <w:t>aap ko dilchaspi hai to is mein barelvi ulama aur deobandi ulama ne bohat kuch likha hai, is ko padh lijiye aap. mujhe to koi is mein interest nahin hai, na main is ko istemal bhi nahin karta, na likhta bhi nahin.</w:t>
      </w:r>
    </w:p>
    <w:p>
      <w:pPr>
        <w:jc w:val="right"/>
      </w:pPr>
      <w:r>
        <w:t>آپ کو دلچسپی ہے تو اس میں بریلوی علماء اور دیوبندی علماء نے بہت کچھ لکھا ہے، اس کو پڑھ لیجئے آپ۔ مجھے تو کوئی اس میں انٹرسٹ نہیں ہے، نہ میں اس کو استعمال بھی نہیں کرتا، نہ لکھتا بھی نہیں۔</w:t>
      </w:r>
    </w:p>
    <w:p>
      <w:r>
        <w:rPr>
          <w:b/>
        </w:rPr>
        <w:t xml:space="preserve">[31:35] </w:t>
      </w:r>
      <w:r>
        <w:t>yeh question is from miss amira zaman from delhi. according to widespread belief, some people say prophet of islam's footprints here, etcetera.</w:t>
      </w:r>
    </w:p>
    <w:p>
      <w:pPr>
        <w:jc w:val="right"/>
      </w:pPr>
      <w:r>
        <w:t>دس کوئسچن از فرام مس امیرہ زمن فرام دہلی۔ اکارڈنگ ٹو وائڈ سپریڈ بیلیف، سم پیپل سی پرافٹ اف اسلامز فٹ پرنٹس ہیئر، ایٹسیٹرا۔</w:t>
      </w:r>
    </w:p>
    <w:p>
      <w:r>
        <w:rPr>
          <w:b/>
        </w:rPr>
        <w:t xml:space="preserve">[31:50] </w:t>
      </w:r>
      <w:r>
        <w:t>maulana, do you think such belief has any reality?</w:t>
      </w:r>
    </w:p>
    <w:p>
      <w:pPr>
        <w:jc w:val="right"/>
      </w:pPr>
      <w:r>
        <w:t>مولانا، ڈو یو تھنک سچ بیلیف ہیز اینی ریلیٹی؟</w:t>
      </w:r>
    </w:p>
    <w:p>
      <w:r>
        <w:rPr>
          <w:b/>
        </w:rPr>
        <w:t xml:space="preserve">[31:55] </w:t>
      </w:r>
      <w:r>
        <w:t>yeh sab superstition hai. na kahin rasool Allah ka baal hai, na footprint hai, na kuch hai. yeh sab superstition hai.</w:t>
      </w:r>
    </w:p>
    <w:p>
      <w:pPr>
        <w:jc w:val="right"/>
      </w:pPr>
      <w:r>
        <w:t>یہ سب سپریسٹیشن ہے۔ نہ کہیں رسول اللہ کا بال ہے، نہ فٹ پرنٹ ہے، نہ کچھ ہے۔ یہ سب سپریسٹیشن ہے۔</w:t>
      </w:r>
    </w:p>
    <w:p>
      <w:r>
        <w:rPr>
          <w:b/>
        </w:rPr>
        <w:t xml:space="preserve">[32:05] </w:t>
      </w:r>
      <w:r>
        <w:t>main is ko nahin manta. agar bil farz ho bhi, tab bhi is ki koi value nahin hai. bhi sahaba ki zuban mein to real baal aap ka sahaba ko mil sakta tha.</w:t>
      </w:r>
    </w:p>
    <w:p>
      <w:pPr>
        <w:jc w:val="right"/>
      </w:pPr>
      <w:r>
        <w:t>میں اس کو نہیں مانتا۔ اگر بالفرض ہو بھی، تب بھی اس کی کوئی ویلیو نہیں ہے۔ بھی صحابہ کی زبان میں تو ریئل بال آپ کا صحابہ کو مل سکتا تھا۔</w:t>
      </w:r>
    </w:p>
    <w:p>
      <w:r>
        <w:rPr>
          <w:b/>
        </w:rPr>
        <w:t xml:space="preserve">[32:18] </w:t>
      </w:r>
      <w:r>
        <w:t>hum kisi sahabi ke baray mein nahin jante ke unhon ne baal le le ke rakha ho apne gharon mein. yani aaj to aap 1400 saal ho chuke hain, lekin sahaba to aap ke contemporary the.</w:t>
      </w:r>
    </w:p>
    <w:p>
      <w:pPr>
        <w:jc w:val="right"/>
      </w:pPr>
      <w:r>
        <w:t>ہم کسی صحابی کے بارے میں نہیں جانتے کہ انہوں نے بال لے لے کے رکھا ہو اپنے گھروں میں۔ یعنی آج تو آپ 1400 سال ہو چکے ہیں، لیکن صحابہ تو آپ کے کنٹیمپریری تھے۔</w:t>
      </w:r>
    </w:p>
    <w:p>
      <w:r>
        <w:rPr>
          <w:b/>
        </w:rPr>
        <w:t xml:space="preserve">[32:30] </w:t>
      </w:r>
      <w:r>
        <w:t>woh chahte the rasool Allah ka baal le le kar ke rakh lete hain apne gharon mein. kisi sahabi ne aisa nahin kiya. to main do baaten keh raha hoon.</w:t>
      </w:r>
    </w:p>
    <w:p>
      <w:pPr>
        <w:jc w:val="right"/>
      </w:pPr>
      <w:r>
        <w:t>وہ چاہتے تھے رسول اللہ کا بال لے لے کر کے رکھ لیتے ہیں اپنے گھروں میں۔ کسی صحابی نے ایسا نہیں کیا۔ تو میں دو باتیں کہہ رہا ہوں۔</w:t>
      </w:r>
    </w:p>
    <w:p>
      <w:r>
        <w:rPr>
          <w:b/>
        </w:rPr>
        <w:t xml:space="preserve">[32:39] </w:t>
      </w:r>
      <w:r>
        <w:t>ek to yeh ek superstition hai. kisi bhi cheez ki koi validity nahin hai, na starter proof hai ke woh rasool Allah ka hai.</w:t>
      </w:r>
    </w:p>
    <w:p>
      <w:pPr>
        <w:jc w:val="right"/>
      </w:pPr>
      <w:r>
        <w:t>ایک تو یہ ایک سپریسٹیشن ہے۔ کسی بھی چیز کی کوئی ویلیٹی نہیں ہے، نہ اسٹارٹر پروف ہے کہ وہ رسول اللہ کا ہے۔</w:t>
      </w:r>
    </w:p>
    <w:p>
      <w:r>
        <w:rPr>
          <w:b/>
        </w:rPr>
        <w:t xml:space="preserve">[32:47] </w:t>
      </w:r>
      <w:r>
        <w:t>woh aur doosri baat hai, agar bil farz ho bhi, tab bhi koi is ki value nahin hai. to main to is ko nahin manta.</w:t>
      </w:r>
    </w:p>
    <w:p>
      <w:pPr>
        <w:jc w:val="right"/>
      </w:pPr>
      <w:r>
        <w:t>وہ اور دوسری بات ہے، اگر بالفرض ہو بھی، تب بھی کوئی اس کی ویلیو نہیں ہے۔ تو میں تو اس کو نہیں مانتا۔</w:t>
      </w:r>
    </w:p>
    <w:p>
      <w:r>
        <w:rPr>
          <w:b/>
        </w:rPr>
        <w:t xml:space="preserve">[32:58] </w:t>
      </w:r>
      <w:r>
        <w:t>main is ko nahin manta. chahe woh awam toot padte hain is ke upar. farz jagah bhi mubarak ka woh darshan karaya tha to toot te hain log.</w:t>
      </w:r>
    </w:p>
    <w:p>
      <w:pPr>
        <w:jc w:val="right"/>
      </w:pPr>
      <w:r>
        <w:t>میں اس کو نہیں مانتا۔ چاہے وہ عوام ٹوٹ پڑتے ہیں اس کے اوپر۔ فرض جگہ بوی مبارک کا وہ درشن کرایا تھا تو ٹوٹتے ہیں لوگ۔</w:t>
      </w:r>
    </w:p>
    <w:p>
      <w:r>
        <w:rPr>
          <w:b/>
        </w:rPr>
        <w:t xml:space="preserve">[33:09] </w:t>
      </w:r>
      <w:r>
        <w:t>yeh yeh yeh yeh mazhab sach much hinduo se aaya hai. hinduo ka yeh sab cheezen bohat zyada hain. that is hinduized version of islam.</w:t>
      </w:r>
    </w:p>
    <w:p>
      <w:pPr>
        <w:jc w:val="right"/>
      </w:pPr>
      <w:r>
        <w:t>یہ یہ یہ یہ مذہب سچ مچ ہندوؤں سے آیا ہے۔ ہندوؤں کا یہ سب چیزیں بہت زیادہ ہیں۔ دیٹ از ہندوائزڈ ورژن اف اسلام۔</w:t>
      </w:r>
    </w:p>
    <w:p>
      <w:r>
        <w:rPr>
          <w:b/>
        </w:rPr>
        <w:t xml:space="preserve">[33:19] </w:t>
      </w:r>
      <w:r>
        <w:t>arbon mein aaj bhi yeh sab cheezein nahin hain. yeh sab cheezein hoti hain arab mein, hoti hain. india mein kahan se aa gayi hain?</w:t>
      </w:r>
    </w:p>
    <w:p>
      <w:pPr>
        <w:jc w:val="right"/>
      </w:pPr>
      <w:r>
        <w:t>عربوں میں آج بھی یہ سب چیزیں نہیں ہیں۔ یہ سب چیزیں ہوتی ہیں عرب میں، ہوتی ہیں۔ انڈیا میں کہاں سے آ گئی ہیں؟</w:t>
      </w:r>
    </w:p>
    <w:p>
      <w:r>
        <w:rPr>
          <w:b/>
        </w:rPr>
        <w:t xml:space="preserve">[33:27] </w:t>
      </w:r>
      <w:r>
        <w:t>yeh arab mein aaj bhi yeh sab cheezein nahin hain. to yeh saari bohat saari cheezein, yeh sab cheezein jo hain, that is hinduized version of islam. iska islam se koi talluq nahin hai.</w:t>
      </w:r>
    </w:p>
    <w:p>
      <w:pPr>
        <w:jc w:val="right"/>
      </w:pPr>
      <w:r>
        <w:t>یہ عرب میں آج بھی یہ سب چیزیں نہیں ہیں۔ تو یہ ساری بہت ساری چیزیں، یہ سب چیزیں جو ہیں، دیٹ از ہندوائزڈ ورژن اف اسلام۔ اس کا اسلام سے کوئی تعلق نہیں ہے۔</w:t>
      </w:r>
    </w:p>
    <w:p>
      <w:r>
        <w:rPr>
          <w:b/>
        </w:rPr>
        <w:t xml:space="preserve">[33:43] </w:t>
      </w:r>
      <w:r>
        <w:t>das question is from mr khwaja kaleemuddin from pennsylvania. maulana, what do you exactly mean when you say maseeh and mahdi have actually arrived?</w:t>
      </w:r>
    </w:p>
    <w:p>
      <w:pPr>
        <w:jc w:val="right"/>
      </w:pPr>
      <w:r>
        <w:t>دس کوئسچن از فرام مسٹر خواجہ کلیم الدین فرام پینسلوینیا۔ مولانا، واٹ ڈو یو ایگزیکٹلی مین وین یو سے مسیح اینڈ مہدی ہیو ایکچولی ارائیوڈ؟</w:t>
      </w:r>
    </w:p>
    <w:p>
      <w:r>
        <w:rPr>
          <w:b/>
        </w:rPr>
        <w:t xml:space="preserve">[34:03] </w:t>
      </w:r>
      <w:r>
        <w:t>is liye ke dekhiye, jab hum dekh rahe hain qayamat aa gayi bilkul paas mein to humein manna parega. hum yeh nahin keh sakte ke mr a jo hai maseeh hai, mr b jo hai mahdi hai.</w:t>
      </w:r>
    </w:p>
    <w:p>
      <w:pPr>
        <w:jc w:val="right"/>
      </w:pPr>
      <w:r>
        <w:t>اس لیے کہ دیکھیے، جب ہم دیکھ رہے ہیں قیامت آ گئی بالکل پاس میں تو ہمیں ماننا پڑے گا۔ ہم یہ نہیں کہہ سکتے کہ مسٹر اے جو ہے مسیح ہے، مسٹر بی جو ہے مہدی ہے۔</w:t>
      </w:r>
    </w:p>
    <w:p>
      <w:r>
        <w:rPr>
          <w:b/>
        </w:rPr>
        <w:t xml:space="preserve">[34:13] </w:t>
      </w:r>
      <w:r>
        <w:t>to nahin keh sakte aap. lekin bilkul qayamat saamne aa chuki hai. global warming dekhiye. global warming, ghaddar global warming hai.</w:t>
      </w:r>
    </w:p>
    <w:p>
      <w:pPr>
        <w:jc w:val="right"/>
      </w:pPr>
      <w:r>
        <w:t>تو نہیں کہہ سکتے آپ۔ لیکن بالکل قیامت سامنے آ چکی ہے۔ گلوبل وارمنگ دیکھیے۔ گلوبل وارمنگ، غدار گلوبل وارمنگ ہے۔</w:t>
      </w:r>
    </w:p>
    <w:p>
      <w:r>
        <w:rPr>
          <w:b/>
        </w:rPr>
        <w:t xml:space="preserve">[34:23] </w:t>
      </w:r>
      <w:r>
        <w:t>pani ka khatam ho raha hai, pollution hai, air pollution, water pollution. ab jo volcanic corruption hua hai, yeh to saari alamatain nikli chali ja rahi hain.</w:t>
      </w:r>
    </w:p>
    <w:p>
      <w:pPr>
        <w:jc w:val="right"/>
      </w:pPr>
      <w:r>
        <w:t>پانی کا ختم ہو رہا ہے، پولیوشن ہے، ایئر پولیوشن، واٹر پولیوشن۔ اب جو والکانک کرپشن ہوا ہے، یہ تو ساری علامتیں نکلی چلی جا رہی ہیں۔</w:t>
      </w:r>
    </w:p>
    <w:p>
      <w:r>
        <w:rPr>
          <w:b/>
        </w:rPr>
        <w:t xml:space="preserve">[34:34] </w:t>
      </w:r>
      <w:r>
        <w:t>ab to ek hi alamat baqi reh gayi hai, suraj jo hai, yaani jo abhi nikalta hai, mashriq se maghrib se nikalne laga hai. woh yeh ek baqi reh gayi hai.</w:t>
      </w:r>
    </w:p>
    <w:p>
      <w:pPr>
        <w:jc w:val="right"/>
      </w:pPr>
      <w:r>
        <w:t>اب تو ایک ہی علامت باقی رہ گئی ہے، سورج جو ہے، یعنی جو ابھی نکلتا ہے، مشرق سے مغرب سے نکلنے لگا ہے۔ وہ یہ ایک باقی رہ گئی ہے۔</w:t>
      </w:r>
    </w:p>
    <w:p>
      <w:r>
        <w:rPr>
          <w:b/>
        </w:rPr>
        <w:t xml:space="preserve">[34:45] </w:t>
      </w:r>
      <w:r>
        <w:t>to yeh humein manna parega ke woh sab ho chuka. kyunke hadees se maloom hota hai ke woh qayamat se pehle sab ho jayega. qayamat se pehle ho jayega.</w:t>
      </w:r>
    </w:p>
    <w:p>
      <w:pPr>
        <w:jc w:val="right"/>
      </w:pPr>
      <w:r>
        <w:t>تو یہ ہمیں ماننا پڑے گا کہ وہ سب ہو چکا۔ کیونکہ حدیث سے معلوم ہوتا ہے کہ وہ قیامت سے پہلے سب ہو جائے گا۔ قیامت سے پہلے ہو جائے گا۔</w:t>
      </w:r>
    </w:p>
    <w:p>
      <w:r>
        <w:rPr>
          <w:b/>
        </w:rPr>
        <w:t xml:space="preserve">[34:55] </w:t>
      </w:r>
      <w:r>
        <w:t>woh dajjal ka aana, maseeh ka aana aur mahdi ka sab ho chuka ho jayega, ho chuka hoga. is wajah se main yeh manta hoon ke bohat si cheezein jo hadees mein aayin, unko aap tamseel ke zubaan mein lena parega.</w:t>
      </w:r>
    </w:p>
    <w:p>
      <w:pPr>
        <w:jc w:val="right"/>
      </w:pPr>
      <w:r>
        <w:t>وہ دجال کا آنا، مسیح کا آنا اور مہدی کا سب ہو چکا ہو جائے گا، ہو چکا ہوگا۔ اس وجہ سے میں یہ مانتا ہوں کہ بہت سی چیزیں جو حدیث میں آئیں، ان کو آپ تمثیل کے زبان میں لینا پڑے گا۔</w:t>
      </w:r>
    </w:p>
    <w:p>
      <w:r>
        <w:rPr>
          <w:b/>
        </w:rPr>
        <w:t xml:space="preserve">[35:09] </w:t>
      </w:r>
      <w:r>
        <w:t>tamseel ki zubaan mein misaal ke taur par dekhiye, hadees mein hai ke dajjal cheekhega to uski awaaz mashriq o maghrib mein sunai degi.</w:t>
      </w:r>
    </w:p>
    <w:p>
      <w:pPr>
        <w:jc w:val="right"/>
      </w:pPr>
      <w:r>
        <w:t>تمثیل کی زبان میں مثال کے طور پر دیکھیے، حدیث میں ہے کہ دجال چیخے گا تو اس کی آواز مشرق و مغرب میں سنائی دے گی۔</w:t>
      </w:r>
    </w:p>
    <w:p>
      <w:r>
        <w:rPr>
          <w:b/>
        </w:rPr>
        <w:t xml:space="preserve">[35:19] </w:t>
      </w:r>
      <w:r>
        <w:t>to iska matlab yeh nahin ke woh yahi zubaan, yeh awaaz pahunch jayegi har jagah. communication ke zamane mein, jise hum bol rahe hain, log america mein sun rahe hain. iska matlab hai ke dajjal aayega communication ke zamane mein.</w:t>
      </w:r>
    </w:p>
    <w:p>
      <w:pPr>
        <w:jc w:val="right"/>
      </w:pPr>
      <w:r>
        <w:t>تو اس کا مطلب یہ نہیں کہ وہ یہی زبان، یہ آواز پہنچ جائے گی ہر جگہ۔ کمیونیکیشن کے زمانے میں، جسے ہم بول رہے ہیں، لوگ امریکہ میں سن رہے ہیں۔ اس کا مطلب ہے کہ دجال آئے گا کمیونیکیشن کے زمانے میں۔</w:t>
      </w:r>
    </w:p>
    <w:p>
      <w:r>
        <w:rPr>
          <w:b/>
        </w:rPr>
        <w:t xml:space="preserve">[35:33] </w:t>
      </w:r>
      <w:r>
        <w:t>iska matlab hai ke isko wahi, uski awaaz jo munh se nikli hai, wahi wahan pahunch rahi hogi. to isko main kehta hoon tamseel ka usloob.</w:t>
      </w:r>
    </w:p>
    <w:p>
      <w:pPr>
        <w:jc w:val="right"/>
      </w:pPr>
      <w:r>
        <w:t>اس کا مطلب ہے کہ اس کو وہی، اس کی آواز جو منہ سے نکلی ہے، وہی وہاں پہنچ رہی ہوگی۔ تو اس کو میں کہتا ہوں تمثیل کا اسلوب۔</w:t>
      </w:r>
    </w:p>
    <w:p>
      <w:r>
        <w:rPr>
          <w:b/>
        </w:rPr>
        <w:t xml:space="preserve">[35:43] </w:t>
      </w:r>
      <w:r>
        <w:t>yaani dajjal aayega communication ke zamane mein. to mere nazdeek jo bhi hadeesein hain, dajjal, mahdi, maseeh wale, woh sab ke sab tamseel ke zubaan mein hain, sab tamseel ke zubaan mein hain.</w:t>
      </w:r>
    </w:p>
    <w:p>
      <w:pPr>
        <w:jc w:val="right"/>
      </w:pPr>
      <w:r>
        <w:t>یعنی دجال آئے گا کمیونیکیشن کے زمانے میں۔ تو میرے نزدیک جو بھی حدیثیں ہیں، دجال، مہدی، مسیح والے، وہ سب کے سب تمثیل کے زبان میں ہیں، سب تمثیل کے زبان میں ہیں۔</w:t>
      </w:r>
    </w:p>
    <w:p>
      <w:r>
        <w:rPr>
          <w:b/>
        </w:rPr>
        <w:t xml:space="preserve">[35:56] </w:t>
      </w:r>
      <w:r>
        <w:t>to yeh do baatein meri hain ke in baaton ko main tamseel ke zubaan mein manta hoon. aur doosri baat yeh hai ke jab qayamat ke qareeb aa chuki hai to aaj ka sabab kya chal raha hai hamare</w:t>
      </w:r>
    </w:p>
    <w:p>
      <w:pPr>
        <w:jc w:val="right"/>
      </w:pPr>
      <w:r>
        <w:t>تو یہ دو باتیں میری ہیں کہ ان باتوں کو میں تمثیل کے زبان میں مانتا ہوں۔ اور دوسری بات یہ ہے کہ جب قیامت کے قریب آ چکی ہے تو آج کا سبب کیا چل رہا ہے ہمارے</w:t>
      </w:r>
    </w:p>
    <w:p>
      <w:r>
        <w:rPr>
          <w:b/>
        </w:rPr>
        <w:t xml:space="preserve">[36:07] </w:t>
      </w:r>
      <w:r>
        <w:t>liye ke hum maan lein ke sab ho chuka, sab ho chuka.</w:t>
      </w:r>
    </w:p>
    <w:p>
      <w:pPr>
        <w:jc w:val="right"/>
      </w:pPr>
      <w:r>
        <w:t>لیے کہ ہم مان لیں کہ سب ہو چکا، سب ہو چکا۔</w:t>
      </w:r>
    </w:p>
    <w:p>
      <w:r>
        <w:rPr>
          <w:b/>
        </w:rPr>
        <w:t xml:space="preserve">[36:17] </w:t>
      </w:r>
      <w:r>
        <w:t>maulana, he has another question. why some people in spite of clear signs on the horizon dismiss the idea that doomsday is at the door step?</w:t>
      </w:r>
    </w:p>
    <w:p>
      <w:pPr>
        <w:jc w:val="right"/>
      </w:pPr>
      <w:r>
        <w:t>مولانا، ہی ہیز انادر کوئسچن۔ وائی سم پیپل ان سپائٹ اف کلیئر سائنز ان دا ہورائزن ڈسمس دی آئیڈیا دیٹ ڈومز ڈے از ایٹ دا ڈور سٹیپ؟</w:t>
      </w:r>
    </w:p>
    <w:p>
      <w:r>
        <w:rPr>
          <w:b/>
        </w:rPr>
        <w:t xml:space="preserve">[36:32] </w:t>
      </w:r>
      <w:r>
        <w:t>yeh to quran mein bataya gaya hai</w:t>
      </w:r>
    </w:p>
    <w:p>
      <w:pPr>
        <w:jc w:val="right"/>
      </w:pPr>
      <w:r>
        <w:t>یہ تو قرآن میں بتایا گیا ہے</w:t>
      </w:r>
    </w:p>
    <w:p>
      <w:r>
        <w:rPr>
          <w:b/>
        </w:rPr>
        <w:t xml:space="preserve">[36:37] </w:t>
      </w:r>
      <w:r>
        <w:t>ke ek qaum par azaab aaya, azaab aaya kaale badalon ki shakal mein. kaale badal the, is kaale badal se un par azaab aane wala tha.</w:t>
      </w:r>
    </w:p>
    <w:p>
      <w:pPr>
        <w:jc w:val="right"/>
      </w:pPr>
      <w:r>
        <w:t>کہ ایک قوم پر عذاب آیا، عذاب آیا کالے بادلوں کی شکل میں۔ کالے بادل تھے، اس کالے بادل سے ان پر عذاب آنے والا تھا۔</w:t>
      </w:r>
    </w:p>
    <w:p>
      <w:r>
        <w:rPr>
          <w:b/>
        </w:rPr>
        <w:t xml:space="preserve">[36:49] </w:t>
      </w:r>
      <w:r>
        <w:t>jab unhone dekha ke kaale badal aa gaye to unka haath to mumtana ho raha hai. yeh to baarish laye hain hamare liye. to yeh to mizaj hai logon ka, bahisht logon ka, bahisht logon ka mizaj hai.</w:t>
      </w:r>
    </w:p>
    <w:p>
      <w:pPr>
        <w:jc w:val="right"/>
      </w:pPr>
      <w:r>
        <w:t>جب انہوں نے دیکھا کہ کالے بادل آ گئے تو ان کا ہاتھ تو ممتنع ہو رہا ہے۔ یہ تو بارش لائے ہیں ہمارے لیے۔ تو یہ تو مزاج ہے لوگوں کا، بہشت لوگوں کا، بہشت لوگوں کا مزاج ہے۔</w:t>
      </w:r>
    </w:p>
    <w:p>
      <w:r>
        <w:rPr>
          <w:b/>
        </w:rPr>
        <w:t xml:space="preserve">[37:01] </w:t>
      </w:r>
      <w:r>
        <w:t>log hassas nahin hain, log log hassas nahin hain, log ghaur nahin karte, log mutala nahin karte, log samajhne ki koshish nahin karte. har aadmi dekhein, aaj kal ka jo hai distraction mein jeeta hai.</w:t>
      </w:r>
    </w:p>
    <w:p>
      <w:pPr>
        <w:jc w:val="right"/>
      </w:pPr>
      <w:r>
        <w:t>لوگ حساس نہیں ہیں، لوگ لوگ حساس نہیں ہیں، لوگ غور نہیں کرتے، لوگ مطالعہ نہیں کرتے، لوگ سمجھنے کی کوشش نہیں کرتے۔ ہر آدمی دیکھیں، آج کل کا جو ہے ڈسٹرکشن میں جیتا ہے۔</w:t>
      </w:r>
    </w:p>
    <w:p>
      <w:r>
        <w:rPr>
          <w:b/>
        </w:rPr>
        <w:t xml:space="preserve">[37:14] </w:t>
      </w:r>
      <w:r>
        <w:t>sab se bada jo azaab masallat hai saari qaum par woh hai distraction. log bachchon mein gum hain, khandan mein gum hain, family mein gum hain, money mein gum hain, business mein gum hain, job mein gum hain,</w:t>
      </w:r>
    </w:p>
    <w:p>
      <w:pPr>
        <w:jc w:val="right"/>
      </w:pPr>
      <w:r>
        <w:t>سب سے بڑا جو عذاب مسلط ہے ساری قوم پر وہ ہے ڈسٹریکشن۔ لوگ بچوں میں گم ہیں، خاندان میں گم ہیں، فیملی میں گم ہیں، منی میں گم ہیں، بزنس میں گم ہیں، جاب میں گم ہیں،</w:t>
      </w:r>
    </w:p>
    <w:p>
      <w:r>
        <w:rPr>
          <w:b/>
        </w:rPr>
        <w:t xml:space="preserve">[37:27] </w:t>
      </w:r>
      <w:r>
        <w:t>family function mein gum hain. kisi ko sochne ka mauqa hi nahin. gum itna zyada hain. isi dilli mein ek sahab hain, woh ab inteqal ho gaya unka.</w:t>
      </w:r>
    </w:p>
    <w:p>
      <w:pPr>
        <w:jc w:val="right"/>
      </w:pPr>
      <w:r>
        <w:t>فیملی فنکشن میں گم ہیں۔ کسی کو سوچنے کا موقع ہی نہیں۔ گم اتنا زیادہ ہیں۔ اسی دلی میں ایک صاحب ہیں، وہ اب انتقال ہو گیا ان کا۔</w:t>
      </w:r>
    </w:p>
    <w:p>
      <w:r>
        <w:rPr>
          <w:b/>
        </w:rPr>
        <w:t xml:space="preserve">[37:42] </w:t>
      </w:r>
      <w:r>
        <w:t>to main ne ek mazmoon likha tha. main chah raha tha ke woh ek sahab hain jo urdu aur angrezi dono jante the. woh ab unka inteqal ho chuka hai, dilli mein rehte the.</w:t>
      </w:r>
    </w:p>
    <w:p>
      <w:pPr>
        <w:jc w:val="right"/>
      </w:pPr>
      <w:r>
        <w:t>تو میں نے ایک مضمون لکھا تھا۔ میں چاہ رہا تھا کہ وہ ایک صاحب ہیں جو عربی اور انگریزی دونوں جانتے تھے۔ وہ اب ان کا انتقال ہو چکا ہے، دلی میں رہتے تھے۔</w:t>
      </w:r>
    </w:p>
    <w:p>
      <w:r>
        <w:rPr>
          <w:b/>
        </w:rPr>
        <w:t xml:space="preserve">[37:53] </w:t>
      </w:r>
      <w:r>
        <w:t>woh to ek main ne ek mazmoon likha tha, ghaliban ijtihad par tha. woh to main ne chaha ke woh is par apni rai dein. unse baat tay hui ke main aaunga, main padh ke sunauga aur aap apni rai dijiyega.</w:t>
      </w:r>
    </w:p>
    <w:p>
      <w:pPr>
        <w:jc w:val="right"/>
      </w:pPr>
      <w:r>
        <w:t>وہ تو ایک میں نے ایک مضمون لکھا تھا، غالباً اجتہاد پر تھا۔ وہ تو میں نے چاہا کہ وہ اس پر اپنی رائے دیں۔ ان سے بات طے ہوئی کہ میں آؤں گا، میں پڑھ کے سناؤں گا اور آپ اپنی رائے دیجئے گا۔</w:t>
      </w:r>
    </w:p>
    <w:p>
      <w:r>
        <w:rPr>
          <w:b/>
        </w:rPr>
        <w:t xml:space="preserve">[38:08] </w:t>
      </w:r>
      <w:r>
        <w:t>to woh ab chhapne se pehle main woh jo article le kar gaya, aap ke ghar baitha. ab main padhne laga. beech mein kya</w:t>
      </w:r>
    </w:p>
    <w:p>
      <w:pPr>
        <w:jc w:val="right"/>
      </w:pPr>
      <w:r>
        <w:t>تو وہ اب چھپنے سے پہلے میں وہ جو آرٹیکل لے کر گیا، آپ کے گھر بیٹھا۔ اب میں پڑھنے لگا۔ بیچ میں کیا</w:t>
      </w:r>
    </w:p>
    <w:p>
      <w:r>
        <w:rPr>
          <w:b/>
        </w:rPr>
        <w:t xml:space="preserve">[38:16] </w:t>
      </w:r>
      <w:r>
        <w:t>hota tha? Baaz auqat un ke bachche aate the, woh god mein le ke baith jaate the, bachche aate the aur un ko likhte the, woh kiss kar rahe hain. Yeh jab woh log is tarah se jee rahe hain to unhein pata hai ke haqeeqaton ka pata kya hoga.</w:t>
      </w:r>
    </w:p>
    <w:p>
      <w:pPr>
        <w:jc w:val="right"/>
      </w:pPr>
      <w:r>
        <w:t>ہوتا تھا؟ بعض اوقات ان کے بچے آتے تھے، وہ گود میں لے کے بیٹھ جاتے تھے، بچے آتے تھے اور ان کو لکھتے تھے، وہ کس کر رہے ہیں۔ یہ جب وہ لوگ اس طرح سے جی رہے ہیں تو انہیں پتہ ہے کہ حقیقتوں کا پتہ کیا ہوگا۔</w:t>
      </w:r>
    </w:p>
    <w:p>
      <w:r>
        <w:rPr>
          <w:b/>
        </w:rPr>
        <w:t xml:space="preserve">[38:27] </w:t>
      </w:r>
      <w:r>
        <w:t>Yeh saare logon ka haal yaad rakhiye. I don't need the exception in this paramna. To jab log jeete hon bachchon mein, family mein, money mein, job mein, business mein to jab baaton ko samjhein case.</w:t>
      </w:r>
    </w:p>
    <w:p>
      <w:pPr>
        <w:jc w:val="right"/>
      </w:pPr>
      <w:r>
        <w:t>یہ سارے لوگوں کا حال یاد رکھیے۔ آئی ڈونٹ نیڈ دی ایکسیپشن ان دس پیرامنا۔ تو جب لوگ جیتے ہوں بچوں میں، فیملی میں، منی میں، جاب میں، بزنس میں تو جب بس باتوں کو سمجھیں کیسے۔</w:t>
      </w:r>
    </w:p>
    <w:p>
      <w:r>
        <w:rPr>
          <w:b/>
        </w:rPr>
        <w:t xml:space="preserve">[38:44] </w:t>
      </w:r>
      <w:r>
        <w:t>Aap bekhayri ke jo log aisa bolte hain, woh sirf yeh bata rahe hain ke woh insensitive hain, woh padhna nahin chahte, mutala nahin karna chahte.</w:t>
      </w:r>
    </w:p>
    <w:p>
      <w:pPr>
        <w:jc w:val="right"/>
      </w:pPr>
      <w:r>
        <w:t>آپ بے خیری کے جو لوگ ایسا بولتے ہیں، وہ صرف یہ بتا رہے ہیں کہ وہ ان سینسٹیو ہیں، وہ پڑھنا نہیں چاہتے، مطالعہ نہیں کرنا چاہتے۔</w:t>
      </w:r>
    </w:p>
    <w:p>
      <w:r>
        <w:rPr>
          <w:b/>
        </w:rPr>
        <w:t xml:space="preserve">[38:55] </w:t>
      </w:r>
      <w:r>
        <w:t>Sahaba ka yeh haal tha ke andhi aati thi, andhi daudte the masjid mein ke shayad qayamat aa gayi. Ab kya hai?</w:t>
      </w:r>
    </w:p>
    <w:p>
      <w:pPr>
        <w:jc w:val="right"/>
      </w:pPr>
      <w:r>
        <w:t>صحابہ کا یہ حال تھا کہ اندھی آتی تھی، اندھی دوڑتے تھے مسجد میں کہ شاید قیامت آ گئی۔ اب کیا ہے؟</w:t>
      </w:r>
    </w:p>
    <w:p>
      <w:r>
        <w:rPr>
          <w:b/>
        </w:rPr>
        <w:t xml:space="preserve">[39:04] </w:t>
      </w:r>
      <w:r>
        <w:t>Log apne gum hain, apni apni is mein. Mujhe to koi dikhai nahin padta jo distraction, distraction mein na jee raha ho.</w:t>
      </w:r>
    </w:p>
    <w:p>
      <w:pPr>
        <w:jc w:val="right"/>
      </w:pPr>
      <w:r>
        <w:t>لوگ اپنے گم ہیں، اپنی اپنی اس میں۔ مجھے تو کوئی دکھائی نہیں پڑتا جو ڈسٹریکٹ، ڈسٹریکشن میں نہ جی رہا ہو۔</w:t>
      </w:r>
    </w:p>
    <w:p>
      <w:r>
        <w:rPr>
          <w:b/>
        </w:rPr>
        <w:t xml:space="preserve">[39:14] </w:t>
      </w:r>
      <w:r>
        <w:t>Family function mein aur bachchon mein aur shopping mein aur outing mein jeete hain log. Paise mein aise log jaan nahin sakte.</w:t>
      </w:r>
    </w:p>
    <w:p>
      <w:pPr>
        <w:jc w:val="right"/>
      </w:pPr>
      <w:r>
        <w:t>فیملی فنکشن میں اور بچوں میں اور شاپنگ میں اور آؤٹنگ میں جیتے ہیں لوگ۔ پیسے میں ایسے لوگ جان نہیں سکتے۔</w:t>
      </w:r>
    </w:p>
    <w:p>
      <w:r>
        <w:rPr>
          <w:b/>
        </w:rPr>
        <w:t xml:space="preserve">[39:25] </w:t>
      </w:r>
      <w:r>
        <w:t>Paighambar bhi aaye, tab bhi un ki samajh mein kuch nahin aayega. Paighambar aaye, tab bhi un ki samajh mein kuch nahin aayega. Kyun ke jab aadmi zehan lagaye, soche, ghor kare, tab to samjhe baat ko.</w:t>
      </w:r>
    </w:p>
    <w:p>
      <w:pPr>
        <w:jc w:val="right"/>
      </w:pPr>
      <w:r>
        <w:t>پیغمبر بھی آئے، تب بھی ان کی سمجھ میں کچھ نہیں آئے گا۔ پیغمبر آئے، تب بھی ان کی سمجھ میں کچھ نہیں آئے گا۔ کیونکہ جب آدمی ذہن لگائے، سوچے، غور کرے، تب تو سمجھے بات کو۔</w:t>
      </w:r>
    </w:p>
    <w:p>
      <w:r>
        <w:rPr>
          <w:b/>
        </w:rPr>
        <w:t xml:space="preserve">[39:38] </w:t>
      </w:r>
      <w:r>
        <w:t>Woh zehan lagane ko tayyar hi nahin. Hum pesk pesk team yaawun ka manzar hai. Kya aaye the sahib</w:t>
      </w:r>
    </w:p>
    <w:p>
      <w:pPr>
        <w:jc w:val="right"/>
      </w:pPr>
      <w:r>
        <w:t>وہ ذہن لگانے کو تیار ہی نہیں۔ ہم پیسک پیسک تیم یاون کا منظر ہے۔ کیا آئے تھے صاحب</w:t>
      </w:r>
    </w:p>
    <w:p>
      <w:r>
        <w:rPr>
          <w:b/>
        </w:rPr>
        <w:t xml:space="preserve">[39:47] </w:t>
      </w:r>
      <w:r>
        <w:t>? Kis tarah hain? Woh love is care team hain, inham love is care team yaawun ka mamla hai. Yeh ke apne apne is mein gum hain log.</w:t>
      </w:r>
    </w:p>
    <w:p>
      <w:pPr>
        <w:jc w:val="right"/>
      </w:pPr>
      <w:r>
        <w:t>؟ کس طرح ہیں؟ وہ لفی سکر تیم ہیں، انہم لفی سکر تیم یاون کا معاملہ ہے۔ یہ کہ اپنے اپنے اس میں گم ہیں لوگ۔</w:t>
      </w:r>
    </w:p>
    <w:p>
      <w:r>
        <w:rPr>
          <w:b/>
        </w:rPr>
        <w:t xml:space="preserve">[39:58] </w:t>
      </w:r>
      <w:r>
        <w:t>Koi bachchon mein gum hai, koi family mein gum hai, koi apne function mein, koi outing mein, koi shopping mein, koi is mein gum hai. To woh samjhein kaise baaton ko?</w:t>
      </w:r>
    </w:p>
    <w:p>
      <w:pPr>
        <w:jc w:val="right"/>
      </w:pPr>
      <w:r>
        <w:t>کوئی بچوں میں گم ہے، کوئی فیملی میں گم ہے، کوئی اپنے فنکشن میں، کوئی آؤٹنگ میں، کوئی شاپنگ میں، کوئی اس میں گم ہے۔ تو وہ سمجھیں کیسے باتوں کو؟</w:t>
      </w:r>
    </w:p>
    <w:p>
      <w:r>
        <w:rPr>
          <w:b/>
        </w:rPr>
        <w:t xml:space="preserve">[40:07] </w:t>
      </w:r>
      <w:r>
        <w:t>Sirf bahar aayein, tab baaton ko samjhenge. Woh dobara aane ko koi tayyar nahin hai. Yaad rakhiye, jab tak log distraction mein jeete rahenge to paighambar aa jaye, tab bhi un ke saamne kuch baat nahin aayegi, kuch bhi nahin aayega.</w:t>
      </w:r>
    </w:p>
    <w:p>
      <w:pPr>
        <w:jc w:val="right"/>
      </w:pPr>
      <w:r>
        <w:t>صرف باہر آئیں، تب باتوں کو سمجھیں گے۔ وہ دوبارہ آنے کو کوئی تیار نہیں ہے۔ یاد رکھیے، جب تک لوگ ڈسٹریکشن میں جیتے رہیں گے تو پیغمبر آ جائے، تب بھی ان کے سامنے کچھ بات نہیں آئے گی، کچھ بھی نہیں آئے گا۔</w:t>
      </w:r>
    </w:p>
    <w:p>
      <w:r>
        <w:rPr>
          <w:b/>
        </w:rPr>
        <w:t xml:space="preserve">[40:23] </w:t>
      </w:r>
      <w:r>
        <w:t>Apne ko aap ko alag karna padega in sab cheezon se, tab samjhenge.</w:t>
      </w:r>
    </w:p>
    <w:p>
      <w:pPr>
        <w:jc w:val="right"/>
      </w:pPr>
      <w:r>
        <w:t>اپنے کو آپ کو الگ کرنا پڑے گا ان سب چیزوں سے، تب سمجھیں گے۔</w:t>
      </w:r>
    </w:p>
    <w:p>
      <w:r>
        <w:rPr>
          <w:b/>
        </w:rPr>
        <w:t xml:space="preserve">[40:31] </w:t>
      </w:r>
      <w:r>
        <w:t>This question is from Mr. Shaukat Ali from Sialkot, Pakistan. All the wars fought by Prophet of Islam were defensive in nature,</w:t>
      </w:r>
    </w:p>
    <w:p>
      <w:pPr>
        <w:jc w:val="right"/>
      </w:pPr>
      <w:r>
        <w:t>دس کوئسچن از فرام مسٹر شوکت علی فرام سیالکوٹ، پاکستان۔ ال دی وارز فاٹ بائے پرافٹ اف اسلام وار ڈیفینسو ان نیچر،</w:t>
      </w:r>
    </w:p>
    <w:p>
      <w:r>
        <w:rPr>
          <w:b/>
        </w:rPr>
        <w:t xml:space="preserve">[40:44] </w:t>
      </w:r>
      <w:r>
        <w:t>but what is the nature of the wars fought by Hazrat Umar for the expansion of Islam?</w:t>
      </w:r>
    </w:p>
    <w:p>
      <w:pPr>
        <w:jc w:val="right"/>
      </w:pPr>
      <w:r>
        <w:t>بٹ واٹ از دا نیچر اف دا وارز فاٹ بائے حضرت عمر فار دی ایکسپینشن اف اسلام؟</w:t>
      </w:r>
    </w:p>
    <w:p>
      <w:r>
        <w:rPr>
          <w:b/>
        </w:rPr>
        <w:t xml:space="preserve">[40:52] </w:t>
      </w:r>
      <w:r>
        <w:t>As most of these wars were offensive. Maulana, I ask this question because terrorists quote the example of Hazrat Umar for the expansion of Islam.</w:t>
      </w:r>
    </w:p>
    <w:p>
      <w:pPr>
        <w:jc w:val="right"/>
      </w:pPr>
      <w:r>
        <w:t>ایز موسٹ اف دیز وارز وار افینسو۔ مولانا، آئی اسک دس کوئسچن بیکاز ٹیررسٹ کوٹ دی ایگزیمپل اف حضرت عمر فار دی ایکسپینشن اف اسلام۔</w:t>
      </w:r>
    </w:p>
    <w:p>
      <w:r>
        <w:rPr>
          <w:b/>
        </w:rPr>
        <w:t xml:space="preserve">[41:04] </w:t>
      </w:r>
      <w:r>
        <w:t>Kindly explain.</w:t>
      </w:r>
    </w:p>
    <w:p>
      <w:pPr>
        <w:jc w:val="right"/>
      </w:pPr>
      <w:r>
        <w:t>کائنڈلی ایکسپلین۔</w:t>
      </w:r>
    </w:p>
    <w:p>
      <w:r>
        <w:rPr>
          <w:b/>
        </w:rPr>
        <w:t xml:space="preserve">[41:06] </w:t>
      </w:r>
      <w:r>
        <w:t>Dekhiye, woh bhi defensive war thi kyun ke Sasaid Empire aur aur aur Roman Empire woh tule hue the Islam ko mitane par.</w:t>
      </w:r>
    </w:p>
    <w:p>
      <w:pPr>
        <w:jc w:val="right"/>
      </w:pPr>
      <w:r>
        <w:t>دیکھیے، وہ بھی ڈیفینسو وار تھی کیونکہ ساسائیڈ ایمپائر اور اور اور رومن ایمپائر وہ تلے ہوئے تھے اسلام کو مٹانے پر۔</w:t>
      </w:r>
    </w:p>
    <w:p>
      <w:r>
        <w:rPr>
          <w:b/>
        </w:rPr>
        <w:t xml:space="preserve">[41:18] </w:t>
      </w:r>
      <w:r>
        <w:t>Ek baat. Doosri baat yeh hai ke yeh galat quote karte hain kyun ke wahan hukoomat ladi thi, afraad to nahin lade the. Mera jo manna hai, pehli baat jo main kehta hoon woh yeh hai ke afraad ko ya non-governmental organizations ko haq hi nahin ke hathiyar uthayein.</w:t>
      </w:r>
    </w:p>
    <w:p>
      <w:pPr>
        <w:jc w:val="right"/>
      </w:pPr>
      <w:r>
        <w:t>ایک بات۔ دوسری بات یہ ہے کہ یہ غلط کوٹ کرتے ہیں کیونکہ وہاں حکومت لڑی تھی، افراد تو نہیں لڑے تھے۔ میرا جو ماننا ہے، پہلی بات جو میں کہتا ہوں وہ یہ ہے کہ افراد کو یا نان گورنمنٹل ارگنائزیشنز کو حق ہی نہیں کہ ہتھیار اٹھائیں۔</w:t>
      </w:r>
    </w:p>
    <w:p>
      <w:r>
        <w:rPr>
          <w:b/>
        </w:rPr>
        <w:t xml:space="preserve">[41:33] </w:t>
      </w:r>
      <w:r>
        <w:t>Woh yeh bilkul hi galat hawala dete hain. Woh Umar Khalifa the, woh state ki numaindagi karte the, un ko haq tha ke woh ek jang chhedein.</w:t>
      </w:r>
    </w:p>
    <w:p>
      <w:pPr>
        <w:jc w:val="right"/>
      </w:pPr>
      <w:r>
        <w:t>وہ یہ بالکل ہی غلط حوالہ دیتے ہیں۔ وہ عمر خلیفہ تھے، وہ اسٹیٹ کی نمائندگی کرتے تھے، ان کو حق تھا کہ وہ ایک جنگ چھیڑیں۔</w:t>
      </w:r>
    </w:p>
    <w:p>
      <w:r>
        <w:rPr>
          <w:b/>
        </w:rPr>
        <w:t xml:space="preserve">[41:44] </w:t>
      </w:r>
      <w:r>
        <w:t>Lekin yeh jo log hain idhar udhar, un ko haq hi nahin jang chhedne ka kyun ke fiqh ka masla hai. Ar-ra'yu lil-imam to declare a war is a prerogative of state.</w:t>
      </w:r>
    </w:p>
    <w:p>
      <w:pPr>
        <w:jc w:val="right"/>
      </w:pPr>
      <w:r>
        <w:t>لیکن یہ جو لوگ ہیں ادھر ادھر، ان کو حق ہی نہیں جنگ چھیڑنے کا کیونکہ فقہ کا مسئلہ ہے۔ الرحیل الامام ٹو ڈیکلیئر ا وار از ا پیراگٹیو اف اسٹیٹ۔</w:t>
      </w:r>
    </w:p>
    <w:p>
      <w:r>
        <w:rPr>
          <w:b/>
        </w:rPr>
        <w:t xml:space="preserve">[41:57] </w:t>
      </w:r>
      <w:r>
        <w:t>To main ne do baatein kahin. Umar ka misaal dena bilkul galat hai kyun ke Umar Khalifa the, head of the state the, aur yeh log head of state nahin hain.</w:t>
      </w:r>
    </w:p>
    <w:p>
      <w:pPr>
        <w:jc w:val="right"/>
      </w:pPr>
      <w:r>
        <w:t>تو میں نے دو باتیں کہیں۔ عمر کا مثال دینا بالکل غلط ہے کیونکہ عمر خلیفہ تھے، ہیڈ اف دا اسٹیٹ تھے، اور یہ لوگ ہیڈ اف اسٹیٹ نہیں ہیں۔</w:t>
      </w:r>
    </w:p>
    <w:p>
      <w:r>
        <w:rPr>
          <w:b/>
        </w:rPr>
        <w:t xml:space="preserve">[42:08] </w:t>
      </w:r>
      <w:r>
        <w:t>Yeh log apni apni group bana rahe hain aur group bana ke lad rahe hain. Woh door right nahin hai group banane ka. Un ko to sirf ek hi choice hai ke peaceful tareeqe se kaam karein.</w:t>
      </w:r>
    </w:p>
    <w:p>
      <w:pPr>
        <w:jc w:val="right"/>
      </w:pPr>
      <w:r>
        <w:t>یہ لوگ اپنی اپنی گروپ بنا رہے ہیں اور گروپ بنا کے لڑ رہے ہیں۔ وہ دور رائٹ ہی نہیں ہے گروپ بنانے کا۔ ان کو تو صرف ایک ہی چوائس ہے کہ پیس فل طریقے سے کام کریں۔</w:t>
      </w:r>
    </w:p>
    <w:p>
      <w:r>
        <w:rPr>
          <w:b/>
        </w:rPr>
        <w:t xml:space="preserve">[42:20] </w:t>
      </w:r>
      <w:r>
        <w:t>Doosri baat hai ke wahan us mein main ne likha hai ke Roman Empire aur Sasaid Empire chahte the ke Islam ko mita dein. Yeh aap meri kitab padh sakte hain, is mein is ka naam hai Deen Kamil.</w:t>
      </w:r>
    </w:p>
    <w:p>
      <w:pPr>
        <w:jc w:val="right"/>
      </w:pPr>
      <w:r>
        <w:t>دوسری بات ہے کہ وہاں اس میں میں نے لکھا ہے کہ رومن ایمپائر اور ساسائیڈ ایمپائر چاہتے تھے کہ اسلام کو مٹا دیں۔ یہ آپ میری کتاب پڑھ سکتے ہیں، اس میں اس کا نام ہے دین کامل۔</w:t>
      </w:r>
    </w:p>
    <w:p>
      <w:r>
        <w:rPr>
          <w:b/>
        </w:rPr>
        <w:t xml:space="preserve">[42:34] </w:t>
      </w:r>
      <w:r>
        <w:t>Deen Kamil mein main ne is ko tafseel se likha hai. Is wajah se yeh reference bilkul sahi nahin hai.</w:t>
      </w:r>
    </w:p>
    <w:p>
      <w:pPr>
        <w:jc w:val="right"/>
      </w:pPr>
      <w:r>
        <w:t>دین کامل میں میں نے اس کو تفصیل سے لکھا ہے۔ اس وجہ سے یہ ریفرنس بالکل صحیح نہیں ہے۔</w:t>
      </w:r>
    </w:p>
    <w:p>
      <w:r>
        <w:rPr>
          <w:b/>
        </w:rPr>
        <w:t xml:space="preserve">[42:44] </w:t>
      </w:r>
      <w:r>
        <w:t>This question is from Ms. Sadia Khan from Delhi. Muslims often find faults with the work of the orientalists in the life of the Prophet.</w:t>
      </w:r>
    </w:p>
    <w:p>
      <w:pPr>
        <w:jc w:val="right"/>
      </w:pPr>
      <w:r>
        <w:t>دس کوئسچن از فرام مس سعدیہ خان فرام دہلی۔ مسلمز افن فائنڈ فالٹس ودا ورک اف دی اورینٹلسٹ ان دی لائف اف دا پرافٹ۔</w:t>
      </w:r>
    </w:p>
    <w:p>
      <w:r>
        <w:rPr>
          <w:b/>
        </w:rPr>
        <w:t xml:space="preserve">[42:57] </w:t>
      </w:r>
      <w:r>
        <w:t>how ever, according to your study, have the orientalist made any contribution to this field of study?</w:t>
      </w:r>
    </w:p>
    <w:p>
      <w:pPr>
        <w:jc w:val="right"/>
      </w:pPr>
      <w:r>
        <w:t>ہاؤ ایور، اکارڈنگ ٹو یور سٹڈی، ہیو دی اورینٹلسٹ میڈ اینی کنٹریبیوشن ٹو دس فیلڈ اف سٹڈی؟</w:t>
      </w:r>
    </w:p>
    <w:p>
      <w:r>
        <w:rPr>
          <w:b/>
        </w:rPr>
        <w:t xml:space="preserve">[43:08] </w:t>
      </w:r>
      <w:r>
        <w:t>bohat contribution hai. mein to seerat ke baray mein jitni bari bari baatein hain, woh mujhe orientalist se mili hain. muslim writers ka kuch bhi nahi mila mujhe.</w:t>
      </w:r>
    </w:p>
    <w:p>
      <w:pPr>
        <w:jc w:val="right"/>
      </w:pPr>
      <w:r>
        <w:t>بہت کنٹریبیوشن ہے۔ میں تو سیرت کے بارے میں جتنی بڑی بڑی باتیں ہیں، وہ مجھے اورینٹلسٹ سے ملی ہیں۔ مسلم رائٹرز کا کچھ بھی نہیں ملا مجھے۔</w:t>
      </w:r>
    </w:p>
    <w:p>
      <w:r>
        <w:rPr>
          <w:b/>
        </w:rPr>
        <w:t xml:space="preserve">[43:20] </w:t>
      </w:r>
      <w:r>
        <w:t>jo bari bari baatein hain, unhon ne likhi hain. is mein ghalti kya hai ke musalman yeh samajhte hain ke jo taqaddus ke sath jo likhte hain, yeh wohi woh bhi taqaddus sath likha hai.</w:t>
      </w:r>
    </w:p>
    <w:p>
      <w:pPr>
        <w:jc w:val="right"/>
      </w:pPr>
      <w:r>
        <w:t>جو بڑی بڑی باتیں ہیں، انہوں نے لکھی ہیں۔ اس میں غلطی کیا ہے کہ مسلمان یہ سمجھتے ہیں کہ جو تقدس کے ساتھ جو لکھتے ہیں، یہ وہی وہ بھی تقدس ساتھ لکھا ہے۔</w:t>
      </w:r>
    </w:p>
    <w:p>
      <w:r>
        <w:rPr>
          <w:b/>
        </w:rPr>
        <w:t xml:space="preserve">[43:30] </w:t>
      </w:r>
      <w:r>
        <w:t>woh woh toh muqaddas mante nahi hain, woh woh toh secular mante hain. mislan woh kahein ge ke Muhammad ne kaha.</w:t>
      </w:r>
    </w:p>
    <w:p>
      <w:pPr>
        <w:jc w:val="right"/>
      </w:pPr>
      <w:r>
        <w:t>وہ وہ تو مقدس مانتے نہیں ہیں، وہ وہ تو سیکولر مانتے ہیں۔ مثلاً وہ کہیں گے کہ محمد نے کہا۔</w:t>
      </w:r>
    </w:p>
    <w:p>
      <w:r>
        <w:rPr>
          <w:b/>
        </w:rPr>
        <w:t xml:space="preserve">[43:40] </w:t>
      </w:r>
      <w:r>
        <w:t>ab yeh Muhammad ne kaha, tumhein keh diya ke</w:t>
      </w:r>
    </w:p>
    <w:p>
      <w:pPr>
        <w:jc w:val="right"/>
      </w:pPr>
      <w:r>
        <w:t>اب یہ محمد نے کہا، تمہیں کہہ دیا کہ</w:t>
      </w:r>
    </w:p>
    <w:p>
      <w:r>
        <w:rPr>
          <w:b/>
        </w:rPr>
        <w:t xml:space="preserve">[43:42] </w:t>
      </w:r>
      <w:r>
        <w:t>woh ke Huzoor Sarwar-e-Kainat sallallahu alaihi wasallam, Shahanshah-e-Konain ne kaha. toh yeh toh bharkte hain. woh toh yeh toh aap ka is apna usloob hai, un ka usloob toh hai nahi.</w:t>
      </w:r>
    </w:p>
    <w:p>
      <w:pPr>
        <w:jc w:val="right"/>
      </w:pPr>
      <w:r>
        <w:t>و کہ حضور سرور کائنات صلی اللہ علیہ وسلم، شہنشاہ کونین نے کہا۔ تو یہ تو بھڑکتے ہیں۔ وہ تو یہ تو آپ کا اس اپنا اسلوب ہے، ان کا اسلوب تو ہے نہیں۔</w:t>
      </w:r>
    </w:p>
    <w:p>
      <w:r>
        <w:rPr>
          <w:b/>
        </w:rPr>
        <w:t xml:space="preserve">[43:51] </w:t>
      </w:r>
      <w:r>
        <w:t>woh samajhte hain ke jis tarah kehte hain ke hum abba ne kaha, woh toh yahi ek mehboob ne kaha. yeh sab jo muqaddas tareeqay tareeqa ban gaya musalmanon ka, is ki wajah se log bharkte hain.</w:t>
      </w:r>
    </w:p>
    <w:p>
      <w:pPr>
        <w:jc w:val="right"/>
      </w:pPr>
      <w:r>
        <w:t>وہ سمجھتے ہیں کہ جس طرح کہتے ہیں کہ ہم ابا نے کہا، وہ تو یہی ایک محبوب نے کہا۔ یہ سب جو مقدس طریقے طریقہ بن گیا مسلمانوں کا، اس کی وجہ سے لوگ بھڑکتے ہیں۔</w:t>
      </w:r>
    </w:p>
    <w:p>
      <w:r>
        <w:rPr>
          <w:b/>
        </w:rPr>
        <w:t xml:space="preserve">[44:06] </w:t>
      </w:r>
      <w:r>
        <w:t>warna bohat bara contribution hai orientalist ka, bohat bara contribution hai.</w:t>
      </w:r>
    </w:p>
    <w:p>
      <w:pPr>
        <w:jc w:val="right"/>
      </w:pPr>
      <w:r>
        <w:t>ورنہ بہت بڑا کنٹریبیوشن ہے اورینٹلسٹ کا، بہت بڑا کنٹریبیوشن ہے۔</w:t>
      </w:r>
    </w:p>
    <w:p>
      <w:r>
        <w:rPr>
          <w:b/>
        </w:rPr>
        <w:t xml:space="preserve">[44:14] </w:t>
      </w:r>
      <w:r>
        <w:t>is par maine likha hai meri kitabon mein yeh baat ke sab yani jo baray baray aspect hain seerat ke, woh maine unhi ka paya hai.</w:t>
      </w:r>
    </w:p>
    <w:p>
      <w:pPr>
        <w:jc w:val="right"/>
      </w:pPr>
      <w:r>
        <w:t>اس پر میں نے لکھا ہے میری کتابوں میں یہ بات کہ سب یعنی جو بڑے بڑے اسپیکٹ ہیں سیرت کے، وہ میں نے انہی کا پایا ہے۔</w:t>
      </w:r>
    </w:p>
    <w:p>
      <w:r>
        <w:rPr>
          <w:b/>
        </w:rPr>
        <w:t xml:space="preserve">[44:26] </w:t>
      </w:r>
      <w:r>
        <w:t>ab musalmanon ki kitabon mein toh mujhe yeh aata hai ke woh karamat aur moajzaat aur muqaddas ka yani muqaddas baatein yeh samajh raha tha.</w:t>
      </w:r>
    </w:p>
    <w:p>
      <w:pPr>
        <w:jc w:val="right"/>
      </w:pPr>
      <w:r>
        <w:t>اب مسلمانوں کی کتابوں میں تو مجھے یہ آتا ہے کہ وہ کرامات اور معجزات اور مقدس کا یعنی مقدس باتیں یہ سمجھ رہا تھا۔</w:t>
      </w:r>
    </w:p>
    <w:p>
      <w:r>
        <w:rPr>
          <w:b/>
        </w:rPr>
        <w:t xml:space="preserve">[44:38] </w:t>
      </w:r>
      <w:r>
        <w:t>baray baray jo baray baray jo baatein hain yani in terms of history, in terms of science, woh kahan musalmanon ki kitabon mein hoti hain?</w:t>
      </w:r>
    </w:p>
    <w:p>
      <w:pPr>
        <w:jc w:val="right"/>
      </w:pPr>
      <w:r>
        <w:t>بڑے بڑے جو بڑے بڑے جو باتیں ہیں یعنی ان ٹرمز اف ہسٹری، ان ٹرمز اف سائنس، وہ کہاں مسلمانوں کی کتابوں میں ہوتی ہیں؟</w:t>
      </w:r>
    </w:p>
    <w:p>
      <w:r>
        <w:rPr>
          <w:b/>
        </w:rPr>
        <w:t xml:space="preserve">[44:50] </w:t>
      </w:r>
      <w:r>
        <w:t>toh main toh baharhal samajhta hoon ke orientalist ne bohat bara contribution kiya hai. albatta ek baat zaroor hai ke dekhiye, orientalism ke do period hain.</w:t>
      </w:r>
    </w:p>
    <w:p>
      <w:pPr>
        <w:jc w:val="right"/>
      </w:pPr>
      <w:r>
        <w:t>تو میں تو بہرحال سمجھتا ہوں کہ اورینٹلسٹ نے بہت بڑا کنٹریبیوشن کیا ہے۔ البتہ ایک بات ضرور ہے کہ دیکھیے، اورینٹلزم کے دو پیریڈ ہیں۔</w:t>
      </w:r>
    </w:p>
    <w:p>
      <w:r>
        <w:rPr>
          <w:b/>
        </w:rPr>
        <w:t xml:space="preserve">[45:01] </w:t>
      </w:r>
      <w:r>
        <w:t>ek hai crusades se le kar ke carlyle tak, aur ek hai carlyle ke baad. toh crusades ke baad jo kitabein likhi gayi, is mein zaroor bohat ziyada yani corruption tha.</w:t>
      </w:r>
    </w:p>
    <w:p>
      <w:pPr>
        <w:jc w:val="right"/>
      </w:pPr>
      <w:r>
        <w:t>ایک ہے کروسیڈز سے لے کر کے کارلائل تک، اور ایک ہے کارلائل کے بعد۔ تو کروسیڈز کے بعد جو کتابیں لکھی گئیں، اس میں ضرور بہت زیادہ یعنی کرپشن تھا۔</w:t>
      </w:r>
    </w:p>
    <w:p>
      <w:r>
        <w:rPr>
          <w:b/>
        </w:rPr>
        <w:t xml:space="preserve">[45:16] </w:t>
      </w:r>
      <w:r>
        <w:t>bigaad kar likhte thay toh musalmanon ne bigaad ke likh rakha hai. hamare baray mein musalmanon ne aisi kitabein chhap rakhi hain, bigaad kar ke. toh musalman wohi musalman bhi karte hain.</w:t>
      </w:r>
    </w:p>
    <w:p>
      <w:pPr>
        <w:jc w:val="right"/>
      </w:pPr>
      <w:r>
        <w:t>بگاڑ کر لکھتے تھے تو مسلمانوں نے بگاڑ کے لکھ رکھا ہے۔ ہمارے بارے میں مسلمانوں نے ایسی کتابیں چھاپ رکھی ہیں، بگاڑ کر کے۔ تو مسلمان وہی مسلمان بھی کرتے ہیں۔</w:t>
      </w:r>
    </w:p>
    <w:p>
      <w:r>
        <w:rPr>
          <w:b/>
        </w:rPr>
        <w:t xml:space="preserve">[45:27] </w:t>
      </w:r>
      <w:r>
        <w:t>christianity ke baray mein, yahood ke baray mein musalmanon ne aisi kitabein likh rakhi hain jo ke bohat hi ghalat hoti hain. mere baray mein chhap rakhi hain kitabein, ghalat qism ki kitabein.</w:t>
      </w:r>
    </w:p>
    <w:p>
      <w:pPr>
        <w:jc w:val="right"/>
      </w:pPr>
      <w:r>
        <w:t>کرسچینٹی کے بارے میں، یہود کے بارے میں مسلمانوں نے ایسی کتابیں لکھ رکھی ہیں جو کہ بہت ہی غلط ہوتی ہیں۔ میرے بارے میں چھاپ رکھی ہیں کتابیں، غلط قسم کی کتابیں۔</w:t>
      </w:r>
    </w:p>
    <w:p>
      <w:r>
        <w:rPr>
          <w:b/>
        </w:rPr>
        <w:t xml:space="preserve">[45:36] </w:t>
      </w:r>
      <w:r>
        <w:t>toh musalman bhi yahi karte hain. toh crusades se le kar ke carlyle tak aisi kitabein zaroor chhapi thi. lekin carlyle ke baad jo orientalism aaya hai, woh bohat objective tha aur us ne bohat achhi kitabein chhapi hain.</w:t>
      </w:r>
    </w:p>
    <w:p>
      <w:pPr>
        <w:jc w:val="right"/>
      </w:pPr>
      <w:r>
        <w:t>تو مسلمان بھی یہی کرتے ہیں۔ تو کروسیڈز سے لے کر کے کارلائل تک ایسی کتابیں ضرور چھپی تھیں۔ لیکن کارلائل کے بعد جو اورینٹلزم آیا ہے، وہ بہت ابجیکٹو تھا اور اس نے بہت اچھی کتابیں چھاپی ہیں۔</w:t>
      </w:r>
    </w:p>
    <w:p>
      <w:r>
        <w:rPr>
          <w:b/>
        </w:rPr>
        <w:t xml:space="preserve">[45:51] </w:t>
      </w:r>
      <w:r>
        <w:t>toh is farq ke sath main manta hoon ke bohat bara contribution in ka hai.</w:t>
      </w:r>
    </w:p>
    <w:p>
      <w:pPr>
        <w:jc w:val="right"/>
      </w:pPr>
      <w:r>
        <w:t>تو اس فرق کے ساتھ میں مانتا ہوں کہ بہت بڑا کنٹریبیوشن ان کا ہے۔</w:t>
      </w:r>
    </w:p>
    <w:p>
      <w:r>
        <w:rPr>
          <w:b/>
        </w:rPr>
        <w:t xml:space="preserve">[45:59] </w:t>
      </w:r>
      <w:r>
        <w:t>this question is from Mr Khalid Ansari from New Delhi. according to a hadith, the dreams of a momin will be true when the doomsday approaches closer.</w:t>
      </w:r>
    </w:p>
    <w:p>
      <w:pPr>
        <w:jc w:val="right"/>
      </w:pPr>
      <w:r>
        <w:t>دس کوئسچن از فرام مسٹر خالد انصاری فرام نیو دہلی۔ اکارڈنگ ٹو ا حدیث، دا ڈریمز اف ا مومن ول بی ٹرو وین دا ڈومز ڈے اپروچز کلوزر۔</w:t>
      </w:r>
    </w:p>
    <w:p>
      <w:r>
        <w:rPr>
          <w:b/>
        </w:rPr>
        <w:t xml:space="preserve">[46:13] </w:t>
      </w:r>
      <w:r>
        <w:t>Maulana, could you give the right interpretation of this hadith?</w:t>
      </w:r>
    </w:p>
    <w:p>
      <w:pPr>
        <w:jc w:val="right"/>
      </w:pPr>
      <w:r>
        <w:t>مولانا، کڈ یو گیو دا رائٹ انٹرپریٹیشن اف دس حدیث؟</w:t>
      </w:r>
    </w:p>
    <w:p>
      <w:r>
        <w:rPr>
          <w:b/>
        </w:rPr>
        <w:t xml:space="preserve">[46:20] </w:t>
      </w:r>
      <w:r>
        <w:t>haan, yeh bari ajeeb hadith hai,</w:t>
      </w:r>
    </w:p>
    <w:p>
      <w:pPr>
        <w:jc w:val="right"/>
      </w:pPr>
      <w:r>
        <w:t>ہاں، یہ بڑی عجیب حدیث ہے،</w:t>
      </w:r>
    </w:p>
    <w:p>
      <w:r>
        <w:rPr>
          <w:b/>
        </w:rPr>
        <w:t xml:space="preserve">[46:25] </w:t>
      </w:r>
      <w:r>
        <w:t>bohat ajeeb hadith hai. is par maine kafi ghor kiya hai. main samajhta hoon ke aakhri zamanay mein jab ke bataya gaya hai ke qayamat se pehle dajjal zahir hoga, masihi zahir honge,</w:t>
      </w:r>
    </w:p>
    <w:p>
      <w:pPr>
        <w:jc w:val="right"/>
      </w:pPr>
      <w:r>
        <w:t>بہت عجیب حدیث ہے۔ اس پر میں نے کافی غور کیا ہے۔ میں سمجھتا ہوں کہ آخری زمانے میں جب کہ بتایا گیا ہے کہ قیامت سے پہلے دجال ظاہر ہوگا، مادی ظاہر ہوں گے، مسیح ظاہر ہوں گے،</w:t>
      </w:r>
    </w:p>
    <w:p>
      <w:r>
        <w:rPr>
          <w:b/>
        </w:rPr>
        <w:t xml:space="preserve">[46:47] </w:t>
      </w:r>
      <w:r>
        <w:t>toh isi zamanay ke baray mein hadith mein hai ke woh fitna dohama ka zamanah hoga. dohama kehte hain bohat tareek yani intellectual darkness ka zamanah hoga.</w:t>
      </w:r>
    </w:p>
    <w:p>
      <w:pPr>
        <w:jc w:val="right"/>
      </w:pPr>
      <w:r>
        <w:t>تو اسی زمانے کے بارے میں حدیث میں ہے کہ وہ فتنہ دوہما کا زمانہ ہوگا۔ دوہما کہتے ہیں بہت تاریک یعنی انٹلیکچول ڈاکٹرز کا زمانہ ہوگا۔</w:t>
      </w:r>
    </w:p>
    <w:p>
      <w:r>
        <w:rPr>
          <w:b/>
        </w:rPr>
        <w:t xml:space="preserve">[46:58] </w:t>
      </w:r>
      <w:r>
        <w:t>yani jis zamanay mein aayenge dajjal aur masihi, wohi zamanah dohama ka zamanah bhi hai, intellectual darkness ka bhi zamanah bhi hai.</w:t>
      </w:r>
    </w:p>
    <w:p>
      <w:pPr>
        <w:jc w:val="right"/>
      </w:pPr>
      <w:r>
        <w:t>یعنی جس زمانے میں آئیں گے دجال اور مادی و مسیح، وہی زمانہ دوہما کا زمانہ بھی ہے، انٹلیکچول ڈاکٹرز کا بھی زمانہ بھی ہے۔</w:t>
      </w:r>
    </w:p>
    <w:p>
      <w:r>
        <w:rPr>
          <w:b/>
        </w:rPr>
        <w:t xml:space="preserve">[47:10] </w:t>
      </w:r>
      <w:r>
        <w:t>toh is ka matlab kya</w:t>
      </w:r>
    </w:p>
    <w:p>
      <w:pPr>
        <w:jc w:val="right"/>
      </w:pPr>
      <w:r>
        <w:t>تو اس کا مطلب کیا</w:t>
      </w:r>
    </w:p>
    <w:p>
      <w:r>
        <w:rPr>
          <w:b/>
        </w:rPr>
        <w:t xml:space="preserve">[47:11] </w:t>
      </w:r>
      <w:r>
        <w:t>hua? is ka matlab yeh hua ke jab mehdi aur masihi zahir honge toh fitna dohama ki wajah se log un ko pehchan nahi payenge.</w:t>
      </w:r>
    </w:p>
    <w:p>
      <w:pPr>
        <w:jc w:val="right"/>
      </w:pPr>
      <w:r>
        <w:t>ہوا؟ اس کا مطلب یہ ہوا کہ جب مہدی اور مسیح ظاہر ہوں گے تو فتنہ دوہما کی وجہ سے لوگ ان کو پہچان نہیں پائیں گے۔</w:t>
      </w:r>
    </w:p>
    <w:p>
      <w:r>
        <w:rPr>
          <w:b/>
        </w:rPr>
        <w:t xml:space="preserve">[47:23] </w:t>
      </w:r>
      <w:r>
        <w:t>itna jangal hoga afkar ka, khayalat ka. matlab print media, electronic media ne itna bhar diya hoga logon ke dimaghon mein baatein ke kuch samajh mein nahi aayega kya sahi hai, kya nahi sahi hai.</w:t>
      </w:r>
    </w:p>
    <w:p>
      <w:pPr>
        <w:jc w:val="right"/>
      </w:pPr>
      <w:r>
        <w:t>اتنا جنگل ہوگا افکار کا، خیالات کا۔ مطلب پرنٹ میڈیا، الیکٹرانک میڈیا نے اتنا بھر دیا ہوگا لوگوں کے دماغوں میں باتیں کہ کچھ سمجھ میں نہیں آئے گا کیا صحیح ہے، کیا نہیں صحیح ہے۔</w:t>
      </w:r>
    </w:p>
    <w:p>
      <w:r>
        <w:rPr>
          <w:b/>
        </w:rPr>
        <w:t xml:space="preserve">[47:36] </w:t>
      </w:r>
      <w:r>
        <w:t>ek sahab ne mujhe bataya ke internet par aap jate hain to itni zyada maloomat bhari hui hain Islam ke bare mein. ulti seedhi sahi galat har aadmi bhare hue hain.</w:t>
      </w:r>
    </w:p>
    <w:p>
      <w:pPr>
        <w:jc w:val="right"/>
      </w:pPr>
      <w:r>
        <w:t>ایک صاحب نے مجھے بتایا کہ انٹرنیٹ پر آپ جاتے ہیں تو اتنی زیادہ معلومات بھری ہوئی ہیں اسلام کے بارے میں۔ الٹی سیدھی صحیح غلط ہر آدمی بھرے ہوئے ہیں۔</w:t>
      </w:r>
    </w:p>
    <w:p>
      <w:r>
        <w:rPr>
          <w:b/>
        </w:rPr>
        <w:t xml:space="preserve">[47:46] </w:t>
      </w:r>
      <w:r>
        <w:t>Islam mein konsa version sahi hai, samajh mein nahi aata. yani har aadmi jo Islam ka jhanda uthaye hue hai, apni baatein bhar rakhi hain. is mein galat bhi, sahi bhi, galat bhi, sahi bhi.</w:t>
      </w:r>
    </w:p>
    <w:p>
      <w:pPr>
        <w:jc w:val="right"/>
      </w:pPr>
      <w:r>
        <w:t>اسلام میں کون سا ورژن صحیح ہے، سمجھ میں نہیں آتا۔ یعنی ہر آدمی جو اسلام کا جھنڈا اٹھائے ہوئے ہے، اپنی باتیں بھر رکھی ہیں۔ اس میں غلط بھی، صحیح بھی، غلط بھی، صحیح بھی۔</w:t>
      </w:r>
    </w:p>
    <w:p>
      <w:r>
        <w:rPr>
          <w:b/>
        </w:rPr>
        <w:t xml:space="preserve">[47:57] </w:t>
      </w:r>
      <w:r>
        <w:t>to kaise aadmi samjhega?</w:t>
      </w:r>
    </w:p>
    <w:p>
      <w:pPr>
        <w:jc w:val="right"/>
      </w:pPr>
      <w:r>
        <w:t>تو کیسے آدمی سمجھے گا؟</w:t>
      </w:r>
    </w:p>
    <w:p>
      <w:r>
        <w:rPr>
          <w:b/>
        </w:rPr>
        <w:t xml:space="preserve">[48:00] </w:t>
      </w:r>
      <w:r>
        <w:t>to is hadith ka matlab yeh hai ke chounke Mahdi Masih ka zahoor fitna dohama ke zamane mein hoga, is liye agarche woh dalail se apni baat kahen ge, dalail ki roshni mein nazar aayega ke yahi woh Allah ke bande hain, lekin phir bhi ek ek confusion rahega.</w:t>
      </w:r>
    </w:p>
    <w:p>
      <w:pPr>
        <w:jc w:val="right"/>
      </w:pPr>
      <w:r>
        <w:t>تو اس حدیث کا مطلب یہ ہے کہ چونکہ مہدی مسیح کا ظہور فتنہ دوہما کے زمانے میں ہوگا، اس لیے اگرچہ وہ دلائل سے اپنی بات کہیں گے، دلائل کی روشنی میں نظر آئے گا کہ یہی وہ اللہ کے بندے ہیں، لیکن پھر بھی ایک ایک کنفیوژن رہے گا۔</w:t>
      </w:r>
    </w:p>
    <w:p>
      <w:r>
        <w:rPr>
          <w:b/>
        </w:rPr>
        <w:t xml:space="preserve">[48:20] </w:t>
      </w:r>
      <w:r>
        <w:t>to Allah taala kuch logon ko jin ko Allah taala ki jin par rehmat hogi, unhein khwab dikhayenge. khwab jo hai, ek additional support hog</w:t>
      </w:r>
    </w:p>
    <w:p>
      <w:pPr>
        <w:jc w:val="right"/>
      </w:pPr>
      <w:r>
        <w:t>تو اللہ تعالی کچھ لوگوں کو جن کو اللہ تعالی کی جن پر رحمت ہوگی، انہیں خواب دکھائیں گے۔ خواب جو ہے، ایک ایڈیشنل سپورٹ ہوگ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