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Kashmir, A Lesson September 14, 2014</w:t>
      </w:r>
    </w:p>
    <w:p>
      <w:r>
        <w:t>https://youtu.be/JQoYEj0Vntc</w:t>
      </w:r>
    </w:p>
    <w:p>
      <w:r>
        <w:rPr>
          <w:b/>
        </w:rPr>
        <w:t xml:space="preserve">[00:39] </w:t>
      </w:r>
      <w:r>
        <w:t>14 sitambar 2014.</w:t>
      </w:r>
    </w:p>
    <w:p>
      <w:pPr>
        <w:jc w:val="right"/>
      </w:pPr>
      <w:r>
        <w:t>14 ستمبر 2014۔</w:t>
      </w:r>
    </w:p>
    <w:p>
      <w:r>
        <w:rPr>
          <w:b/>
        </w:rPr>
        <w:t xml:space="preserve">[00:47] </w:t>
      </w:r>
      <w:r>
        <w:t>aaj ka topic hai: kashmir ka sabaq.</w:t>
      </w:r>
    </w:p>
    <w:p>
      <w:pPr>
        <w:jc w:val="right"/>
      </w:pPr>
      <w:r>
        <w:t>آج کا ٹاپک ہے: کشمیر کا سبق۔</w:t>
      </w:r>
    </w:p>
    <w:p>
      <w:r>
        <w:rPr>
          <w:b/>
        </w:rPr>
        <w:t xml:space="preserve">[00:56] </w:t>
      </w:r>
      <w:r>
        <w:t>aap jante hain ke 2 sitambar ko kashmir mein bohat zabardast flood aya, musalsal barish, land slide.</w:t>
      </w:r>
    </w:p>
    <w:p>
      <w:pPr>
        <w:jc w:val="right"/>
      </w:pPr>
      <w:r>
        <w:t>آپ جانتے ہیں کہ 2 ستمبر کو کشمیر میں بہت زبردست فلڈ آیا، مسلسل بارش، لینڈ سلائیڈ۔</w:t>
      </w:r>
    </w:p>
    <w:p>
      <w:r>
        <w:rPr>
          <w:b/>
        </w:rPr>
        <w:t xml:space="preserve">[01:10] </w:t>
      </w:r>
      <w:r>
        <w:t>ek toofan do haftay se chal raha hai wahan par.</w:t>
      </w:r>
    </w:p>
    <w:p>
      <w:pPr>
        <w:jc w:val="right"/>
      </w:pPr>
      <w:r>
        <w:t>ایک طوفان دو ہفتے سے چل رہا ہے وہاں پر۔</w:t>
      </w:r>
    </w:p>
    <w:p>
      <w:r>
        <w:rPr>
          <w:b/>
        </w:rPr>
        <w:t xml:space="preserve">[01:15] </w:t>
      </w:r>
      <w:r>
        <w:t>is mein kaha jata hai ke poora jammu kashmir</w:t>
      </w:r>
    </w:p>
    <w:p>
      <w:pPr>
        <w:jc w:val="right"/>
      </w:pPr>
      <w:r>
        <w:t>اس میں کہا جاتا ہے کہ پورا جموں کشمیر</w:t>
      </w:r>
    </w:p>
    <w:p>
      <w:r>
        <w:rPr>
          <w:b/>
        </w:rPr>
        <w:t xml:space="preserve">[01:23] </w:t>
      </w:r>
      <w:r>
        <w:t>tabahi o barbadi ka nishan ban gaya.</w:t>
      </w:r>
    </w:p>
    <w:p>
      <w:pPr>
        <w:jc w:val="right"/>
      </w:pPr>
      <w:r>
        <w:t>تباہ و بربادی کا نشان بن گیا۔</w:t>
      </w:r>
    </w:p>
    <w:p>
      <w:r>
        <w:rPr>
          <w:b/>
        </w:rPr>
        <w:t xml:space="preserve">[01:29] </w:t>
      </w:r>
      <w:r>
        <w:t>sainkaron log mar gaye, hazaron ghar gir gaye,</w:t>
      </w:r>
    </w:p>
    <w:p>
      <w:pPr>
        <w:jc w:val="right"/>
      </w:pPr>
      <w:r>
        <w:t>سینکڑوں لوگ مر گئے، ہزاروں گھر گر گئے،</w:t>
      </w:r>
    </w:p>
    <w:p>
      <w:r>
        <w:rPr>
          <w:b/>
        </w:rPr>
        <w:t xml:space="preserve">[01:39] </w:t>
      </w:r>
      <w:r>
        <w:t>faslein tabah ho gayin,</w:t>
      </w:r>
    </w:p>
    <w:p>
      <w:pPr>
        <w:jc w:val="right"/>
      </w:pPr>
      <w:r>
        <w:t>فصلیں تباہ ہو گئیں،</w:t>
      </w:r>
    </w:p>
    <w:p>
      <w:r>
        <w:rPr>
          <w:b/>
        </w:rPr>
        <w:t xml:space="preserve">[01:43] </w:t>
      </w:r>
      <w:r>
        <w:t>logon ke paas khane ke liye, dawa ke liye saman na raha. bohat ajeeb o ghareeb soorat-e-haal hai.</w:t>
      </w:r>
    </w:p>
    <w:p>
      <w:pPr>
        <w:jc w:val="right"/>
      </w:pPr>
      <w:r>
        <w:t>لوگوں کے پاس کھانے کے لیے، دوا کے لیے سامان نہ رہا۔ بہت عجیب و غریب صورتحال ہے۔</w:t>
      </w:r>
    </w:p>
    <w:p>
      <w:r>
        <w:rPr>
          <w:b/>
        </w:rPr>
        <w:t xml:space="preserve">[01:55] </w:t>
      </w:r>
      <w:r>
        <w:t>is mein bara sabaq hai. dekhiye, kaha jata hai ke sau saal se kashmir mein aisi koi tabahi nahi aayi thi.</w:t>
      </w:r>
    </w:p>
    <w:p>
      <w:pPr>
        <w:jc w:val="right"/>
      </w:pPr>
      <w:r>
        <w:t>اس میں بڑا سبق ہے۔ دیکھیے، کہا جاتا ہے کہ سو سال سے کشمیر میں ایسی کوئی تباہی نہیں آئی تھی۔</w:t>
      </w:r>
    </w:p>
    <w:p>
      <w:r>
        <w:rPr>
          <w:b/>
        </w:rPr>
        <w:t xml:space="preserve">[02:10] </w:t>
      </w:r>
      <w:r>
        <w:t>aap jante hain ke kashmir ko kaha jata tha ke kashmir jannat nazeer, yani kashmir jannat ka namoona.</w:t>
      </w:r>
    </w:p>
    <w:p>
      <w:pPr>
        <w:jc w:val="right"/>
      </w:pPr>
      <w:r>
        <w:t>آپ جانتے ہیں کہ کشمیر کو کہا جاتا تھا کہ کشمیر جنت نظیر، یعنی کشمیر جنت کا نمونہ۔</w:t>
      </w:r>
    </w:p>
    <w:p>
      <w:r>
        <w:rPr>
          <w:b/>
        </w:rPr>
        <w:t xml:space="preserve">[02:29] </w:t>
      </w:r>
      <w:r>
        <w:t>film companiyan kashmir mein ja kar ke shooting karti theen, wahan ki beauty itni zyada thi.</w:t>
      </w:r>
    </w:p>
    <w:p>
      <w:pPr>
        <w:jc w:val="right"/>
      </w:pPr>
      <w:r>
        <w:t>فلم کمپنیاں کشمیر میں جا کر کے شوٹنگ کرتی تھیں، وہاں کی بیوٹی اتنی زیادہ تھی۔</w:t>
      </w:r>
    </w:p>
    <w:p>
      <w:r>
        <w:rPr>
          <w:b/>
        </w:rPr>
        <w:t xml:space="preserve">[02:39] </w:t>
      </w:r>
      <w:r>
        <w:t>kaha jata hai ke mughal shehanshah jahangeer gaya tha kashmir, to jab us ne kashmir ke sar-sabz mahol ko dekha,</w:t>
      </w:r>
    </w:p>
    <w:p>
      <w:pPr>
        <w:jc w:val="right"/>
      </w:pPr>
      <w:r>
        <w:t>کہا جاتا ہے کہ مغل شہنشاہ جہانگیر گیا تھا کشمیر، تو جب اس نے کشمیر کے سرسبز ماحول کو دیکھا،</w:t>
      </w:r>
    </w:p>
    <w:p>
      <w:r>
        <w:rPr>
          <w:b/>
        </w:rPr>
        <w:t xml:space="preserve">[02:56] </w:t>
      </w:r>
      <w:r>
        <w:t>wahan ke nature ko dekha, to us ne kaha tha persian mein: «agar firdaus bar roo-e-zameen ast, hamin ast o hamin ast o hamin ast» .</w:t>
      </w:r>
    </w:p>
    <w:p>
      <w:pPr>
        <w:jc w:val="right"/>
      </w:pPr>
      <w:r>
        <w:t>وہاں کے نیچر کو دیکھا، تو اس نے کہا تھا پرشین میں: «اگر فردوس بر روی زمین است، همین است و همین است و همین است» ۔</w:t>
      </w:r>
    </w:p>
    <w:p>
      <w:r>
        <w:rPr>
          <w:b/>
        </w:rPr>
        <w:t xml:space="preserve">[03:13] </w:t>
      </w:r>
      <w:r>
        <w:t>lekin jannat agar dunya mein hai kahin to woh yahi kashmir hai.</w:t>
      </w:r>
    </w:p>
    <w:p>
      <w:pPr>
        <w:jc w:val="right"/>
      </w:pPr>
      <w:r>
        <w:t>لیکن جنت اگر دنیا میں ہے کہیں تو وہ یہی کشمیر ہے۔</w:t>
      </w:r>
    </w:p>
    <w:p>
      <w:r>
        <w:rPr>
          <w:b/>
        </w:rPr>
        <w:t xml:space="preserve">[03:19] </w:t>
      </w:r>
      <w:r>
        <w:t>wahan tourist aate the bohat zyada kashmir ki beauty ko dekhne ke liye.</w:t>
      </w:r>
    </w:p>
    <w:p>
      <w:pPr>
        <w:jc w:val="right"/>
      </w:pPr>
      <w:r>
        <w:t>وہاں ٹورسٹ آتے تھے بہت زیادہ کشمیر کی بیوٹی کو دیکھنے کے لیے۔</w:t>
      </w:r>
    </w:p>
    <w:p>
      <w:r>
        <w:rPr>
          <w:b/>
        </w:rPr>
        <w:t xml:space="preserve">[03:28] </w:t>
      </w:r>
      <w:r>
        <w:t>lekin aaj kashmir tabahi ka alam bana hua hai.</w:t>
      </w:r>
    </w:p>
    <w:p>
      <w:pPr>
        <w:jc w:val="right"/>
      </w:pPr>
      <w:r>
        <w:t>لیکن آج کشمیر تباہی کا علم بنا ہوا ہے۔</w:t>
      </w:r>
    </w:p>
    <w:p>
      <w:r>
        <w:rPr>
          <w:b/>
        </w:rPr>
        <w:t xml:space="preserve">[03:38] </w:t>
      </w:r>
      <w:r>
        <w:t>aap jante hain ke akhbaron mein rozana yeh baatein hoti hain, media mein yahi baatein hoti hain, log isi ko charcha karte hain.</w:t>
      </w:r>
    </w:p>
    <w:p>
      <w:pPr>
        <w:jc w:val="right"/>
      </w:pPr>
      <w:r>
        <w:t>آپ جانتے ہیں کہ اخباروں میں روزانہ یہ باتیں ہوتی ہیں، میڈیا میں یہی باتیں ہوتی ہیں، لوگ اسی کو چرچا کرتے ہیں۔</w:t>
      </w:r>
    </w:p>
    <w:p>
      <w:r>
        <w:rPr>
          <w:b/>
        </w:rPr>
        <w:t xml:space="preserve">[03:50] </w:t>
      </w:r>
      <w:r>
        <w:t>to is ko sochte hue mujhe quran ki aik ayat yaad aayi, surah al-qasas ki ayat: «kullu shay'in halikun illa wajhahu» .</w:t>
      </w:r>
    </w:p>
    <w:p>
      <w:pPr>
        <w:jc w:val="right"/>
      </w:pPr>
      <w:r>
        <w:t>تو اس کو سوچتے ہوئے مجھے قرآن کی ایک آیت یاد آئی، سورہ القصص کی آیت: «كل شيء خالق إلا وجهه» ۔</w:t>
      </w:r>
    </w:p>
    <w:p>
      <w:r>
        <w:rPr>
          <w:b/>
        </w:rPr>
        <w:t xml:space="preserve">[04:07] </w:t>
      </w:r>
      <w:r>
        <w:t>yani «everything will perish but God» .</w:t>
      </w:r>
    </w:p>
    <w:p>
      <w:pPr>
        <w:jc w:val="right"/>
      </w:pPr>
      <w:r>
        <w:t>یعنی «everything will perish but God» ۔</w:t>
      </w:r>
    </w:p>
    <w:p>
      <w:r>
        <w:rPr>
          <w:b/>
        </w:rPr>
        <w:t xml:space="preserve">[04:18] </w:t>
      </w:r>
      <w:r>
        <w:t>to</w:t>
      </w:r>
    </w:p>
    <w:p>
      <w:pPr>
        <w:jc w:val="right"/>
      </w:pPr>
      <w:r>
        <w:t>تو</w:t>
      </w:r>
    </w:p>
    <w:p>
      <w:r>
        <w:rPr>
          <w:b/>
        </w:rPr>
        <w:t xml:space="preserve">[04:20] </w:t>
      </w:r>
      <w:r>
        <w:t>ek to woh hai waqea jo qayamat mein hoga, poori poori dunya khatm ho jayegi. lekin is se pehle chhote chhote waqeat dikhaye jate hain,</w:t>
      </w:r>
    </w:p>
    <w:p>
      <w:pPr>
        <w:jc w:val="right"/>
      </w:pPr>
      <w:r>
        <w:t>ایک تو وہ ہے واقعہ جو قیامت میں ہوگا، پوری پوری دنیا ختم ہو جائے گی۔ لیکن اس سے پہلے چھوٹے چھوٹے واقعات دکھائے جاتے ہیں،</w:t>
      </w:r>
    </w:p>
    <w:p>
      <w:r>
        <w:rPr>
          <w:b/>
        </w:rPr>
        <w:t xml:space="preserve">[04:38] </w:t>
      </w:r>
      <w:r>
        <w:t>yani partial sense mein dikhai jati hain baatein ke yeh chhote qayamat ko dekh lo, aisi badi qayamat dunya mein aayegi.</w:t>
      </w:r>
    </w:p>
    <w:p>
      <w:pPr>
        <w:jc w:val="right"/>
      </w:pPr>
      <w:r>
        <w:t>یعنی پارشل سینس میں دکھائی جاتی ہیں باتیں کہ یہ چھوٹے قیامت کو دیکھ لو، ایسی بڑی قیامت دنیا میں آئے گی۔</w:t>
      </w:r>
    </w:p>
    <w:p>
      <w:r>
        <w:rPr>
          <w:b/>
        </w:rPr>
        <w:t xml:space="preserve">[04:54] </w:t>
      </w:r>
      <w:r>
        <w:t>to ek to pehlu yeh hai ke insaan is haqeeqat ko daryaft kare ke «kal shay' khaliq illa wajhah» ۔</w:t>
      </w:r>
    </w:p>
    <w:p>
      <w:pPr>
        <w:jc w:val="right"/>
      </w:pPr>
      <w:r>
        <w:t>تو ایک تو پہلو یہ ہے کہ انسان اس حقیقت کو دریافت کرے کہ «كل شيء خالق إلا وجهه» ۔</w:t>
      </w:r>
    </w:p>
    <w:p>
      <w:r>
        <w:rPr>
          <w:b/>
        </w:rPr>
        <w:t xml:space="preserve">[05:06] </w:t>
      </w:r>
      <w:r>
        <w:t>yeh dunya mein sirf Allah ko eternity hasil hai aur kisi ko nahi.</w:t>
      </w:r>
    </w:p>
    <w:p>
      <w:pPr>
        <w:jc w:val="right"/>
      </w:pPr>
      <w:r>
        <w:t>یہ دنیا میں صرف اللہ کو ایٹرنٹی حاصل ہے اور کسی کو نہیں۔</w:t>
      </w:r>
    </w:p>
    <w:p>
      <w:r>
        <w:rPr>
          <w:b/>
        </w:rPr>
        <w:t xml:space="preserve">[05:22] </w:t>
      </w:r>
      <w:r>
        <w:t>to ek baat yeh hai.</w:t>
      </w:r>
    </w:p>
    <w:p>
      <w:pPr>
        <w:jc w:val="right"/>
      </w:pPr>
      <w:r>
        <w:t>تو ایک بات یہ ہے۔</w:t>
      </w:r>
    </w:p>
    <w:p>
      <w:r>
        <w:rPr>
          <w:b/>
        </w:rPr>
        <w:t xml:space="preserve">[05:26] </w:t>
      </w:r>
      <w:r>
        <w:t>aur doosri baat yeh hai</w:t>
      </w:r>
    </w:p>
    <w:p>
      <w:pPr>
        <w:jc w:val="right"/>
      </w:pPr>
      <w:r>
        <w:t>اور دوسری بات یہ ہے</w:t>
      </w:r>
    </w:p>
    <w:p>
      <w:r>
        <w:rPr>
          <w:b/>
        </w:rPr>
        <w:t xml:space="preserve">[05:31] </w:t>
      </w:r>
      <w:r>
        <w:t>ke Kashmir ke bare mein sochte hue Quran ki ek ayat mujhe samajh aayi.</w:t>
      </w:r>
    </w:p>
    <w:p>
      <w:pPr>
        <w:jc w:val="right"/>
      </w:pPr>
      <w:r>
        <w:t>کہ کشمیر کے بارے میں سوچتے ہوئے قرآن کی ایک آیت مجھے سمجھ آئی۔</w:t>
      </w:r>
    </w:p>
    <w:p>
      <w:r>
        <w:rPr>
          <w:b/>
        </w:rPr>
        <w:t xml:space="preserve">[05:38] </w:t>
      </w:r>
      <w:r>
        <w:t>Quran mein Surah Al-Asr hai, us ke alfaaz yeh hain:</w:t>
      </w:r>
    </w:p>
    <w:p>
      <w:pPr>
        <w:jc w:val="right"/>
      </w:pPr>
      <w:r>
        <w:t>قرآن میں سورہ العصر ہے، اس کے الفاظ یہ ہیں:</w:t>
      </w:r>
    </w:p>
    <w:p>
      <w:r>
        <w:rPr>
          <w:b/>
        </w:rPr>
        <w:t xml:space="preserve">[05:46] </w:t>
      </w:r>
      <w:r>
        <w:t>«wal-asr innal-insana lafi khusr» ۔ «Time is witness that man is in loss» ۔</w:t>
      </w:r>
    </w:p>
    <w:p>
      <w:pPr>
        <w:jc w:val="right"/>
      </w:pPr>
      <w:r>
        <w:t>«والعصر إن الإنسان في خسر» ۔ «Time is witness that man is in loss» ۔</w:t>
      </w:r>
    </w:p>
    <w:p>
      <w:r>
        <w:rPr>
          <w:b/>
        </w:rPr>
        <w:t xml:space="preserve">[05:58] </w:t>
      </w:r>
      <w:r>
        <w:t>yahan time ka matlab hai kya? history, insaan ki history.</w:t>
      </w:r>
    </w:p>
    <w:p>
      <w:pPr>
        <w:jc w:val="right"/>
      </w:pPr>
      <w:r>
        <w:t>یہاں ٹائم کا مطلب ہے کیا؟ ہسٹری، انسان کی ہسٹری۔</w:t>
      </w:r>
    </w:p>
    <w:p>
      <w:r>
        <w:rPr>
          <w:b/>
        </w:rPr>
        <w:t xml:space="preserve">[06:04] </w:t>
      </w:r>
      <w:r>
        <w:t>yani insaan ki history is baat ki gawahi deti hai</w:t>
      </w:r>
    </w:p>
    <w:p>
      <w:pPr>
        <w:jc w:val="right"/>
      </w:pPr>
      <w:r>
        <w:t>یعنی انسان کی ہسٹری اس بات کی گواہی دیتی ہے</w:t>
      </w:r>
    </w:p>
    <w:p>
      <w:r>
        <w:rPr>
          <w:b/>
        </w:rPr>
        <w:t xml:space="preserve">[06:10] </w:t>
      </w:r>
      <w:r>
        <w:t>ke insaan ghaate mein hai.</w:t>
      </w:r>
    </w:p>
    <w:p>
      <w:pPr>
        <w:jc w:val="right"/>
      </w:pPr>
      <w:r>
        <w:t>کہ انسان گھاٹے میں ہے۔</w:t>
      </w:r>
    </w:p>
    <w:p>
      <w:r>
        <w:rPr>
          <w:b/>
        </w:rPr>
        <w:t xml:space="preserve">[06:16] </w:t>
      </w:r>
      <w:r>
        <w:t>to dekhiye, yahan par ghaate mein hai ka matlab yeh present ke aitbaar se nahi hai, future ke aitbaar se hai.</w:t>
      </w:r>
    </w:p>
    <w:p>
      <w:pPr>
        <w:jc w:val="right"/>
      </w:pPr>
      <w:r>
        <w:t>تو دیکھیے، یہاں پر گھاٹے میں ہے کا مطلب یہ پریزنٹ کے اعتبار سے نہیں ہے، فیوچر کے اعتبار سے ہے۔</w:t>
      </w:r>
    </w:p>
    <w:p>
      <w:r>
        <w:rPr>
          <w:b/>
        </w:rPr>
        <w:t xml:space="preserve">[06:25] </w:t>
      </w:r>
      <w:r>
        <w:t>yun to aap dekhein to kitne log, bade bade, un ko political achievement ho rahi hai, material achievement ho rahi hai, tarah tarah ki achievement ho rahi hai.</w:t>
      </w:r>
    </w:p>
    <w:p>
      <w:pPr>
        <w:jc w:val="right"/>
      </w:pPr>
      <w:r>
        <w:t>یوں تو آپ دیکھیں تو کتنے لوگ، بڑے بڑے، ان کو پولیٹیکل اچیومنٹ ہو رہی ہے، مٹیریل اچیومنٹ ہو رہی ہے، طرح طرح کی اچیومنٹ ہو رہی ہیں۔</w:t>
      </w:r>
    </w:p>
    <w:p>
      <w:r>
        <w:rPr>
          <w:b/>
        </w:rPr>
        <w:t xml:space="preserve">[06:37] </w:t>
      </w:r>
      <w:r>
        <w:t>to phir kya matlab hai loss ka ya ghaate ka? yeh</w:t>
      </w:r>
    </w:p>
    <w:p>
      <w:pPr>
        <w:jc w:val="right"/>
      </w:pPr>
      <w:r>
        <w:t>تو پھر کیا مطلب ہے لاس کا یا گھاٹے کا؟ یہ</w:t>
      </w:r>
    </w:p>
    <w:p>
      <w:r>
        <w:rPr>
          <w:b/>
        </w:rPr>
        <w:t xml:space="preserve">[06:43] </w:t>
      </w:r>
      <w:r>
        <w:t>hai «in terms of final result» ۔ «in terms of final result» ۔</w:t>
      </w:r>
    </w:p>
    <w:p>
      <w:pPr>
        <w:jc w:val="right"/>
      </w:pPr>
      <w:r>
        <w:t>ہے «in terms of final result» ۔ «in terms of final result» ۔</w:t>
      </w:r>
    </w:p>
    <w:p>
      <w:r>
        <w:rPr>
          <w:b/>
        </w:rPr>
        <w:t xml:space="preserve">[06:51] </w:t>
      </w:r>
      <w:r>
        <w:t>yani aadmi bade bade maal banata hai aur phir woh maal toot jata hai, wahan us ko rehna nahi milta nahi.</w:t>
      </w:r>
    </w:p>
    <w:p>
      <w:pPr>
        <w:jc w:val="right"/>
      </w:pPr>
      <w:r>
        <w:t>یعنی آدمی بڑے بڑے مال بناتا ہے اور پھر وہ مال ٹوٹ جاتا ہے، وہاں اس کو رہنا نہیں ملتا نہیں۔</w:t>
      </w:r>
    </w:p>
    <w:p>
      <w:r>
        <w:rPr>
          <w:b/>
        </w:rPr>
        <w:t xml:space="preserve">[07:04] </w:t>
      </w:r>
      <w:r>
        <w:t>bade bade business khade karta hai, woh khatm ho jata hai.</w:t>
      </w:r>
    </w:p>
    <w:p>
      <w:pPr>
        <w:jc w:val="right"/>
      </w:pPr>
      <w:r>
        <w:t>بڑے بڑے بزنس کھڑے کرتا ہے، وہ ختم ہو جاتا ہے۔</w:t>
      </w:r>
    </w:p>
    <w:p>
      <w:r>
        <w:rPr>
          <w:b/>
        </w:rPr>
        <w:t xml:space="preserve">[07:11] </w:t>
      </w:r>
      <w:r>
        <w:t>aur agar us ki dunya jo banayi hai us ne, woh abhi chal rahi ho to khud to pata hai, marna yaqini hai.</w:t>
      </w:r>
    </w:p>
    <w:p>
      <w:pPr>
        <w:jc w:val="right"/>
      </w:pPr>
      <w:r>
        <w:t>اور اگر اس کی دنیا جو بنائی ہے اس نے، وہ ابھی چل رہی ہو تو خود تو پتہ ہے، مرنا یقینی ہے۔</w:t>
      </w:r>
    </w:p>
    <w:p>
      <w:r>
        <w:rPr>
          <w:b/>
        </w:rPr>
        <w:t xml:space="preserve">[07:22] </w:t>
      </w:r>
      <w:r>
        <w:t>yani average umar insaan ki 70 saal hai.</w:t>
      </w:r>
    </w:p>
    <w:p>
      <w:pPr>
        <w:jc w:val="right"/>
      </w:pPr>
      <w:r>
        <w:t>یعنی ایوریج عمر انسان کی 70 سال ہے۔</w:t>
      </w:r>
    </w:p>
    <w:p>
      <w:r>
        <w:rPr>
          <w:b/>
        </w:rPr>
        <w:t xml:space="preserve">[07:30] </w:t>
      </w:r>
      <w:r>
        <w:t>to aap ghor kijiye, insaan ne ek bada business khada kiya, ek building banayi, bank balance banaya, hukoomat qaim ki, woh presence aur woh hakim ban gaya kisi state ka, kisi mulk ka.</w:t>
      </w:r>
    </w:p>
    <w:p>
      <w:pPr>
        <w:jc w:val="right"/>
      </w:pPr>
      <w:r>
        <w:t>تو آپ غور کیجیے، انسان نے ایک بڑا بزنس کھڑا کیا، ایک بلڈنگ بنائی، بینک بیلنس بنایا، حکومت قائم کی، وہ پرزنس اور وہ حاکم بن گیا کسی اسٹیٹ کا، کسی ملک کا۔</w:t>
      </w:r>
    </w:p>
    <w:p>
      <w:r>
        <w:rPr>
          <w:b/>
        </w:rPr>
        <w:t xml:space="preserve">[07:59] </w:t>
      </w:r>
      <w:r>
        <w:t>aur phir kya hota hai? yani 70, 80 saal mein mar jata hai woh. us ke maani kya hue?</w:t>
      </w:r>
    </w:p>
    <w:p>
      <w:pPr>
        <w:jc w:val="right"/>
      </w:pPr>
      <w:r>
        <w:t>اور پھر کیا ہوتا ہے؟ یعنی 70، 80 سال میں مر جاتا ہے وہ۔ اس کے معنی کیا ہوئے؟</w:t>
      </w:r>
    </w:p>
    <w:p>
      <w:r>
        <w:rPr>
          <w:b/>
        </w:rPr>
        <w:t xml:space="preserve">[08:10] </w:t>
      </w:r>
      <w:r>
        <w:t>apni achievements, jis ko achieve kiya, us se total detachment. maut ka matlab kya hai?</w:t>
      </w:r>
    </w:p>
    <w:p>
      <w:pPr>
        <w:jc w:val="right"/>
      </w:pPr>
      <w:r>
        <w:t>اپنی اچیومنٹس، جس کو اچیو کیا، اس سے ٹوٹل ڈیٹیچمنٹ۔ موت کا مطلب کیا ہے؟</w:t>
      </w:r>
    </w:p>
    <w:p>
      <w:r>
        <w:rPr>
          <w:b/>
        </w:rPr>
        <w:t xml:space="preserve">[08:23] </w:t>
      </w:r>
      <w:r>
        <w:t>aap ki achievement se total detachment.</w:t>
      </w:r>
    </w:p>
    <w:p>
      <w:pPr>
        <w:jc w:val="right"/>
      </w:pPr>
      <w:r>
        <w:t>آپ کی اچیومنٹ سے ٹوٹل ڈیٹیچمنٹ۔</w:t>
      </w:r>
    </w:p>
    <w:p>
      <w:r>
        <w:rPr>
          <w:b/>
        </w:rPr>
        <w:t xml:space="preserve">[08:28] </w:t>
      </w:r>
      <w:r>
        <w:t>kesi ajeeb baat hai! aadmi jab marta hai to in mein se kuch cheez nahi le aata jo is ne dunya mein achieve kiya tha.</w:t>
      </w:r>
    </w:p>
    <w:p>
      <w:pPr>
        <w:jc w:val="right"/>
      </w:pPr>
      <w:r>
        <w:t>کیسی عجیب بات ہے! آدمی جب مرتا ہے تو ان میں سے کچھ چیز نہیں لے آتا جو اس نے دنیا میں اچیو کیا تھا۔</w:t>
      </w:r>
    </w:p>
    <w:p>
      <w:r>
        <w:rPr>
          <w:b/>
        </w:rPr>
        <w:t xml:space="preserve">[08:40] </w:t>
      </w:r>
      <w:r>
        <w:t>yeh hai «والعصر إن الإنسان في خسر» ۔</w:t>
      </w:r>
    </w:p>
    <w:p>
      <w:pPr>
        <w:jc w:val="right"/>
      </w:pPr>
      <w:r>
        <w:t>یہ ہے «والعصر إن الإنسان في خسر» ۔</w:t>
      </w:r>
    </w:p>
    <w:p>
      <w:r>
        <w:rPr>
          <w:b/>
        </w:rPr>
        <w:t xml:space="preserve">[08:45] </w:t>
      </w:r>
      <w:r>
        <w:t>yani insaan ghaate mein hai, yeh baat jo hai «in terms of final result» ۔ hai ke kehte hain ji bari bari tum achievement karo,</w:t>
      </w:r>
    </w:p>
    <w:p>
      <w:pPr>
        <w:jc w:val="right"/>
      </w:pPr>
      <w:r>
        <w:t>یعنی انسان گھاٹے میں ہے، یہ بات جو ہے «in terms of final result» ۔ ہے کہ کہتے ہیں جی بڑی بڑی تم اچیومنٹ کرو،</w:t>
      </w:r>
    </w:p>
    <w:p>
      <w:r>
        <w:rPr>
          <w:b/>
        </w:rPr>
        <w:t xml:space="preserve">[09:00] </w:t>
      </w:r>
      <w:r>
        <w:t>kuch bhi karo, lekin aakhir mein to 70, 80 saal mein marna hai tum ko, aur phir is ke baad sab kuch chhod kar chala jana hai.</w:t>
      </w:r>
    </w:p>
    <w:p>
      <w:pPr>
        <w:jc w:val="right"/>
      </w:pPr>
      <w:r>
        <w:t>کچھ بھی کرو، لیکن آخر میں تو 70، 80 سال میں مرنا ہے تم کو، اور پھر اس کے بعد سب کچھ چھوڑ کر چلا جانا ہے۔</w:t>
      </w:r>
    </w:p>
    <w:p>
      <w:r>
        <w:rPr>
          <w:b/>
        </w:rPr>
        <w:t xml:space="preserve">[09:11] </w:t>
      </w:r>
      <w:r>
        <w:t>«وتقدت بهم الأسباب»</w:t>
      </w:r>
    </w:p>
    <w:p>
      <w:pPr>
        <w:jc w:val="right"/>
      </w:pPr>
      <w:r>
        <w:t>«وتقدت بهم الأسباب»</w:t>
      </w:r>
    </w:p>
    <w:p>
      <w:r>
        <w:rPr>
          <w:b/>
        </w:rPr>
        <w:t xml:space="preserve">[09:16] </w:t>
      </w:r>
      <w:r>
        <w:t>۔ yani total detachment hota hai aadmi ke ke beech mein, us ki achievement ke beech mein. yeh matlab hai.</w:t>
      </w:r>
    </w:p>
    <w:p>
      <w:pPr>
        <w:jc w:val="right"/>
      </w:pPr>
      <w:r>
        <w:t>۔ یعنی ٹوٹل ڈیٹیچمنٹ ہوتا ہے آدمی کے کے بیچ میں، اس کی اچیومنٹ کے بیچ میں۔ یہ مطلب ہے۔</w:t>
      </w:r>
    </w:p>
    <w:p>
      <w:r>
        <w:rPr>
          <w:b/>
        </w:rPr>
        <w:t xml:space="preserve">[09:30] </w:t>
      </w:r>
      <w:r>
        <w:t>to mein samajhta hoon ke kashmir ya kashmir jaisay aur waqeat jo hotay rehtay hain, woh isi liye hotay hain ke insaan ko remind karne ke liye, yaad dilanay ke liye.</w:t>
      </w:r>
    </w:p>
    <w:p>
      <w:pPr>
        <w:jc w:val="right"/>
      </w:pPr>
      <w:r>
        <w:t>تو میں سمجھتا ہوں کہ کشمیر یا کشمیر جیسے اور واقعات جو ہوتے رہتے ہیں، وہ اسی لیے ہوتے ہیں کہ انسان کو ریمائنڈ کرنے کے لیے، یاد دلانے کے لیے۔</w:t>
      </w:r>
    </w:p>
    <w:p>
      <w:r>
        <w:rPr>
          <w:b/>
        </w:rPr>
        <w:t xml:space="preserve">[09:45] </w:t>
      </w:r>
      <w:r>
        <w:t>us din ko jab ke total detachment ho jaye ga, tumhari koi achievement tumhara saath nahi de gi.</w:t>
      </w:r>
    </w:p>
    <w:p>
      <w:pPr>
        <w:jc w:val="right"/>
      </w:pPr>
      <w:r>
        <w:t>اس دن کو جب کہ ٹوٹل ڈیٹیچمنٹ ہو جائے گا، تمہاری کوئی اچیومنٹ تمہارا ساتھ نہیں دے گی۔</w:t>
      </w:r>
    </w:p>
    <w:p>
      <w:r>
        <w:rPr>
          <w:b/>
        </w:rPr>
        <w:t xml:space="preserve">[09:58] </w:t>
      </w:r>
      <w:r>
        <w:t>to is ka matlab kya hua? ke other than material achievement, other than material achievement ko kuch aur achieve karna hai.</w:t>
      </w:r>
    </w:p>
    <w:p>
      <w:pPr>
        <w:jc w:val="right"/>
      </w:pPr>
      <w:r>
        <w:t>تو اس کا مطلب کیا ہوا؟ کہ ادر دین مٹیریل اچیومنٹ، ادر دین مٹیریل اچیومنٹ کو کچھ اور اچیو کرنا ہے۔</w:t>
      </w:r>
    </w:p>
    <w:p>
      <w:r>
        <w:rPr>
          <w:b/>
        </w:rPr>
        <w:t xml:space="preserve">[10:13] </w:t>
      </w:r>
      <w:r>
        <w:t>yani you have to achieve something other than the material achievement ۔ kyunke to chhoot jata hai, yeh saath jata hai nahi.</w:t>
      </w:r>
    </w:p>
    <w:p>
      <w:pPr>
        <w:jc w:val="right"/>
      </w:pPr>
      <w:r>
        <w:t>یعنی you have to achieve something other than the material achievement ۔ کیونکہ تو چھوٹ جاتا ہے، یہ ساتھ جاتا ہے نہیں۔</w:t>
      </w:r>
    </w:p>
    <w:p>
      <w:r>
        <w:rPr>
          <w:b/>
        </w:rPr>
        <w:t xml:space="preserve">[10:29] </w:t>
      </w:r>
      <w:r>
        <w:t>to kashmir jaisa har waqea jo rozana chhota bara dunya mein ho raha hai, woh yaad dilata hai ke insaan</w:t>
      </w:r>
    </w:p>
    <w:p>
      <w:pPr>
        <w:jc w:val="right"/>
      </w:pPr>
      <w:r>
        <w:t>تو کشمیر جیسا ہر واقعہ جو روزانہ چھوٹا بڑا دنیا میں ہو رہا ہے، وہ یاد دلاتا ہے کہ انسان</w:t>
      </w:r>
    </w:p>
    <w:p>
      <w:r>
        <w:rPr>
          <w:b/>
        </w:rPr>
        <w:t xml:space="preserve">[10:43] </w:t>
      </w:r>
      <w:r>
        <w:t>is cheez ko achieve karne ki koshish karo jo rehne wali hai,</w:t>
      </w:r>
    </w:p>
    <w:p>
      <w:pPr>
        <w:jc w:val="right"/>
      </w:pPr>
      <w:r>
        <w:t>اس چیز کو اچیو کرنے کی کوشش کرو جو رہنے والی ہے،</w:t>
      </w:r>
    </w:p>
    <w:p>
      <w:r>
        <w:rPr>
          <w:b/>
        </w:rPr>
        <w:t xml:space="preserve">[10:52] </w:t>
      </w:r>
      <w:r>
        <w:t>jo tumhare saath jane wali hai.</w:t>
      </w:r>
    </w:p>
    <w:p>
      <w:pPr>
        <w:jc w:val="right"/>
      </w:pPr>
      <w:r>
        <w:t>جو تمہارے ساتھ جانے والی ہے۔</w:t>
      </w:r>
    </w:p>
    <w:p>
      <w:r>
        <w:rPr>
          <w:b/>
        </w:rPr>
        <w:t xml:space="preserve">[11:01] </w:t>
      </w:r>
      <w:r>
        <w:t>«فأثر ما يبقى على ما يفنى» ۔ jo fana hone wali hai, us ko sab kuch mat samjho.</w:t>
      </w:r>
    </w:p>
    <w:p>
      <w:pPr>
        <w:jc w:val="right"/>
      </w:pPr>
      <w:r>
        <w:t>«فأثر ما يبقى على ما يفنى» ۔ جو فنا ہونے والی ہے، اس کو سب کچھ مت سمجھو۔</w:t>
      </w:r>
    </w:p>
    <w:p>
      <w:r>
        <w:rPr>
          <w:b/>
        </w:rPr>
        <w:t xml:space="preserve">[11:11] </w:t>
      </w:r>
      <w:r>
        <w:t>jo baqi rehne wala hai, us ko sab kuch samjho. to baqi rehne wala kya hai?</w:t>
      </w:r>
    </w:p>
    <w:p>
      <w:pPr>
        <w:jc w:val="right"/>
      </w:pPr>
      <w:r>
        <w:t>جو باقی رہنے والا ہے، اس کو سب کچھ سمجھو۔ تو باقی رہنے والا کیا ہے؟</w:t>
      </w:r>
    </w:p>
    <w:p>
      <w:r>
        <w:rPr>
          <w:b/>
        </w:rPr>
        <w:t xml:space="preserve">[11:20] </w:t>
      </w:r>
      <w:r>
        <w:t>non material achievement. dekhen, dunya mein aap do qism ki cheezein achieve karte hain:</w:t>
      </w:r>
    </w:p>
    <w:p>
      <w:pPr>
        <w:jc w:val="right"/>
      </w:pPr>
      <w:r>
        <w:t>نان مٹیریل اچیومنٹ۔ دیکھیں، دنیا میں آپ دو قسم کی چیزیں اچیو کرتے ہیں:</w:t>
      </w:r>
    </w:p>
    <w:p>
      <w:r>
        <w:rPr>
          <w:b/>
        </w:rPr>
        <w:t xml:space="preserve">[11:30] </w:t>
      </w:r>
      <w:r>
        <w:t>ek hai material achievement, ek hai non material achievement.</w:t>
      </w:r>
    </w:p>
    <w:p>
      <w:pPr>
        <w:jc w:val="right"/>
      </w:pPr>
      <w:r>
        <w:t>ایک ہے مٹیریل اچیومنٹ، ایک ہے نان مٹیریل اچیومنٹ۔</w:t>
      </w:r>
    </w:p>
    <w:p>
      <w:r>
        <w:rPr>
          <w:b/>
        </w:rPr>
        <w:t xml:space="preserve">[11:38] </w:t>
      </w:r>
      <w:r>
        <w:t>non material achievement. to material achievement aap ka saath chhod deta hai, woh aap ke saath nahi jata.</w:t>
      </w:r>
    </w:p>
    <w:p>
      <w:pPr>
        <w:jc w:val="right"/>
      </w:pPr>
      <w:r>
        <w:t>نان مٹیریل اچیومنٹ۔ تو مٹیریل اچیومنٹ آپ کا ساتھ چھوڑ دیتا ہے، وہ آپ کے ساتھ نہیں جاتا۔</w:t>
      </w:r>
    </w:p>
    <w:p>
      <w:r>
        <w:rPr>
          <w:b/>
        </w:rPr>
        <w:t xml:space="preserve">[11:50] </w:t>
      </w:r>
      <w:r>
        <w:t>lekin jo aur aap ne achieve kiya, non material sense mein, woh aap ke saath jata hai.</w:t>
      </w:r>
    </w:p>
    <w:p>
      <w:pPr>
        <w:jc w:val="right"/>
      </w:pPr>
      <w:r>
        <w:t>لیکن جو اور آپ نے اچیو کیا، نان مٹیریل سینس میں، وہ آپ کے ساتھ جاتا ہے۔</w:t>
      </w:r>
    </w:p>
    <w:p>
      <w:r>
        <w:rPr>
          <w:b/>
        </w:rPr>
        <w:t xml:space="preserve">[11:59] </w:t>
      </w:r>
      <w:r>
        <w:t>woh kya hai? woh aap ka spiritual development, personality development, intellectual development.</w:t>
      </w:r>
    </w:p>
    <w:p>
      <w:pPr>
        <w:jc w:val="right"/>
      </w:pPr>
      <w:r>
        <w:t>وہ کیا ہے؟ وہ آپ کا سپریچول ڈیولپمنٹ، پرسنیلٹی ڈیولپمنٹ، انٹلیکچول ڈیولپمنٹ۔</w:t>
      </w:r>
    </w:p>
    <w:p>
      <w:r>
        <w:rPr>
          <w:b/>
        </w:rPr>
        <w:t xml:space="preserve">[12:10] </w:t>
      </w:r>
      <w:r>
        <w:t>aap jante hain ke insaan ke andar, insaan ek dual being hai: physical aur spiritual, ya physical aur aur intellectual.</w:t>
      </w:r>
    </w:p>
    <w:p>
      <w:pPr>
        <w:jc w:val="right"/>
      </w:pPr>
      <w:r>
        <w:t>آپ جانتے ہیں کہ انسان کے اندر، انسان ایک ڈول بینگ ہے: فزیکل اور سپریچول، یا فزیکل اور اور انٹلیکچول۔</w:t>
      </w:r>
    </w:p>
    <w:p>
      <w:r>
        <w:rPr>
          <w:b/>
        </w:rPr>
        <w:t xml:space="preserve">[12:25] </w:t>
      </w:r>
      <w:r>
        <w:t>to physical sense mein aap jo achieve karte hain, usi se detachment hota hai. aur jo aap intellectual sense mein achieve karen, woh aap ke saath jata hai.</w:t>
      </w:r>
    </w:p>
    <w:p>
      <w:pPr>
        <w:jc w:val="right"/>
      </w:pPr>
      <w:r>
        <w:t>تو فزیکل سینس میں آپ جو اچیو کرتے ہیں، اسی سے ڈیٹیچمنٹ ہوتا ہے۔ اور جو آپ انٹلیکچول سینس میں اچیو کریں، وہ آپ کے ساتھ جاتا ہے۔</w:t>
      </w:r>
    </w:p>
    <w:p>
      <w:r>
        <w:rPr>
          <w:b/>
        </w:rPr>
        <w:t xml:space="preserve">[12:41] </w:t>
      </w:r>
      <w:r>
        <w:t>woh aap ke saath jata hai.</w:t>
      </w:r>
    </w:p>
    <w:p>
      <w:pPr>
        <w:jc w:val="right"/>
      </w:pPr>
      <w:r>
        <w:t>وہ آپ کے ساتھ جاتا ہے۔</w:t>
      </w:r>
    </w:p>
    <w:p>
      <w:r>
        <w:rPr>
          <w:b/>
        </w:rPr>
        <w:t xml:space="preserve">[12:49] </w:t>
      </w:r>
      <w:r>
        <w:t>jaisay mein ek misaal doon, ek bohat hi ajeeb misaal quran mein aayi, bohat ajeeb misaal ke misr mein, yani ancient misr mein,</w:t>
      </w:r>
    </w:p>
    <w:p>
      <w:pPr>
        <w:jc w:val="right"/>
      </w:pPr>
      <w:r>
        <w:t>جیسے میں ایک مثال دوں، ایک بہت ہی عجیب مثال قرآن میں آئی، بہت عجیب مثال کہ مصر میں، یعنی اینشینٹ مصر میں،</w:t>
      </w:r>
    </w:p>
    <w:p>
      <w:r>
        <w:rPr>
          <w:b/>
        </w:rPr>
        <w:t xml:space="preserve">[13:04] </w:t>
      </w:r>
      <w:r>
        <w:t>firon rule karta tha. to aaj moosa wahan aaye, peghambar ke taur par.</w:t>
      </w:r>
    </w:p>
    <w:p>
      <w:pPr>
        <w:jc w:val="right"/>
      </w:pPr>
      <w:r>
        <w:t>فرعون رول کرتا تھا۔ تو آج موسیٰ وہاں آئے، پیغمبر کے طور پر۔</w:t>
      </w:r>
    </w:p>
    <w:p>
      <w:r>
        <w:rPr>
          <w:b/>
        </w:rPr>
        <w:t xml:space="preserve">[13:13] </w:t>
      </w:r>
      <w:r>
        <w:t>to jaisa ke aap jante hain, wahan par ek muqabla rakha gaya jadugaron se.</w:t>
      </w:r>
    </w:p>
    <w:p>
      <w:pPr>
        <w:jc w:val="right"/>
      </w:pPr>
      <w:r>
        <w:t>تو جیسا کہ آپ جانتے ہیں، وہاں پر ایک مقابلہ رکھا گیا جادوگروں سے۔</w:t>
      </w:r>
    </w:p>
    <w:p>
      <w:r>
        <w:rPr>
          <w:b/>
        </w:rPr>
        <w:t xml:space="preserve">[13:23] </w:t>
      </w:r>
      <w:r>
        <w:t>to woh saare jadugar Firon ke mazhab ko man'ne wale the</w:t>
      </w:r>
    </w:p>
    <w:p>
      <w:pPr>
        <w:jc w:val="right"/>
      </w:pPr>
      <w:r>
        <w:t>تو وہ سارے جادوگر فرعون کے مذہب کو ماننے والے تھے</w:t>
      </w:r>
    </w:p>
    <w:p>
      <w:r>
        <w:rPr>
          <w:b/>
        </w:rPr>
        <w:t xml:space="preserve">[13:32] </w:t>
      </w:r>
      <w:r>
        <w:t>pehle, lekin jab muqabla hua, unhon ne apni hastiyan aur lathiyan dalin. Woh logon ki nazar dikhai padi ke yeh to saaf hai.</w:t>
      </w:r>
    </w:p>
    <w:p>
      <w:pPr>
        <w:jc w:val="right"/>
      </w:pPr>
      <w:r>
        <w:t>پہلے، لیکن جب مقابلہ ہوا، انہوں نے اپنی ہستیاں اور لاٹھیاں ڈالیں۔ وہ لوگوں کی نظر دکھائی پڑی کہ یہ تو صاف ہے۔</w:t>
      </w:r>
    </w:p>
    <w:p>
      <w:r>
        <w:rPr>
          <w:b/>
        </w:rPr>
        <w:t xml:space="preserve">[13:42] </w:t>
      </w:r>
      <w:r>
        <w:t>phir Hazrat Musa ne apna asa dala, to un ke chhote chhote sahibon ko kha gaya. Woh kha gaya ke mani hain ke jab woh chala idhar udhar, to un ka woh zeher khatm ho gaya.</w:t>
      </w:r>
    </w:p>
    <w:p>
      <w:pPr>
        <w:jc w:val="right"/>
      </w:pPr>
      <w:r>
        <w:t>پھر حضرت موسیٰ نے اپنا عصا ڈالا، تو ان کے چھوٹے چھوٹے صاحبوں کو کھا گیا۔ وہ کھا گیا کے معنی ہیں کہ جب وہ چلا ادھر ادھر، تو ان کا وہ زہر ختم ہو گیا۔</w:t>
      </w:r>
    </w:p>
    <w:p>
      <w:r>
        <w:rPr>
          <w:b/>
        </w:rPr>
        <w:t xml:space="preserve">[13:57] </w:t>
      </w:r>
      <w:r>
        <w:t>saanp ne zeher ko khaya tha, lathiyon aur rasi ko nahi khaya tha.</w:t>
      </w:r>
    </w:p>
    <w:p>
      <w:pPr>
        <w:jc w:val="right"/>
      </w:pPr>
      <w:r>
        <w:t>سانپ نے زہر کو کھایا تھا، لاٹھیوں اور رسی کو نہیں کھایا تھا۔</w:t>
      </w:r>
    </w:p>
    <w:p>
      <w:r>
        <w:rPr>
          <w:b/>
        </w:rPr>
        <w:t xml:space="preserve">[14:05] </w:t>
      </w:r>
      <w:r>
        <w:t>natija kya hua ke jab saanp ghuma idhar udhar Hazrat Musa ka, to jo lathi thi, woh lathi reh gayi, rasi thi, woh lathi reh gayi. Yahi hai faida.</w:t>
      </w:r>
    </w:p>
    <w:p>
      <w:pPr>
        <w:jc w:val="right"/>
      </w:pPr>
      <w:r>
        <w:t>نتیجہ کیا ہوا کہ جب سانپ گھوما ادھر ادھر حضرت موسیٰ کا، تو جو لاٹھی تھی، وہ لاٹھی رہ گئی، رسی تھی، وہ لاٹھی رہ گئی۔ یہی ہے فائدہ۔</w:t>
      </w:r>
    </w:p>
    <w:p>
      <w:r>
        <w:rPr>
          <w:b/>
        </w:rPr>
        <w:t xml:space="preserve">[14:15] </w:t>
      </w:r>
      <w:r>
        <w:t>aaya tarqaf bayad ko to yeh waqia jab dekha jadugaron ne, to un ki aankh khul gayi.</w:t>
      </w:r>
    </w:p>
    <w:p>
      <w:pPr>
        <w:jc w:val="right"/>
      </w:pPr>
      <w:r>
        <w:t>آيا ترقف باید کو تو یہ واقعہ جب دیکھا جادوگروں نے، تو ان کی آنکھ کھل گئی۔</w:t>
      </w:r>
    </w:p>
    <w:p>
      <w:r>
        <w:rPr>
          <w:b/>
        </w:rPr>
        <w:t xml:space="preserve">[14:26] </w:t>
      </w:r>
      <w:r>
        <w:t>un ko sachai ki discovery ho gayi.</w:t>
      </w:r>
    </w:p>
    <w:p>
      <w:pPr>
        <w:jc w:val="right"/>
      </w:pPr>
      <w:r>
        <w:t>ان کو سچائی کی ڈسکوری ہو گئی۔</w:t>
      </w:r>
    </w:p>
    <w:p>
      <w:r>
        <w:rPr>
          <w:b/>
        </w:rPr>
        <w:t xml:space="preserve">[14:31] </w:t>
      </w:r>
      <w:r>
        <w:t>yeh achaanak baat nahi thi, is se pehle Hazrat Musa ki wahan movement chal rahi thi. Hazrat Musa ki baatein phail rahi thin ke Allah ek hai, ek ek Khuda ke siwa koi Khuda nahi.</w:t>
      </w:r>
    </w:p>
    <w:p>
      <w:pPr>
        <w:jc w:val="right"/>
      </w:pPr>
      <w:r>
        <w:t>یہ اچانک بات نہیں تھی، اس سے پہلے حضرت موسیٰ کی وہاں موومنٹ چل رہی تھی۔ حضرت موسیٰ کی باتیں پھیل رہی تھیں کہ اللہ ایک ہے، ایک ایک خدا کے سوا کوئی خدا نہیں۔</w:t>
      </w:r>
    </w:p>
    <w:p>
      <w:r>
        <w:rPr>
          <w:b/>
        </w:rPr>
        <w:t xml:space="preserve">[14:44] </w:t>
      </w:r>
      <w:r>
        <w:t>iska pata phail rahi thi wahan par, to ek background tha pehle se.</w:t>
      </w:r>
    </w:p>
    <w:p>
      <w:pPr>
        <w:jc w:val="right"/>
      </w:pPr>
      <w:r>
        <w:t>اس کا پتہ پھیل رہی تھی وہاں پر، تو ایک بیک گراؤنڈ تھا پہلے سے۔</w:t>
      </w:r>
    </w:p>
    <w:p>
      <w:r>
        <w:rPr>
          <w:b/>
        </w:rPr>
        <w:t xml:space="preserve">[14:53] </w:t>
      </w:r>
      <w:r>
        <w:t>jadugar jab akhatta hue the, to is se pehle woh jaan chuke the ke Musa ka paigham kya hai.</w:t>
      </w:r>
    </w:p>
    <w:p>
      <w:pPr>
        <w:jc w:val="right"/>
      </w:pPr>
      <w:r>
        <w:t>جادوگر جب اکٹھا ہوئے تھے، تو اس سے پہلے وہ جان چکے تھے کہ موسیٰ کا پیغام کیا ہے۔</w:t>
      </w:r>
    </w:p>
    <w:p>
      <w:r>
        <w:rPr>
          <w:b/>
        </w:rPr>
        <w:t xml:space="preserve">[15:02] </w:t>
      </w:r>
      <w:r>
        <w:t>to is background ki wajah se bohat jald unhon ne jaan liya ke Musa sachai ke sachai le kar aaye hain.</w:t>
      </w:r>
    </w:p>
    <w:p>
      <w:pPr>
        <w:jc w:val="right"/>
      </w:pPr>
      <w:r>
        <w:t>تو اس بیک گراؤنڈ کی وجہ سے بہت جلد انہوں نے جان لیا کہ موسیٰ سچائی کے سچائی لے کر آئے ہیں۔</w:t>
      </w:r>
    </w:p>
    <w:p>
      <w:r>
        <w:rPr>
          <w:b/>
        </w:rPr>
        <w:t xml:space="preserve">[15:14] </w:t>
      </w:r>
      <w:r>
        <w:t>to unhon ne kaha tha ke aamna birabbana Musa hum Musa ke deen ko mante hain. Yeh baat Firon ko zahir hai ke bohat ziyada</w:t>
      </w:r>
    </w:p>
    <w:p>
      <w:pPr>
        <w:jc w:val="right"/>
      </w:pPr>
      <w:r>
        <w:t>تو انہوں نے کہا تھا کہ آمنا بربنا موسى ہم موسیٰ کے دین کو مانتے ہیں۔ یہ بات فرعون کو ظاہر ہے کہ بہت زیادہ</w:t>
      </w:r>
    </w:p>
    <w:p>
      <w:r>
        <w:rPr>
          <w:b/>
        </w:rPr>
        <w:t xml:space="preserve">[15:29] </w:t>
      </w:r>
      <w:r>
        <w:t>nagawar thi.</w:t>
      </w:r>
    </w:p>
    <w:p>
      <w:pPr>
        <w:jc w:val="right"/>
      </w:pPr>
      <w:r>
        <w:t>ناگوار تھی۔</w:t>
      </w:r>
    </w:p>
    <w:p>
      <w:r>
        <w:rPr>
          <w:b/>
        </w:rPr>
        <w:t xml:space="preserve">[15:31] </w:t>
      </w:r>
      <w:r>
        <w:t>us ne hukum diya ke in logon ko talwar se qatal kar diya jaye.</w:t>
      </w:r>
    </w:p>
    <w:p>
      <w:pPr>
        <w:jc w:val="right"/>
      </w:pPr>
      <w:r>
        <w:t>اس نے حکم دیا کہ ان لوگوں کو تلوار سے قتل کر دیا جائے۔</w:t>
      </w:r>
    </w:p>
    <w:p>
      <w:r>
        <w:rPr>
          <w:b/>
        </w:rPr>
        <w:t xml:space="preserve">[15:39] </w:t>
      </w:r>
      <w:r>
        <w:t>to wahan par jallad hote the, woh talwar le ke pahunch gaye aur bilkul, yani chand secondon mein, chand minute mein un ki gardanein bahar jane wali thin.</w:t>
      </w:r>
    </w:p>
    <w:p>
      <w:pPr>
        <w:jc w:val="right"/>
      </w:pPr>
      <w:r>
        <w:t>تو وہاں پر جلاد ہوتے تھے، وہ تلوار لے کے پہنچ گئے اور بالکل، یعنی چند سیکنڈوں میں، چند منٹوں میں ان کی گردنیں باہر جانے والی تھیں۔</w:t>
      </w:r>
    </w:p>
    <w:p>
      <w:r>
        <w:rPr>
          <w:b/>
        </w:rPr>
        <w:t xml:space="preserve">[15:54] </w:t>
      </w:r>
      <w:r>
        <w:t>us waqt jadugaron ne kaha faqat ban taqaz anha taqdeer hazir ad-dunya ke aye Firon,</w:t>
      </w:r>
    </w:p>
    <w:p>
      <w:pPr>
        <w:jc w:val="right"/>
      </w:pPr>
      <w:r>
        <w:t>اس وقت جادوگروں نے کہا فقط بان تقاض ان کو تقدیر حاضر الدنیا کہ اے فرعون،</w:t>
      </w:r>
    </w:p>
    <w:p>
      <w:r>
        <w:rPr>
          <w:b/>
        </w:rPr>
        <w:t xml:space="preserve">[16:07] </w:t>
      </w:r>
      <w:r>
        <w:t>tujh ko jo faisla karna hai, kar. To isi duniya ke bare mein faisla kar sakta hai. Is duniya ke mani kya hue?</w:t>
      </w:r>
    </w:p>
    <w:p>
      <w:pPr>
        <w:jc w:val="right"/>
      </w:pPr>
      <w:r>
        <w:t>تجھ کو جو فیصلہ کرنا ہے، کر۔ تو اسی دنیا کے بارے میں فیصلہ کر سکتا ہے۔ اس دنیا کے معنی کیا ہوئے؟</w:t>
      </w:r>
    </w:p>
    <w:p>
      <w:r>
        <w:rPr>
          <w:b/>
        </w:rPr>
        <w:t xml:space="preserve">[16:18] </w:t>
      </w:r>
      <w:r>
        <w:t>dekhiye, is duniya ke mani saada nahi hain.</w:t>
      </w:r>
    </w:p>
    <w:p>
      <w:pPr>
        <w:jc w:val="right"/>
      </w:pPr>
      <w:r>
        <w:t>دیکھیے، اس دنیا کے معنی سادہ نہیں ہیں۔</w:t>
      </w:r>
    </w:p>
    <w:p>
      <w:r>
        <w:rPr>
          <w:b/>
        </w:rPr>
        <w:t xml:space="preserve">[16:23] </w:t>
      </w:r>
      <w:r>
        <w:t>to hamare physical wajood ko mita sakta hai. Hamara doosra jo wajood hai, intellectual wajood, woh to baqi rahega. Woh Allah ke paas jayega.</w:t>
      </w:r>
    </w:p>
    <w:p>
      <w:pPr>
        <w:jc w:val="right"/>
      </w:pPr>
      <w:r>
        <w:t>تو ہمارے فزیکل وجود کو مٹا سکتا ہے۔ ہمارا دوسرا جو وجود ہے، انٹلیکچول وجود، وہ تو باقی رہے گا۔ وہ اللہ کے پاس جائے گا۔</w:t>
      </w:r>
    </w:p>
    <w:p>
      <w:r>
        <w:rPr>
          <w:b/>
        </w:rPr>
        <w:t xml:space="preserve">[16:33] </w:t>
      </w:r>
      <w:r>
        <w:t>is par tera koi control nahi.</w:t>
      </w:r>
    </w:p>
    <w:p>
      <w:pPr>
        <w:jc w:val="right"/>
      </w:pPr>
      <w:r>
        <w:t>اس پر تیرا کوئی کنٹرول نہیں۔</w:t>
      </w:r>
    </w:p>
    <w:p>
      <w:r>
        <w:rPr>
          <w:b/>
        </w:rPr>
        <w:t xml:space="preserve">[16:38] </w:t>
      </w:r>
      <w:r>
        <w:t>yani physical sense mein jo achievement tha un ka, us ko Firon chheen sakta tha. Lekin spiritual sense mein jo un ka achievement tha, ek Allah ko manna, ek Allah ko apna concern banana,</w:t>
      </w:r>
    </w:p>
    <w:p>
      <w:pPr>
        <w:jc w:val="right"/>
      </w:pPr>
      <w:r>
        <w:t>یعنی فزیکل سینس میں جو اچیومنٹ تھا ان کا، اس کو فرعون چھین سکتا تھا۔ لیکن سپریچول سینس میں جو ان کا اچیومنٹ تھا، ایک اللہ کو ماننا، ایک اللہ کو اپنا کنسرن بنانا،</w:t>
      </w:r>
    </w:p>
    <w:p>
      <w:r>
        <w:rPr>
          <w:b/>
        </w:rPr>
        <w:t xml:space="preserve">[16:55] </w:t>
      </w:r>
      <w:r>
        <w:t>ek Allah ke deen ke liye ailan karna ke yeh sachai hai, Musa ki sachai ka ailan karna, yeh tha un ka spiritual achievement.</w:t>
      </w:r>
    </w:p>
    <w:p>
      <w:pPr>
        <w:jc w:val="right"/>
      </w:pPr>
      <w:r>
        <w:t>ایک اللہ کے دین کے لیے اعلان کرنا کہ یہ سچائی ہے، موسیٰ کے سچائی کا اعلان کرنا، یہ تھا ان کا سپریچول اچیومنٹ۔</w:t>
      </w:r>
    </w:p>
    <w:p>
      <w:r>
        <w:rPr>
          <w:b/>
        </w:rPr>
        <w:t xml:space="preserve">[17:06] </w:t>
      </w:r>
      <w:r>
        <w:t>to ek tha un ka physical achievement jo jadugar ke hasiyat se unhon ne hazir kiya tha.</w:t>
      </w:r>
    </w:p>
    <w:p>
      <w:pPr>
        <w:jc w:val="right"/>
      </w:pPr>
      <w:r>
        <w:t>تو ایک تھا ان کا فزیکل اچیومنٹ جو جادوگر کے حیثیت سے انہوں نے حاضر کیا تھا۔</w:t>
      </w:r>
    </w:p>
    <w:p>
      <w:r>
        <w:rPr>
          <w:b/>
        </w:rPr>
        <w:t xml:space="preserve">[17:15] </w:t>
      </w:r>
      <w:r>
        <w:t>to yeh jo kaha unhon ne faqat ban taqaz taqdeer hazir hai Hazrat dunya ke duniya mein hum ne physical sense mein jo achieve kiya tha, ada jadugar us ko to mita sakta hai,</w:t>
      </w:r>
    </w:p>
    <w:p>
      <w:pPr>
        <w:jc w:val="right"/>
      </w:pPr>
      <w:r>
        <w:t>تو یہ جو کہا انہوں نے فقط بان تقاض تقدیر حاضر ہے حضرت دنیا کہ دنیا میں ہم نے فزیکل سینس میں جو اچیو کیا تھا، ادا جادوگر اس کو تو مٹا سکتا ہے،</w:t>
      </w:r>
    </w:p>
    <w:p>
      <w:r>
        <w:rPr>
          <w:b/>
        </w:rPr>
        <w:t xml:space="preserve">[17:31] </w:t>
      </w:r>
      <w:r>
        <w:t>teri talwar is pe chal sakti hai.</w:t>
      </w:r>
    </w:p>
    <w:p>
      <w:pPr>
        <w:jc w:val="right"/>
      </w:pPr>
      <w:r>
        <w:t>تیری تلوار اس پہ چل سکتی ہے۔</w:t>
      </w:r>
    </w:p>
    <w:p>
      <w:r>
        <w:rPr>
          <w:b/>
        </w:rPr>
        <w:t xml:space="preserve">[17:33] </w:t>
      </w:r>
      <w:r>
        <w:t>lekin spiritual sense mein, intellectual sense mein jo hum ne achieve kiya hai, Allah par faith, unshakable faith,</w:t>
      </w:r>
    </w:p>
    <w:p>
      <w:pPr>
        <w:jc w:val="right"/>
      </w:pPr>
      <w:r>
        <w:t>لیکن سپریچول سینس میں، انٹلیکچول سینس میں جو ہم نے اچیو کیا ہے، اللہ پر فیتھ، ان شیکبل فیتھ،</w:t>
      </w:r>
    </w:p>
    <w:p>
      <w:r>
        <w:rPr>
          <w:b/>
        </w:rPr>
        <w:t xml:space="preserve">[17:46] </w:t>
      </w:r>
      <w:r>
        <w:t>Musa ke nabuwat ka iqrar, jo Allah ka likh gaya ke unhon ne Musa ki nabuwat ko mana, aur aur Allah ki mohabbat, Allah ka khauf jo un ke dil mein aaya hoga,</w:t>
      </w:r>
    </w:p>
    <w:p>
      <w:pPr>
        <w:jc w:val="right"/>
      </w:pPr>
      <w:r>
        <w:t>موسیٰ کے نبوت کا اقرار، جو اللہ کا لکھ گیا کہ انہوں نے موسیٰ کی نبوت کو مانا، اور اور اللہ کی محبت، اللہ کا خوف جو ان کے دل میں آیا ہوگا،</w:t>
      </w:r>
    </w:p>
    <w:p>
      <w:r>
        <w:rPr>
          <w:b/>
        </w:rPr>
        <w:t xml:space="preserve">[18:00] </w:t>
      </w:r>
      <w:r>
        <w:t>wo sari baatein un ka spiritual aspect tha un ki life ka. to un ka matlab tha ke tumhari talwar hamare physical aspect chalegi, hamare spiritual aspect pe teri talwar nahi chalegi.</w:t>
      </w:r>
    </w:p>
    <w:p>
      <w:pPr>
        <w:jc w:val="right"/>
      </w:pPr>
      <w:r>
        <w:t>وہ ساری باتیں ان کا سپریچول ایسپیکٹ تھا ان کی لائف کا۔ تو ان کا مطلب تھا کہ تمہاری تلوار ہمارے فزیکل ایسپیکٹ چلے گی، ہمارے سپریچول ایسپیکٹ پہ تیری تلوار نہیں چلے گی۔</w:t>
      </w:r>
    </w:p>
    <w:p>
      <w:r>
        <w:rPr>
          <w:b/>
        </w:rPr>
        <w:t xml:space="preserve">[18:17] </w:t>
      </w:r>
      <w:r>
        <w:t>dekhiye, ye bohat hi bari baat hai.</w:t>
      </w:r>
    </w:p>
    <w:p>
      <w:pPr>
        <w:jc w:val="right"/>
      </w:pPr>
      <w:r>
        <w:t>دیکھیے، یہ بہت ہی بڑی بات ہے۔</w:t>
      </w:r>
    </w:p>
    <w:p>
      <w:r>
        <w:rPr>
          <w:b/>
        </w:rPr>
        <w:t xml:space="preserve">[18:22] </w:t>
      </w:r>
      <w:r>
        <w:t>to wala in insan lafz khasar aap is ko samajh sakte hain ke khasar kis baat ka, yani ghata kis baat ka,</w:t>
      </w:r>
    </w:p>
    <w:p>
      <w:pPr>
        <w:jc w:val="right"/>
      </w:pPr>
      <w:r>
        <w:t>تو والا ان الانسان لفظ خسر آپ اس کو سمجھ سکتے ہیں کہ خسر کس بات کا، یعنی گھاٹا کس بات کا،</w:t>
      </w:r>
    </w:p>
    <w:p>
      <w:r>
        <w:rPr>
          <w:b/>
        </w:rPr>
        <w:t xml:space="preserve">[18:30] </w:t>
      </w:r>
      <w:r>
        <w:t>loss kis baat ka ke insan dunya mein achieve karta hai ek physical achievement. to physical achievement is ki isi dunya mein reh jati hai.</w:t>
      </w:r>
    </w:p>
    <w:p>
      <w:pPr>
        <w:jc w:val="right"/>
      </w:pPr>
      <w:r>
        <w:t>لاس کس بات کا کہ انسان دنیا میں اچیو کرتا ہے ایک فزیکل اچیومنٹ۔ تو فزیکل اچیومنٹ اس کی اسی دنیا میں رہ جاتی ہے۔</w:t>
      </w:r>
    </w:p>
    <w:p>
      <w:r>
        <w:rPr>
          <w:b/>
        </w:rPr>
        <w:t xml:space="preserve">[18:44] </w:t>
      </w:r>
      <w:r>
        <w:t>lekin jo aadmi achieve karta hai, spiritual achievement, wo is ke sath jati hai. wo jahan jata hai, wahin wo bhi jati hai.</w:t>
      </w:r>
    </w:p>
    <w:p>
      <w:pPr>
        <w:jc w:val="right"/>
      </w:pPr>
      <w:r>
        <w:t>لیکن جو آدمی اچیو کرتا ہے، سپریچول اچیومنٹ، وہ اس کے ساتھ جاتی ہے۔ وہ جہاں جاتا ہے، وہیں وہ بھی جاتی ہے۔</w:t>
      </w:r>
    </w:p>
    <w:p>
      <w:r>
        <w:rPr>
          <w:b/>
        </w:rPr>
        <w:t xml:space="preserve">[18:59] </w:t>
      </w:r>
      <w:r>
        <w:t>to ye hai sabak.</w:t>
      </w:r>
    </w:p>
    <w:p>
      <w:pPr>
        <w:jc w:val="right"/>
      </w:pPr>
      <w:r>
        <w:t>تو یہ ہے سبق۔</w:t>
      </w:r>
    </w:p>
    <w:p>
      <w:r>
        <w:rPr>
          <w:b/>
        </w:rPr>
        <w:t xml:space="preserve">[19:03] </w:t>
      </w:r>
      <w:r>
        <w:t>to jo log Kashmir jaisay cheezon mein jeetay hain, un ko Khuda ki taraf dikhaya jata hai ke Kashmir cheezein, cheezein jo hain, wo tumhare sath nahi janay wali hain.</w:t>
      </w:r>
    </w:p>
    <w:p>
      <w:pPr>
        <w:jc w:val="right"/>
      </w:pPr>
      <w:r>
        <w:t>تو جو لوگ کشمیر جیسے چیزوں میں جیتے ہیں، ان کو خدا کی طرف دکھایا جاتا ہے کہ کشمیر چیزیں، چیزیں جو ہیں، وہ تمہارے ساتھ نہیں جانے والی ہیں۔</w:t>
      </w:r>
    </w:p>
    <w:p>
      <w:r>
        <w:rPr>
          <w:b/>
        </w:rPr>
        <w:t xml:space="preserve">[19:17] </w:t>
      </w:r>
      <w:r>
        <w:t>tumhara material achievement tumhare sath nahi janay wala hai.</w:t>
      </w:r>
    </w:p>
    <w:p>
      <w:pPr>
        <w:jc w:val="right"/>
      </w:pPr>
      <w:r>
        <w:t>تمہارا مٹیریل اچیومنٹ تمہارے ساتھ نہیں جانے والا ہے۔</w:t>
      </w:r>
    </w:p>
    <w:p>
      <w:r>
        <w:rPr>
          <w:b/>
        </w:rPr>
        <w:t xml:space="preserve">[19:22] </w:t>
      </w:r>
      <w:r>
        <w:t>to tumhara, tumhare andar jo doosra lesvi personality hai, wo is ko banao, wo sath jayega.</w:t>
      </w:r>
    </w:p>
    <w:p>
      <w:pPr>
        <w:jc w:val="right"/>
      </w:pPr>
      <w:r>
        <w:t>تو تمہارا، تمہارے اندر جو دوسرا لسوی پرسنیلٹی ہے، وہ اس کو بناؤ، وہ ساتھ جائے گا۔</w:t>
      </w:r>
    </w:p>
    <w:p>
      <w:r>
        <w:rPr>
          <w:b/>
        </w:rPr>
        <w:t xml:space="preserve">[19:38] </w:t>
      </w:r>
      <w:r>
        <w:t>isi ko doosray alfaaz mein Quran mein hai ke</w:t>
      </w:r>
    </w:p>
    <w:p>
      <w:pPr>
        <w:jc w:val="right"/>
      </w:pPr>
      <w:r>
        <w:t>اسی کو دوسرے الفاظ میں قرآن میں ہے کہ</w:t>
      </w:r>
    </w:p>
    <w:p>
      <w:r>
        <w:rPr>
          <w:b/>
        </w:rPr>
        <w:t xml:space="preserve">[19:45] </w:t>
      </w:r>
      <w:r>
        <w:t>zalik jaza man tazkar illa man atal laha bi qalb salim</w:t>
      </w:r>
    </w:p>
    <w:p>
      <w:pPr>
        <w:jc w:val="right"/>
      </w:pPr>
      <w:r>
        <w:t>ذالک جزاء من تذکر الا من ات اللہ بقلب سلیم</w:t>
      </w:r>
    </w:p>
    <w:p>
      <w:r>
        <w:rPr>
          <w:b/>
        </w:rPr>
        <w:t xml:space="preserve">[19:54] </w:t>
      </w:r>
      <w:r>
        <w:t>yani jo Allah ke pas ek purifier soul le kar pohancha, jo Allah ke pas ek spiritual soul le kar pohancha, jo Allah ke pas ek intellectual development,</w:t>
      </w:r>
    </w:p>
    <w:p>
      <w:pPr>
        <w:jc w:val="right"/>
      </w:pPr>
      <w:r>
        <w:t>یعنی جو اللہ کے پاس ایک پیریفائر سول لے کر پہنچا، جو اللہ کے پاس ایک ایک سپریچول سول لے کر پہنچا، جو اللہ کے پاس ایک انٹلیکچول ڈیولپمنٹ،</w:t>
      </w:r>
    </w:p>
    <w:p>
      <w:r>
        <w:rPr>
          <w:b/>
        </w:rPr>
        <w:t xml:space="preserve">[20:10] </w:t>
      </w:r>
      <w:r>
        <w:t>ek developed mind le ke pohancha,</w:t>
      </w:r>
    </w:p>
    <w:p>
      <w:pPr>
        <w:jc w:val="right"/>
      </w:pPr>
      <w:r>
        <w:t>ایک ڈیولپڈ مائنڈ لے کے پہنچا،</w:t>
      </w:r>
    </w:p>
    <w:p>
      <w:r>
        <w:rPr>
          <w:b/>
        </w:rPr>
        <w:t xml:space="preserve">[20:15] </w:t>
      </w:r>
      <w:r>
        <w:t>is baat ko samjhiye.</w:t>
      </w:r>
    </w:p>
    <w:p>
      <w:pPr>
        <w:jc w:val="right"/>
      </w:pPr>
      <w:r>
        <w:t>اس بات کو سمجھیے۔</w:t>
      </w:r>
    </w:p>
    <w:p>
      <w:r>
        <w:rPr>
          <w:b/>
        </w:rPr>
        <w:t xml:space="preserve">[20:19] </w:t>
      </w:r>
      <w:r>
        <w:t>ye sari waqiat jo hain, ye yaad dilatay hain.</w:t>
      </w:r>
    </w:p>
    <w:p>
      <w:pPr>
        <w:jc w:val="right"/>
      </w:pPr>
      <w:r>
        <w:t>یہ سارے واقعات جو ہیں، یہ یاد دلاتے ہیں۔</w:t>
      </w:r>
    </w:p>
    <w:p>
      <w:r>
        <w:rPr>
          <w:b/>
        </w:rPr>
        <w:t xml:space="preserve">[20:28] </w:t>
      </w:r>
      <w:r>
        <w:t>dekhiye, hadith mein hai aksiru zikr had bil lazzat al maut yani maut ko bohat yaad karo, jo lazzaton ko utha denay wali hai.</w:t>
      </w:r>
    </w:p>
    <w:p>
      <w:pPr>
        <w:jc w:val="right"/>
      </w:pPr>
      <w:r>
        <w:t>دیکھیے، حدیث میں ہے اکثرو ذکر ہاد باللذات الموت یعنی موت کو بہت یاد کرو، جو لذتوں کو اٹھا دینے والی ہے۔</w:t>
      </w:r>
    </w:p>
    <w:p>
      <w:r>
        <w:rPr>
          <w:b/>
        </w:rPr>
        <w:t xml:space="preserve">[20:43] </w:t>
      </w:r>
      <w:r>
        <w:t>yahan lazzat ka matlab kya hai?</w:t>
      </w:r>
    </w:p>
    <w:p>
      <w:pPr>
        <w:jc w:val="right"/>
      </w:pPr>
      <w:r>
        <w:t>یہاں لذت کا مطلب کیا ہے؟</w:t>
      </w:r>
    </w:p>
    <w:p>
      <w:r>
        <w:rPr>
          <w:b/>
        </w:rPr>
        <w:t xml:space="preserve">[20:47] </w:t>
      </w:r>
      <w:r>
        <w:t>lazzat ka matlab ye hai, wahi hai material aspect, physical aspect, wo uthaya jayega. yani maut yaad dilati hai ke tumhara jo material achievement hai, wo to uthaya jayega, wo to reh jayega.</w:t>
      </w:r>
    </w:p>
    <w:p>
      <w:pPr>
        <w:jc w:val="right"/>
      </w:pPr>
      <w:r>
        <w:t>لذت کا مطلب یہ ہے، وہی ہے مٹیریل ایسپیکٹ، فزیکل ایسپیکٹ، وہ اٹھایا جائے گا۔ یعنی موت یاد دلاتی ہے کہ تمہارا جو مٹیریل اچیومنٹ ہے، وہ تو اٹھایا جائے گا، وہ تو رہ جائے گا۔</w:t>
      </w:r>
    </w:p>
    <w:p>
      <w:r>
        <w:rPr>
          <w:b/>
        </w:rPr>
        <w:t xml:space="preserve">[20:59] </w:t>
      </w:r>
      <w:r>
        <w:t>wo janay ke tumhare sath jaye ga nahi.</w:t>
      </w:r>
    </w:p>
    <w:p>
      <w:pPr>
        <w:jc w:val="right"/>
      </w:pPr>
      <w:r>
        <w:t>وہ جانے کہ تمہارے ساتھ جائے گا نہیں۔</w:t>
      </w:r>
    </w:p>
    <w:p>
      <w:r>
        <w:rPr>
          <w:b/>
        </w:rPr>
        <w:t xml:space="preserve">[21:03] </w:t>
      </w:r>
      <w:r>
        <w:t>jo cheez tumhare sath jaye gi, wo wo personality tumhari hai jo tum ne banai, spiritual personality, intellectual personality, rabbani personality.</w:t>
      </w:r>
    </w:p>
    <w:p>
      <w:pPr>
        <w:jc w:val="right"/>
      </w:pPr>
      <w:r>
        <w:t>جو چیز تمہارے ساتھ جائے گی، وہ وہ پرسنیلٹی تمہاری ہے جو تم نے بنائی، سپریچول پرسنیلٹی، انٹلیکچول پرسنیلٹی، ربانی پرسنیلٹی۔</w:t>
      </w:r>
    </w:p>
    <w:p>
      <w:r>
        <w:rPr>
          <w:b/>
        </w:rPr>
        <w:t xml:space="preserve">[21:17] </w:t>
      </w:r>
      <w:r>
        <w:t>non material existence tumhara jo hai, wo jayega.</w:t>
      </w:r>
    </w:p>
    <w:p>
      <w:pPr>
        <w:jc w:val="right"/>
      </w:pPr>
      <w:r>
        <w:t>نان مٹیریل ایگزسٹنس تمہارا جو ہے، وہ جائے گا۔</w:t>
      </w:r>
    </w:p>
    <w:p>
      <w:r>
        <w:rPr>
          <w:b/>
        </w:rPr>
        <w:t xml:space="preserve">[21:25] </w:t>
      </w:r>
      <w:r>
        <w:t>to kaisa ajeeb sabak hai ye jo har din hamein diya jata hai. ek shakhs accident hua to ye sabak diya is ne.</w:t>
      </w:r>
    </w:p>
    <w:p>
      <w:pPr>
        <w:jc w:val="right"/>
      </w:pPr>
      <w:r>
        <w:t>تو کیسا عجیب سبق ہے یہ جو ہر دن ہمیں دیا جاتا ہے۔ ایک شخص ایکسیڈنٹ ہوا تو یہ سبق دیا اس نے۔</w:t>
      </w:r>
    </w:p>
    <w:p>
      <w:r>
        <w:rPr>
          <w:b/>
        </w:rPr>
        <w:t xml:space="preserve">[21:35] </w:t>
      </w:r>
      <w:r>
        <w:t>koi mar gaya, is ne yeh sabaq diya. kahin arth koi kaha hai to woh bhi yahi sabaq tha. kashmir mein jo guzra, woh bhi yahi sabaq tha.</w:t>
      </w:r>
    </w:p>
    <w:p>
      <w:pPr>
        <w:jc w:val="right"/>
      </w:pPr>
      <w:r>
        <w:t>کوئی مر گیا، اس نے یہ سبق دیا۔ کہیں ارتھ کوئی کہا ہے تو وہ بھی یہی سبق تھا۔ کشمیر میں جو گزرا، وہ بھی یہی سبق تھا۔</w:t>
      </w:r>
    </w:p>
    <w:p>
      <w:r>
        <w:rPr>
          <w:b/>
        </w:rPr>
        <w:t xml:space="preserve">[21:55] </w:t>
      </w:r>
      <w:r>
        <w:t>yeh bohat hi bari, har bohat bara sabaq hai jo hum ko is tarah ke waqiaat mein milta hai. bohat bara sabaq.</w:t>
      </w:r>
    </w:p>
    <w:p>
      <w:pPr>
        <w:jc w:val="right"/>
      </w:pPr>
      <w:r>
        <w:t>یہ بہت ہی بڑی، ہر بہت بڑا سبق ہے جو ہم کو اس طرح کے واقعات میں ملتا ہے۔ بہت بڑا سبق۔</w:t>
      </w:r>
    </w:p>
    <w:p>
      <w:r>
        <w:rPr>
          <w:b/>
        </w:rPr>
        <w:t xml:space="preserve">[22:10] </w:t>
      </w:r>
      <w:r>
        <w:t>is baat ko samjhiye jo maine waqia pesh kiya jadoogaron ka. bohat mujhe ajeeb lagta hai ke kaise un ka yaqeen hoga, kaisa kaisa un ka conviction hoga.</w:t>
      </w:r>
    </w:p>
    <w:p>
      <w:pPr>
        <w:jc w:val="right"/>
      </w:pPr>
      <w:r>
        <w:t>اس بات کو سمجھیے جو میں نے واقعہ پیش کیا جادوگروں کا۔ بہت مجھے عجیب لگتا ہے کہ کیسے ان کا یقین ہوگا، کیسا کیسا ان کا کنوکشن ہوگا۔</w:t>
      </w:r>
    </w:p>
    <w:p>
      <w:r>
        <w:rPr>
          <w:b/>
        </w:rPr>
        <w:t xml:space="preserve">[22:28] </w:t>
      </w:r>
      <w:r>
        <w:t>aur un ko jo saza di gayi thi, woh bohat hi bhayanak saza thi. bhayanak.</w:t>
      </w:r>
    </w:p>
    <w:p>
      <w:pPr>
        <w:jc w:val="right"/>
      </w:pPr>
      <w:r>
        <w:t>اور ان کو جو سزا دی گئی تھی، وہ بہت ہی بھیانک سزا تھی۔ بھیانک۔</w:t>
      </w:r>
    </w:p>
    <w:p>
      <w:r>
        <w:rPr>
          <w:b/>
        </w:rPr>
        <w:t xml:space="preserve">[22:35] </w:t>
      </w:r>
      <w:r>
        <w:t>baat yeh thi ke misr mein, ancient misr mein, ek tareeqa tha bahar saza dene ka ke ek taraf ka hath kat kataya jata tha, ek taraf ka paon aadmi ka, aur phir gardan mein rasi daal kar ke us ko latka dete thay phir phir ke shakh par.</w:t>
      </w:r>
    </w:p>
    <w:p>
      <w:pPr>
        <w:jc w:val="right"/>
      </w:pPr>
      <w:r>
        <w:t>بات یہ تھی کہ مصر میں، اینشینٹ مصر میں، ایک طریقہ تھا باہر سزا دینے کا کہ ایک طرف کا ہاتھ کٹ کٹایا جاتا تھا، ایک طرف کا پاؤں آدمی کا، اور پھر گردن میں رسی ڈال کر کے اس کو لٹکا دیتے تھے پھر پھر کے شاخ پر۔</w:t>
      </w:r>
    </w:p>
    <w:p>
      <w:r>
        <w:rPr>
          <w:b/>
        </w:rPr>
        <w:t xml:space="preserve">[22:56] </w:t>
      </w:r>
      <w:r>
        <w:t>aap ghor kijiye ke kitni ajeeb baat hai. aadmi ka ek hath kaata gaya jaye to kitni takleef hoti hogi. ek paon kaata jaye ga, kya kitni takleef hoti hai.</w:t>
      </w:r>
    </w:p>
    <w:p>
      <w:pPr>
        <w:jc w:val="right"/>
      </w:pPr>
      <w:r>
        <w:t>آپ غور کیجیے کہ کتنی عجیب بات ہے۔ آدمی کا ایک ہاتھ کاٹا گیا جائے تو کتنی تکلیف ہوتی ہوگی۔ ایک پاؤں کاٹا جائے گا، کیا کتنی تکلیف ہوتی ہے۔</w:t>
      </w:r>
    </w:p>
    <w:p>
      <w:r>
        <w:rPr>
          <w:b/>
        </w:rPr>
        <w:t xml:space="preserve">[23:07] </w:t>
      </w:r>
      <w:r>
        <w:t>phir is ke baad gardan mein rasi daali gayi, latka diya. to zaleel kar ke marte thay woh, takleef de kar marte thay woh.</w:t>
      </w:r>
    </w:p>
    <w:p>
      <w:pPr>
        <w:jc w:val="right"/>
      </w:pPr>
      <w:r>
        <w:t>پھر اس کے بعد گردن میں رسی ڈالی گئی، لٹکا دیا۔ تو ذلیل کر کے مارتے تھے وہ، تکلیف دے کر مارتے تھے وہ۔</w:t>
      </w:r>
    </w:p>
    <w:p>
      <w:r>
        <w:rPr>
          <w:b/>
        </w:rPr>
        <w:t xml:space="preserve">[23:19] </w:t>
      </w:r>
      <w:r>
        <w:t>to jadoogar jante thay ke hamare sath aisa hone wala hai.</w:t>
      </w:r>
    </w:p>
    <w:p>
      <w:pPr>
        <w:jc w:val="right"/>
      </w:pPr>
      <w:r>
        <w:t>تو جادوگر جانتے تھے کہ ہمارے ساتھ ایسا ہونے والا ہے۔</w:t>
      </w:r>
    </w:p>
    <w:p>
      <w:r>
        <w:rPr>
          <w:b/>
        </w:rPr>
        <w:t xml:space="preserve">[23:23] </w:t>
      </w:r>
      <w:r>
        <w:t>phir bhi unhon ne kaha ke faqat baan taqaza to un ko ek bohat bari sachai discover hui thi</w:t>
      </w:r>
    </w:p>
    <w:p>
      <w:pPr>
        <w:jc w:val="right"/>
      </w:pPr>
      <w:r>
        <w:t>پھر بھی انہوں نے کہا کہ فقط بان تقاض تو ان کو ایک بہت بڑی سچائی ڈسکور ہوئی تھی</w:t>
      </w:r>
    </w:p>
    <w:p>
      <w:r>
        <w:rPr>
          <w:b/>
        </w:rPr>
        <w:t xml:space="preserve">[23:33] </w:t>
      </w:r>
      <w:r>
        <w:t>ke hamare wajood ka jo physical achievement hai, wahi to chheene ga firoun. hamare wajood ka jo spiritual achievement hai, us ko kaise chheene ga woh?</w:t>
      </w:r>
    </w:p>
    <w:p>
      <w:pPr>
        <w:jc w:val="right"/>
      </w:pPr>
      <w:r>
        <w:t>کہ ہمارے وجود کا جو فزیکل اچیومنٹ ہے، وہی تو چھینے گا فرعون۔ ہمارے وجود کا جو سپریچول اچیومنٹ ہے، اس کو کیسے چھینے گا وہ؟</w:t>
      </w:r>
    </w:p>
    <w:p>
      <w:r>
        <w:rPr>
          <w:b/>
        </w:rPr>
        <w:t xml:space="preserve">[23:48] </w:t>
      </w:r>
      <w:r>
        <w:t>is mein mujhe ek aur sabaq hai. ek aur sabaq mujhe is mein hai. dekhiye, aam halaat mein aadmi itni bari punishment ko bardasht nahi kar sakta.</w:t>
      </w:r>
    </w:p>
    <w:p>
      <w:pPr>
        <w:jc w:val="right"/>
      </w:pPr>
      <w:r>
        <w:t>اس میں مجھے ایک اور سبق ہے۔ ایک اور سبق مجھے اس میں ہے۔ دیکھیے، عام حالات میں آدمی اتنی بڑی پنشمنٹ کو برداشت نہیں کر سکتا۔</w:t>
      </w:r>
    </w:p>
    <w:p>
      <w:r>
        <w:rPr>
          <w:b/>
        </w:rPr>
        <w:t xml:space="preserve">[24:05] </w:t>
      </w:r>
      <w:r>
        <w:t>to hota kya hai, dekhiye, Allah taala ek dikhate hain ek namoona. aur woh hai behosh ho jana insaan ka.</w:t>
      </w:r>
    </w:p>
    <w:p>
      <w:pPr>
        <w:jc w:val="right"/>
      </w:pPr>
      <w:r>
        <w:t>تو ہوتا کیا ہے، دیکھیے، اللہ تعالی ایک دکھاتے ہیں ایک نمونہ۔ اور وہ ہے بے ہوش ہو جانا انسان کا۔</w:t>
      </w:r>
    </w:p>
    <w:p>
      <w:r>
        <w:rPr>
          <w:b/>
        </w:rPr>
        <w:t xml:space="preserve">[24:15] </w:t>
      </w:r>
      <w:r>
        <w:t>main khud, mere sath aisa hua tha ke apne hum ek gaon mein jo ghar tha, to hum us mein aisa hua ke chhat se oopar neeche gir gir pade.</w:t>
      </w:r>
    </w:p>
    <w:p>
      <w:pPr>
        <w:jc w:val="right"/>
      </w:pPr>
      <w:r>
        <w:t>میں خود، میرے ساتھ ایسا ہوا تھا کہ اپنے ہم ایک گاؤں میں جو گھر تھا، تو ہم اس میں ایسا ہوا کہ چھت سے اوپر نیچے گر گر پڑے۔</w:t>
      </w:r>
    </w:p>
    <w:p>
      <w:r>
        <w:rPr>
          <w:b/>
        </w:rPr>
        <w:t xml:space="preserve">[24:31] </w:t>
      </w:r>
      <w:r>
        <w:t>is mein ek third floor tha aur ek ek second floor tha, ek first floor tha. to second floor se main first floor par gir pada.</w:t>
      </w:r>
    </w:p>
    <w:p>
      <w:pPr>
        <w:jc w:val="right"/>
      </w:pPr>
      <w:r>
        <w:t>اس میں ایک تھرڈ فلور تھا اور ایک ایک سیکنڈ فلور تھا، ایک فرسٹ فلور تھا۔ تو سیکنڈ فلور سے میں فرسٹ فلور پر گر پڑا۔</w:t>
      </w:r>
    </w:p>
    <w:p>
      <w:r>
        <w:rPr>
          <w:b/>
        </w:rPr>
        <w:t xml:space="preserve">[24:43] </w:t>
      </w:r>
      <w:r>
        <w:t>wahan par woh nahi thi, railing nahi thi, to woh gir pada. yeh bohat pehle ki baat hai, jab main chhota tha, shayad das saal ya us se kam raha hoga.</w:t>
      </w:r>
    </w:p>
    <w:p>
      <w:pPr>
        <w:jc w:val="right"/>
      </w:pPr>
      <w:r>
        <w:t>وہاں پر وہ نہیں تھی، ریلنگ نہیں تھی، تو وہ گر پڑا۔ یہ بہت پہلے کی بات ہے، جب میں چھوٹا تھا، شاید دس سال یا اس سے کم رہا ہوں گا۔</w:t>
      </w:r>
    </w:p>
    <w:p>
      <w:r>
        <w:rPr>
          <w:b/>
        </w:rPr>
        <w:t xml:space="preserve">[24:56] </w:t>
      </w:r>
      <w:r>
        <w:t>to girte hi kya hua ke main unconscious ho gaya, behosh ho gaya. to der tak main chhat par pada raha, kisi ko khabar nahi.</w:t>
      </w:r>
    </w:p>
    <w:p>
      <w:pPr>
        <w:jc w:val="right"/>
      </w:pPr>
      <w:r>
        <w:t>تو گرتے ہی کیا ہوا کہ میں انکانسیس ہو گیا، بے ہوش ہو گیا۔ تو دیر تک میں چھت پر پڑا رہا، کسی کو خبر نہیں۔</w:t>
      </w:r>
    </w:p>
    <w:p>
      <w:r>
        <w:rPr>
          <w:b/>
        </w:rPr>
        <w:t xml:space="preserve">[25:07] </w:t>
      </w:r>
      <w:r>
        <w:t>bohat der ke baad jab main hosh mein aaya to uth kar phir main gaya.</w:t>
      </w:r>
    </w:p>
    <w:p>
      <w:pPr>
        <w:jc w:val="right"/>
      </w:pPr>
      <w:r>
        <w:t>بہت دیر کے بعد جب میں ہوش میں آیا تو اٹھ کر پھر میں گیا۔</w:t>
      </w:r>
    </w:p>
    <w:p>
      <w:r>
        <w:rPr>
          <w:b/>
        </w:rPr>
        <w:t xml:space="preserve">[25:14] </w:t>
      </w:r>
      <w:r>
        <w:t>yeh Allah taala ka ek ek namoona dikhate hain. to mujhe yaqeen hai ke jis waqt jo saza di gayi hogi jadoogaron ko, to Allah ne un par behoshi taari kar di hogi.</w:t>
      </w:r>
    </w:p>
    <w:p>
      <w:pPr>
        <w:jc w:val="right"/>
      </w:pPr>
      <w:r>
        <w:t>یہ اللہ تعالی کا ایک ایک نمونہ دکھاتے ہیں۔ تو مجھے یقین ہے کہ جس وقت جو سزا دی گئی ہوگی جادوگروں کو، تو اللہ نے ان پر بے ہوشی طاری کر دی ہوگی۔</w:t>
      </w:r>
    </w:p>
    <w:p>
      <w:r>
        <w:rPr>
          <w:b/>
        </w:rPr>
        <w:t xml:space="preserve">[25:28] </w:t>
      </w:r>
      <w:r>
        <w:t>aur behoshi ke waqt aap takleef ko ehsaas nahi hota aap ko.</w:t>
      </w:r>
    </w:p>
    <w:p>
      <w:pPr>
        <w:jc w:val="right"/>
      </w:pPr>
      <w:r>
        <w:t>اور بے ہوشی کے وقت آپ تکلیف کو احساس نہیں ہوتا آپ کو۔</w:t>
      </w:r>
    </w:p>
    <w:p>
      <w:r>
        <w:rPr>
          <w:b/>
        </w:rPr>
        <w:t xml:space="preserve">[25:34] </w:t>
      </w:r>
      <w:r>
        <w:t>jaise mujhe kuch pata nahi ke mujhe kis tarah main gira, kya takleef mujhe pahunchi is se. aur sab chhat par khoon phail gaya tha, lekin mujhe pata nahi is ka.</w:t>
      </w:r>
    </w:p>
    <w:p>
      <w:pPr>
        <w:jc w:val="right"/>
      </w:pPr>
      <w:r>
        <w:t>جیسے مجھے کچھ پتہ نہیں کہ مجھے کس طرح میں گرا، کیا تکلیف مجھے پہنچی اس سے۔ اور سب چھت پر خون پھیل گیا تھا، لیکن مجھے پتہ نہیں اس کا۔</w:t>
      </w:r>
    </w:p>
    <w:p>
      <w:r>
        <w:rPr>
          <w:b/>
        </w:rPr>
        <w:t xml:space="preserve">[25:48] </w:t>
      </w:r>
      <w:r>
        <w:t>kyun ke jab main gira hoon ga to ain us waqt main behosh ho gaya hoon ga, unconscious.</w:t>
      </w:r>
    </w:p>
    <w:p>
      <w:pPr>
        <w:jc w:val="right"/>
      </w:pPr>
      <w:r>
        <w:t>کیونکہ جب میں گرا ہوں گا تو عین اس وقت میں بے ہوش ہو گیا ہوں گا، انکانسیس۔</w:t>
      </w:r>
    </w:p>
    <w:p>
      <w:r>
        <w:rPr>
          <w:b/>
        </w:rPr>
        <w:t xml:space="preserve">[25:57] </w:t>
      </w:r>
      <w:r>
        <w:t>to dekhiye, yeh Allah taala ke ek ek sign hai,</w:t>
      </w:r>
    </w:p>
    <w:p>
      <w:pPr>
        <w:jc w:val="right"/>
      </w:pPr>
      <w:r>
        <w:t>تو دیکھیے، یہ اللہ تعالی کے ایک ایک سائن ہے،</w:t>
      </w:r>
    </w:p>
    <w:p>
      <w:r>
        <w:rPr>
          <w:b/>
        </w:rPr>
        <w:t xml:space="preserve">[26:06] </w:t>
      </w:r>
      <w:r>
        <w:t>ek nishani. to jitne log mein parhta hoon waqiaat ke Allah ke raaste mein unhein bohat shadeed qism ki takleef di gayi, jise kal ek hadith mein parh raha tha,</w:t>
      </w:r>
    </w:p>
    <w:p>
      <w:pPr>
        <w:jc w:val="right"/>
      </w:pPr>
      <w:r>
        <w:t>ایک نشانی۔ تو جتنے لوگ میں پڑھتا ہوں واقعات کہ اللہ کے راستے میں انہیں بہت شدید قسم کی تکلیف دی گئی، جسے کل ایک حدیث میں پڑھ رہا تھا،</w:t>
      </w:r>
    </w:p>
    <w:p>
      <w:r>
        <w:rPr>
          <w:b/>
        </w:rPr>
        <w:t xml:space="preserve">[26:22] </w:t>
      </w:r>
      <w:r>
        <w:t>us zamane mein jab ke tauheed ek jurm samjha jata tha, jurm.</w:t>
      </w:r>
    </w:p>
    <w:p>
      <w:pPr>
        <w:jc w:val="right"/>
      </w:pPr>
      <w:r>
        <w:t>اس زمانے میں جب کہ توحید ایک جرم سمجھا جاتا تھا، جرم۔</w:t>
      </w:r>
    </w:p>
    <w:p>
      <w:r>
        <w:rPr>
          <w:b/>
        </w:rPr>
        <w:t xml:space="preserve">[26:29] </w:t>
      </w:r>
      <w:r>
        <w:t>to hadith mein aata hai ke kisi ne kaha ke Allah ek hai, to badshah ne kaha ke is ko khatam karo.</w:t>
      </w:r>
    </w:p>
    <w:p>
      <w:pPr>
        <w:jc w:val="right"/>
      </w:pPr>
      <w:r>
        <w:t>تو حدیث میں آتا ہے کہ کسی نے کہا کہ اللہ ایک ہے، تو بادشاہ نے کہا کہ اس کو ختم کرو۔</w:t>
      </w:r>
    </w:p>
    <w:p>
      <w:r>
        <w:rPr>
          <w:b/>
        </w:rPr>
        <w:t xml:space="preserve">[26:39] </w:t>
      </w:r>
      <w:r>
        <w:t>to bohat buri shakl mein khatm kiya gaya is ko, yaani garharr khoda gaya, is mein is ko khara kiya gaya. aur charon taraf se mitti daali gayi ke mob na kar sake woh, mob na kar sake woh.</w:t>
      </w:r>
    </w:p>
    <w:p>
      <w:pPr>
        <w:jc w:val="right"/>
      </w:pPr>
      <w:r>
        <w:t>تو بہت بری شکل میں ختم کیا گیا اس کو، یعنی گڑھڑ کھودا گیا، اس میں اس کو کھڑا کیا گیا۔ اور چاروں طرف سے مٹی ڈالی گئی کہ موب نہ کر سکے وہ، موب نہ کر سکے وہ۔</w:t>
      </w:r>
    </w:p>
    <w:p>
      <w:r>
        <w:rPr>
          <w:b/>
        </w:rPr>
        <w:t xml:space="preserve">[26:54] </w:t>
      </w:r>
      <w:r>
        <w:t>phir sar par aara, aara chalaya gaya ke aik aadha idhar dhar, aadha idhar dhar. yeh kisi bhayanak baat hai. to main soch raha tha ke ke kaise is bardasht karta hoga insaan.</w:t>
      </w:r>
    </w:p>
    <w:p>
      <w:pPr>
        <w:jc w:val="right"/>
      </w:pPr>
      <w:r>
        <w:t>پھر سر پر آرا، آرا چلایا گیا کہ ایک آدھا ادھر دھڑ، آدھا ادھر دھڑ۔ یہ کسی بھیانک بات ہے۔ تو میں سوچ رہا تھا کہ کہ کیسے اس برداشت کرتا ہوگا انسان۔</w:t>
      </w:r>
    </w:p>
    <w:p>
      <w:r>
        <w:rPr>
          <w:b/>
        </w:rPr>
        <w:t xml:space="preserve">[27:09] </w:t>
      </w:r>
      <w:r>
        <w:t>to mujhe apna waqia yaad aaya ke jab main gira tha chhat ke upar to zahir hai ke bohat takleef hui hogi mujhe. lekin woh woh takleef mujhe yaad hai nahi ke main kyun behosh ho gaya tha.</w:t>
      </w:r>
    </w:p>
    <w:p>
      <w:pPr>
        <w:jc w:val="right"/>
      </w:pPr>
      <w:r>
        <w:t>تو مجھے اپنا واقعہ یاد آیا کہ جب میں گرا تھا چھت کے اوپر تو ظاہر ہے کہ بہت تکلیف ہوئی ہوگی مجھے۔ لیکن وہ وہ تکلیف مجھے یاد ہے نہیں کہ میں کیوں بے ہوش ہو گیا تھا۔</w:t>
      </w:r>
    </w:p>
    <w:p>
      <w:r>
        <w:rPr>
          <w:b/>
        </w:rPr>
        <w:t xml:space="preserve">[27:24] </w:t>
      </w:r>
      <w:r>
        <w:t>aise hi jo Allah ki nusrat hai, aise bando par is ki aik soorat yeh hoti hai, is lamha Allah un par behoshi taari kar deta hai, behoshi.</w:t>
      </w:r>
    </w:p>
    <w:p>
      <w:pPr>
        <w:jc w:val="right"/>
      </w:pPr>
      <w:r>
        <w:t>ایسے ہی جو اللہ کی نصرت ہے، ایسے بندوں پر اس کی ایک صورت یہ ہوتی ہے، اس لمحہ اللہ ان پر بے ہوشی طاری کر دیتا ہے، بے ہوشی۔</w:t>
      </w:r>
    </w:p>
    <w:p>
      <w:r>
        <w:rPr>
          <w:b/>
        </w:rPr>
        <w:t xml:space="preserve">[27:35] </w:t>
      </w:r>
      <w:r>
        <w:t>woh unconscious ho jate hain. aisa na ho to aadmi bardasht na kar sake.</w:t>
      </w:r>
    </w:p>
    <w:p>
      <w:pPr>
        <w:jc w:val="right"/>
      </w:pPr>
      <w:r>
        <w:t>وہ انکانس ہو جاتے ہیں۔ ایسا نہ ہو تو آدمی برداشت نہ کر سکے۔</w:t>
      </w:r>
    </w:p>
    <w:p>
      <w:r>
        <w:rPr>
          <w:b/>
        </w:rPr>
        <w:t xml:space="preserve">[27:44] </w:t>
      </w:r>
      <w:r>
        <w:t>to behal yeh aik zimni baat thi.</w:t>
      </w:r>
    </w:p>
    <w:p>
      <w:pPr>
        <w:jc w:val="right"/>
      </w:pPr>
      <w:r>
        <w:t>تو بہرحال یہ ایک ضمنی بات تھی۔</w:t>
      </w:r>
    </w:p>
    <w:p>
      <w:r>
        <w:rPr>
          <w:b/>
        </w:rPr>
        <w:t xml:space="preserve">[27:47] </w:t>
      </w:r>
      <w:r>
        <w:t>is waqt main jo baat karna chahta hoon woh yeh hai</w:t>
      </w:r>
    </w:p>
    <w:p>
      <w:pPr>
        <w:jc w:val="right"/>
      </w:pPr>
      <w:r>
        <w:t>اس وقت میں جو بات کرنا چاہتا ہوں وہ یہ ہے</w:t>
      </w:r>
    </w:p>
    <w:p>
      <w:r>
        <w:rPr>
          <w:b/>
        </w:rPr>
        <w:t xml:space="preserve">[27:53] </w:t>
      </w:r>
      <w:r>
        <w:t>ke Kashmir jaise waqiat yaad dilate hain ke ke tumhari zindagi mein jo tum physical sense mein jo achieve karte ho, woh bohat hi zyada temporary hai.</w:t>
      </w:r>
    </w:p>
    <w:p>
      <w:pPr>
        <w:jc w:val="right"/>
      </w:pPr>
      <w:r>
        <w:t>کہ کشمیر جیسے واقعات یاد دلاتے ہیں کہ کہ تمہاری زندگی میں جو تم فزیکل سینس میں جو اچیو کرتے ہو، وہ بہت ہی زیادہ ٹیمپریری ہے۔</w:t>
      </w:r>
    </w:p>
    <w:p>
      <w:r>
        <w:rPr>
          <w:b/>
        </w:rPr>
        <w:t xml:space="preserve">[28:09] </w:t>
      </w:r>
      <w:r>
        <w:t>kabhi bhi koi cheez is ko khatm kar sakti hai.</w:t>
      </w:r>
    </w:p>
    <w:p>
      <w:pPr>
        <w:jc w:val="right"/>
      </w:pPr>
      <w:r>
        <w:t>کبھی بھی کوئی چیز اس کو ختم کر سکتی ہے۔</w:t>
      </w:r>
    </w:p>
    <w:p>
      <w:r>
        <w:rPr>
          <w:b/>
        </w:rPr>
        <w:t xml:space="preserve">[28:15] </w:t>
      </w:r>
      <w:r>
        <w:t>to aik aur jo Allah taala ne is duniya mein rakha hai, opportunity yaani spiritual achievement ki aur intellectual achievement ki, woh hasil karo.</w:t>
      </w:r>
    </w:p>
    <w:p>
      <w:pPr>
        <w:jc w:val="right"/>
      </w:pPr>
      <w:r>
        <w:t>تو ایک اور جو اللہ تعالی نے اس دنیا میں رکھا ہے، اپرچونیٹی یعنی سپریچول اچیومنٹ کی اور انٹلیکچول اچیومنٹ کی، وہ حاصل کرو۔</w:t>
      </w:r>
    </w:p>
    <w:p>
      <w:r>
        <w:rPr>
          <w:b/>
        </w:rPr>
        <w:t xml:space="preserve">[28:29] </w:t>
      </w:r>
      <w:r>
        <w:t>main is baat mein itna hassas hoon ke main aik second ke bhi mein nahi chahta ke mera intellectual development ka process ruke.</w:t>
      </w:r>
    </w:p>
    <w:p>
      <w:pPr>
        <w:jc w:val="right"/>
      </w:pPr>
      <w:r>
        <w:t>میں اس بات میں اتنا حساس ہوں کہ میں ایک سیکنڈ کے بھی میں نہیں چاہتا کہ میرا انٹلیکچول ڈیولپمنٹ کا پراسیس رکے۔</w:t>
      </w:r>
    </w:p>
    <w:p>
      <w:r>
        <w:rPr>
          <w:b/>
        </w:rPr>
        <w:t xml:space="preserve">[28:41] </w:t>
      </w:r>
      <w:r>
        <w:t>jaise abhi dekhiye, main abhi jo aaya hoon, main aaj ka qissa batata hoon aap ko. abhi jo aaya hoon to main samne ka door band tha, dalal pada hua tha is mein.</w:t>
      </w:r>
    </w:p>
    <w:p>
      <w:pPr>
        <w:jc w:val="right"/>
      </w:pPr>
      <w:r>
        <w:t>جیسے ابھی دیکھیے، میں ابھی جو آیا ہوں، میں آج کا قصہ بتاتا ہوں آپ کو۔ ابھی جو آیا ہوں تو میں سامنے کا ڈور بند تھا، ڈالل پڑا ہوا تھا اس میں۔</w:t>
      </w:r>
    </w:p>
    <w:p>
      <w:r>
        <w:rPr>
          <w:b/>
        </w:rPr>
        <w:t xml:space="preserve">[28:53] </w:t>
      </w:r>
      <w:r>
        <w:t>to mujhe kinare ke door se aana tha, jis mein kuch sehiyan hoti hain. to hamare aik saathi ko yeh ehsaas hua ke mujhe takleef hogi, to daur kar ke unhon ne bulaya.</w:t>
      </w:r>
    </w:p>
    <w:p>
      <w:pPr>
        <w:jc w:val="right"/>
      </w:pPr>
      <w:r>
        <w:t>تو مجھے کنارے کے ڈور سے آنا تھا، جس میں کچھ سیڑھیاں ہوتی ہیں۔ تو ہمارے ایک ساتھی کو یہ احساس ہوا کہ مجھے تکلیف ہوگی، تو دوڑ کر کے انہوں نے بلایا۔</w:t>
      </w:r>
    </w:p>
    <w:p>
      <w:r>
        <w:rPr>
          <w:b/>
        </w:rPr>
        <w:t xml:space="preserve">[29:07] </w:t>
      </w:r>
      <w:r>
        <w:t>phir us ke aage us ko tala kholne ke liye.</w:t>
      </w:r>
    </w:p>
    <w:p>
      <w:pPr>
        <w:jc w:val="right"/>
      </w:pPr>
      <w:r>
        <w:t>پھر اس کے آگے اس کو تالا کھولنے کے لیے۔</w:t>
      </w:r>
    </w:p>
    <w:p>
      <w:r>
        <w:rPr>
          <w:b/>
        </w:rPr>
        <w:t xml:space="preserve">[29:10] </w:t>
      </w:r>
      <w:r>
        <w:t>to main ne usay kaha ke dekhiye, aap ne acha kaam nahi kiya,</w:t>
      </w:r>
    </w:p>
    <w:p>
      <w:pPr>
        <w:jc w:val="right"/>
      </w:pPr>
      <w:r>
        <w:t>تو میں نے اسے کہا کہ دیکھیے، آپ نے اچھا کام نہیں کیا،</w:t>
      </w:r>
    </w:p>
    <w:p>
      <w:r>
        <w:rPr>
          <w:b/>
        </w:rPr>
        <w:t xml:space="preserve">[29:16] </w:t>
      </w:r>
      <w:r>
        <w:t>acha kaam nahi kiya. kyunke aap ne apne aap ke mind ko, apni mind ko ya moqa diya ke woh divert ho jaye.</w:t>
      </w:r>
    </w:p>
    <w:p>
      <w:pPr>
        <w:jc w:val="right"/>
      </w:pPr>
      <w:r>
        <w:t>اچھا کام نہیں کیا۔ کیونکہ آپ نے اپنے آپ کے مائنڈ کو، اپنی مائنڈ کو یا موقع دیا کہ وہ ڈائیورٹ ہو جائے۔</w:t>
      </w:r>
    </w:p>
    <w:p>
      <w:r>
        <w:rPr>
          <w:b/>
        </w:rPr>
        <w:t xml:space="preserve">[29:27] </w:t>
      </w:r>
      <w:r>
        <w:t>kyun divert karne ki zaroorat hai? hum idhar bhi aa sakte the, idhar bhi aa sakte the. to main jo kaha karta hoon apne bare mein ke main bohat bara status quest hoon, isi liye</w:t>
      </w:r>
    </w:p>
    <w:p>
      <w:pPr>
        <w:jc w:val="right"/>
      </w:pPr>
      <w:r>
        <w:t>کیوں ڈائیورٹ کرنے کی ضرورت ہے؟ ہم ادھر بھی آ سکتے تھے، ادھر بھی آ سکتے تھے۔ تو میں جو کہا کرتا ہوں اپنے بارے میں کہ میں بہت بڑا اسٹیٹس کوئسٹ ہوں، اسی لیے</w:t>
      </w:r>
    </w:p>
    <w:p>
      <w:r>
        <w:rPr>
          <w:b/>
        </w:rPr>
        <w:t xml:space="preserve">[29:38] </w:t>
      </w:r>
      <w:r>
        <w:t>main aksar kehta hoon ke main history ka sab se bara status quest hoon. kyun? status quest ka matlab yeh hai ke apne ko bachana hai is baat se ke mera mind kahin divert na ho, mera intellectual development ka process disturb na ho.</w:t>
      </w:r>
    </w:p>
    <w:p>
      <w:pPr>
        <w:jc w:val="right"/>
      </w:pPr>
      <w:r>
        <w:t>میں اکثر کہتا ہوں کہ میں ہسٹری کا سب سے بڑا اسٹیٹس کوئسٹ ہوں۔ کیوں؟ اسٹیٹس کوئسٹ کا مطلب یہ ہے کہ اپنے کو بچانا ہے اس بات سے کہ میرا مائنڈ کہیں ڈائیورٹ نہ ہو، میرا انٹلیکچول ڈیولپمنٹ کا پراسیس ڈسٹرب نہ ہو۔</w:t>
      </w:r>
    </w:p>
    <w:p>
      <w:r>
        <w:rPr>
          <w:b/>
        </w:rPr>
        <w:t xml:space="preserve">[29:56] </w:t>
      </w:r>
      <w:r>
        <w:t>to main ne apne saathi se kaha ke dekhiye, mere samne chai aa gayi, is ki shakar na ho to main isi pee leta</w:t>
      </w:r>
    </w:p>
    <w:p>
      <w:pPr>
        <w:jc w:val="right"/>
      </w:pPr>
      <w:r>
        <w:t>تو میں نے اپنے ساتھی سے کہا کہ دیکھیے، میرے سامنے چائے آ گئی، اس کی شکر نہ ہو تو میں اسی پی لیتا</w:t>
      </w:r>
    </w:p>
    <w:p>
      <w:r>
        <w:rPr>
          <w:b/>
        </w:rPr>
        <w:t xml:space="preserve">[30:02] </w:t>
      </w:r>
      <w:r>
        <w:t>hoon. arey bhai, shakar to nahi hai yeh. ab kyun apne mind ko itni der ke liye main kisi aur taraf lagaoon ya shor karoon main ke shakar to nahi hai, chamcha to nahi hai?</w:t>
      </w:r>
    </w:p>
    <w:p>
      <w:pPr>
        <w:jc w:val="right"/>
      </w:pPr>
      <w:r>
        <w:t>ہوں۔ ارے بھئی، شکر تو نہیں ہے یہ۔ اب کیوں اپنے مائنڈ کو اتنی دیر کے لیے میں کسی اور طرف لگاؤں یا شور کروں میں کہ شکر تو نہیں ہے، چمچہ تو نہیں ہے؟</w:t>
      </w:r>
    </w:p>
    <w:p>
      <w:r>
        <w:rPr>
          <w:b/>
        </w:rPr>
        <w:t xml:space="preserve">[30:14] </w:t>
      </w:r>
      <w:r>
        <w:t>aise daal mein agar namak na ho to main isi kha leta hoon. main shor nahi karta ke arey bhai, namak to hai nahi is mein. kyun?</w:t>
      </w:r>
    </w:p>
    <w:p>
      <w:pPr>
        <w:jc w:val="right"/>
      </w:pPr>
      <w:r>
        <w:t>ایسے دال میں اگر نمک نہ ہو تو میں اسی کھا لیتا ہوں۔ میں شور نہیں کرتا کہ ارے بھئی، نمک تو ہے نہیں اس میں۔ کیوں؟</w:t>
      </w:r>
    </w:p>
    <w:p>
      <w:r>
        <w:rPr>
          <w:b/>
        </w:rPr>
        <w:t xml:space="preserve">[30:24] </w:t>
      </w:r>
      <w:r>
        <w:t>main is ko nahi chahta ke aik second ke liye bhi mera jo intellectual, meri jo thinking process mera hai, woh woh ruke.</w:t>
      </w:r>
    </w:p>
    <w:p>
      <w:pPr>
        <w:jc w:val="right"/>
      </w:pPr>
      <w:r>
        <w:t>میں اس کو نہیں چاہتا کہ ایک سیکنڈ کے لیے بھی میرا جو انٹلیکچول، میری جو تھنکنگ پراسیس میرا ہے، وہ وہ رکے۔</w:t>
      </w:r>
    </w:p>
    <w:p>
      <w:r>
        <w:rPr>
          <w:b/>
        </w:rPr>
        <w:t xml:space="preserve">[30:38] </w:t>
      </w:r>
      <w:r>
        <w:t>main chahta hoon ke non stop process mera chalta rahe, mind ka. Allah ke liye sochna, Allah ki baton se sabak lena,</w:t>
      </w:r>
    </w:p>
    <w:p>
      <w:pPr>
        <w:jc w:val="right"/>
      </w:pPr>
      <w:r>
        <w:t>میں چاہتا ہوں کہ نان اسٹاپ پراسیس میرا چلتا رہے، مائنڈ کا۔ اللہ کے لیے سوچنا، اللہ کی باتوں سے سبق لینا،</w:t>
      </w:r>
    </w:p>
    <w:p>
      <w:r>
        <w:rPr>
          <w:b/>
        </w:rPr>
        <w:t xml:space="preserve">[30:52] </w:t>
      </w:r>
      <w:r>
        <w:t>yeh sab cheezein hain jis ko aap kehte hain spiritual development ya tazkiya. to isi ko yeh yahi woh personality hai jo aap banate hain.</w:t>
      </w:r>
    </w:p>
    <w:p>
      <w:pPr>
        <w:jc w:val="right"/>
      </w:pPr>
      <w:r>
        <w:t>یہ سب چیزیں ہیں جس کو آپ کہتے ہیں سپریچول ڈیولپمنٹ یا تزکیہ۔ تو اسی کو یہ یہی وہ پرسنیلٹی ہے جو آپ بناتے ہیں۔</w:t>
      </w:r>
    </w:p>
    <w:p>
      <w:r>
        <w:rPr>
          <w:b/>
        </w:rPr>
        <w:t xml:space="preserve">[31:06] </w:t>
      </w:r>
      <w:r>
        <w:t>aik hai ke aap ne duniya mein paisa kamaya, bank balance aap ka hai, ghar banaya, car khareedi. That is your physical achievement.</w:t>
      </w:r>
    </w:p>
    <w:p>
      <w:pPr>
        <w:jc w:val="right"/>
      </w:pPr>
      <w:r>
        <w:t>ایک ہے کہ آپ نے دنیا میں پیسہ کمایا، بینک بیلنس آپ کا ہے، گھر بنایا، کار خریدی۔ That is your physical achievement.</w:t>
      </w:r>
    </w:p>
    <w:p>
      <w:r>
        <w:rPr>
          <w:b/>
        </w:rPr>
        <w:t xml:space="preserve">[31:18] </w:t>
      </w:r>
      <w:r>
        <w:t>That is your physical achievement. aur doosra kya hai ke aap ne Allah ke liye socha, marifat ko discover kiya,</w:t>
      </w:r>
    </w:p>
    <w:p>
      <w:pPr>
        <w:jc w:val="right"/>
      </w:pPr>
      <w:r>
        <w:t>That is your physical achievement. اور دوسرا کیا ہے کہ آپ نے اللہ کے لیے سوچا، معرفت کو ڈسکور کیا،</w:t>
      </w:r>
    </w:p>
    <w:p>
      <w:r>
        <w:rPr>
          <w:b/>
        </w:rPr>
        <w:t xml:space="preserve">[31:31] </w:t>
      </w:r>
      <w:r>
        <w:t>aur jo wahan Allah ke signs hain, un ko aap daryaft kiya.</w:t>
      </w:r>
    </w:p>
    <w:p>
      <w:pPr>
        <w:jc w:val="right"/>
      </w:pPr>
      <w:r>
        <w:t>اور جو وہاں اللہ کے سائنز ہیں، ان کو آپ دریافت کیا۔</w:t>
      </w:r>
    </w:p>
    <w:p>
      <w:r>
        <w:rPr>
          <w:b/>
        </w:rPr>
        <w:t xml:space="preserve">[31:39] </w:t>
      </w:r>
      <w:r>
        <w:t>to is se aap ko achievement mila.</w:t>
      </w:r>
    </w:p>
    <w:p>
      <w:pPr>
        <w:jc w:val="right"/>
      </w:pPr>
      <w:r>
        <w:t>تو اس سے آپ کو اچیومنٹ ملا۔</w:t>
      </w:r>
    </w:p>
    <w:p>
      <w:r>
        <w:rPr>
          <w:b/>
        </w:rPr>
        <w:t xml:space="preserve">[31:46] </w:t>
      </w:r>
      <w:r>
        <w:t>jaise kal mein soch raha tha ke itni bari universe hai jis ka koi, jis ka koi aap is ko nap nahi sakte.</w:t>
      </w:r>
    </w:p>
    <w:p>
      <w:pPr>
        <w:jc w:val="right"/>
      </w:pPr>
      <w:r>
        <w:t>جیسے کل میں سوچ رہا تھا کہ اتنی بڑی یونیورس ہے جس کا کوئی، جس کا کوئی آپ اس کو ناپ نہیں سکتے۔</w:t>
      </w:r>
    </w:p>
    <w:p>
      <w:r>
        <w:rPr>
          <w:b/>
        </w:rPr>
        <w:t xml:space="preserve">[32:04] </w:t>
      </w:r>
      <w:r>
        <w:t>is mein billion billion,</w:t>
      </w:r>
    </w:p>
    <w:p>
      <w:pPr>
        <w:jc w:val="right"/>
      </w:pPr>
      <w:r>
        <w:t>اس میں بلین بلین،</w:t>
      </w:r>
    </w:p>
    <w:p>
      <w:r>
        <w:rPr>
          <w:b/>
        </w:rPr>
        <w:t xml:space="preserve">[32:11] </w:t>
      </w:r>
      <w:r>
        <w:t>billion billion galaxies, billion billion stars, is mein hai solar system, aur kya kya cheezein, kya kya cheezein.</w:t>
      </w:r>
    </w:p>
    <w:p>
      <w:pPr>
        <w:jc w:val="right"/>
      </w:pPr>
      <w:r>
        <w:t>بلین بلین گلیکسیز، بلین بلین اسٹارز، اس میں ہے سولر سسٹم، اور کیا کیا چیزیں، کیا کیا چیزیں۔</w:t>
      </w:r>
    </w:p>
    <w:p>
      <w:r>
        <w:rPr>
          <w:b/>
        </w:rPr>
        <w:t xml:space="preserve">[32:21] </w:t>
      </w:r>
      <w:r>
        <w:t>to Khuda kaise is ko control kiye gaye? itni bari cheez mein aur koi is mein kahin koi khalal waqe nahi hota. mein to aksar aisa hota hai mere sath ke glass uthaya, glass gir gaya.</w:t>
      </w:r>
    </w:p>
    <w:p>
      <w:pPr>
        <w:jc w:val="right"/>
      </w:pPr>
      <w:r>
        <w:t>تو خدا کیسے اس کو کنٹرول کیے گئے؟ اتنی بڑی چیز میں اور کوئی اس میں کہیں کوئی خلل واقع نہیں ہوتا۔ میں تو اکثر ایسا ہوتا ہے میرے ساتھ کہ گلاس اٹھایا، گلاس گر گیا۔</w:t>
      </w:r>
    </w:p>
    <w:p>
      <w:r>
        <w:rPr>
          <w:b/>
        </w:rPr>
        <w:t xml:space="preserve">[32:36] </w:t>
      </w:r>
      <w:r>
        <w:t>chaye ki piali uthai, wo gir gayi. qalam uthaya, qalam gir gaya.</w:t>
      </w:r>
    </w:p>
    <w:p>
      <w:pPr>
        <w:jc w:val="right"/>
      </w:pPr>
      <w:r>
        <w:t>چائے کی پرائی اٹھائی، وہ گر گئی۔ قلم اٹھایا، قلم گر گیا۔</w:t>
      </w:r>
    </w:p>
    <w:p>
      <w:r>
        <w:rPr>
          <w:b/>
        </w:rPr>
        <w:t xml:space="preserve">[32:44] </w:t>
      </w:r>
      <w:r>
        <w:t>yani is tarah ki baatein roz hoti rehti hain. to mein sochta hoon ke yani creator is duniya ka kitna zabardast hoga, kitna powerful hoga ke itni bari kainat ko control kiye hue hain aur is mein kahin khalal nahi hai.</w:t>
      </w:r>
    </w:p>
    <w:p>
      <w:pPr>
        <w:jc w:val="right"/>
      </w:pPr>
      <w:r>
        <w:t>یعنی اس طرح کی باتیں روز ہوتی رہتی ہیں۔ تو میں سوچتا ہوں کہ یعنی کریٹر اس دنیا کا کتنا زبردست ہوگا، کتنا پاورفل ہوگا کہ اتنی بڑی کائنات کو کنٹرول کیے ہوئے ہیں اور اس میں کہیں خلل نہیں ہے۔</w:t>
      </w:r>
    </w:p>
    <w:p>
      <w:r>
        <w:rPr>
          <w:b/>
        </w:rPr>
        <w:t xml:space="preserve">[33:06] </w:t>
      </w:r>
      <w:r>
        <w:t>ab yeh ehsas mujh mein hota hai, tari rehta hai ke abhi jab mein aa kar baitha to mein ne kaha ke Khudaya, tu all powerful hai, mein to all powerless hoon.</w:t>
      </w:r>
    </w:p>
    <w:p>
      <w:pPr>
        <w:jc w:val="right"/>
      </w:pPr>
      <w:r>
        <w:t>اب یہ احساس مجھ میں ہوتا ہے، طاری رہتا ہے کہ ابھی جب میں آ کر بیٹھا تو میں نے کہا کہ خدایا، تو ال پاور فل ہے، میں تو ال پاور لیس ہوں۔</w:t>
      </w:r>
    </w:p>
    <w:p>
      <w:r>
        <w:rPr>
          <w:b/>
        </w:rPr>
        <w:t xml:space="preserve">[33:22] </w:t>
      </w:r>
      <w:r>
        <w:t>Khudaya, tu to all powerful hai, mein all powerless hoon. to ek ek aisa insan jo all powerless hai, all powerful ki baat kaise kahe?</w:t>
      </w:r>
    </w:p>
    <w:p>
      <w:pPr>
        <w:jc w:val="right"/>
      </w:pPr>
      <w:r>
        <w:t>خدایا، تو تو ال پاور فل ہے، میں ال پاور لیس ہوں۔ تو ایک ایک ایسا انسان جو ال پاور لیس ہے، ال پاور فل کی بات کیسے کہے؟</w:t>
      </w:r>
    </w:p>
    <w:p>
      <w:r>
        <w:rPr>
          <w:b/>
        </w:rPr>
        <w:t xml:space="preserve">[33:38] </w:t>
      </w:r>
      <w:r>
        <w:t>mein yahan baitha hoon ke aap ki baat kahoon, lekin kaise ek aisa insan kahe jo all powerful ki baat ek all powerless kaise kahe?</w:t>
      </w:r>
    </w:p>
    <w:p>
      <w:pPr>
        <w:jc w:val="right"/>
      </w:pPr>
      <w:r>
        <w:t>میں یہاں بیٹھا ہوں کہ آپ کی بات کہوں، لیکن کیسے ایک ایسا انسان کہے جو ال پاور فل کی بات ایک ال پاور لیس کیسے کہے؟</w:t>
      </w:r>
    </w:p>
    <w:p>
      <w:r>
        <w:rPr>
          <w:b/>
        </w:rPr>
        <w:t xml:space="preserve">[33:55] </w:t>
      </w:r>
      <w:r>
        <w:t>to is tarah ki baat jab sochte hain to isi ka naam hai tazkiya, isi ka naam hai spiritual development.</w:t>
      </w:r>
    </w:p>
    <w:p>
      <w:pPr>
        <w:jc w:val="right"/>
      </w:pPr>
      <w:r>
        <w:t>تو اس طرح کی بات جب سوچتے ہیں تو اسی کا نام ہے تزکیہ، اسی کا نام ہے سپریچول ڈیولپمنٹ۔</w:t>
      </w:r>
    </w:p>
    <w:p>
      <w:r>
        <w:rPr>
          <w:b/>
        </w:rPr>
        <w:t xml:space="preserve">[34:03] </w:t>
      </w:r>
      <w:r>
        <w:t>is se aap ki ek personality banti hai, jis tarah se aap ki ek physical duniya banti hai. in terms of bank balance, in terms of building, in terms of car,</w:t>
      </w:r>
    </w:p>
    <w:p>
      <w:pPr>
        <w:jc w:val="right"/>
      </w:pPr>
      <w:r>
        <w:t>اس سے آپ کی ایک پرسنیلٹی بنتی ہے، جس طرح سے آپ کی ایک فزیکل دنیا بنتی ہے۔ ان ٹرمز آف بینک بیلنس، ان ٹرمز آف بلڈنگ، ان ٹرمز آف کار،</w:t>
      </w:r>
    </w:p>
    <w:p>
      <w:r>
        <w:rPr>
          <w:b/>
        </w:rPr>
        <w:t xml:space="preserve">[34:16] </w:t>
      </w:r>
      <w:r>
        <w:t>ek physical duniya banti hai aap ki. aise hi ek aur duniya banti hai aap ki</w:t>
      </w:r>
    </w:p>
    <w:p>
      <w:pPr>
        <w:jc w:val="right"/>
      </w:pPr>
      <w:r>
        <w:t>ایک فزیکل دنیا بنتی ہے آپ کی۔ ایسے ہی ایک اور دنیا بنتی ہے آپ کی</w:t>
      </w:r>
    </w:p>
    <w:p>
      <w:r>
        <w:rPr>
          <w:b/>
        </w:rPr>
        <w:t xml:space="preserve">[34:26] </w:t>
      </w:r>
      <w:r>
        <w:t>jo banti hai Allah ki yaad se, marifat ki discovery se, spiritual development se.</w:t>
      </w:r>
    </w:p>
    <w:p>
      <w:pPr>
        <w:jc w:val="right"/>
      </w:pPr>
      <w:r>
        <w:t>جو بنتی ہے اللہ کی یاد سے، معرفت کی ڈسکوری سے، سپریچول ڈیولپمنٹ سے۔</w:t>
      </w:r>
    </w:p>
    <w:p>
      <w:r>
        <w:rPr>
          <w:b/>
        </w:rPr>
        <w:t xml:space="preserve">[34:35] </w:t>
      </w:r>
      <w:r>
        <w:t>ek muzakka shakhsiyat, muzakka shakhsiyat dikhai nahi deti, wo non physical hai.</w:t>
      </w:r>
    </w:p>
    <w:p>
      <w:pPr>
        <w:jc w:val="right"/>
      </w:pPr>
      <w:r>
        <w:t>ایک مذکر شخصیت، مذکر شخصیت دکھائی نہیں دیتی، وہ نان فزیکل ہے۔</w:t>
      </w:r>
    </w:p>
    <w:p>
      <w:r>
        <w:rPr>
          <w:b/>
        </w:rPr>
        <w:t xml:space="preserve">[34:45] </w:t>
      </w:r>
      <w:r>
        <w:t>to walaaster inner insan lafz khud ka matlab yeh hai ke tumhara jo physical سرمایہ hai, physical, wo to sab ka sab yeh reh jayega.</w:t>
      </w:r>
    </w:p>
    <w:p>
      <w:pPr>
        <w:jc w:val="right"/>
      </w:pPr>
      <w:r>
        <w:t>تو ولاسٹر انر انسان لفظ خود کا مطلب یہ ہے کہ تمہارا جو فزیکل سرمایہ ہے، فزیکل، وہ تو سب کا سب یہ رہ جائے گا۔</w:t>
      </w:r>
    </w:p>
    <w:p>
      <w:r>
        <w:rPr>
          <w:b/>
        </w:rPr>
        <w:t xml:space="preserve">[34:58] </w:t>
      </w:r>
      <w:r>
        <w:t>to apne andar, apne paas spiritual سرمایہ ikhatta karo, wo jayega tumhare sath. physical yani spiritual سرمایہ ka matlab yeh hai ke Allah se darne wali wala qalb, Allah se mohabbat kar raha</w:t>
      </w:r>
    </w:p>
    <w:p>
      <w:pPr>
        <w:jc w:val="right"/>
      </w:pPr>
      <w:r>
        <w:t>تو اپنے اندر، اپنے پاس سپریچول سرمایہ اکٹھا کرو، وہ جائے گا تمہارے ساتھ۔ فزیکل یعنی سپریچول سرمایہ کا مطلب یہ ہے کہ اللہ سے ڈرنے والی والا قلب، اللہ سے محبت کر رہا</w:t>
      </w:r>
    </w:p>
    <w:p>
      <w:r>
        <w:rPr>
          <w:b/>
        </w:rPr>
        <w:t xml:space="preserve">[35:19] </w:t>
      </w:r>
      <w:r>
        <w:t>dil, Allah ki yaad mein jeene wala dimagh, Allah ki marifat ko discover karne wala insan.</w:t>
      </w:r>
    </w:p>
    <w:p>
      <w:pPr>
        <w:jc w:val="right"/>
      </w:pPr>
      <w:r>
        <w:t>دل، اللہ کی یاد میں جینے والا دماغ، اللہ کی معرفت کو ڈسکور کرنے والا انسان۔</w:t>
      </w:r>
    </w:p>
    <w:p>
      <w:r>
        <w:rPr>
          <w:b/>
        </w:rPr>
        <w:t xml:space="preserve">[35:30] </w:t>
      </w:r>
      <w:r>
        <w:t>yeh sab ko le kar ke jo aap ke andar banti hai personality, jis ko Quran muzakka shakhsiyat kaha gaya hai, wo non physical hai, non material hai.</w:t>
      </w:r>
    </w:p>
    <w:p>
      <w:pPr>
        <w:jc w:val="right"/>
      </w:pPr>
      <w:r>
        <w:t>یہ سب کو لے کر کے جو آپ کے اندر بنتی ہے پرسنیلٹی، جس کو قرآن مذکہ شخصیت کہا گیا ہے، وہ نان فزیکل ہے، نان مٹیریل ہے۔</w:t>
      </w:r>
    </w:p>
    <w:p>
      <w:r>
        <w:rPr>
          <w:b/>
        </w:rPr>
        <w:t xml:space="preserve">[35:42] </w:t>
      </w:r>
      <w:r>
        <w:t>wo aap ke sath sath jayega kyunke wo to aap ke is part ka hissa hai jo part jane wala hai.</w:t>
      </w:r>
    </w:p>
    <w:p>
      <w:pPr>
        <w:jc w:val="right"/>
      </w:pPr>
      <w:r>
        <w:t>وہ آپ کے ساتھ ساتھ جائے گا کیونکہ وہ تو آپ کے اس پارٹ کا حصہ ہے جو پارٹ جانے والا ہے۔</w:t>
      </w:r>
    </w:p>
    <w:p>
      <w:r>
        <w:rPr>
          <w:b/>
        </w:rPr>
        <w:t xml:space="preserve">[35:51] </w:t>
      </w:r>
      <w:r>
        <w:t>yani maut kya karti hai? maut aap ke, aap ki hasti ke physical part ko duniya mein chhod deti hai, lekin aap ki hasti ka jo non physical part hai, aap ki rooh, aap ki soul, us ko le aati hai.</w:t>
      </w:r>
    </w:p>
    <w:p>
      <w:pPr>
        <w:jc w:val="right"/>
      </w:pPr>
      <w:r>
        <w:t>یعنی موت کیا کرتی ہے؟ موت آپ کے، آپ کی ہستی کے فزیکل پارٹ کو دنیا میں چھوڑ دیتی ہے، لیکن آپ کی ہستی کا جو نان فزیکل پارٹ ہے، آپ کی روح، آپ کی سول، اس کو لے آتی ہے۔</w:t>
      </w:r>
    </w:p>
    <w:p>
      <w:r>
        <w:rPr>
          <w:b/>
        </w:rPr>
        <w:t xml:space="preserve">[36:05] </w:t>
      </w:r>
      <w:r>
        <w:t>wo to isi ka to hissa hai yeh sab cheezein.</w:t>
      </w:r>
    </w:p>
    <w:p>
      <w:pPr>
        <w:jc w:val="right"/>
      </w:pPr>
      <w:r>
        <w:t>وہ تو اسی کا تو حصہ ہے یہ سب چیزیں۔</w:t>
      </w:r>
    </w:p>
    <w:p>
      <w:r>
        <w:rPr>
          <w:b/>
        </w:rPr>
        <w:t xml:space="preserve">[36:13] </w:t>
      </w:r>
      <w:r>
        <w:t>aap ki hasti ka jo non physical part hai, aap ki rooh, aap ki soul, aap ka mind, isi ko le aata hai maut ka farishta.</w:t>
      </w:r>
    </w:p>
    <w:p>
      <w:pPr>
        <w:jc w:val="right"/>
      </w:pPr>
      <w:r>
        <w:t>آپ کی ہستی کا جو نان فزیکل پارٹ ہے، آپ کی روح، آپ کی سول، آپ کا مائنڈ، اسی کو لے آتا ہے موت کا فرشتہ۔</w:t>
      </w:r>
    </w:p>
    <w:p>
      <w:r>
        <w:rPr>
          <w:b/>
        </w:rPr>
        <w:t xml:space="preserve">[36:26] </w:t>
      </w:r>
      <w:r>
        <w:t>to aap jo</w:t>
      </w:r>
    </w:p>
    <w:p>
      <w:pPr>
        <w:jc w:val="right"/>
      </w:pPr>
      <w:r>
        <w:t>تو آپ جو</w:t>
      </w:r>
    </w:p>
    <w:p>
      <w:r>
        <w:rPr>
          <w:b/>
        </w:rPr>
        <w:t xml:space="preserve">[36:30] </w:t>
      </w:r>
      <w:r>
        <w:t>achieve karte hain is aitbaar se, in non physical aitbaar se, woh sab aap ki is personality ka hissa banta hai jo farishte ke saath jaane wala hai.</w:t>
      </w:r>
    </w:p>
    <w:p>
      <w:pPr>
        <w:jc w:val="right"/>
      </w:pPr>
      <w:r>
        <w:t>اچیو کرتے ہیں اس اعتبار سے، ان نان فزیکل اعتبار سے، وہ سب آپ کی اس پرسنیلٹی کا حصہ بنتا ہے جو فرشتے کے ساتھ جانے والا ہے۔</w:t>
      </w:r>
    </w:p>
    <w:p>
      <w:r>
        <w:rPr>
          <w:b/>
        </w:rPr>
        <w:t xml:space="preserve">[36:41] </w:t>
      </w:r>
      <w:r>
        <w:t>to woh aakhirat mein aap ke kaam aayega. to isi ko yaad dilane ke liye sab waqiat hote hain. jab koi insaan marta hai, jab koi accident ho jata hai road par,</w:t>
      </w:r>
    </w:p>
    <w:p>
      <w:pPr>
        <w:jc w:val="right"/>
      </w:pPr>
      <w:r>
        <w:t>تو وہ آخرت میں آپ کے کام آئے گا۔ تو اسی کو یاد دلانے کے لیے سب واقعات ہوتے ہیں۔ جب کوئی انسان مرتا ہے، جب کوئی ایکسیڈنٹ ہو جاتا ہے روڈ پر،</w:t>
      </w:r>
    </w:p>
    <w:p>
      <w:r>
        <w:rPr>
          <w:b/>
        </w:rPr>
        <w:t xml:space="preserve">[36:58] </w:t>
      </w:r>
      <w:r>
        <w:t>jab koi building collapse kar jati hai, jab koi earthquake aata hai, jab koi Kashmir jaisa toofan barpa hota hai, aur rozana kisi na kisi shakal mein hota rehta hai.</w:t>
      </w:r>
    </w:p>
    <w:p>
      <w:pPr>
        <w:jc w:val="right"/>
      </w:pPr>
      <w:r>
        <w:t>جب کوئی بلڈنگ کولیپس کر جاتی ہے، جب کوئی ارتھ کویک آتا ہے، جب کوئی کشمیر جیسا طوفان برپا ہوتا ہے، اور روزانہ کسی نہ کسی شکل میں ہوتا رہتا ہے۔</w:t>
      </w:r>
    </w:p>
    <w:p>
      <w:r>
        <w:rPr>
          <w:b/>
        </w:rPr>
        <w:t xml:space="preserve">[37:10] </w:t>
      </w:r>
      <w:r>
        <w:t>yeh sab kya hai?</w:t>
      </w:r>
    </w:p>
    <w:p>
      <w:pPr>
        <w:jc w:val="right"/>
      </w:pPr>
      <w:r>
        <w:t>یہ سب کیا ہے؟</w:t>
      </w:r>
    </w:p>
    <w:p>
      <w:r>
        <w:rPr>
          <w:b/>
        </w:rPr>
        <w:t xml:space="preserve">[37:11] </w:t>
      </w:r>
      <w:r>
        <w:t>reminder hai. reminder hai is baat ka ke aaiye insaan dekh le, taraf physical kamai to yahi reh gayi, woh kahan tumhare saath ja rahi hai?</w:t>
      </w:r>
    </w:p>
    <w:p>
      <w:pPr>
        <w:jc w:val="right"/>
      </w:pPr>
      <w:r>
        <w:t>ریمائنڈر ہے۔ ریمائنڈر ہے اس بات کا کہ آئیے انسان دیکھ لے، طرف فزیکل کمائی تو یہی رہ گئی، وہ کہاں تمہارے ساتھ جا رہی ہے؟</w:t>
      </w:r>
    </w:p>
    <w:p>
      <w:r>
        <w:rPr>
          <w:b/>
        </w:rPr>
        <w:t xml:space="preserve">[37:26] </w:t>
      </w:r>
      <w:r>
        <w:t>tumhari jo physical kamai thi, jo physical duniya tum ne banai thi, us ko to is se tumhara detachment</w:t>
      </w:r>
    </w:p>
    <w:p>
      <w:pPr>
        <w:jc w:val="right"/>
      </w:pPr>
      <w:r>
        <w:t>تمہاری جو فزیکل کمائی تھی، جو فزیکل دنیا تم نے بنائی تھی، اس کو تو اس سے تمہارا ڈیٹیچمن</w:t>
      </w:r>
    </w:p>
    <w:p>
      <w:r>
        <w:rPr>
          <w:b/>
        </w:rPr>
        <w:t xml:space="preserve">[37:34] </w:t>
      </w:r>
      <w:r>
        <w:t>ho gaya. ab jo tum ja rahe ho, to tum ja rahe ho apne mind ke saath, apne rooh ke saath, apne soul ke saath.</w:t>
      </w:r>
    </w:p>
    <w:p>
      <w:pPr>
        <w:jc w:val="right"/>
      </w:pPr>
      <w:r>
        <w:t>ٹ ہو گیا۔ اب جو تم جا رہے ہو، تو تم جا رہے ہو اپنے مائنڈ کے ساتھ، اپنے روح کے ساتھ، اپنے سول کے ساتھ۔</w:t>
      </w:r>
    </w:p>
    <w:p>
      <w:r>
        <w:rPr>
          <w:b/>
        </w:rPr>
        <w:t xml:space="preserve">[37:44] </w:t>
      </w:r>
      <w:r>
        <w:t>to spiritual satah par jo kuch tum ne kamaya tha, woh is tumhare is non material wajood ka hissa hai, woh jo tumhare saath jayega.</w:t>
      </w:r>
    </w:p>
    <w:p>
      <w:pPr>
        <w:jc w:val="right"/>
      </w:pPr>
      <w:r>
        <w:t>تو اسپریچول سطح پر جو کچھ تم نے کمایا تھا، وہ اس تمہارے اس نان مٹیریل وجود کا حصہ ہے، وہ جو تمہارے ساتھ جائے گا۔</w:t>
      </w:r>
    </w:p>
    <w:p>
      <w:r>
        <w:rPr>
          <w:b/>
        </w:rPr>
        <w:t xml:space="preserve">[38:01] </w:t>
      </w:r>
      <w:r>
        <w:t>yani doosre lafzon mein yeh ke mazka shakhsiyat jo aap ki hai, woh jayegi aakhirat mein, aur jo aap ki material achievement hai, woh sab is duniya mein reh jayega.</w:t>
      </w:r>
    </w:p>
    <w:p>
      <w:pPr>
        <w:jc w:val="right"/>
      </w:pPr>
      <w:r>
        <w:t>یعنی دوسرے لفظوں میں یہ کہ مذکہ شخصیت جو آپ کی ہے، وہ جائے گی آخرت میں، اور جو آپ کی مٹیریل اچیومنٹ ہے، وہ سب اس دنیا میں رہ جائے گا۔</w:t>
      </w:r>
    </w:p>
    <w:p>
      <w:r>
        <w:rPr>
          <w:b/>
        </w:rPr>
        <w:t xml:space="preserve">[38:21] </w:t>
      </w:r>
      <w:r>
        <w:t>to duniya ka har waqia, har waqia sach poochhein to reminder hai, yaad dehani hai, tazkir hai.</w:t>
      </w:r>
    </w:p>
    <w:p>
      <w:pPr>
        <w:jc w:val="right"/>
      </w:pPr>
      <w:r>
        <w:t>تو دنیا کا ہر واقعہ، ہر واقعہ سچ پوچھیں تو ریمائنڈر ہے، یاد دہانی ہے، تذکیر ہے۔</w:t>
      </w:r>
    </w:p>
    <w:p>
      <w:r>
        <w:rPr>
          <w:b/>
        </w:rPr>
        <w:t xml:space="preserve">[38:34] </w:t>
      </w:r>
      <w:r>
        <w:t>har waqia agar aap awaken mind hon,</w:t>
      </w:r>
    </w:p>
    <w:p>
      <w:pPr>
        <w:jc w:val="right"/>
      </w:pPr>
      <w:r>
        <w:t>ہر واقعہ اگر آپ اویکن مائنڈ ہوں،</w:t>
      </w:r>
    </w:p>
    <w:p>
      <w:r>
        <w:rPr>
          <w:b/>
        </w:rPr>
        <w:t xml:space="preserve">[38:42] </w:t>
      </w:r>
      <w:r>
        <w:t>agar aap developed mind hon, to foran aap us ko pakrenge, foran us se sabak lenge.</w:t>
      </w:r>
    </w:p>
    <w:p>
      <w:pPr>
        <w:jc w:val="right"/>
      </w:pPr>
      <w:r>
        <w:t>اگر آپ ڈیولپڈ مائنڈ ہوں، تو فوراً آپ اس کو پکڑیں گے، فوراً اس سے سبق لیں گے۔</w:t>
      </w:r>
    </w:p>
    <w:p>
      <w:r>
        <w:rPr>
          <w:b/>
        </w:rPr>
        <w:t xml:space="preserve">[38:54] </w:t>
      </w:r>
      <w:r>
        <w:t>isi liye main kisi cheez ko apne mind ko kisi bhi cheez mein nahi mashgool karta. maslan ek sahib sahibah ne kaha ke dekhiye, aap log thori si baat ulajh jate hain, jhanjhan jate hain.</w:t>
      </w:r>
    </w:p>
    <w:p>
      <w:pPr>
        <w:jc w:val="right"/>
      </w:pPr>
      <w:r>
        <w:t>اسی لیے میں کسی چیز کو اپنے مائنڈ کو کسی بھی چیز میں نہیں مشغول کرتا۔ مثلاً ایک صاحب صاحبہ نے کہا کہ دیکھیے، آپ لوگ تھوڑی سی بات الجھ جاتے ہیں، جھنجھا جاتے ہیں۔</w:t>
      </w:r>
    </w:p>
    <w:p>
      <w:r>
        <w:rPr>
          <w:b/>
        </w:rPr>
        <w:t xml:space="preserve">[39:12] </w:t>
      </w:r>
      <w:r>
        <w:t>woh kya hai? jab aap jhanjhlaya to aap ke mind ka jo jo intellectual process ya spiritual process hai, woh woh ruk gaya.</w:t>
      </w:r>
    </w:p>
    <w:p>
      <w:pPr>
        <w:jc w:val="right"/>
      </w:pPr>
      <w:r>
        <w:t>وہ کیا ہے؟ جب آپ جھنجھلائے تو آپ کے مائنڈ کا جو جو انٹلیکچول پراسیس یا سپریچول پراسیس ہے، وہ وہ رک گیا۔</w:t>
      </w:r>
    </w:p>
    <w:p>
      <w:r>
        <w:rPr>
          <w:b/>
        </w:rPr>
        <w:t xml:space="preserve">[39:23] </w:t>
      </w:r>
      <w:r>
        <w:t>phir maine kaha ke yahi in logon ka haal hai. yani ek to hai ke aap yani wrong jhanjhalaht, lekin ek ek right jhanjhalaht bhi hoti hai.</w:t>
      </w:r>
    </w:p>
    <w:p>
      <w:pPr>
        <w:jc w:val="right"/>
      </w:pPr>
      <w:r>
        <w:t>پھر میں نے کہا کہ یہی ان لوگوں کا حال ہے۔ یعنی ایک تو ہے کہ آپ یعنی رانگ جھنجھلاہٹ، لیکن ایک ایک رائٹ جھنجھلاہٹ بھی ہوتی ہے۔</w:t>
      </w:r>
    </w:p>
    <w:p>
      <w:r>
        <w:rPr>
          <w:b/>
        </w:rPr>
        <w:t xml:space="preserve">[39:38] </w:t>
      </w:r>
      <w:r>
        <w:t>duniya ke yani jo intellectuals hain, un ki woh sab ke sab taqreeban ek right jhanjhalaht mein phanse hue hain. woh kya hai?</w:t>
      </w:r>
    </w:p>
    <w:p>
      <w:pPr>
        <w:jc w:val="right"/>
      </w:pPr>
      <w:r>
        <w:t>دنیا کے یعنی جو انٹلیکچولز ہیں، ان کی وہ سب کے سب تقریباً ایک رائٹ جھنجھلاہٹ میں پھنسے ہوئے ہیں۔ وہ کیا ہے؟</w:t>
      </w:r>
    </w:p>
    <w:p>
      <w:r>
        <w:rPr>
          <w:b/>
        </w:rPr>
        <w:t xml:space="preserve">[39:49] </w:t>
      </w:r>
      <w:r>
        <w:t>dekho bhai, wahan human right ka violation ho raha</w:t>
      </w:r>
    </w:p>
    <w:p>
      <w:pPr>
        <w:jc w:val="right"/>
      </w:pPr>
      <w:r>
        <w:t>دیکھو بھائی، وہاں ہیومن رائٹ کا وائلیشن ہو رہا</w:t>
      </w:r>
    </w:p>
    <w:p>
      <w:r>
        <w:rPr>
          <w:b/>
        </w:rPr>
        <w:t xml:space="preserve">[39:53] </w:t>
      </w:r>
      <w:r>
        <w:t>hai, dekho wahan pe justice nahi ho rahi hai, dekho bhai, wahan qanoon implement nahi kiya ja raha hai. isi mein phanse rehte hain, isi mein phanse rehte hain.</w:t>
      </w:r>
    </w:p>
    <w:p>
      <w:pPr>
        <w:jc w:val="right"/>
      </w:pPr>
      <w:r>
        <w:t>ہے، دیکھو وہاں پہ جسٹس نہیں ہو رہی ہے، دیکھو بھائی، وہاں قانون امپلیمنٹ نہیں کیا جا رہا ہے۔ اسی میں پھنسے رہتے ہیں، اسی میں پھنسے رہتے ہیں۔</w:t>
      </w:r>
    </w:p>
    <w:p>
      <w:r>
        <w:rPr>
          <w:b/>
        </w:rPr>
        <w:t xml:space="preserve">[40:06] </w:t>
      </w:r>
      <w:r>
        <w:t>halankeh is duniya mein kabhi bhi ideal sense mein kuch bhi ho nahi sakta.</w:t>
      </w:r>
    </w:p>
    <w:p>
      <w:pPr>
        <w:jc w:val="right"/>
      </w:pPr>
      <w:r>
        <w:t>حالانکہ اس دنیا میں کبھی بھی آئیڈیل سینس میں کچھ بھی ہو نہیں سکتا۔</w:t>
      </w:r>
    </w:p>
    <w:p>
      <w:r>
        <w:rPr>
          <w:b/>
        </w:rPr>
        <w:t xml:space="preserve">[40:12] </w:t>
      </w:r>
      <w:r>
        <w:t>ideal sense mein na aap ko human rights milenge, na ideal sense mein justice milega, na ideal sense mein peace mein kuch bhi nahi ho sakta.</w:t>
      </w:r>
    </w:p>
    <w:p>
      <w:pPr>
        <w:jc w:val="right"/>
      </w:pPr>
      <w:r>
        <w:t>آئیڈیل سینس میں نہ آپ کو ہیومن رائٹس ملیں گے، نہ آئیڈیل سینس میں جسٹس ملے گا، نہ آئیڈیل سینس میں پیس میں کچھ بھی نہیں ہو سکتا۔</w:t>
      </w:r>
    </w:p>
    <w:p>
      <w:r>
        <w:rPr>
          <w:b/>
        </w:rPr>
        <w:t xml:space="preserve">[40:22] </w:t>
      </w:r>
      <w:r>
        <w:t>ideal sense mein mil sakta hai.</w:t>
      </w:r>
    </w:p>
    <w:p>
      <w:pPr>
        <w:jc w:val="right"/>
      </w:pPr>
      <w:r>
        <w:t>آئیڈیل سینس میں مل سکتا ہے۔</w:t>
      </w:r>
    </w:p>
    <w:p>
      <w:r>
        <w:rPr>
          <w:b/>
        </w:rPr>
        <w:t xml:space="preserve">[40:25] </w:t>
      </w:r>
      <w:r>
        <w:t>to jo is tarah ki baatein karte hain, woh yani apne aap ko bohat bara nuqsan de rahe hain.</w:t>
      </w:r>
    </w:p>
    <w:p>
      <w:pPr>
        <w:jc w:val="right"/>
      </w:pPr>
      <w:r>
        <w:t>تو جو اس طرح کی باتیں کرتے ہیں، وہ یعنی اپنے آپ کو بہت بڑا نقصان دے رہے ہیں۔</w:t>
      </w:r>
    </w:p>
    <w:p>
      <w:r>
        <w:rPr>
          <w:b/>
        </w:rPr>
        <w:t xml:space="preserve">[40:37] </w:t>
      </w:r>
      <w:r>
        <w:t>kyun ke inhi ki wajah se in ka development nahi hoga, in ko wisdom nahi aayegi, hikmat nahi aayegi, in ka jo tazkiya hai, woh nahi hoga.</w:t>
      </w:r>
    </w:p>
    <w:p>
      <w:pPr>
        <w:jc w:val="right"/>
      </w:pPr>
      <w:r>
        <w:t>کیونکہ انہی کی وجہ سے ان کا ڈیولپمنٹ نہیں ہوگا، ان کو وزڈم نہیں آئے گی، حکمت نہیں آئے گی، ان کا جو تزکیہ ہے، وہ نہیں ہوگا۔</w:t>
      </w:r>
    </w:p>
    <w:p>
      <w:r>
        <w:rPr>
          <w:b/>
        </w:rPr>
        <w:t xml:space="preserve">[40:47] </w:t>
      </w:r>
      <w:r>
        <w:t>woh to phanse hue hain doosri cheezon mein, phanse hue hain.</w:t>
      </w:r>
    </w:p>
    <w:p>
      <w:pPr>
        <w:jc w:val="right"/>
      </w:pPr>
      <w:r>
        <w:t>وہ تو پھنسے ہوئے ہیں دوسری چیزوں میں، پھنسے ہوئے ہیں۔</w:t>
      </w:r>
    </w:p>
    <w:p>
      <w:r>
        <w:rPr>
          <w:b/>
        </w:rPr>
        <w:t xml:space="preserve">[40:53] </w:t>
      </w:r>
      <w:r>
        <w:t>isi liye islam mein bataya gaya ke ideal nizam kabhi ban nahin sakta. ideal government, ideal system, ideal society, yeh sab nahin ban sakti kabhi.</w:t>
      </w:r>
    </w:p>
    <w:p>
      <w:pPr>
        <w:jc w:val="right"/>
      </w:pPr>
      <w:r>
        <w:t>اسی لیے اسلام میں بتایا گیا کہ آئیڈیل نظام کبھی بن نہیں سکتا۔ آئیڈیل گورنمنٹ، آئیڈیل سسٹم، آئیڈیل سوسائٹی، یہ سب نہیں بن سکتی کبھی۔</w:t>
      </w:r>
    </w:p>
    <w:p>
      <w:r>
        <w:rPr>
          <w:b/>
        </w:rPr>
        <w:t xml:space="preserve">[41:06] </w:t>
      </w:r>
      <w:r>
        <w:t>lekin saare intellectuals is mein phanse hue hain. jitne intellectual hain, east se west tak, sab is mein phanse hue hain.</w:t>
      </w:r>
    </w:p>
    <w:p>
      <w:pPr>
        <w:jc w:val="right"/>
      </w:pPr>
      <w:r>
        <w:t>لیکن سارے انٹلیکچولز اس میں پھنسے ہوئے ہیں۔ جتنے انٹلیکچول ہیں، ایسٹ سے ویسٹ تک، سب اس میں پھنسے ہوئے ہیں۔</w:t>
      </w:r>
    </w:p>
    <w:p>
      <w:r>
        <w:rPr>
          <w:b/>
        </w:rPr>
        <w:t xml:space="preserve">[41:17] </w:t>
      </w:r>
      <w:r>
        <w:t>har aadmi isi ki baat karta hai.</w:t>
      </w:r>
    </w:p>
    <w:p>
      <w:pPr>
        <w:jc w:val="right"/>
      </w:pPr>
      <w:r>
        <w:t>ہر آدمی اسی کی بات کرتا ہے۔</w:t>
      </w:r>
    </w:p>
    <w:p>
      <w:r>
        <w:rPr>
          <w:b/>
        </w:rPr>
        <w:t xml:space="preserve">[41:19] </w:t>
      </w:r>
      <w:r>
        <w:t>ideal justice ki, ideal system ki, ideal government ki,</w:t>
      </w:r>
    </w:p>
    <w:p>
      <w:pPr>
        <w:jc w:val="right"/>
      </w:pPr>
      <w:r>
        <w:t>آئیڈیل جسٹس کی، آئیڈیل سسٹم کی، آئیڈیل گورنمنٹ کی،</w:t>
      </w:r>
    </w:p>
    <w:p>
      <w:r>
        <w:rPr>
          <w:b/>
        </w:rPr>
        <w:t xml:space="preserve">[41:27] </w:t>
      </w:r>
      <w:r>
        <w:t>woh woh woh kabhi hone wala nahin. ideal can't be achieved to is mein aik non achievable item ke liye apne ko mashgool kiya gaya.</w:t>
      </w:r>
    </w:p>
    <w:p>
      <w:pPr>
        <w:jc w:val="right"/>
      </w:pPr>
      <w:r>
        <w:t>وہ وہ وہ کبھی ہونے والا نہیں۔ آئیڈیل کینڈیڈیٹ بی اچیوڈ تو اس میں ایک نان اچیویبل آئٹم کے لیے اپنے کو مشغول کیا گیا۔</w:t>
      </w:r>
    </w:p>
    <w:p>
      <w:r>
        <w:rPr>
          <w:b/>
        </w:rPr>
        <w:t xml:space="preserve">[41:39] </w:t>
      </w:r>
      <w:r>
        <w:t>to jis tarah se ghar ke aik house wife kisi baat par apne ghar ke servant se ulajhti hai,</w:t>
      </w:r>
    </w:p>
    <w:p>
      <w:pPr>
        <w:jc w:val="right"/>
      </w:pPr>
      <w:r>
        <w:t>تو جس طرح سے گھر کے ایک ہاؤس وائف کسی بات پر اپنے گھر کے سرونٹ سے الجھتی ہے،</w:t>
      </w:r>
    </w:p>
    <w:p>
      <w:r>
        <w:rPr>
          <w:b/>
        </w:rPr>
        <w:t xml:space="preserve">[41:49] </w:t>
      </w:r>
      <w:r>
        <w:t>isi tarah saare log uljhe hue hain.</w:t>
      </w:r>
    </w:p>
    <w:p>
      <w:pPr>
        <w:jc w:val="right"/>
      </w:pPr>
      <w:r>
        <w:t>اسی طرح سارے لوگ الجھے ہوئے ہیں۔</w:t>
      </w:r>
    </w:p>
    <w:p>
      <w:r>
        <w:rPr>
          <w:b/>
        </w:rPr>
        <w:t xml:space="preserve">[41:55] </w:t>
      </w:r>
      <w:r>
        <w:t>saare log uljhe hue hain. house wife uljhi hai is baat par ke un ki service, un ka servant jo hai, us ne achhi justice nahin ki.</w:t>
      </w:r>
    </w:p>
    <w:p>
      <w:pPr>
        <w:jc w:val="right"/>
      </w:pPr>
      <w:r>
        <w:t>سارے لوگ الجھے ہوئے ہیں۔ ہاؤس وائف الجھی ہے اس بات پر کہ ان کی سروس، ان کا سرونٹ جو ہے، اس نے اچھی جسٹس نہیں کی۔</w:t>
      </w:r>
    </w:p>
    <w:p>
      <w:r>
        <w:rPr>
          <w:b/>
        </w:rPr>
        <w:t xml:space="preserve">[42:06] </w:t>
      </w:r>
      <w:r>
        <w:t>is mein uljhi hui hai ke tum ne justice nahin ki, tum ne yeh us ko saaf nahin kiya, woh saaf nahin kiya. lekin jo bare bare top intellectuals hain, woh bhi to isi mein phanse hue hain</w:t>
      </w:r>
    </w:p>
    <w:p>
      <w:pPr>
        <w:jc w:val="right"/>
      </w:pPr>
      <w:r>
        <w:t>اس میں الجھی ہوئی ہے کہ تم نے جسٹس نہیں کی، تم نے یہ اس کو صاف نہیں کیا، وہ صاف نہیں کیا۔ لیکن جو بڑے بڑے ٹاپ انٹلیکچولز ہیں، وہ بھی تو اسی میں پھنسے ہوئے ہیں</w:t>
      </w:r>
    </w:p>
    <w:p>
      <w:r>
        <w:rPr>
          <w:b/>
        </w:rPr>
        <w:t xml:space="preserve">[42:21] </w:t>
      </w:r>
      <w:r>
        <w:t>ke falan jagah human rights ka violation ho raha hai, falan jagah justice nahin ho rahi hai, falan jagah logon ko equal huqooq nahin diye ja rahe hain, falan jagah election mein rigging rigging hui hai.</w:t>
      </w:r>
    </w:p>
    <w:p>
      <w:pPr>
        <w:jc w:val="right"/>
      </w:pPr>
      <w:r>
        <w:t>کہ فلاں جگہ ہیومن رائٹس کا کا وائلیشن ہو رہا ہے، فلاں جگہ جسٹس نہیں ہو رہی ہے، فلاں جگہ لوگوں کو ایکول حقوق نہیں دیے جا رہے ہیں، فلاں جگہ الیکشن میں ریگنگ ریگنگ ہوئی ہے۔</w:t>
      </w:r>
    </w:p>
    <w:p>
      <w:r>
        <w:rPr>
          <w:b/>
        </w:rPr>
        <w:t xml:space="preserve">[42:35] </w:t>
      </w:r>
      <w:r>
        <w:t>isi mein phanse hue hain. to jab woh ideal achievable hi na ho to woh itna hi hai, woh itna hi speed hai yeh jitna ke housewife ka is mein ulajhna ke tum justice nahin ki.</w:t>
      </w:r>
    </w:p>
    <w:p>
      <w:pPr>
        <w:jc w:val="right"/>
      </w:pPr>
      <w:r>
        <w:t>اسی میں پھنسے ہوئے ہیں۔ تو جب وہ آئیڈیل اچیویبل ہی نہ ہو تو وہ اتنا ہی ہے، وہ اتنا ہی سپیڈ ہے یہ جتنا کہ ہاؤس وائف کا اس میں الجھنا کہ تم جسٹس نہیں کی۔</w:t>
      </w:r>
    </w:p>
    <w:p>
      <w:r>
        <w:rPr>
          <w:b/>
        </w:rPr>
        <w:t xml:space="preserve">[42:53] </w:t>
      </w:r>
      <w:r>
        <w:t>aik housewife apne servant par is par uljhe ke tum ne achhi justice nahin ki. itna hi ahmaqana hai in saare bare bare top ke logon ka ulajhna is baat par ke kahan justice nahin ho raha, wahan human rights ka violation ho raha hai.</w:t>
      </w:r>
    </w:p>
    <w:p>
      <w:pPr>
        <w:jc w:val="right"/>
      </w:pPr>
      <w:r>
        <w:t>ایک ہاؤس وائف اپنے سرونٹ پر اس پر الجھے کہ تم نے اچھی جسٹس نہیں کی۔ اتنا ہی احمقانہ ہے ان سارے بڑے بڑے ٹاپ کے لوگوں کا الجھنا اس بات پر کہ کہاں جسٹس نہیں ہو رہا، وہاں ہیومن رائٹس کا وائلیشن ہو رہا ہے۔</w:t>
      </w:r>
    </w:p>
    <w:p>
      <w:r>
        <w:rPr>
          <w:b/>
        </w:rPr>
        <w:t xml:space="preserve">[43:15] </w:t>
      </w:r>
      <w:r>
        <w:t>yeh to hoga hi sab. laqad khalaqal insana fi qabt</w:t>
      </w:r>
    </w:p>
    <w:p>
      <w:pPr>
        <w:jc w:val="right"/>
      </w:pPr>
      <w:r>
        <w:t>یہ تو ہوگا ہی سب۔ لقد خلق الانسان في قبط</w:t>
      </w:r>
    </w:p>
    <w:p>
      <w:r>
        <w:rPr>
          <w:b/>
        </w:rPr>
        <w:t xml:space="preserve">[43:21] </w:t>
      </w:r>
      <w:r>
        <w:t>Allah ne paida kiya insan ko azaad, us ki azaadi ko koi awarish nahin kar sakta. to awarish nahin kar sakta, to is ka matlab kya hai?</w:t>
      </w:r>
    </w:p>
    <w:p>
      <w:pPr>
        <w:jc w:val="right"/>
      </w:pPr>
      <w:r>
        <w:t>اللہ نے پیدا کیا انسان کو آزاد، اس کی آزادی کو کوئی آوارث نہیں کر سکتا۔ تو آوارث نہیں کر سکتا، تو اس کا مطلب کیا ہے؟</w:t>
      </w:r>
    </w:p>
    <w:p>
      <w:r>
        <w:rPr>
          <w:b/>
        </w:rPr>
        <w:t xml:space="preserve">[43:29] </w:t>
      </w:r>
      <w:r>
        <w:t>insan apni azaadi ka mehsoos karega, mehsoos karega ke sab masle paida honge. to masle rahenge, woh to aap kabhi aap kabhi bhi ideal system bana nahin sakte.</w:t>
      </w:r>
    </w:p>
    <w:p>
      <w:pPr>
        <w:jc w:val="right"/>
      </w:pPr>
      <w:r>
        <w:t>انسان اپنی آزادی کا محسوس کرے گا، محسوس کرے گا کہ سب مسئلے پیدا ہوں گے۔ تو مسئلے رہیں گے، وہ تو آپ کبھی آپ کبھی بھی آئیڈیل سسٹم بنا نہیں سکتے۔</w:t>
      </w:r>
    </w:p>
    <w:p>
      <w:r>
        <w:rPr>
          <w:b/>
        </w:rPr>
        <w:t xml:space="preserve">[43:44] </w:t>
      </w:r>
      <w:r>
        <w:t>tumhein nazdeek aik housewife ka ulajhna apne servant se is baat par ke tum ne ghar ki safai achhi nahin ki, itna hi established yeh bhi hai, itna hi ahmaqana.</w:t>
      </w:r>
    </w:p>
    <w:p>
      <w:pPr>
        <w:jc w:val="right"/>
      </w:pPr>
      <w:r>
        <w:t>تمہیں نزدیک ایک ہاؤس وائف کا الجھنا اپنے سرونٹ سے اس بات پر کہ تم نے گھر کی صفائی اچھی نہیں کی، اتنا ہی اسٹیبلٹ یہ بھی ہے، اتنا ہی احمقانہ۔</w:t>
      </w:r>
    </w:p>
    <w:p>
      <w:r>
        <w:rPr>
          <w:b/>
        </w:rPr>
        <w:t xml:space="preserve">[43:57] </w:t>
      </w:r>
      <w:r>
        <w:t>bare bare logon ka ulajhna hai is baat par ke dunya mein ideal system nahin hai, ideal nizam nahin hai, aur election mein dhandhli ho gayi hai.</w:t>
      </w:r>
    </w:p>
    <w:p>
      <w:pPr>
        <w:jc w:val="right"/>
      </w:pPr>
      <w:r>
        <w:t>بڑے بڑے لوگوں کا الجھنا ہے اس بات پر کہ دنیا میں آئیڈیل سسٹم نہیں ہے، آئیڈیل نظام نہیں ہے، اور الیکشن میں دھاندلی ہو گئی ہے۔</w:t>
      </w:r>
    </w:p>
    <w:p>
      <w:r>
        <w:rPr>
          <w:b/>
        </w:rPr>
        <w:t xml:space="preserve">[44:07] </w:t>
      </w:r>
      <w:r>
        <w:t>it was a rigged election waghera waghera. sab log is mein phanse hue hain.</w:t>
      </w:r>
    </w:p>
    <w:p>
      <w:pPr>
        <w:jc w:val="right"/>
      </w:pPr>
      <w:r>
        <w:t>It was a rigged election وغیرہ وغیرہ۔ سب لوگ اس میں پھنسے ہوئے ہیں۔</w:t>
      </w:r>
    </w:p>
    <w:p>
      <w:r>
        <w:rPr>
          <w:b/>
        </w:rPr>
        <w:t xml:space="preserve">[44:14] </w:t>
      </w:r>
      <w:r>
        <w:t>mujhe kisi aik ka bhi exception nahin maloom.</w:t>
      </w:r>
    </w:p>
    <w:p>
      <w:pPr>
        <w:jc w:val="right"/>
      </w:pPr>
      <w:r>
        <w:t>مجھے کسی ایک کا بھی ایکسیپشن نہیں معلوم۔</w:t>
      </w:r>
    </w:p>
    <w:p>
      <w:r>
        <w:rPr>
          <w:b/>
        </w:rPr>
        <w:t xml:space="preserve">[44:26] </w:t>
      </w:r>
      <w:r>
        <w:t>to jitna zyada yani meaningless hai aik house wife ka ulajhna apne servant se is baat par ke tum ne achha jharoot, achhi safai nahin ki ghar ki, itna hi meaningless hai sari dunya bhar ke bare bare top ke logon ka is baat par.</w:t>
      </w:r>
    </w:p>
    <w:p>
      <w:pPr>
        <w:jc w:val="right"/>
      </w:pPr>
      <w:r>
        <w:t>تو جتنا زیادہ یعنی میننگ لیس ہے ایک ہاؤس وائف کا الجھنا اپنے سرونٹ سے اس بات پر کہ تم نے اچھا جھروٹ، اچھی صفائی نہیں کی گھر کی، اتنا ہی میننگ لیس ہے ساری دنیا بھر کے بڑے بڑے ٹاپ کے لوگوں کا اس بات پر۔</w:t>
      </w:r>
    </w:p>
    <w:p>
      <w:r>
        <w:rPr>
          <w:b/>
        </w:rPr>
        <w:t xml:space="preserve">[44:46] </w:t>
      </w:r>
      <w:r>
        <w:t>rozana statement dete hain, isi is pe speeches dete hain, isi par campaign chalate hain, gherao karte hain, hangame karte hain ke election mein rigging hui hai, aur jahan par justice nahin ho raha, wahan par human rights ka violation ho raha hai, wahan zulm ho ra</w:t>
      </w:r>
    </w:p>
    <w:p>
      <w:pPr>
        <w:jc w:val="right"/>
      </w:pPr>
      <w:r>
        <w:t>روزانہ سٹیٹمنٹ دیتے ہیں، اسی اس پہ اسپیچز دیتے ہیں، اسی پر کیمپین چلاتے ہیں، گھیراؤ کرتے ہیں، ہنگامے کرتے ہیں کہ الیکشن میں ریگنگ ہوئی ہے، اور جہاں پر جسٹس نہیں ہو رہا، وہاں پر ہیومن رائٹس کا وائلیشن ہو رہا ہے، وہاں ظلم ہو رہ</w:t>
      </w:r>
    </w:p>
    <w:p>
      <w:r>
        <w:rPr>
          <w:b/>
        </w:rPr>
        <w:t xml:space="preserve">[45:03] </w:t>
      </w:r>
      <w:r>
        <w:t>ha hai. yeh bhi isi darje ki cheez hai. kyunke jab Allah ne paida kiya dar-ul-qabt, to aap kaise us ko khatam kar denge?</w:t>
      </w:r>
    </w:p>
    <w:p>
      <w:pPr>
        <w:jc w:val="right"/>
      </w:pPr>
      <w:r>
        <w:t>ا ہے۔ یہ بھی اسی درجے کی چیز ہے۔ کیونکہ جب اللہ نے پیدا کیا دارالقبض، تو آپ کیسے اس کو ختم کر دیں گے؟</w:t>
      </w:r>
    </w:p>
    <w:p>
      <w:r>
        <w:rPr>
          <w:b/>
        </w:rPr>
        <w:t xml:space="preserve">[45:13] </w:t>
      </w:r>
      <w:r>
        <w:t>yeh to har rahega, qabt rahega. aur qabt kis kis liye rahega? kyunke insan ko azaadi hai, to azaadi ko mehsoos karega, to qabt paida hoga.</w:t>
      </w:r>
    </w:p>
    <w:p>
      <w:pPr>
        <w:jc w:val="right"/>
      </w:pPr>
      <w:r>
        <w:t>یہ تو حر رہے گا، قبت رہے گا۔ اور قبت کس کس لیے رہے گا؟ کیونکہ انسان کو آزادی ہے، تو آزادی کو محسوس کرے گا، تو قبت پیدا ہوگا۔</w:t>
      </w:r>
    </w:p>
    <w:p>
      <w:r>
        <w:rPr>
          <w:b/>
        </w:rPr>
        <w:t xml:space="preserve">[45:26] </w:t>
      </w:r>
      <w:r>
        <w:t>to dekhiye, main aap ko yeh arz karna chahta hoon ke har har moment ko, har second ko istemal kijiye apne apne tazkiye mein.</w:t>
      </w:r>
    </w:p>
    <w:p>
      <w:pPr>
        <w:jc w:val="right"/>
      </w:pPr>
      <w:r>
        <w:t>تو دیکھیے، میں آپ کو یہ عرض کرنا چاہتا ہوں کہ ہر ہر مومنٹ کو، ہر سیکنڈ کو استعمال کیجیے اپنے اپنے تزکیے میں۔</w:t>
      </w:r>
    </w:p>
    <w:p>
      <w:r>
        <w:rPr>
          <w:b/>
        </w:rPr>
        <w:t xml:space="preserve">[45:36] </w:t>
      </w:r>
      <w:r>
        <w:t>tazkiye ka matlab hai apni spiritual development mein, apne apni shakhsiyat ko rabbani andaaz mein taameer karne mein.</w:t>
      </w:r>
    </w:p>
    <w:p>
      <w:pPr>
        <w:jc w:val="right"/>
      </w:pPr>
      <w:r>
        <w:t>تزکیے کا مطلب ہے اپنی سپریچول ڈیولپمنٹ میں، اپنے اپنی شخصیت کو ربانی انداز میں تعمیر کرنے میں۔</w:t>
      </w:r>
    </w:p>
    <w:p>
      <w:r>
        <w:rPr>
          <w:b/>
        </w:rPr>
        <w:t xml:space="preserve">[45:45] </w:t>
      </w:r>
      <w:r>
        <w:t>is par lagaiye. kisi aur cheez mein hargiz hargiz apna time waste mat kijiye.</w:t>
      </w:r>
    </w:p>
    <w:p>
      <w:pPr>
        <w:jc w:val="right"/>
      </w:pPr>
      <w:r>
        <w:t>اس پر لگائیے۔ کسی اور چیز میں ہرگز ہرگز اپنا ٹائم ویسٹ مت کیجیے۔</w:t>
      </w:r>
    </w:p>
    <w:p>
      <w:r>
        <w:rPr>
          <w:b/>
        </w:rPr>
        <w:t xml:space="preserve">[45:53] </w:t>
      </w:r>
      <w:r>
        <w:t>na khud kijiye, na doosron ko karne dijiye. yahi hai hamara mission. Allah taala mujh ko aur aap ko tofeeq de ke hum is baat ko samjhein aur woh kaam karein jo Allah ki marzi ke mutabiq ho.</w:t>
      </w:r>
    </w:p>
    <w:p>
      <w:pPr>
        <w:jc w:val="right"/>
      </w:pPr>
      <w:r>
        <w:t>نہ خود کیجیے، نہ دوسروں کو کرنے دیجیے۔ یہی ہے ہمارا مشن۔ اللہ تعالیٰ مجھ کو اور آپ کو توفیق دے کہ ہم اس بات کو سمجھیں اور وہ کام کریں جو اللہ کی مرضی کے مطابق ہو۔</w:t>
      </w:r>
    </w:p>
    <w:p>
      <w:r>
        <w:rPr>
          <w:b/>
        </w:rPr>
        <w:t xml:space="preserve">[46:11] </w:t>
      </w:r>
      <w:r>
        <w:t>Assalam o alaikum wa rehmatullah</w:t>
      </w:r>
    </w:p>
    <w:p>
      <w:pPr>
        <w:jc w:val="right"/>
      </w:pPr>
      <w:r>
        <w:t>السلام علیکم ورحمۃ اللہ</w:t>
      </w:r>
    </w:p>
    <w:p>
      <w:r>
        <w:rPr>
          <w:b/>
        </w:rPr>
        <w:t xml:space="preserve">[46:29] </w:t>
      </w:r>
      <w:r>
        <w:t>We are starting with the question answer session now. I request all our online viewers to please send in their questions at info@cpsglobal.org.</w:t>
      </w:r>
    </w:p>
    <w:p>
      <w:pPr>
        <w:jc w:val="right"/>
      </w:pPr>
      <w:r>
        <w:t>We are starting with the question answer session now. I request all our online viewers to please send in their questions at info@cpsglobal.org.</w:t>
      </w:r>
    </w:p>
    <w:p>
      <w:r>
        <w:rPr>
          <w:b/>
        </w:rPr>
        <w:t xml:space="preserve">[46:48] </w:t>
      </w:r>
      <w:r>
        <w:t>Maaz sahib, yeh question aaya hai Dr. Safina ka Delhi se.</w:t>
      </w:r>
    </w:p>
    <w:p>
      <w:pPr>
        <w:jc w:val="right"/>
      </w:pPr>
      <w:r>
        <w:t>معاذ صاحب، یہ question آیا ہے ڈاکٹر صفینہ کا Delhi سے.</w:t>
      </w:r>
    </w:p>
    <w:p>
      <w:r>
        <w:rPr>
          <w:b/>
        </w:rPr>
        <w:t xml:space="preserve">[46:54] </w:t>
      </w:r>
      <w:r>
        <w:t>She writes, Maulana sahib, apne andar takabbur ko kaise pehchanein? Dekhiye, ek hadith hai ke</w:t>
      </w:r>
    </w:p>
    <w:p>
      <w:pPr>
        <w:jc w:val="right"/>
      </w:pPr>
      <w:r>
        <w:t>She writes, مولانا صاحب، اپنے اندر تکبر کو کیسے پہچانیں؟ دیکھیں، ایک حدیث ہے کہ</w:t>
      </w:r>
    </w:p>
    <w:p>
      <w:r>
        <w:rPr>
          <w:b/>
        </w:rPr>
        <w:t xml:space="preserve">[47:09] </w:t>
      </w:r>
      <w:r>
        <w:t>jis aadmi ke andar zara bhi kibr ho, woh jannat mein nahi jayega.</w:t>
      </w:r>
    </w:p>
    <w:p>
      <w:pPr>
        <w:jc w:val="right"/>
      </w:pPr>
      <w:r>
        <w:t>جس آدمی کے اندر ذرا بھی کبر ہو، وہ جنت میں نہیں جائے گا۔</w:t>
      </w:r>
    </w:p>
    <w:p>
      <w:r>
        <w:rPr>
          <w:b/>
        </w:rPr>
        <w:t xml:space="preserve">[47:17] </w:t>
      </w:r>
      <w:r>
        <w:t>us ke alfaaz hain:</w:t>
      </w:r>
    </w:p>
    <w:p>
      <w:pPr>
        <w:jc w:val="right"/>
      </w:pPr>
      <w:r>
        <w:t>اس کے الفاظ ہیں:</w:t>
      </w:r>
    </w:p>
    <w:p>
      <w:r>
        <w:rPr>
          <w:b/>
        </w:rPr>
        <w:t xml:space="preserve">[47:23] </w:t>
      </w:r>
      <w:r>
        <w:t>la yadkhulul jannata man kana fi qalbihi mithqalu habbati khardalin min kibrin</w:t>
      </w:r>
    </w:p>
    <w:p>
      <w:pPr>
        <w:jc w:val="right"/>
      </w:pPr>
      <w:r>
        <w:t>لا يدخل الجنة من كان في قلبه مثقال حبة خردل من كبر</w:t>
      </w:r>
    </w:p>
    <w:p>
      <w:r>
        <w:rPr>
          <w:b/>
        </w:rPr>
        <w:t xml:space="preserve">[47:32] </w:t>
      </w:r>
      <w:r>
        <w:t>woh aadmi jannat mein nahi jayega jis ke andar</w:t>
      </w:r>
    </w:p>
    <w:p>
      <w:pPr>
        <w:jc w:val="right"/>
      </w:pPr>
      <w:r>
        <w:t>وہ آدمی جنت میں نہیں جائے گا جس کے اندر</w:t>
      </w:r>
    </w:p>
    <w:p>
      <w:r>
        <w:rPr>
          <w:b/>
        </w:rPr>
        <w:t xml:space="preserve">[47:38] </w:t>
      </w:r>
      <w:r>
        <w:t>rai ke daane ke barabar bhi kibr ho, arrogance ho. toh poocha gaya ke kibr ki pehchan kya hai?</w:t>
      </w:r>
    </w:p>
    <w:p>
      <w:pPr>
        <w:jc w:val="right"/>
      </w:pPr>
      <w:r>
        <w:t>رائی کے دانے کے برابر بھی کبر ہو، arrogance ہو۔ تو پوچھا گیا کہ کبر کی پہچان کیا ہے؟</w:t>
      </w:r>
    </w:p>
    <w:p>
      <w:r>
        <w:rPr>
          <w:b/>
        </w:rPr>
        <w:t xml:space="preserve">[47:49] </w:t>
      </w:r>
      <w:r>
        <w:t>yeh sawal kiya gaya tha.</w:t>
      </w:r>
    </w:p>
    <w:p>
      <w:pPr>
        <w:jc w:val="right"/>
      </w:pPr>
      <w:r>
        <w:t>یہ سوال کیا گیا تھا۔</w:t>
      </w:r>
    </w:p>
    <w:p>
      <w:r>
        <w:rPr>
          <w:b/>
        </w:rPr>
        <w:t xml:space="preserve">[47:52] </w:t>
      </w:r>
      <w:r>
        <w:t>toh aap ne bataya ke batlul haqq wa ghamtul nas</w:t>
      </w:r>
    </w:p>
    <w:p>
      <w:pPr>
        <w:jc w:val="right"/>
      </w:pPr>
      <w:r>
        <w:t>تو آپ نے بتایا کہ بطل الحق وغمط الناس</w:t>
      </w:r>
    </w:p>
    <w:p>
      <w:r>
        <w:rPr>
          <w:b/>
        </w:rPr>
        <w:t xml:space="preserve">[48:03] </w:t>
      </w:r>
      <w:r>
        <w:t>yaani haqq ko bar aside karna. haqq aap ke saamne pesh kiya jaye, aap us ko bar aside kar dein, us ko nazar andaaz kar dein.</w:t>
      </w:r>
    </w:p>
    <w:p>
      <w:pPr>
        <w:jc w:val="right"/>
      </w:pPr>
      <w:r>
        <w:t>یعنی حق کو برش aside کرنا۔ حق آپ کے سامنے پیش کیا جائے، آپ اس کو برش aside کر دیں، اس کو نظر انداز کر دیں۔</w:t>
      </w:r>
    </w:p>
    <w:p>
      <w:r>
        <w:rPr>
          <w:b/>
        </w:rPr>
        <w:t xml:space="preserve">[48:14] </w:t>
      </w:r>
      <w:r>
        <w:t>aur insaan ko kam samajhna, haqeer samajhna. batlul haqq wa ghamtul nas</w:t>
      </w:r>
    </w:p>
    <w:p>
      <w:pPr>
        <w:jc w:val="right"/>
      </w:pPr>
      <w:r>
        <w:t>اور انسان کو کم سمجھنا، حقیر سمجھنا۔ بطل الحق وغمط الناس</w:t>
      </w:r>
    </w:p>
    <w:p>
      <w:r>
        <w:rPr>
          <w:b/>
        </w:rPr>
        <w:t xml:space="preserve">[48:25] </w:t>
      </w:r>
      <w:r>
        <w:t>haqq pesh kiya jaye toh aap us ko nazar andaaz kar dein, accept na karein. aur koi insaan aap ko saamne aaye toh us ko aap haqeer samajh kar kahein ke tum toh aise ho, tum toh waise ho.</w:t>
      </w:r>
    </w:p>
    <w:p>
      <w:pPr>
        <w:jc w:val="right"/>
      </w:pPr>
      <w:r>
        <w:t>حق پیش کیا جائے تو آپ اس کو نظر انداز کر دیں، accept نہ کریں۔ اور کوئی انسان آپ کو سامنے آئے تو اس کو آپ حقیر سمجھ کر کہیں کہ تم تو ایسے ہو، تم تو ویسے ہو۔</w:t>
      </w:r>
    </w:p>
    <w:p>
      <w:r>
        <w:rPr>
          <w:b/>
        </w:rPr>
        <w:t xml:space="preserve">[48:42] </w:t>
      </w:r>
      <w:r>
        <w:t>toh do baatein is mein hain: batlul haqq wa ghamtul nas yaani haqq ko nazar andaaz karna aur logon ko haqeer samajhna</w:t>
      </w:r>
    </w:p>
    <w:p>
      <w:pPr>
        <w:jc w:val="right"/>
      </w:pPr>
      <w:r>
        <w:t>تو دو باتیں اس میں ہیں: بطل الحق وغمط الناس یعنی حق کو نظر انداز کرنا اور لوگوں کو حقیر سمجھنا</w:t>
      </w:r>
    </w:p>
    <w:p>
      <w:r>
        <w:rPr>
          <w:b/>
        </w:rPr>
        <w:t xml:space="preserve">[48:50] </w:t>
      </w:r>
      <w:r>
        <w:t>. ab har aadmi khud samajh sakta hai. agar aadmi introspection kare, soche ke in dono ke trend ko le kar ke toh har aadmi samajh sakta hai ke mere andar yeh yeh weakness hai ke nahi hai.</w:t>
      </w:r>
    </w:p>
    <w:p>
      <w:pPr>
        <w:jc w:val="right"/>
      </w:pPr>
      <w:r>
        <w:t>۔ اب ہر آدمی خود سمجھ سکتا ہے۔ اگر آدمی introspection کرے، سوچے کہ ان دونوں کے trend کو لے کر کے تو ہر آدمی سمجھ سکتا ہے کہ میرے اندر یہ یہ weakness ہے کہ نہیں ہے۔</w:t>
      </w:r>
    </w:p>
    <w:p>
      <w:r>
        <w:rPr>
          <w:b/>
        </w:rPr>
        <w:t xml:space="preserve">[49:06] </w:t>
      </w:r>
      <w:r>
        <w:t>main samajhta hoon ke is ko jaanna kuch</w:t>
      </w:r>
    </w:p>
    <w:p>
      <w:pPr>
        <w:jc w:val="right"/>
      </w:pPr>
      <w:r>
        <w:t>میں سمجھتا ہوں کہ اس کو جاننا کچھ</w:t>
      </w:r>
    </w:p>
    <w:p>
      <w:r>
        <w:rPr>
          <w:b/>
        </w:rPr>
        <w:t xml:space="preserve">[49:08] </w:t>
      </w:r>
      <w:r>
        <w:t>mushkil kaam nahi hai. agar aadmi sach much sincere hai, sach much sincere hai aur jaanna chahta hai toh in do criterion ko le kar ke pehchan lega ke mere andar se kibr hai ke nahi hai,</w:t>
      </w:r>
    </w:p>
    <w:p>
      <w:pPr>
        <w:jc w:val="right"/>
      </w:pPr>
      <w:r>
        <w:t>مشکل کام نہیں ہے۔ اگر آدمی سچ مچ sincere ہے، سچ مچ sincere ہے اور جاننا چاہتا ہے تو ان دو criterion کو لے کر کے پہچان لے گا کہ میرے اندر سے کبر ہے کہ نہیں ہے،</w:t>
      </w:r>
    </w:p>
    <w:p>
      <w:r>
        <w:rPr>
          <w:b/>
        </w:rPr>
        <w:t xml:space="preserve">[49:22] </w:t>
      </w:r>
      <w:r>
        <w:t>arrogance hai ke nahi hai. Maaz sahib, agla question aaya hai Dr. Fareeda Khanam ka Delhi se</w:t>
      </w:r>
    </w:p>
    <w:p>
      <w:pPr>
        <w:jc w:val="right"/>
      </w:pPr>
      <w:r>
        <w:t>arrogance ہے کہ نہیں ہے۔ معاذ صاحب، اگلا question آیا ہے ڈاکٹر فریدہ خانم کا Delhi سے</w:t>
      </w:r>
    </w:p>
    <w:p>
      <w:r>
        <w:rPr>
          <w:b/>
        </w:rPr>
        <w:t xml:space="preserve">[49:30] </w:t>
      </w:r>
      <w:r>
        <w:t>. The majority of us find it difficult to focus on abstract things or something which is non-physical in nature.</w:t>
      </w:r>
    </w:p>
    <w:p>
      <w:pPr>
        <w:jc w:val="right"/>
      </w:pPr>
      <w:r>
        <w:t>. The majority of us find it difficult to focus on abstract things or something which is non-physical in nature.</w:t>
      </w:r>
    </w:p>
    <w:p>
      <w:r>
        <w:rPr>
          <w:b/>
        </w:rPr>
        <w:t xml:space="preserve">[49:41] </w:t>
      </w:r>
      <w:r>
        <w:t>That is why we get diverted from our focus at the slightest pretext. How can we overcome this problem?</w:t>
      </w:r>
    </w:p>
    <w:p>
      <w:pPr>
        <w:jc w:val="right"/>
      </w:pPr>
      <w:r>
        <w:t>That is why we get diverted from our focus at the slightest pretext. How can we overcome this problem?</w:t>
      </w:r>
    </w:p>
    <w:p>
      <w:r>
        <w:rPr>
          <w:b/>
        </w:rPr>
        <w:t xml:space="preserve">[49:52] </w:t>
      </w:r>
      <w:r>
        <w:t>dekhiye, yeh bhi hadith mein is ka bhi jawab aaya hua hai.</w:t>
      </w:r>
    </w:p>
    <w:p>
      <w:pPr>
        <w:jc w:val="right"/>
      </w:pPr>
      <w:r>
        <w:t>دیکھیے، یہ بھی حدیث میں اس کا بھی جواب آیا ہوا ہے۔</w:t>
      </w:r>
    </w:p>
    <w:p>
      <w:r>
        <w:rPr>
          <w:b/>
        </w:rPr>
        <w:t xml:space="preserve">[49:56] </w:t>
      </w:r>
      <w:r>
        <w:t>woh yeh hai ke dekhiye, yeh bohat hi mushkil kaam hai ke koi aadmi non-stop focus kar sake.</w:t>
      </w:r>
    </w:p>
    <w:p>
      <w:pPr>
        <w:jc w:val="right"/>
      </w:pPr>
      <w:r>
        <w:t>وہ یہ ہے کہ دیکھیے، یہ بہت ہی مشکل کام ہے کہ کوئی آدمی non-stop focus کر سکے۔</w:t>
      </w:r>
    </w:p>
    <w:p>
      <w:r>
        <w:rPr>
          <w:b/>
        </w:rPr>
        <w:t xml:space="preserve">[50:06] </w:t>
      </w:r>
      <w:r>
        <w:t>yeh bohat mushkil kaam hai. koi rare hi aisa hota hai jo non-stop focus kar pata hai.</w:t>
      </w:r>
    </w:p>
    <w:p>
      <w:pPr>
        <w:jc w:val="right"/>
      </w:pPr>
      <w:r>
        <w:t>یہ بہت مشکل کام ہے۔ کوئی rare ہی ایسا ہوتا ہے جو non-stop focus کر پاتا ہے۔</w:t>
      </w:r>
    </w:p>
    <w:p>
      <w:r>
        <w:rPr>
          <w:b/>
        </w:rPr>
        <w:t xml:space="preserve">[50:16] </w:t>
      </w:r>
      <w:r>
        <w:t>toh hadees mein bataya gaya hai ke koshish karo toh focus karne ki, aur jab silsila toot jaye toh phir dobara, yaani kuch gap pad jaye, kuch interval pad jaye toh koi harj nahi hai, lekin phir phir lotto, phir lotto, phir lotto.</w:t>
      </w:r>
    </w:p>
    <w:p>
      <w:pPr>
        <w:jc w:val="right"/>
      </w:pPr>
      <w:r>
        <w:t>تو حدیث میں بتایا گیا ہے کہ کوشش کرو تو focus کرنے کی، اور جب سلسلہ ٹوٹ جائے تو پھر دوبارہ، یعنی کچھ gap پڑ جائے، کچھ interval پڑ جائے تو کوئی حرج نہیں ہے، لیکن پھر پھر لوٹو، پھر لوٹو، پھر لوٹو۔</w:t>
      </w:r>
    </w:p>
    <w:p>
      <w:r>
        <w:rPr>
          <w:b/>
        </w:rPr>
        <w:t xml:space="preserve">[50:35] </w:t>
      </w:r>
      <w:r>
        <w:t>yeh toh possible hai.</w:t>
      </w:r>
    </w:p>
    <w:p>
      <w:pPr>
        <w:jc w:val="right"/>
      </w:pPr>
      <w:r>
        <w:t>یہ تو possible ہے۔</w:t>
      </w:r>
    </w:p>
    <w:p>
      <w:r>
        <w:rPr>
          <w:b/>
        </w:rPr>
        <w:t xml:space="preserve">[50:42] </w:t>
      </w:r>
      <w:r>
        <w:t>yeh yeh jawab hadees mein aaya hai ke main apne alfaaz mein keh raha hoon ke non-stop focus karna</w:t>
      </w:r>
    </w:p>
    <w:p>
      <w:pPr>
        <w:jc w:val="right"/>
      </w:pPr>
      <w:r>
        <w:t>یہ یہ جواب حدیث میں آیا ہے کہ میں اپنے الفاظ میں کہہ رہا ہوں کہ non-stop focus کرنا</w:t>
      </w:r>
    </w:p>
    <w:p>
      <w:r>
        <w:rPr>
          <w:b/>
        </w:rPr>
        <w:t xml:space="preserve">[50:56] </w:t>
      </w:r>
      <w:r>
        <w:t>bohat hi mushkil kaam hai, aur bohat hi rare aisa insaan koi hoga jo non-stop focus kar sake.</w:t>
      </w:r>
    </w:p>
    <w:p>
      <w:pPr>
        <w:jc w:val="right"/>
      </w:pPr>
      <w:r>
        <w:t>بہت ہی مشکل کام ہے، اور بہت ہی rare ایسا انسان کوئی ہوگا جو non-stop focus کر سکے۔</w:t>
      </w:r>
    </w:p>
    <w:p>
      <w:r>
        <w:rPr>
          <w:b/>
        </w:rPr>
        <w:t xml:space="preserve">[51:05] </w:t>
      </w:r>
      <w:r>
        <w:t>lekin yeh toh behrahal possible hai ke aadmi jab bhi iska focus hate toh usko usko ehsaas ho jaye ke mera focus hat gaya, phir lotte, phir hate toh phir lotte, phir lotte.</w:t>
      </w:r>
    </w:p>
    <w:p>
      <w:pPr>
        <w:jc w:val="right"/>
      </w:pPr>
      <w:r>
        <w:t>لیکن یہ تو بہرحال possible ہے کہ آدمی جب بھی اس کا focus ہٹے تو اس کو اس کو احساس ہو جائے کہ میرا focus ہٹ گیا، پھر لوٹے، پھر ہٹے تو پھر لوٹے، پھر لوٹے۔</w:t>
      </w:r>
    </w:p>
    <w:p>
      <w:r>
        <w:rPr>
          <w:b/>
        </w:rPr>
        <w:t xml:space="preserve">[51:17] </w:t>
      </w:r>
      <w:r>
        <w:t>bas aise hi chalta rahe.</w:t>
      </w:r>
    </w:p>
    <w:p>
      <w:pPr>
        <w:jc w:val="right"/>
      </w:pPr>
      <w:r>
        <w:t>بس ایسے ہی چلتا رہے۔</w:t>
      </w:r>
    </w:p>
    <w:p>
      <w:r>
        <w:rPr>
          <w:b/>
        </w:rPr>
        <w:t xml:space="preserve">[51:23] </w:t>
      </w:r>
      <w:r>
        <w:t>Maaz sahib, yeh agla sawal aaya hai Shahab Haider ka Delhi se</w:t>
      </w:r>
    </w:p>
    <w:p>
      <w:pPr>
        <w:jc w:val="right"/>
      </w:pPr>
      <w:r>
        <w:t>معاذ صاحب، یہ اگلا سوال آیا ہے شہاب حیدر کا Delhi سے</w:t>
      </w:r>
    </w:p>
    <w:p>
      <w:r>
        <w:rPr>
          <w:b/>
        </w:rPr>
        <w:t xml:space="preserve">[51:28] </w:t>
      </w:r>
      <w:r>
        <w:t>. In the series of learning from you, and of course I am learning, I want to know the difference between ideal Islam and spiritual Islam.</w:t>
      </w:r>
    </w:p>
    <w:p>
      <w:pPr>
        <w:jc w:val="right"/>
      </w:pPr>
      <w:r>
        <w:t>. In the series of learning from you, and of course I am learning, I want to know the difference between ideal Islam and spiritual Islam.</w:t>
      </w:r>
    </w:p>
    <w:p>
      <w:r>
        <w:rPr>
          <w:b/>
        </w:rPr>
        <w:t xml:space="preserve">[51:41] </w:t>
      </w:r>
      <w:r>
        <w:t>Ideal Islam ka jo term aap ne istemal kiya hai toh main samajhta hoon ke yeh toh kahin Quran o Hadees mein aaya nahi hai. Yeh term toh koi aaya nahi Quran o Hadees mein. Ideal Islam.</w:t>
      </w:r>
    </w:p>
    <w:p>
      <w:pPr>
        <w:jc w:val="right"/>
      </w:pPr>
      <w:r>
        <w:t>آئیڈیل اسلام کا جو term آپ نے استعمال کیا ہے تو میں سمجھتا ہوں کہ یہ تو کہیں قرآن و حدیث میں آیا نہیں ہے۔ یہ term تو کوئی آیا نہیں قرآن و حدیث میں۔ آئیڈیل اسلام۔</w:t>
      </w:r>
    </w:p>
    <w:p>
      <w:r>
        <w:rPr>
          <w:b/>
        </w:rPr>
        <w:t xml:space="preserve">[51:55] </w:t>
      </w:r>
      <w:r>
        <w:t>Jahan tak main jaanta hoon.</w:t>
      </w:r>
    </w:p>
    <w:p>
      <w:pPr>
        <w:jc w:val="right"/>
      </w:pPr>
      <w:r>
        <w:t>جہاں تک میں جانتا ہوں۔</w:t>
      </w:r>
    </w:p>
    <w:p>
      <w:r>
        <w:rPr>
          <w:b/>
        </w:rPr>
        <w:t xml:space="preserve">[51:59] </w:t>
      </w:r>
      <w:r>
        <w:t>Kya ideal hai, woh Allah ko pata hai. Hum khud nahi jaan sakte ke yeh hai ideal. Hum toh bas koshish kar sakte hain.</w:t>
      </w:r>
    </w:p>
    <w:p>
      <w:pPr>
        <w:jc w:val="right"/>
      </w:pPr>
      <w:r>
        <w:t>کیا آئیڈیل ہے، وہ اللہ کو پتہ ہے۔ ہم خود نہیں جان سکتے کہ یہ ہے آئیڈیل۔ ہم تو بس کوشش کر سکتے ہیں۔</w:t>
      </w:r>
    </w:p>
    <w:p>
      <w:r>
        <w:rPr>
          <w:b/>
        </w:rPr>
        <w:t xml:space="preserve">[52:10] </w:t>
      </w:r>
      <w:r>
        <w:t>Albatta jis cheez ko main spirituality kehta hoon, woh ek woh wahi cheez hai jis ke liye yaani Quran mein Rabania aaya hai.</w:t>
      </w:r>
    </w:p>
    <w:p>
      <w:pPr>
        <w:jc w:val="right"/>
      </w:pPr>
      <w:r>
        <w:t>البتہ جس چیز کو میں spirituality کہتا ہوں، وہ ایک وہ وہی چیز ہے جس کے لیے یعنی قرآن میں الربانیہ آیا ہے۔</w:t>
      </w:r>
    </w:p>
    <w:p>
      <w:r>
        <w:rPr>
          <w:b/>
        </w:rPr>
        <w:t xml:space="preserve">[52:24] </w:t>
      </w:r>
      <w:r>
        <w:t>KUN RABBAANIYYAN Rabania hi ke maani mein bolta hoon main spirituality ko. Aur woh Rabania kya hai?</w:t>
      </w:r>
    </w:p>
    <w:p>
      <w:pPr>
        <w:jc w:val="right"/>
      </w:pPr>
      <w:r>
        <w:t>كُونِ رَبَّانِيٍّ الربانیہ ہی کے معنی میں بولتا ہوں میں spirituality کو۔ اور وہ الربانیہ کیا ہے؟</w:t>
      </w:r>
    </w:p>
    <w:p>
      <w:r>
        <w:rPr>
          <w:b/>
        </w:rPr>
        <w:t xml:space="preserve">[52:35] </w:t>
      </w:r>
      <w:r>
        <w:t>REB-ORIENTED THINKING Rab ko apna concentrated banana.</w:t>
      </w:r>
    </w:p>
    <w:p>
      <w:pPr>
        <w:jc w:val="right"/>
      </w:pPr>
      <w:r>
        <w:t>REB-ORIENTED THINKING رب کو اپنا concentrated بنانا۔</w:t>
      </w:r>
    </w:p>
    <w:p>
      <w:r>
        <w:rPr>
          <w:b/>
        </w:rPr>
        <w:t xml:space="preserve">[52:41] </w:t>
      </w:r>
      <w:r>
        <w:t>Jab ek aadmi aisa kare ke woh Rab ko discover kare aur woh apni source ko Rab ki taraf divert kare aur cheezon mein Rab ki jhalakiyan dekhe, woh is tarah ki zindagi guzare toh isi ka naam hai Rabani zindagi.</w:t>
      </w:r>
    </w:p>
    <w:p>
      <w:pPr>
        <w:jc w:val="right"/>
      </w:pPr>
      <w:r>
        <w:t>جب ایک آدمی ایسا کرے کہ وہ رب کو discover کرے اور وہ اپنی source کو رب کی طرف divert کرے اور چیزوں میں رب کی جھلکیاں دیکھے، وہ اس طرح کی زندگی گزارے تو اسی کا نام ہے ربانی زندگی۔</w:t>
      </w:r>
    </w:p>
    <w:p>
      <w:r>
        <w:rPr>
          <w:b/>
        </w:rPr>
        <w:t xml:space="preserve">[52:59] </w:t>
      </w:r>
      <w:r>
        <w:t>Doosre ko kaha gaya hai KUN RABBAANIYYAN Rabani bano.</w:t>
      </w:r>
    </w:p>
    <w:p>
      <w:pPr>
        <w:jc w:val="right"/>
      </w:pPr>
      <w:r>
        <w:t>دوسرے کو کہا گیا ہے كُونِ رَبَّانِيٍّ ربانی بنو۔</w:t>
      </w:r>
    </w:p>
    <w:p>
      <w:r>
        <w:rPr>
          <w:b/>
        </w:rPr>
        <w:t xml:space="preserve">[53:03] </w:t>
      </w:r>
      <w:r>
        <w:t>Toh Qurani lafz agar aap pasand karte hain toh woh hai Rabani. Aur agar koi aur lafz aap bolna chahein toh woh hai spirituality.</w:t>
      </w:r>
    </w:p>
    <w:p>
      <w:pPr>
        <w:jc w:val="right"/>
      </w:pPr>
      <w:r>
        <w:t>تو قرآنی لفظ اگر آپ پسند کرتے ہیں تو وہ ہے ربانی۔ اور اگر کوئی اور لفظ آپ بولنا چاہیں تو وہ ہے spirituality۔</w:t>
      </w:r>
    </w:p>
    <w:p>
      <w:r>
        <w:rPr>
          <w:b/>
        </w:rPr>
        <w:t xml:space="preserve">[53:14] </w:t>
      </w:r>
      <w:r>
        <w:t>Yaani Rabani insaan hi ko sense mein bolta hoon main. Spiritual insaan. Baqi jo aap ne farmaya ideal Islam toh mere ilm ke mutabiq ideal Islam ka term jo hai Quran o Hadees mein istemal nahi hua hai.</w:t>
      </w:r>
    </w:p>
    <w:p>
      <w:pPr>
        <w:jc w:val="right"/>
      </w:pPr>
      <w:r>
        <w:t>یعنی ربانی انسان ہی کو sense میں بولتا ہوں میں۔ Spiritual انسان۔ باقی جو آپ نے فرمایا آئیڈیل اسلام تو میرے علم کے مطابق آئیڈیل اسلام کا term جو ہے قرآن و حدیث میں استعمال نہیں ہوا ہے۔</w:t>
      </w:r>
    </w:p>
    <w:p>
      <w:r>
        <w:rPr>
          <w:b/>
        </w:rPr>
        <w:t xml:space="preserve">[53:32] </w:t>
      </w:r>
      <w:r>
        <w:t>Next question is from Raj Malik unhon ne apni location define nahi ki hai. Maulana sahib, aap se guzarish hai ke Kashmir mein aap ka kutabcha "Qayamat ka Alarm" zyada se zyada distribute kiya jaye taake log yeh samajh sakein ke Qayamat Kubra is se badi aur azeem hai.</w:t>
      </w:r>
    </w:p>
    <w:p>
      <w:pPr>
        <w:jc w:val="right"/>
      </w:pPr>
      <w:r>
        <w:t>Next question is from Raj Malik انہوں نے اپنی location define نہیں کی ہے۔ مولانا صاحب، آپ سے گزارش ہے کہ کشمیر میں آپ کا کتابچہ "قیامت کا الارم" زیادہ سے زیادہ distribute کیا جائے تاکہ لوگ یہ سمجھ سکیں کہ قیامت کبریٰ اس سے بڑی اور عظیم ہے۔</w:t>
      </w:r>
    </w:p>
    <w:p>
      <w:r>
        <w:rPr>
          <w:b/>
        </w:rPr>
        <w:t xml:space="preserve">[53:57] </w:t>
      </w:r>
      <w:r>
        <w:t>Theek hai, inshallah aap ka yeh session acha hai aur hamare saathi'on ne kiya bhi hai, un ko phailaya hai wahan par. Abhi thoda sa crisis khatam ho toh hum un se kahenge ke bhai yeh kitaab ko aur phailaiye, aur phailaiye, inshallah.</w:t>
      </w:r>
    </w:p>
    <w:p>
      <w:pPr>
        <w:jc w:val="right"/>
      </w:pPr>
      <w:r>
        <w:t>ٹھیک ہے، انشاءاللہ آپ کا یہ session اچھا ہے اور ہمارے ساتھیوں نے کیا بھی ہے، ان کو پھیلایا ہے وہاں پر۔ ابھی تھوڑا سا crisis ختم ہو تو ہم ان سے کہیں گے کہ بھئی یہ کتاب کو اور پھیلائیے، اور پھیلائیے، انشاءاللہ۔</w:t>
      </w:r>
    </w:p>
    <w:p>
      <w:r>
        <w:rPr>
          <w:b/>
        </w:rPr>
        <w:t xml:space="preserve">[54:14] </w:t>
      </w:r>
      <w:r>
        <w:t>Maaz sahib, agla question aaya hai Maulana Iqbal Umri ka Chennai se. Maulana, ideal achievement hamara goal nahi hai kya?</w:t>
      </w:r>
    </w:p>
    <w:p>
      <w:pPr>
        <w:jc w:val="right"/>
      </w:pPr>
      <w:r>
        <w:t>معاذ صاحب، اگلا question آیا ہے مولانا اقبال عمری کا چنئی سے۔ مولانا، ideal achievement ہمارا goal نہیں ہے کیا؟</w:t>
      </w:r>
    </w:p>
    <w:p>
      <w:r>
        <w:rPr>
          <w:b/>
        </w:rPr>
        <w:t xml:space="preserve">[54:25] </w:t>
      </w:r>
      <w:r>
        <w:t>Is mein profits ka bhi exception hai aur woh bhi achieve nahi kar sake?</w:t>
      </w:r>
    </w:p>
    <w:p>
      <w:pPr>
        <w:jc w:val="right"/>
      </w:pPr>
      <w:r>
        <w:t>اس میں profits کا بھی exception ہے اور وہ بھی achieve نہیں کر سکے؟</w:t>
      </w:r>
    </w:p>
    <w:p>
      <w:r>
        <w:rPr>
          <w:b/>
        </w:rPr>
        <w:t xml:space="preserve">[54:36] </w:t>
      </w:r>
      <w:r>
        <w:t>Dekhein, yeh ek question clear nahi hai. Ideal achievement ka lafz sahi nahi hai.</w:t>
      </w:r>
    </w:p>
    <w:p>
      <w:pPr>
        <w:jc w:val="right"/>
      </w:pPr>
      <w:r>
        <w:t>دیکھیں، یہ ایک question clear نہیں ہے۔ Ideal achievement کا لفظ صحیح نہیں ہے۔</w:t>
      </w:r>
    </w:p>
    <w:p>
      <w:r>
        <w:rPr>
          <w:b/>
        </w:rPr>
        <w:t xml:space="preserve">[54:45] </w:t>
      </w:r>
      <w:r>
        <w:t>Agar yeh is ka matlab agar yeh le rahe hain ke ideal ko achieve karna toh ideal ko achieve karne ke silsile mein ke yaani justice ka nizam qaim karna, human rights ke voice ko khatam kar dena,</w:t>
      </w:r>
    </w:p>
    <w:p>
      <w:pPr>
        <w:jc w:val="right"/>
      </w:pPr>
      <w:r>
        <w:t>اگر یہ اس کا مطلب اگر یہ لے رہے ہیں کہ ideal کو achieve کرنا تو ideal کو achieve کرنے کے سلسلے میں کہ یعنی justice کا نظام قائم کرنا، human rights کے voice کو ختم کر دینا،</w:t>
      </w:r>
    </w:p>
    <w:p>
      <w:r>
        <w:rPr>
          <w:b/>
        </w:rPr>
        <w:t xml:space="preserve">[55:03] </w:t>
      </w:r>
      <w:r>
        <w:t>aur bohat hi mayari hukoomat qaim karna</w:t>
      </w:r>
    </w:p>
    <w:p>
      <w:pPr>
        <w:jc w:val="right"/>
      </w:pPr>
      <w:r>
        <w:t>اور بہت ہی معیاری حکومت قائم کرنا</w:t>
      </w:r>
    </w:p>
    <w:p>
      <w:r>
        <w:rPr>
          <w:b/>
        </w:rPr>
        <w:t xml:space="preserve">[55:09] </w:t>
      </w:r>
      <w:r>
        <w:t>yeh goal profit ka hota hi nahin. yeh to leaderon ne goal bana rakha hai. yeh to non-achievable hai. kyunke dekhiye, maine bar bar yeh baat kahi hai ke dunya mein Allah ne insaan ko azadi hai.</w:t>
      </w:r>
    </w:p>
    <w:p>
      <w:pPr>
        <w:jc w:val="right"/>
      </w:pPr>
      <w:r>
        <w:t>، یہ goal profit کا ہوتا ہی نہیں۔ یہ تو لیڈروں نے goal بنا رکھا ہے۔ یہ تو non-achievable ہے۔ کیونکہ دیکھیے، میں نے بار بار یہ بات کہی ہے کہ دنیا میں اللہ نے انسان کو آزادی ہے۔</w:t>
      </w:r>
    </w:p>
    <w:p>
      <w:r>
        <w:rPr>
          <w:b/>
        </w:rPr>
        <w:t xml:space="preserve">[55:26] </w:t>
      </w:r>
      <w:r>
        <w:t>azadi bilkul absolute hai. khud Khuda bhi is ki azadi ko aap ka waris nahin karta. aap dekhen ke Khuda ke khilaf beshumar kitaben likhi gayi hain.</w:t>
      </w:r>
    </w:p>
    <w:p>
      <w:pPr>
        <w:jc w:val="right"/>
      </w:pPr>
      <w:r>
        <w:t>آزادی بالکل absolute ہے۔ خود خدا بھی اس کی آزادی کو آپ کا وارث نہیں کرتا۔ آپ دیکھیں کہ خدا کے خلاف بے شمار کتابیں لکھی گئی ہیں۔</w:t>
      </w:r>
    </w:p>
    <w:p>
      <w:r>
        <w:rPr>
          <w:b/>
        </w:rPr>
        <w:t xml:space="preserve">[55:40] </w:t>
      </w:r>
      <w:r>
        <w:t>God delusion, God is dead pata nahin kaisi yeh kitaben hain. to kya Khuda ne in ka hath paon tod dala? woh phir bhi dandan rahe hain?</w:t>
      </w:r>
    </w:p>
    <w:p>
      <w:pPr>
        <w:jc w:val="right"/>
      </w:pPr>
      <w:r>
        <w:t>God delusion, God is dead پتہ نہیں کیسی یہ کتابیں ہیں۔ تو کیا خدا نے ان کا ہاتھ پاؤں توڑ ڈالا؟ وہ پھر بھی دندنا رہے ہیں؟</w:t>
      </w:r>
    </w:p>
    <w:p>
      <w:r>
        <w:rPr>
          <w:b/>
        </w:rPr>
        <w:t xml:space="preserve">[55:52] </w:t>
      </w:r>
      <w:r>
        <w:t>woh to yeh bohat bari baat hai. jaanna chahiye ke Allah taala ne insaan ko qayamat tak ke liye total freedom diya hai.</w:t>
      </w:r>
    </w:p>
    <w:p>
      <w:pPr>
        <w:jc w:val="right"/>
      </w:pPr>
      <w:r>
        <w:t>وہ تو یہ بہت بڑی بات ہے۔ جاننا چاہیے کہ اللہ تعالیٰ نے انسان کو قیامت تک کے لیے total freedom دیا ہے۔</w:t>
      </w:r>
    </w:p>
    <w:p>
      <w:r>
        <w:rPr>
          <w:b/>
        </w:rPr>
        <w:t xml:space="preserve">[56:07] </w:t>
      </w:r>
      <w:r>
        <w:t>woh kuch bhi kahe, us ko azadi rahe gi.</w:t>
      </w:r>
    </w:p>
    <w:p>
      <w:pPr>
        <w:jc w:val="right"/>
      </w:pPr>
      <w:r>
        <w:t>وہ کچھ بھی کہے، اس کو آزادی رہے گی۔</w:t>
      </w:r>
    </w:p>
    <w:p>
      <w:r>
        <w:rPr>
          <w:b/>
        </w:rPr>
        <w:t xml:space="preserve">[56:10] </w:t>
      </w:r>
      <w:r>
        <w:t>pakad jo hogi, woh qayamat mein hogi. to jab aisa hai to paighambar ideal system kaise banaye ga? kaise banaye ga? bataiye. Ideal system ke liye zaroori hai ke in insanon ko zer kiya jaye jin ko freedom mila hua hai.</w:t>
      </w:r>
    </w:p>
    <w:p>
      <w:pPr>
        <w:jc w:val="right"/>
      </w:pPr>
      <w:r>
        <w:t>پکڑ جو ہوگی، وہ قیامت میں ہوگی۔ تو جب ایسا ہے تو پیغمبر ideal system کیسے بنائے گا؟ کیسے بنائے گا؟ بتائیے۔ Ideal system کے لیے ضروری ہے کہ ان انسانوں کو زیر کیا جائے جن کو freedom ملا ہوا ہے۔</w:t>
      </w:r>
    </w:p>
    <w:p>
      <w:r>
        <w:rPr>
          <w:b/>
        </w:rPr>
        <w:t xml:space="preserve">[56:26] </w:t>
      </w:r>
      <w:r>
        <w:t>to kya sab ko qatl kar le ga? to qatl kar le ga to system kahan banega?</w:t>
      </w:r>
    </w:p>
    <w:p>
      <w:pPr>
        <w:jc w:val="right"/>
      </w:pPr>
      <w:r>
        <w:t>تو کیا سب کو قتل کر لے گا؟ تو قتل کر لے گا تو system کہاں بنے گا؟</w:t>
      </w:r>
    </w:p>
    <w:p>
      <w:r>
        <w:rPr>
          <w:b/>
        </w:rPr>
        <w:t xml:space="preserve">[56:35] </w:t>
      </w:r>
      <w:r>
        <w:t>isi liye dekhiye, insaan ne Hazrat Yahya paighambar the, un ko qatl kar diya. insaan ne Hazrat Umar itne oonche darje ke khaleefa the, un ko qatl kar diya.</w:t>
      </w:r>
    </w:p>
    <w:p>
      <w:pPr>
        <w:jc w:val="right"/>
      </w:pPr>
      <w:r>
        <w:t>اسی لیے دیکھیے، انسان نے حضرت یحییٰ پیغمبر تھے، ان کو قتل کر دیا۔ انسان نے حضرت عمر اتنے اونچے درجے کے خلیفہ تھے، ان کو قتل کر دیا۔</w:t>
      </w:r>
    </w:p>
    <w:p>
      <w:r>
        <w:rPr>
          <w:b/>
        </w:rPr>
        <w:t xml:space="preserve">[56:47] </w:t>
      </w:r>
      <w:r>
        <w:t>yeh sab hota hi hota hai. to due to human freedom it is not possible to establish ideal system in this world to kaise paighambar kare ga?</w:t>
      </w:r>
    </w:p>
    <w:p>
      <w:pPr>
        <w:jc w:val="right"/>
      </w:pPr>
      <w:r>
        <w:t>یہ سب ہوتا ہی ہوتا ہے۔ تو due to human freedom it is not possible to establish ideal system in this world تو کیسے پیغمبر کرے گا؟</w:t>
      </w:r>
    </w:p>
    <w:p>
      <w:r>
        <w:rPr>
          <w:b/>
        </w:rPr>
        <w:t xml:space="preserve">[57:05] </w:t>
      </w:r>
      <w:r>
        <w:t>to paighambar dekhiye, apne aap ko ideal bana sakta hai. apne aap ko. aur banaya. har paighambar ne apne aap ko ideal banaya.</w:t>
      </w:r>
    </w:p>
    <w:p>
      <w:pPr>
        <w:jc w:val="right"/>
      </w:pPr>
      <w:r>
        <w:t>تو پیغمبر دیکھیے، اپنے آپ کو ideal بنا سکتا ہے۔ اپنے آپ کو۔ اور بنایا۔ ہر پیغمبر نے اپنے آپ کو ideal بنایا۔</w:t>
      </w:r>
    </w:p>
    <w:p>
      <w:r>
        <w:rPr>
          <w:b/>
        </w:rPr>
        <w:t xml:space="preserve">[57:16] </w:t>
      </w:r>
      <w:r>
        <w:t>isi liye to kaha ke سُومُّ كَمَرَ رَأْتُمُنِي أُسَلِّ mujhe dekho, jaisa main karta hoon, waisa karo. to har paighambar ne apni zaat ko ideal banaya.</w:t>
      </w:r>
    </w:p>
    <w:p>
      <w:pPr>
        <w:jc w:val="right"/>
      </w:pPr>
      <w:r>
        <w:t>اسی لیے تو کہا کہ سُومُّ كَمَرَ رَأْتُمُنِي أُسَلِّ مجھے دیکھو، جیسا میں کرتا ہوں، ویسا کرو۔ تو ہر پیغمبر نے اپنی ذات کو ideal بنایا۔</w:t>
      </w:r>
    </w:p>
    <w:p>
      <w:r>
        <w:rPr>
          <w:b/>
        </w:rPr>
        <w:t xml:space="preserve">[57:27] </w:t>
      </w:r>
      <w:r>
        <w:t>lekin yeh yeh sirf possible hi nahin hai ke system ko ideal banaya jaye.</w:t>
      </w:r>
    </w:p>
    <w:p>
      <w:pPr>
        <w:jc w:val="right"/>
      </w:pPr>
      <w:r>
        <w:t>لیکن یہ یہ صرف possible ہی نہیں ہے کہ system کو ideal بنایا جائے۔</w:t>
      </w:r>
    </w:p>
    <w:p>
      <w:r>
        <w:rPr>
          <w:b/>
        </w:rPr>
        <w:t xml:space="preserve">[57:32] </w:t>
      </w:r>
      <w:r>
        <w:t>is zamane mein kuch uthe, yani Arab mein bhi, non-Arab mein bhi, aise jinhon ne ideal system ko goal banaya.</w:t>
      </w:r>
    </w:p>
    <w:p>
      <w:pPr>
        <w:jc w:val="right"/>
      </w:pPr>
      <w:r>
        <w:t>اس زمانے میں کچھ اٹھے، یعنی عرب میں بھی، non-Arab میں بھی، ایسے جنہوں نے ideal system کو goal بنایا۔</w:t>
      </w:r>
    </w:p>
    <w:p>
      <w:r>
        <w:rPr>
          <w:b/>
        </w:rPr>
        <w:t xml:space="preserve">[57:41] </w:t>
      </w:r>
      <w:r>
        <w:t>lekin kya ideal system bana paye woh? sirf unhon ne sirf yeh kiya ke ek naya larai ka ek maidan khol diya. log lar rahe hain ideal system ke liye.</w:t>
      </w:r>
    </w:p>
    <w:p>
      <w:pPr>
        <w:jc w:val="right"/>
      </w:pPr>
      <w:r>
        <w:t>لیکن کیا ideal system بنا پائے وہ؟ صرف انہوں نے صرف یہ کیا کہ ایک نیا لڑائی کا ایک میدان کھول دیا۔ لوگ لڑ رہے ہیں ideal system کے لیے۔</w:t>
      </w:r>
    </w:p>
    <w:p>
      <w:r>
        <w:rPr>
          <w:b/>
        </w:rPr>
        <w:t xml:space="preserve">[57:52] </w:t>
      </w:r>
      <w:r>
        <w:t>lar rahe hain, bahar ja rahe hain. halanke ideal system ban nahin sakta.</w:t>
      </w:r>
    </w:p>
    <w:p>
      <w:pPr>
        <w:jc w:val="right"/>
      </w:pPr>
      <w:r>
        <w:t>لڑ رہے ہیں، باہر جا رہے ہیں۔ حالانکہ ideal system بن نہیں سکتا۔</w:t>
      </w:r>
    </w:p>
    <w:p>
      <w:r>
        <w:rPr>
          <w:b/>
        </w:rPr>
        <w:t xml:space="preserve">[57:58] </w:t>
      </w:r>
      <w:r>
        <w:t>aur kitaben likhi gayi hain jo mislan Madina mein jo state qaim thi, aisi kitaben likh rakhi hain jaise ke wahan bagh o bahar tha. koi bagh o bahar nahin tha wahan pe.</w:t>
      </w:r>
    </w:p>
    <w:p>
      <w:pPr>
        <w:jc w:val="right"/>
      </w:pPr>
      <w:r>
        <w:t>اور کتابیں لکھی گئی ہیں جو مثلاً مدینہ میں جو state قائم تھی، ایسی کتابیں لکھ رکھی ہیں جیسے کہ وہاں باغ و باہر تھا۔ کوئی باغ و باہر نہیں تھا وہاں پہ۔</w:t>
      </w:r>
    </w:p>
    <w:p>
      <w:r>
        <w:rPr>
          <w:b/>
        </w:rPr>
        <w:t xml:space="preserve">[58:08] </w:t>
      </w:r>
      <w:r>
        <w:t>bagh o bahar ho nahin sakta hai. to sare andaaz mein kitaben likh rakhi hain logon ne. to us ko le kar log samajhte hain ke wahan bagh o bahar tha.</w:t>
      </w:r>
    </w:p>
    <w:p>
      <w:pPr>
        <w:jc w:val="right"/>
      </w:pPr>
      <w:r>
        <w:t>باغ و باہر ہو نہیں سکتا ہے۔ تو سارے انداز میں کتابیں لکھ رکھی ہیں لوگوں نے۔ تو اس کو لے کر لوگ سمجھتے ہیں کہ وہاں باغ و باہر تھا۔</w:t>
      </w:r>
    </w:p>
    <w:p>
      <w:r>
        <w:rPr>
          <w:b/>
        </w:rPr>
        <w:t xml:space="preserve">[58:20] </w:t>
      </w:r>
      <w:r>
        <w:t>na bagh o bahar tha aur na bagh o bahar ban sakta hai.</w:t>
      </w:r>
    </w:p>
    <w:p>
      <w:pPr>
        <w:jc w:val="right"/>
      </w:pPr>
      <w:r>
        <w:t>نہ باغ و باہر تھا اور نہ باغ و باہر بن سکتا ہے۔</w:t>
      </w:r>
    </w:p>
    <w:p>
      <w:r>
        <w:rPr>
          <w:b/>
        </w:rPr>
        <w:t xml:space="preserve">[58:23] </w:t>
      </w:r>
      <w:r>
        <w:t>isi liye maine jo study ki hai to maine jaana hai ke individual level par ek aadmi apne aap ko ideal bana sakta hai.</w:t>
      </w:r>
    </w:p>
    <w:p>
      <w:pPr>
        <w:jc w:val="right"/>
      </w:pPr>
      <w:r>
        <w:t>اسی لیے میں نے جو study کی ہے تو میں نے جانا ہے کہ individual level پر ایک آدمی اپنے آپ کو ideal بنا سکتا ہے۔</w:t>
      </w:r>
    </w:p>
    <w:p>
      <w:r>
        <w:rPr>
          <w:b/>
        </w:rPr>
        <w:t xml:space="preserve">[58:33] </w:t>
      </w:r>
      <w:r>
        <w:t>lekin system ko ideal bana de woh, yeh impossible hai. na paighambar ke zamane mein hua, na ab ho sakta hai. dekhiye, yeh bohat bari baat hai.</w:t>
      </w:r>
    </w:p>
    <w:p>
      <w:pPr>
        <w:jc w:val="right"/>
      </w:pPr>
      <w:r>
        <w:t>لیکن system کو ideal بنا دے وہ، یہ impossible ہے۔ نہ پیغمبر کے زمانے میں ہوا، نہ اب ہو سکتا ہے۔ دیکھیے، یہ بہت بڑی بات ہے۔</w:t>
      </w:r>
    </w:p>
    <w:p>
      <w:r>
        <w:rPr>
          <w:b/>
        </w:rPr>
        <w:t xml:space="preserve">[58:44] </w:t>
      </w:r>
      <w:r>
        <w:t>isi liye hum ne dekhiye, hum ne apne CPS ka jo mission hai, us mein hamara ek goal dawat hai.</w:t>
      </w:r>
    </w:p>
    <w:p>
      <w:pPr>
        <w:jc w:val="right"/>
      </w:pPr>
      <w:r>
        <w:t>اسی لیے ہم نے دیکھیے، ہم نے اپنے سی پی ایس کا جو mission ہے، اس میں ہمارا ایک goal دعوت ہے۔</w:t>
      </w:r>
    </w:p>
    <w:p>
      <w:r>
        <w:rPr>
          <w:b/>
        </w:rPr>
        <w:t xml:space="preserve">[58:53] </w:t>
      </w:r>
      <w:r>
        <w:t>hamara goal system ko qaim karna nahin hai. hum ne jo goal ikhtiyar kiya hai, woh hai ke Allah ke message ko logon tak pahunchana.</w:t>
      </w:r>
    </w:p>
    <w:p>
      <w:pPr>
        <w:jc w:val="right"/>
      </w:pPr>
      <w:r>
        <w:t>ہمارا goal system کو قائم کرنا نہیں ہے۔ ہم نے جو goal اختیار کیا ہے، وہ ہے کہ اللہ کے message کو لوگوں تک پہنچانا۔</w:t>
      </w:r>
    </w:p>
    <w:p>
      <w:r>
        <w:rPr>
          <w:b/>
        </w:rPr>
        <w:t xml:space="preserve">[59:08] </w:t>
      </w:r>
      <w:r>
        <w:t>Allah ke message ko logon tak pahunchana. yeh dawat, tablegh. yani pahunchana hamara target hai. pahunchana. System bana dalna, yeh hamara target nahin hai.</w:t>
      </w:r>
    </w:p>
    <w:p>
      <w:pPr>
        <w:jc w:val="right"/>
      </w:pPr>
      <w:r>
        <w:t>اللہ کے message کو لوگوں تک پہنچانا۔ یہ دعوت، تبلیغ۔ یعنی پہنچانا ہمارا target ہے۔ پہنچانا۔ System بنا ڈالنا، یہ ہمارا target نہیں ہے۔</w:t>
      </w:r>
    </w:p>
    <w:p>
      <w:r>
        <w:rPr>
          <w:b/>
        </w:rPr>
        <w:t xml:space="preserve">[59:20] </w:t>
      </w:r>
      <w:r>
        <w:t>System banane ka jo target jinhon ne liya hai, jin logon ne. bohat si jamaaten hain, aap jante hain. India se le kar Arab tak. System banane ke naam par kya hai?</w:t>
      </w:r>
    </w:p>
    <w:p>
      <w:pPr>
        <w:jc w:val="right"/>
      </w:pPr>
      <w:r>
        <w:t>System بنانے کا جو target جنہوں نے لیا ہے، جن لوگوں نے۔ بہت سی جماعتیں ہیں، آپ جانتے ہیں۔ انڈیا سے لے کر عرب تک۔ System بنانے کے نام پر کیا ہے؟</w:t>
      </w:r>
    </w:p>
    <w:p>
      <w:r>
        <w:rPr>
          <w:b/>
        </w:rPr>
        <w:t xml:space="preserve">[59:30] </w:t>
      </w:r>
      <w:r>
        <w:t>maar kaat, maar kaat, maar kaat. koi system to bana nahin. aur maar kaat khoob khoob hui.</w:t>
      </w:r>
    </w:p>
    <w:p>
      <w:pPr>
        <w:jc w:val="right"/>
      </w:pPr>
      <w:r>
        <w:t>مار کاٹ، مار کاٹ، مار کاٹ۔ کوئی system تو بنا نہیں۔ اور مار کاٹ خوب خوب ہوئی۔</w:t>
      </w:r>
    </w:p>
    <w:p>
      <w:r>
        <w:rPr>
          <w:b/>
        </w:rPr>
        <w:t xml:space="preserve">[59:40] </w:t>
      </w:r>
      <w:r>
        <w:t>is wajah se hum ne samjha hai quran o hadith ke mutalliq se ke system ke maamle mein woh jo samajh jisko sanction kare, bas.</w:t>
      </w:r>
    </w:p>
    <w:p>
      <w:pPr>
        <w:jc w:val="right"/>
      </w:pPr>
      <w:r>
        <w:t>اس وجہ سے ہم نے سمجھا ہے قرآن و حدیث کے متعلق سے کہ system کے معاملے میں وہ جو سماج جس کو sanction کرے، بس۔</w:t>
      </w:r>
    </w:p>
    <w:p>
      <w:r>
        <w:rPr>
          <w:b/>
        </w:rPr>
        <w:t xml:space="preserve">[59:55] </w:t>
      </w:r>
      <w:r>
        <w:t>jitna samajh accept kar raha hai, jitna samajh ke liye acceptable hai, woh itna aap samajh mein qaim kijiye.</w:t>
      </w:r>
    </w:p>
    <w:p>
      <w:pPr>
        <w:jc w:val="right"/>
      </w:pPr>
      <w:r>
        <w:t>جتنا سماج accept کر رہا ہے، جتنا سماج کے لیے acceptable ہے، وہ اتنا آپ سماج میں قائم کیجیے۔</w:t>
      </w:r>
    </w:p>
    <w:p>
      <w:r>
        <w:rPr>
          <w:b/>
        </w:rPr>
        <w:t xml:space="preserve">[1:00:05] </w:t>
      </w:r>
      <w:r>
        <w:t>albata apni zaat ke maamle mein aap khud ko ideal baniye. is mein koi rukawat nahin hai. aap jaise chahein baat kijiye, jaise chahiye sochiye, jis tarah se chahein apne ko ideal banaiye.</w:t>
      </w:r>
    </w:p>
    <w:p>
      <w:pPr>
        <w:jc w:val="right"/>
      </w:pPr>
      <w:r>
        <w:t>البتہ اپنی ذات کے معاملے میں آپ خود کو ideal بنیے۔ اس میں کوئی رکاوٹ نہیں ہے۔ آپ جیسے چاہیں بات کیجیے، جیسے چاہیے سوچیے، جس طرح سے چاہیں اپنے کو ideal بنائیے۔</w:t>
      </w:r>
    </w:p>
    <w:p>
      <w:r>
        <w:rPr>
          <w:b/>
        </w:rPr>
        <w:t xml:space="preserve">[1:00:20] </w:t>
      </w:r>
      <w:r>
        <w:t>to hamara manna yeh hai ke islam ko hum yahi samajhte hain ke in terms of individual idealism, in terms of practical pragmatism</w:t>
      </w:r>
    </w:p>
    <w:p>
      <w:pPr>
        <w:jc w:val="right"/>
      </w:pPr>
      <w:r>
        <w:t>تو ہمارا ماننا یہ ہے کہ اسلام کو ہم یہی سمجھتے ہیں کہ in terms of individual idealism, in terms of practical pragmatism</w:t>
      </w:r>
    </w:p>
    <w:p>
      <w:r>
        <w:rPr>
          <w:b/>
        </w:rPr>
        <w:t xml:space="preserve">[1:00:35] </w:t>
      </w:r>
      <w:r>
        <w:t>yeh is ko hum samajhte hain ke yahi islam hai. to society mein koi yeh goal banaye ke hum ko social justice qaim karna hai ideal sense mein, to aisi cheez hai jis se fasaad barpa hoga.</w:t>
      </w:r>
    </w:p>
    <w:p>
      <w:pPr>
        <w:jc w:val="right"/>
      </w:pPr>
      <w:r>
        <w:t>یہ اس کو ہم سمجھتے ہیں کہ یہی اسلام ہے۔ تو society میں کوئی یہ goal بنائے کہ ہم کو social justice قائم کرنا ہے ideal sense میں، تو ایسی چیز ہے جس سے فساد برپا ہوگا۔</w:t>
      </w:r>
    </w:p>
    <w:p>
      <w:r>
        <w:rPr>
          <w:b/>
        </w:rPr>
        <w:t xml:space="preserve">[1:00:47] </w:t>
      </w:r>
      <w:r>
        <w:t>kyun ke social justice ke naam par aap ladenge kisi se, kisi ko hukumat ko khatam karne ke liye koshish karenge, ab hukumat bhi waar karegi aap ke upar, to aap se hukumat ladai yahan hogi.</w:t>
      </w:r>
    </w:p>
    <w:p>
      <w:pPr>
        <w:jc w:val="right"/>
      </w:pPr>
      <w:r>
        <w:t>کیونکہ social justice کے نام پر آپ لڑیں گے کسی سے، کسی کو حکومت کو ختم کرنے کے لیے کوشش کریں گے، اب حکومت بھی وار کرے گی آپ کے اوپر، تو آپ سے حکومت لڑائی یہاں ہوگی۔</w:t>
      </w:r>
    </w:p>
    <w:p>
      <w:r>
        <w:rPr>
          <w:b/>
        </w:rPr>
        <w:t xml:space="preserve">[1:00:57] </w:t>
      </w:r>
      <w:r>
        <w:t>jaisa ke aap jante hain, muslim mulkon mein ho raha hai yeh.</w:t>
      </w:r>
    </w:p>
    <w:p>
      <w:pPr>
        <w:jc w:val="right"/>
      </w:pPr>
      <w:r>
        <w:t>جیسا کہ آپ جانتے ہیں، مسلم ملکوں میں ہو رہا ہے یہ۔</w:t>
      </w:r>
    </w:p>
    <w:p>
      <w:r>
        <w:rPr>
          <w:b/>
        </w:rPr>
        <w:t xml:space="preserve">[1:01:01] </w:t>
      </w:r>
      <w:r>
        <w:t>muslim mulkon mein roz aap jante hain ke wahan par wahan ke muslim awam aur hukumat aapas mein lad rahe hain. kyun ke leaderon ne yeh kar rakha hai ke humein humein nizam mein haq, nizam adl qaim kar rakha hai.</w:t>
      </w:r>
    </w:p>
    <w:p>
      <w:pPr>
        <w:jc w:val="right"/>
      </w:pPr>
      <w:r>
        <w:t>مسلم ملکوں میں روز آپ جانتے ہیں کہ وہاں پر وہاں کے مسلم عوام اور حکومت آپس میں لڑ رہے ہیں۔ کیونکہ لیڈروں نے یہ کر رکھا ہے کہ ہمیں ہمیں نظام میں حق، نظام عدل قائم کر رکھا ہے۔</w:t>
      </w:r>
    </w:p>
    <w:p>
      <w:r>
        <w:rPr>
          <w:b/>
        </w:rPr>
        <w:t xml:space="preserve">[1:01:15] </w:t>
      </w:r>
      <w:r>
        <w:t>yeh bilkul bilkul hi yani ghair islami baat hai yeh.</w:t>
      </w:r>
    </w:p>
    <w:p>
      <w:pPr>
        <w:jc w:val="right"/>
      </w:pPr>
      <w:r>
        <w:t>یہ بالکل بالکل ہی یعنی غیر اسلامی بات ہے یہ۔</w:t>
      </w:r>
    </w:p>
    <w:p>
      <w:r>
        <w:rPr>
          <w:b/>
        </w:rPr>
        <w:t xml:space="preserve">[1:01:23] </w:t>
      </w:r>
      <w:r>
        <w:t>samaji satah par woh hoga jis ko samajh sanction kar raha ho, itna hi is se zyada nahin.</w:t>
      </w:r>
    </w:p>
    <w:p>
      <w:pPr>
        <w:jc w:val="right"/>
      </w:pPr>
      <w:r>
        <w:t>سماجی سطح پر وہ ہوگا جس کو سماج sanction کر رہا ہو، اتنا ہی اس سے زیادہ نہیں۔</w:t>
      </w:r>
    </w:p>
    <w:p>
      <w:r>
        <w:rPr>
          <w:b/>
        </w:rPr>
        <w:t xml:space="preserve">[1:01:33] </w:t>
      </w:r>
      <w:r>
        <w:t>apni zaat ke liye albata aap jo kar sakte hain, kijiye. aur goal jo hai, goal dawat hai Allah hai. peaceful yani peaceful dawah work mein koi rukawat nahin.</w:t>
      </w:r>
    </w:p>
    <w:p>
      <w:pPr>
        <w:jc w:val="right"/>
      </w:pPr>
      <w:r>
        <w:t>اپنی ذات کے لیے البتہ آپ جو کر سکتے ہیں، کیجیے۔ اور goal جو ہے، goal دعوت ہے اللہ ہے۔ Peaceful یعنی peaceful دعویٰ work میں کوئی رکاوٹ نہیں۔</w:t>
      </w:r>
    </w:p>
    <w:p>
      <w:r>
        <w:rPr>
          <w:b/>
        </w:rPr>
        <w:t xml:space="preserve">[1:01:44] </w:t>
      </w:r>
      <w:r>
        <w:t>is mein koi takrao nahin. koi maar kaat nahin.</w:t>
      </w:r>
    </w:p>
    <w:p>
      <w:pPr>
        <w:jc w:val="right"/>
      </w:pPr>
      <w:r>
        <w:t>اس میں کوئی ٹکراؤ نہیں۔ کوئی مار کاٹ نہیں۔</w:t>
      </w:r>
    </w:p>
    <w:p>
      <w:r>
        <w:rPr>
          <w:b/>
        </w:rPr>
        <w:t xml:space="preserve">[1:01:49] </w:t>
      </w:r>
      <w:r>
        <w:t>to hamara nishana jo hai, peaceful dawah work hai, hamara nishana justice ka nizam qaim karna nahin hai. isi liye. aur yahi yahi jo hai islam ka taqaza hai.</w:t>
      </w:r>
    </w:p>
    <w:p>
      <w:pPr>
        <w:jc w:val="right"/>
      </w:pPr>
      <w:r>
        <w:t>تو ہمارا نشانہ جو ہے، peaceful دعویٰ work ہے، ہمارا نشانہ justice کا نظام قائم کرنا نہیں ہے۔ اسی لیے۔ اور یہی یہی جو ہے اسلام کا تقاضا ہے۔</w:t>
      </w:r>
    </w:p>
    <w:p>
      <w:r>
        <w:rPr>
          <w:b/>
        </w:rPr>
        <w:t xml:space="preserve">[1:02:03] </w:t>
      </w:r>
      <w:r>
        <w:t>maulana, yeh agla question aaya hai doctor farida khanam ka Delhi se.</w:t>
      </w:r>
    </w:p>
    <w:p>
      <w:pPr>
        <w:jc w:val="right"/>
      </w:pPr>
      <w:r>
        <w:t>مولانا، یہ اگلا question آیا ہے ڈاکٹر فریدہ خانم کا Delhi سے۔</w:t>
      </w:r>
    </w:p>
    <w:p>
      <w:r>
        <w:rPr>
          <w:b/>
        </w:rPr>
        <w:t xml:space="preserve">[1:02:09] </w:t>
      </w:r>
      <w:r>
        <w:t>There are some people who say that Kashmir has witnessed divine wrath because of their involvement in militancy, and they are not interested in Dawa work.</w:t>
      </w:r>
    </w:p>
    <w:p>
      <w:pPr>
        <w:jc w:val="right"/>
      </w:pPr>
      <w:r>
        <w:t>There are some people who say that Kashmir has witnessed divine wrath because of their involvement in militancy, and they are not interested in Dawa work.</w:t>
      </w:r>
    </w:p>
    <w:p>
      <w:r>
        <w:rPr>
          <w:b/>
        </w:rPr>
        <w:t xml:space="preserve">[1:02:27] </w:t>
      </w:r>
      <w:r>
        <w:t>dekhiye, do baatein ek doosre se alag alag hain.</w:t>
      </w:r>
    </w:p>
    <w:p>
      <w:pPr>
        <w:jc w:val="right"/>
      </w:pPr>
      <w:r>
        <w:t>دیکھیے، دو باتیں ایک دوسرے سے الگ الگ ہیں۔</w:t>
      </w:r>
    </w:p>
    <w:p>
      <w:r>
        <w:rPr>
          <w:b/>
        </w:rPr>
        <w:t xml:space="preserve">[1:02:32] </w:t>
      </w:r>
      <w:r>
        <w:t>ek yeh ke kashmiriyon ne jo nizam mustafa ka naarah lagaya aur jo wahan par islam ke upar tehreekein chalayin, is ko galat kehna. to main is ko galat kehta hoon.</w:t>
      </w:r>
    </w:p>
    <w:p>
      <w:pPr>
        <w:jc w:val="right"/>
      </w:pPr>
      <w:r>
        <w:t>ایک یہ کہ کشمیروں نے جو نظام مصطفیٰ کا نعرہ لگایا اور جو وہاں پر اسلام کے اوپر تحریکیں چلائیں، اس کو غلط کہنا۔ تو میں اس کو غلط کہتا ہوں۔</w:t>
      </w:r>
    </w:p>
    <w:p>
      <w:r>
        <w:rPr>
          <w:b/>
        </w:rPr>
        <w:t xml:space="preserve">[1:02:43] </w:t>
      </w:r>
      <w:r>
        <w:t>main kehta hoon kashmiriyon ko chahiye ke woh dawat ka kaam karein. aur nizam mustafa bilkul hi main is ko bilkul hi galat samajhta hoon.</w:t>
      </w:r>
    </w:p>
    <w:p>
      <w:pPr>
        <w:jc w:val="right"/>
      </w:pPr>
      <w:r>
        <w:t>میں کہتا ہوں کشمیروں کو چاہیے کہ وہ دعوت کا کام کریں۔ اور نظام مصطفیٰ بالکل ہی میں اس کو بالکل ہی غلط سمجھتا ہوں۔</w:t>
      </w:r>
    </w:p>
    <w:p>
      <w:r>
        <w:rPr>
          <w:b/>
        </w:rPr>
        <w:t xml:space="preserve">[1:02:54] </w:t>
      </w:r>
      <w:r>
        <w:t>yani yeh leaderon ka naarah hai, yeh rasool Allah salallahu alaihi wasallam ka naarah nahin hai. to yeh</w:t>
      </w:r>
    </w:p>
    <w:p>
      <w:pPr>
        <w:jc w:val="right"/>
      </w:pPr>
      <w:r>
        <w:t>یعنی یہ لیڈروں کا نعرہ ہے، یہ رسول اللہ صلی اللہ علیہ وسلم کا نعرہ نہیں ہے۔ تو یہ</w:t>
      </w:r>
    </w:p>
    <w:p>
      <w:r>
        <w:rPr>
          <w:b/>
        </w:rPr>
        <w:t xml:space="preserve">[1:03:01] </w:t>
      </w:r>
      <w:r>
        <w:t>ek cheez hai. doosri cheez ke wrath hona, dabluyoo araa tee ech, ke jo kuch hua woh Allah ka ghazab tha. to yeh kisi insan ko haq nahin hai ke yeh kahe.</w:t>
      </w:r>
    </w:p>
    <w:p>
      <w:pPr>
        <w:jc w:val="right"/>
      </w:pPr>
      <w:r>
        <w:t>ایک چیز ہے۔ دوسری چیز کہ wrath ہونا، ڈبلیو آر اے ٹی ایچ، کہ جو کچھ ہوا وہ اللہ کا غضب تھا۔ تو یہ کسی انسان کو حق نہیں ہے کہ یہ کہے۔</w:t>
      </w:r>
    </w:p>
    <w:p>
      <w:r>
        <w:rPr>
          <w:b/>
        </w:rPr>
        <w:t xml:space="preserve">[1:03:12] </w:t>
      </w:r>
      <w:r>
        <w:t>Allah ka wrath agar tha to woh Allah ko maloom hai. hum ko, aap ko nahin maloom hai. to main yeh kabhi bhi nahin kahunga ke Kashmir mein ya aur kahin jo waqiyat hote hain, woh Allah ka wrath hai.</w:t>
      </w:r>
    </w:p>
    <w:p>
      <w:pPr>
        <w:jc w:val="right"/>
      </w:pPr>
      <w:r>
        <w:t>اللہ کا wrath اگر تھا تو وہ اللہ کو معلوم ہے۔ ہم کو، آپ کو نہیں معلوم ہے۔ تو میں یہ کبھی بھی نہیں کہوں گا کہ کشمیر میں یا اور کہیں جو واقعات ہوتے ہیں، وہ اللہ کا wrath ہے۔</w:t>
      </w:r>
    </w:p>
    <w:p>
      <w:r>
        <w:rPr>
          <w:b/>
        </w:rPr>
        <w:t xml:space="preserve">[1:03:27] </w:t>
      </w:r>
      <w:r>
        <w:t>yeh main nahin kahunga.</w:t>
      </w:r>
    </w:p>
    <w:p>
      <w:pPr>
        <w:jc w:val="right"/>
      </w:pPr>
      <w:r>
        <w:t>یہ میں نہیں کہوں گا۔</w:t>
      </w:r>
    </w:p>
    <w:p>
      <w:r>
        <w:rPr>
          <w:b/>
        </w:rPr>
        <w:t xml:space="preserve">[1:03:29] </w:t>
      </w:r>
      <w:r>
        <w:t>lekin main yeh zaroor kahunga ke musalman jahan bhi hain, jo siyasi hukumatain, siyasat tehreekein chala rahe hain, woh bilkul ghair islami hai.</w:t>
      </w:r>
    </w:p>
    <w:p>
      <w:pPr>
        <w:jc w:val="right"/>
      </w:pPr>
      <w:r>
        <w:t>لیکن میں یہ ضرور کہوں گا کہ مسلمان جہاں بھی ہیں، جو سیاسی حکومتیں، سیاسی تحریکیں چلا رہے ہیں، وہ بالکل غیر اسلامی ہے۔</w:t>
      </w:r>
    </w:p>
    <w:p>
      <w:r>
        <w:rPr>
          <w:b/>
        </w:rPr>
        <w:t xml:space="preserve">[1:03:38] </w:t>
      </w:r>
      <w:r>
        <w:t>iska islam se koi talluq nahin hai. chahe falasteen ho, chahe Kashmir ho, ya Pakistan ho, ya Iraq ho, jahan jahan islam ke naam par political tehreekein chal rahi hain, woh sab mere radd galat hain.</w:t>
      </w:r>
    </w:p>
    <w:p>
      <w:pPr>
        <w:jc w:val="right"/>
      </w:pPr>
      <w:r>
        <w:t>اس کا اسلام سے کوئی تعلق نہیں ہے۔ چاہے فلسطین ہو، چاہے کشمیر ہو، یا پاکستان ہو، یا عراق ہو، جہاں جہاں اسلام کے نام پر political تحریکیں چل رہی ہیں، وہ سب میرے رد غلط ہیں۔</w:t>
      </w:r>
    </w:p>
    <w:p>
      <w:r>
        <w:rPr>
          <w:b/>
        </w:rPr>
        <w:t xml:space="preserve">[1:03:53] </w:t>
      </w:r>
      <w:r>
        <w:t>unhein dawat ka kaam karna chahiye. dawat hai Allah ka kaam.</w:t>
      </w:r>
    </w:p>
    <w:p>
      <w:pPr>
        <w:jc w:val="right"/>
      </w:pPr>
      <w:r>
        <w:t>انہیں دعوت کا کام کرنا چاہیے۔ دعوت ہے اللہ کا کام۔</w:t>
      </w:r>
    </w:p>
    <w:p>
      <w:r>
        <w:rPr>
          <w:b/>
        </w:rPr>
        <w:t xml:space="preserve">[1:03:58] </w:t>
      </w:r>
      <w:r>
        <w:t>to ek kaam, ek to ek cheez hai un ke un ke kaam ke baray mein ek hukum lagana. to is ka mujhe right hai.</w:t>
      </w:r>
    </w:p>
    <w:p>
      <w:pPr>
        <w:jc w:val="right"/>
      </w:pPr>
      <w:r>
        <w:t>تو ایک کام، ایک تو ایک چیز ہے ان کے ان کے کام کے بارے میں ایک حکم لگانا۔ تو اس کا مجھےright ہے۔</w:t>
      </w:r>
    </w:p>
    <w:p>
      <w:r>
        <w:rPr>
          <w:b/>
        </w:rPr>
        <w:t xml:space="preserve">[1:04:08] </w:t>
      </w:r>
      <w:r>
        <w:t>woh mein karta hoon. lekin yeh kehna hai ke woh wrath tha, yeh yeh is ka mujhe right nahi hai. is liye mein yeh lafz kabhi bolta nahi.</w:t>
      </w:r>
    </w:p>
    <w:p>
      <w:pPr>
        <w:jc w:val="right"/>
      </w:pPr>
      <w:r>
        <w:t>وہ میں کرتا ہوں۔ لیکن یہ کہنا ہے کہ وہ wrath تھا، یہ یہ اس کا مجھےright نہیں ہے۔ اس لیے میں یہ لفظ کبھی بولتا نہیں۔</w:t>
      </w:r>
    </w:p>
    <w:p>
      <w:r>
        <w:rPr>
          <w:b/>
        </w:rPr>
        <w:t xml:space="preserve">[1:04:20] </w:t>
      </w:r>
      <w:r>
        <w:t>maulana, yeh agla question aaya hai doctor pradhan ka Delhi se</w:t>
      </w:r>
    </w:p>
    <w:p>
      <w:pPr>
        <w:jc w:val="right"/>
      </w:pPr>
      <w:r>
        <w:t>مولانا، یہ اگلا question آیا ہے ڈاکٹر پردھان کا Delhi سے</w:t>
      </w:r>
    </w:p>
    <w:p>
      <w:r>
        <w:rPr>
          <w:b/>
        </w:rPr>
        <w:t xml:space="preserve">[1:04:25] </w:t>
      </w:r>
      <w:r>
        <w:t>. Maulana, if we had thought somebody less than us, then how should we seek forgiveness from him? dekhiye, is maamlay mein hadith se do tareeqa maloom hota hai.</w:t>
      </w:r>
    </w:p>
    <w:p>
      <w:pPr>
        <w:jc w:val="right"/>
      </w:pPr>
      <w:r>
        <w:t>۔ مولانا، if we had thought somebody less than us, then how should we seek forgiveness from him? دیکھیے، اس معاملے میں حدیث سے دو طریقہ معلوم ہوتا ہے۔</w:t>
      </w:r>
    </w:p>
    <w:p>
      <w:r>
        <w:rPr>
          <w:b/>
        </w:rPr>
        <w:t xml:space="preserve">[1:04:38] </w:t>
      </w:r>
      <w:r>
        <w:t>ke agar hum ne koi aisa kaam kiya kisi ke sath jo Allah ke nazdeek ghalat tha, to ek tareeqa yeh hai ke aap us ko ja kar talafi karen, mil kar ke us se.</w:t>
      </w:r>
    </w:p>
    <w:p>
      <w:pPr>
        <w:jc w:val="right"/>
      </w:pPr>
      <w:r>
        <w:t>کہ اگر ہم نے کوئی ایسا کام کیا کسی کے ساتھ جو اللہ کے نزدیک غلط تھا، تو ایک طریقہ یہ ہے کہ آپ اس کو جا کر تلافی کریں، مل کر کے اس سے۔</w:t>
      </w:r>
    </w:p>
    <w:p>
      <w:r>
        <w:rPr>
          <w:b/>
        </w:rPr>
        <w:t xml:space="preserve">[1:04:54] </w:t>
      </w:r>
      <w:r>
        <w:t>doosra tareeqa yeh hai ke agar yeh mumkin nahi hai to us ke liye dua karen. yani us ko talafi karna, compensate karna, agar mumkin ho us se mil kar ke to talafi karna chahiye.</w:t>
      </w:r>
    </w:p>
    <w:p>
      <w:pPr>
        <w:jc w:val="right"/>
      </w:pPr>
      <w:r>
        <w:t>دوسرا طریقہ یہ ہے کہ اگر یہ ممکن نہیں ہے تو اس کے لیے دعا کریں۔ یعنی اس کو تلافی کرنا، compensate کرنا، اگر ممکن ہو اس سے مل کر کے تو تلافی کرنا چاہیے۔</w:t>
      </w:r>
    </w:p>
    <w:p>
      <w:r>
        <w:rPr>
          <w:b/>
        </w:rPr>
        <w:t xml:space="preserve">[1:05:10] </w:t>
      </w:r>
      <w:r>
        <w:t>aur nahi to us ke liye dua ke khudaaya mujh se yeh ghalati hui to us ke liye meri taraf se</w:t>
      </w:r>
    </w:p>
    <w:p>
      <w:pPr>
        <w:jc w:val="right"/>
      </w:pPr>
      <w:r>
        <w:t>اور نہیں تو اس کے لیے دعا کہ خدایا مجھ سے یہ غلطی ہوئی تو اس کے لیے میری طرف سے</w:t>
      </w:r>
    </w:p>
    <w:p>
      <w:r>
        <w:rPr>
          <w:b/>
        </w:rPr>
        <w:t xml:space="preserve">[1:05:22] </w:t>
      </w:r>
      <w:r>
        <w:t>koi bara inaam likh de. to to ya to talafi ya dua.</w:t>
      </w:r>
    </w:p>
    <w:p>
      <w:pPr>
        <w:jc w:val="right"/>
      </w:pPr>
      <w:r>
        <w:t>کوئی بڑا انعام لکھ دے۔ تو تو یا تو تلافی یا دعا۔</w:t>
      </w:r>
    </w:p>
    <w:p>
      <w:r>
        <w:rPr>
          <w:b/>
        </w:rPr>
        <w:t xml:space="preserve">[1:05:31] </w:t>
      </w:r>
      <w:r>
        <w:t>yeh do cheezein hadith se maloom hoti hain. halaat ke aitbaar se dono mein se koi bhi cheez ikhtiyar ki ja sakti hai.</w:t>
      </w:r>
    </w:p>
    <w:p>
      <w:pPr>
        <w:jc w:val="right"/>
      </w:pPr>
      <w:r>
        <w:t>یہ دو چیزیں حدیث سے معلوم ہوتی ہیں۔ حالات کے اعتبار سے دونوں میں سے کوئی بھی چیز اختیار کی جا سکتی ہے۔</w:t>
      </w:r>
    </w:p>
    <w:p>
      <w:r>
        <w:rPr>
          <w:b/>
        </w:rPr>
        <w:t xml:space="preserve">[1:05:44] </w:t>
      </w:r>
      <w:r>
        <w:t>maulana, yeh agla experience sharing hai ans ka Delhi se.</w:t>
      </w:r>
    </w:p>
    <w:p>
      <w:pPr>
        <w:jc w:val="right"/>
      </w:pPr>
      <w:r>
        <w:t>مولانا، یہ اگلا ایکسپیرینس شیئرنگ ہے انس کا Delhi سے۔</w:t>
      </w:r>
    </w:p>
    <w:p>
      <w:r>
        <w:rPr>
          <w:b/>
        </w:rPr>
        <w:t xml:space="preserve">[1:05:50] </w:t>
      </w:r>
      <w:r>
        <w:t>maulana, mere ek friend kuch atheist ki baaton mein aa kar behak gaye aur us ko laga ke mera mazhab Islam nahi, Islam kahin dhoka to nahi hai.</w:t>
      </w:r>
    </w:p>
    <w:p>
      <w:pPr>
        <w:jc w:val="right"/>
      </w:pPr>
      <w:r>
        <w:t>مولانا، میرے ایک فرینڈ کچھ atheist کی باتوں میں آ کر بہک گئے اور اس کو لگا کہ میرا مذہب اسلام نہیں، اسلام کہیں دھوکا تو نہیں ہے۔</w:t>
      </w:r>
    </w:p>
    <w:p>
      <w:r>
        <w:rPr>
          <w:b/>
        </w:rPr>
        <w:t xml:space="preserve">[1:06:04] </w:t>
      </w:r>
      <w:r>
        <w:t>maulana, phir us ne God Arises padhi dobara se, bilkul neutral ho kar, aise jaise woh Muslim nahi hai.</w:t>
      </w:r>
    </w:p>
    <w:p>
      <w:pPr>
        <w:jc w:val="right"/>
      </w:pPr>
      <w:r>
        <w:t>مولانا، پھر اس نے God Arises پڑھی دوبارہ سے، بالکل neutral ہو کر، ایسے جیسے وہ مسلم نہیں ہے۔</w:t>
      </w:r>
    </w:p>
    <w:p>
      <w:r>
        <w:rPr>
          <w:b/>
        </w:rPr>
        <w:t xml:space="preserve">[1:06:14] </w:t>
      </w:r>
      <w:r>
        <w:t>phir us ko Islam rediscover hua.</w:t>
      </w:r>
    </w:p>
    <w:p>
      <w:pPr>
        <w:jc w:val="right"/>
      </w:pPr>
      <w:r>
        <w:t>پھر اس کو اسلام rediscover ہوا۔</w:t>
      </w:r>
    </w:p>
    <w:p>
      <w:r>
        <w:rPr>
          <w:b/>
        </w:rPr>
        <w:t xml:space="preserve">[1:06:17] </w:t>
      </w:r>
      <w:r>
        <w:t>maulana, kya yeh us ke liye marifat thi? khuli hui marifat thi. isi ka to marifat hai. marifat isi ka naam discovery ka naam marifat hai.</w:t>
      </w:r>
    </w:p>
    <w:p>
      <w:pPr>
        <w:jc w:val="right"/>
      </w:pPr>
      <w:r>
        <w:t>مولانا، کیا یہ اس کے لیے معرفت تھی؟ کھلی ہوئی معرفت تھی۔ اسی کا تو معرفت ہے۔ معرفت اسی کا نام discovery کا نام معرفت ہے۔</w:t>
      </w:r>
    </w:p>
    <w:p>
      <w:r>
        <w:rPr>
          <w:b/>
        </w:rPr>
        <w:t xml:space="preserve">[1:06:30] </w:t>
      </w:r>
      <w:r>
        <w:t>yani jis cheez ko hum traditional term mein kehte hain marifat, isi ka scientific term hai discovery.</w:t>
      </w:r>
    </w:p>
    <w:p>
      <w:pPr>
        <w:jc w:val="right"/>
      </w:pPr>
      <w:r>
        <w:t>یعنی جس چیز کو ہم traditional term میں کہتے ہیں معرفت، اسی کا scientific term ہے discovery۔</w:t>
      </w:r>
    </w:p>
    <w:p>
      <w:r>
        <w:rPr>
          <w:b/>
        </w:rPr>
        <w:t xml:space="preserve">[1:06:40] </w:t>
      </w:r>
      <w:r>
        <w:t>donon bilkul ek hi cheez hain.</w:t>
      </w:r>
    </w:p>
    <w:p>
      <w:pPr>
        <w:jc w:val="right"/>
      </w:pPr>
      <w:r>
        <w:t>دونوں بالکل ایک ہی چیز ہیں۔</w:t>
      </w:r>
    </w:p>
    <w:p>
      <w:r>
        <w:rPr>
          <w:b/>
        </w:rPr>
        <w:t xml:space="preserve">[1:06:45] </w:t>
      </w:r>
      <w:r>
        <w:t>aap secular term use karen to discovery kahiye aur religious term use karen to us ko aap marifat kahiye.</w:t>
      </w:r>
    </w:p>
    <w:p>
      <w:pPr>
        <w:jc w:val="right"/>
      </w:pPr>
      <w:r>
        <w:t>آپ secular term use کریں تو discovery کہیے اور religious term use کریں تو اس کو آپ معرفت کہیے۔</w:t>
      </w:r>
    </w:p>
    <w:p>
      <w:r>
        <w:rPr>
          <w:b/>
        </w:rPr>
        <w:t xml:space="preserve">[1:06:53] </w:t>
      </w:r>
      <w:r>
        <w:t>donon ek hi baat hai. agla question aaya hai farhad umri sahib ka Delhi se. ek news thi ke Indian military ke tireless effort par Kashmir ke floods mein unhon ne kaam kiya.</w:t>
      </w:r>
    </w:p>
    <w:p>
      <w:pPr>
        <w:jc w:val="right"/>
      </w:pPr>
      <w:r>
        <w:t>دونوں ایک ہی بات ہے۔ اگلا question آیا ہے فرہاد عمری صاحب کا Delhi سے۔ ایک news تھی کہ انڈین military کے tireless effort پر کشمیر کے floods میں انہوں نے کام کیا۔</w:t>
      </w:r>
    </w:p>
    <w:p>
      <w:r>
        <w:rPr>
          <w:b/>
        </w:rPr>
        <w:t xml:space="preserve">[1:07:10] </w:t>
      </w:r>
      <w:r>
        <w:t>yeh news mein ne apne ek Muslim dost ko dikhai to unhon ne yeh comment kiya: "duty ki hai, koi koi ehsaan nahi kiya hai." Maulana, is pe comment karen.</w:t>
      </w:r>
    </w:p>
    <w:p>
      <w:pPr>
        <w:jc w:val="right"/>
      </w:pPr>
      <w:r>
        <w:t>یہ news میں نے اپنے ایک مسلم دوست کو دکھائی تو انہوں نے یہ comment کیا: "ڈیوٹی کی ہے، کوئی کوئی احسان نہیں کیا ہے۔" مولانا، اس پہ comment کریں۔</w:t>
      </w:r>
    </w:p>
    <w:p>
      <w:r>
        <w:rPr>
          <w:b/>
        </w:rPr>
        <w:t xml:space="preserve">[1:07:23] </w:t>
      </w:r>
      <w:r>
        <w:t>mein to samajhta hoon ke jinhon ne aisa bola, woh gunah kiya. unhon ne unhon ne duty ki hai to bolne walay ne gunah kiya. dekhiye, har haal mein humein acknowledge karna hai kisi ki khidmat ko.</w:t>
      </w:r>
    </w:p>
    <w:p>
      <w:pPr>
        <w:jc w:val="right"/>
      </w:pPr>
      <w:r>
        <w:t>میں تو سمجھتا ہوں کہ جنہوں نے ایسا بولا، وہ گناہ کیا۔ انہوں نے انہوں نے ڈیوٹی کی ہے تو بولنے والے نے گناہ کیا۔ دیکھیے، ہر حال میں ہمیں acknowledge کرنا ہے کسی کی خدمات کو۔</w:t>
      </w:r>
    </w:p>
    <w:p>
      <w:r>
        <w:rPr>
          <w:b/>
        </w:rPr>
        <w:t xml:space="preserve">[1:07:39] </w:t>
      </w:r>
      <w:r>
        <w:t>hata ke aap ka ek yani mera tareeqa hai ke jo hamara jo driver hai, jis ko hum paisa diya jata hai, woh bhi mujhe kahin pohanchata hai to mein us ko shukriya karta hoon.</w:t>
      </w:r>
    </w:p>
    <w:p>
      <w:pPr>
        <w:jc w:val="right"/>
      </w:pPr>
      <w:r>
        <w:t>حتیٰ کہ آپ کا ایک یعنی میرا طریقہ ہے کہ جو ہمارا جو ڈرائیور ہے، جس کو ہم پیسہ دیا جاتا ہے، وہ بھی مجھے کہیں پہنچاتا ہے تو میں اس کو شکریہ کرتا ہوں۔</w:t>
      </w:r>
    </w:p>
    <w:p>
      <w:r>
        <w:rPr>
          <w:b/>
        </w:rPr>
        <w:t xml:space="preserve">[1:07:53] </w:t>
      </w:r>
      <w:r>
        <w:t>dekhiye, acknowledge karna hai ya kya karna hai, ek ibadat hai yeh. us ko is tarah mein nahi lena hai ke woh duty kiya unhon ne. aise log na Islam ko jante, na un ke andar sharafat hai, na insaniyat hai.</w:t>
      </w:r>
    </w:p>
    <w:p>
      <w:pPr>
        <w:jc w:val="right"/>
      </w:pPr>
      <w:r>
        <w:t>دیکھیے، acknowledge کرنا ہے یا کیا کرنا ہے، ایک عبادت ہے یہ۔ اس کو اس طرح میں نہیں لینا ہے کہ وہ ڈیوٹی کیا انہوں نے۔ ایسے لوگ نہ اسلام کو جانتے، نہ ان کے اندر شرافت ہے، نہ انسانیت ہے۔</w:t>
      </w:r>
    </w:p>
    <w:p>
      <w:r>
        <w:rPr>
          <w:b/>
        </w:rPr>
        <w:t xml:space="preserve">[1:08:09] </w:t>
      </w:r>
      <w:r>
        <w:t>jo log aisa kahein ke unhon ne apni duty kiya to mere qad mein un ke andar animal animal thinking hai. animal thinking</w:t>
      </w:r>
    </w:p>
    <w:p>
      <w:pPr>
        <w:jc w:val="right"/>
      </w:pPr>
      <w:r>
        <w:t>جو لوگ ایسا کہیں کہ انہوں نے اپنی ڈیوٹی کیا تو میرے قد میں ان کے اندر animal animal thinking ہے۔ animal thinking</w:t>
      </w:r>
    </w:p>
    <w:p>
      <w:r>
        <w:rPr>
          <w:b/>
        </w:rPr>
        <w:t xml:space="preserve">[1:08:19] </w:t>
      </w:r>
      <w:r>
        <w:t>hai. animal thinking hai. yeh bohat hi sasti qism ke log hain yeh. warna koi shakhs kuch bhi kare to aap ko acknowledge karna chahiye.</w:t>
      </w:r>
    </w:p>
    <w:p>
      <w:pPr>
        <w:jc w:val="right"/>
      </w:pPr>
      <w:r>
        <w:t>ہے۔ animal thinking ہے۔ یہ بہت ہی ستی قسم کے لوگ ہیں یہ۔ ورنہ کوئی شخص کچھ بھی کرے تو آپ کو acknowledge کرنا چاہیے۔</w:t>
      </w:r>
    </w:p>
    <w:p>
      <w:r>
        <w:rPr>
          <w:b/>
        </w:rPr>
        <w:t xml:space="preserve">[1:08:29] </w:t>
      </w:r>
      <w:r>
        <w:t>aap ka mulazim ho tab bhi kehna chahiye ke shukriya.</w:t>
      </w:r>
    </w:p>
    <w:p>
      <w:pPr>
        <w:jc w:val="right"/>
      </w:pPr>
      <w:r>
        <w:t>آپ کا ملازم ہو تب بھی کہنا چاہیے کہ شکریہ۔</w:t>
      </w:r>
    </w:p>
    <w:p>
      <w:r>
        <w:rPr>
          <w:b/>
        </w:rPr>
        <w:t xml:space="preserve">[1:08:35] </w:t>
      </w:r>
      <w:r>
        <w:t>yani woh to hamare mulazim nahi hain aur woh itna kaam kar rahe hain. kehte hain bechare military ko bhi maare gaye isi mein. yani kai army ko bhi is mein inko jaan dena para.</w:t>
      </w:r>
    </w:p>
    <w:p>
      <w:pPr>
        <w:jc w:val="right"/>
      </w:pPr>
      <w:r>
        <w:t>یعنی وہ تو ہمارے ملازم نہیں ہیں اور وہ اتنا کام کر رہے ہیں۔ کہتے ہیں بیچارے military کو بھی مارے گئے اسی میں۔ یعنی کئی آرمی کو بھی اس میں ان کو جان دینا پڑا۔</w:t>
      </w:r>
    </w:p>
    <w:p>
      <w:r>
        <w:rPr>
          <w:b/>
        </w:rPr>
        <w:t xml:space="preserve">[1:08:47] </w:t>
      </w:r>
      <w:r>
        <w:t>is tarah se kaam kar rahe hain woh. mein to bohat zyada inko samajhta hoon ke bohat hi qabil qadar kaam kar rahe hain woh. jis ne yeh kaha to mere nazdeek gunah ki baat kahi unhon ne.</w:t>
      </w:r>
    </w:p>
    <w:p>
      <w:pPr>
        <w:jc w:val="right"/>
      </w:pPr>
      <w:r>
        <w:t>اس طرح سے کام کر رہے ہیں وہ۔ میں تو بہت زیادہ ان کو سمجھتا ہوں کہ بہت ہی قابل قدر کام کر رہے ہیں وہ۔ جس نے یہ کہا تو میرے نزدیک گناہ کی بات کہی انہوں نے۔</w:t>
      </w:r>
    </w:p>
    <w:p>
      <w:r>
        <w:rPr>
          <w:b/>
        </w:rPr>
        <w:t xml:space="preserve">[1:09:02] </w:t>
      </w:r>
      <w:r>
        <w:t>aur usooli baat mein yeh kehna chahta hoon ke jab aap acknowledge karte hain, shukriya ada karte hain to aap ibadat karte hain apne liye.</w:t>
      </w:r>
    </w:p>
    <w:p>
      <w:pPr>
        <w:jc w:val="right"/>
      </w:pPr>
      <w:r>
        <w:t>اور اصولی بات میں یہ کہنا چاہتا ہوں کہ جب آپ acknowledge کرتے ہیں، شکریہ ادا کرتے ہیں تو آپ عبادت کرتے ہیں اپنے لیے۔</w:t>
      </w:r>
    </w:p>
    <w:p>
      <w:r>
        <w:rPr>
          <w:b/>
        </w:rPr>
        <w:t xml:space="preserve">[1:09:13] </w:t>
      </w:r>
      <w:r>
        <w:t>aur dekhiye, ek bohat hi zyada relevant hadith hai ke malam yashkurun nas lam yashkurullaha jo aadmi insaan ka shukr nahi karega, woh Allah ka shukr bhi nahi kar</w:t>
      </w:r>
    </w:p>
    <w:p>
      <w:pPr>
        <w:jc w:val="right"/>
      </w:pPr>
      <w:r>
        <w:t>اور دیکھیے، ایک بہت ہی زیادہ relevant حدیث ہے کہ مَلَّمْ يَشْكِرُ النَّاسَ لَمْ يَشْكِرُوا اللَّهَ جو آدمی انسان کا شکر نہیں کرے گا، وہ اللہ کا شکر بھی نہیں کر</w:t>
      </w:r>
    </w:p>
    <w:p>
      <w:r>
        <w:rPr>
          <w:b/>
        </w:rPr>
        <w:t xml:space="preserve">[1:09:28] </w:t>
      </w:r>
      <w:r>
        <w:t>ega. shukr ka matlab hota hai acknowledge karna, eteraaf karna. to</w:t>
      </w:r>
    </w:p>
    <w:p>
      <w:pPr>
        <w:jc w:val="right"/>
      </w:pPr>
      <w:r>
        <w:t>ے گا۔ شکر کا مطلب ہوتا ہے acknowledge کرنا، اعتراف کرنا۔ تو</w:t>
      </w:r>
    </w:p>
    <w:p>
      <w:r>
        <w:rPr>
          <w:b/>
        </w:rPr>
        <w:t xml:space="preserve">[1:09:39] </w:t>
      </w:r>
      <w:r>
        <w:t>yani aap ko to aisa mauqa jo hai opportunity ke taur par lena chahiye, jahan aap keh saken ke mein aap ka eteraaf karta hoon, mein aap ka acknowledge karta hoon, aap ka shukr guzar hoon.</w:t>
      </w:r>
    </w:p>
    <w:p>
      <w:pPr>
        <w:jc w:val="right"/>
      </w:pPr>
      <w:r>
        <w:t>یعنی آپ کو تو ایسا موقع جو ہے opportunity کے طور پر لینا چاہیے، جہاں آپ کہہ سکیں کہ میں آپ کا اعتراف کرتا ہوں، میں آپ کا acknowledge کرتا ہوں، آپ کا شکر گزار ہوں۔</w:t>
      </w:r>
    </w:p>
    <w:p>
      <w:r>
        <w:rPr>
          <w:b/>
        </w:rPr>
        <w:t xml:space="preserve">[1:09:52] </w:t>
      </w:r>
      <w:r>
        <w:t>aise koi mauqa pesh aaye to us ko bator opportunity ke lijiye,</w:t>
      </w:r>
    </w:p>
    <w:p>
      <w:pPr>
        <w:jc w:val="right"/>
      </w:pPr>
      <w:r>
        <w:t>ایسے کوئی موقع پیش آئے تو اس کو بطور opportunity کے لیجیے،</w:t>
      </w:r>
    </w:p>
    <w:p>
      <w:r>
        <w:rPr>
          <w:b/>
        </w:rPr>
        <w:t xml:space="preserve">[1:09:56] </w:t>
      </w:r>
      <w:r>
        <w:t>ibadat ke opportunity, maarfat ke opportunity.</w:t>
      </w:r>
    </w:p>
    <w:p>
      <w:pPr>
        <w:jc w:val="right"/>
      </w:pPr>
      <w:r>
        <w:t>عبادت کے opportunity، معرفت کے opportunity۔</w:t>
      </w:r>
    </w:p>
    <w:p>
      <w:r>
        <w:rPr>
          <w:b/>
        </w:rPr>
        <w:t xml:space="preserve">[1:10:03] </w:t>
      </w:r>
      <w:r>
        <w:t>jinhon ne yeh baat kahi, woh bilkul yani mein samajhta hoon ke insensitive ho gaye. insensitive sensitivity un ka andar nahi hogi aur na woh Quran o hadith ko samajhte honge.</w:t>
      </w:r>
    </w:p>
    <w:p>
      <w:pPr>
        <w:jc w:val="right"/>
      </w:pPr>
      <w:r>
        <w:t>جنہوں نے یہ بات کہی، وہ بالکل یعنی میں سمجھتا ہوں کہ insensitive ہو گئے۔ insensitive sensitivity ان کا اندر نہیں ہوگی اور نہ وہ قرآن و حدیث کو سمجھتے ہوں گے۔</w:t>
      </w:r>
    </w:p>
    <w:p>
      <w:r>
        <w:rPr>
          <w:b/>
        </w:rPr>
        <w:t xml:space="preserve">[1:10:16] </w:t>
      </w:r>
      <w:r>
        <w:t>aise hi bas animal ki tarah jeete honge, animal ki tarah un ka tareeqa hoga.</w:t>
      </w:r>
    </w:p>
    <w:p>
      <w:pPr>
        <w:jc w:val="right"/>
      </w:pPr>
      <w:r>
        <w:t>ایسے ہی بس animal کی طرح جیتے ہوں گے، animal کی طرح ان کا طریقہ ہوگا۔</w:t>
      </w:r>
    </w:p>
    <w:p>
      <w:r>
        <w:rPr>
          <w:b/>
        </w:rPr>
        <w:t xml:space="preserve">[1:10:24] </w:t>
      </w:r>
      <w:r>
        <w:t>maulana, yeh next question aaya hai rajat malhotra ka Paris se. How can we explain to people that materialism should be need-based only?</w:t>
      </w:r>
    </w:p>
    <w:p>
      <w:pPr>
        <w:jc w:val="right"/>
      </w:pPr>
      <w:r>
        <w:t>مولانا، یہ next question آیا ہے رجت ملوترا کا Paris سے۔ How can we explain to people that materialism should be need-based only?</w:t>
      </w:r>
    </w:p>
    <w:p>
      <w:r>
        <w:rPr>
          <w:b/>
        </w:rPr>
        <w:t xml:space="preserve">[1:10:35] </w:t>
      </w:r>
      <w:r>
        <w:t>dekhiye, need ka koi yani in terms of quantity aap us ko us ko define nahi kar sakte ke itne rupay, itna ghar, itna bistar, itna kapda yeh nahi ho sakta.</w:t>
      </w:r>
    </w:p>
    <w:p>
      <w:pPr>
        <w:jc w:val="right"/>
      </w:pPr>
      <w:r>
        <w:t>دیکھیے، need کا کوئی یعنی in terms of quantity آپ اس کو اس کو define نہیں کر سکتے کہ اتنے روپے، اتنا گھر، اتنا بستر، اتنا کپڑا یہ نہیں ہو سکتا۔</w:t>
      </w:r>
    </w:p>
    <w:p>
      <w:r>
        <w:rPr>
          <w:b/>
        </w:rPr>
        <w:t xml:space="preserve">[1:10:51] </w:t>
      </w:r>
      <w:r>
        <w:t>yeh aap ke apne upar hai ke aap ko khud introspection kar ke jaan na hoga ke meri need kya hai.</w:t>
      </w:r>
    </w:p>
    <w:p>
      <w:pPr>
        <w:jc w:val="right"/>
      </w:pPr>
      <w:r>
        <w:t>یہ آپ کے اپنے اوپر ہے کہ آپ کو خود introspection کر کے جاننا ہوگا کہ میری need کیا ہے۔</w:t>
      </w:r>
    </w:p>
    <w:p>
      <w:r>
        <w:rPr>
          <w:b/>
        </w:rPr>
        <w:t xml:space="preserve">[1:11:02] </w:t>
      </w:r>
      <w:r>
        <w:t>need kisi ki kam ho sakti hai, kisi ki zyada ho sakti hai.</w:t>
      </w:r>
    </w:p>
    <w:p>
      <w:pPr>
        <w:jc w:val="right"/>
      </w:pPr>
      <w:r>
        <w:t>need کسی کی کم ہو سکتی ہے، کسی کی زیادہ ہو سکتی ہے۔</w:t>
      </w:r>
    </w:p>
    <w:p>
      <w:r>
        <w:rPr>
          <w:b/>
        </w:rPr>
        <w:t xml:space="preserve">[1:11:08] </w:t>
      </w:r>
      <w:r>
        <w:t>to yeh koi mushkil kaam nahi hai ke aap agar aadmi ke andar sincerity ho to jaan sakta ho ke meri need kya hai.</w:t>
      </w:r>
    </w:p>
    <w:p>
      <w:pPr>
        <w:jc w:val="right"/>
      </w:pPr>
      <w:r>
        <w:t>تو یہ کوئی مشکل کام نہیں ہے کہ آپ اگر آدمی کے اندر sincerity ہو تو جان سکتا ہو کہ میری need کیا ہے۔</w:t>
      </w:r>
    </w:p>
    <w:p>
      <w:r>
        <w:rPr>
          <w:b/>
        </w:rPr>
        <w:t xml:space="preserve">[1:11:18] </w:t>
      </w:r>
      <w:r>
        <w:t>doosri baat yeh hai ke dekhiye, yeh bohat hi khush yani Allah ke shukr ki baat hai ke ek Mr. rajat malhotra is waqt Paris mein hain. ab Paris se yahan unhon ne sawal bheja hai aur yahan hamari baat ko woh Paris mein sun rahe hain.</w:t>
      </w:r>
    </w:p>
    <w:p>
      <w:pPr>
        <w:jc w:val="right"/>
      </w:pPr>
      <w:r>
        <w:t>دوسری بات یہ ہے کہ دیکھیے، یہ بہت ہی خوش یعنی اللہ کے شکر کی بات ہے کہ ایک مسٹر رجت ملوترا اس وقت Paris میں ہیں۔ اب Paris سے یہاں انہوں نے سوال بھیجا ہے اور یہاں ہماری بات کو وہ Paris میں سن رہے ہیں۔</w:t>
      </w:r>
    </w:p>
    <w:p>
      <w:r>
        <w:rPr>
          <w:b/>
        </w:rPr>
        <w:t xml:space="preserve">[1:11:34] </w:t>
      </w:r>
      <w:r>
        <w:t>to kaisa ajeeb daur hai</w:t>
      </w:r>
    </w:p>
    <w:p>
      <w:pPr>
        <w:jc w:val="right"/>
      </w:pPr>
      <w:r>
        <w:t>تو کیسا عجیب دور ہے</w:t>
      </w:r>
    </w:p>
    <w:p>
      <w:r>
        <w:rPr>
          <w:b/>
        </w:rPr>
        <w:t xml:space="preserve">[1:11:37] </w:t>
      </w:r>
      <w:r>
        <w:t>ke Allah taala ne aise yani tareeqay khol diye hain insaan ke upar ke aadmi bolay Delhi mein aur us ki awaaz sune aadmi Paris mein aur wahan sawal bhi kar sake.</w:t>
      </w:r>
    </w:p>
    <w:p>
      <w:pPr>
        <w:jc w:val="right"/>
      </w:pPr>
      <w:r>
        <w:t>کہ اللہ تعالی نے ایسے یعنی طریقے کھول دیے ہیں انسان کے اوپر کہ آدمی بولے Delhi میں اور اس کی آواز سنے آدمی Paris میں اور وہاں سوال بھی کر سکے۔</w:t>
      </w:r>
    </w:p>
    <w:p>
      <w:r>
        <w:rPr>
          <w:b/>
        </w:rPr>
        <w:t xml:space="preserve">[1:11:55] </w:t>
      </w:r>
      <w:r>
        <w:t>to ek aise daur mein to mein samajhta hoon ke shukr hi shukr hai.</w:t>
      </w:r>
    </w:p>
    <w:p>
      <w:pPr>
        <w:jc w:val="right"/>
      </w:pPr>
      <w:r>
        <w:t>تو ایک ایسے دور میں تو میں سمجھتا ہوں کہ شکر ہی شکر ہے۔</w:t>
      </w:r>
    </w:p>
    <w:p>
      <w:r>
        <w:rPr>
          <w:b/>
        </w:rPr>
        <w:t xml:space="preserve">[1:11:59] </w:t>
      </w:r>
      <w:r>
        <w:t>aise daur mein shikayat karna aur protest karna aur zulm ki dastanain batana yeh to ab haram ho chuka hai.</w:t>
      </w:r>
    </w:p>
    <w:p>
      <w:pPr>
        <w:jc w:val="right"/>
      </w:pPr>
      <w:r>
        <w:t>ایسے دور میں شکایت کرنا اور protest کرنا اور ظلم کی داستانیں بتانا یہ تو اب حرام ہو چکا ہے۔</w:t>
      </w:r>
    </w:p>
    <w:p>
      <w:r>
        <w:rPr>
          <w:b/>
        </w:rPr>
        <w:t xml:space="preserve">[1:12:09] </w:t>
      </w:r>
      <w:r>
        <w:t>aaj kal jo hamare Muslim leader jo hain, so-called leader, rozana subah shaam zulm ki dastanain batate hain. mein us ko haram samajhta hoon.</w:t>
      </w:r>
    </w:p>
    <w:p>
      <w:pPr>
        <w:jc w:val="right"/>
      </w:pPr>
      <w:r>
        <w:t>آج کل جو ہمارے مسلم leader جو ہیں، so-called leader، روزانہ صبح شام ظلم کی داستانیں بتاتے ہیں۔ میں اس کو حرام سمجھتا ہوں۔</w:t>
      </w:r>
    </w:p>
    <w:p>
      <w:r>
        <w:rPr>
          <w:b/>
        </w:rPr>
        <w:t xml:space="preserve">[1:12:20] </w:t>
      </w:r>
      <w:r>
        <w:t>yani select se kuch selective item le le kar ke baatein kahi jaati hain. to selective item to peghamabar ke zamane mein bhi thay,</w:t>
      </w:r>
    </w:p>
    <w:p>
      <w:pPr>
        <w:jc w:val="right"/>
      </w:pPr>
      <w:r>
        <w:t>یعنی select سے کچھ selective item لے لے کر کے باتیں کہی جاتی ہیں۔ تو selective item تو پیغمبر کے زمانے میں بھی تھے،</w:t>
      </w:r>
    </w:p>
    <w:p>
      <w:r>
        <w:rPr>
          <w:b/>
        </w:rPr>
        <w:t xml:space="preserve">[1:12:29] </w:t>
      </w:r>
      <w:r>
        <w:t>hazrat umar ke zamane mein bhi thay. jis ne Hazrat Umar ko qatal kiya tha, us ne bhi ek zulm ke ek zulm ka reference de ke qatal kiya tha. to agar aap selective item ko len to selective item ko le kar to aap kisi bhi zamane ko condemn kar sakte hain.</w:t>
      </w:r>
    </w:p>
    <w:p>
      <w:pPr>
        <w:jc w:val="right"/>
      </w:pPr>
      <w:r>
        <w:t>حضرت عمر کے زمانے میں بھی تھے۔ جس نے حضرت عمر کو قتل کیا تھا، اس نے بھی ایک ظلم کے ایک ظلم کا reference دے کے قتل کیا تھا۔ تو اگر آپ selective item کو لیں تو selective item کو لے کر تو آپ کسی بھی زمانے کو condemn کر سکتے ہیں۔</w:t>
      </w:r>
    </w:p>
    <w:p>
      <w:r>
        <w:rPr>
          <w:b/>
        </w:rPr>
        <w:t xml:space="preserve">[1:12:46] </w:t>
      </w:r>
      <w:r>
        <w:t>lekin aap ko general soorat e haal lena paregi. to us zamane mein jo general soorat e haal hai, woh sab shukr hi shukr wali baat hai. ab ghaur kijiye ke kaisi</w:t>
      </w:r>
    </w:p>
    <w:p>
      <w:pPr>
        <w:jc w:val="right"/>
      </w:pPr>
      <w:r>
        <w:t>لیکن آپ کو جنرل صورتحال لینا پڑے گی۔ تو اس زمانے میں جو جنرل صورتحال ہے، وہ سب شکر ہی شکر والی بات ہے۔ اب غور کیجیے کہ کیسی</w:t>
      </w:r>
    </w:p>
    <w:p>
      <w:r>
        <w:rPr>
          <w:b/>
        </w:rPr>
        <w:t xml:space="preserve">[1:12:58] </w:t>
      </w:r>
      <w:r>
        <w:t>thrilling baat hai ke hum bol rahe hain Delhi mein aur ek insaan sun raha hai Paris mein. to kitna yeh yaani thrilling baat hai yeh.</w:t>
      </w:r>
    </w:p>
    <w:p>
      <w:pPr>
        <w:jc w:val="right"/>
      </w:pPr>
      <w:r>
        <w:t>thrilling بات ہے کہ ہم بول رہے ہیں Delhi میں اور ایک انسان سن رہا ہے Paris میں۔ تو کتنا یہ یعنی thrilling بات ہے یہ۔</w:t>
      </w:r>
    </w:p>
    <w:p>
      <w:r>
        <w:rPr>
          <w:b/>
        </w:rPr>
        <w:t xml:space="preserve">[1:13:14] </w:t>
      </w:r>
      <w:r>
        <w:t>mein to mein mein to marne hi hai.</w:t>
      </w:r>
    </w:p>
    <w:p>
      <w:pPr>
        <w:jc w:val="right"/>
      </w:pPr>
      <w:r>
        <w:t>میں تو میں میں تو مرنے ہی ہے۔</w:t>
      </w:r>
    </w:p>
    <w:p>
      <w:r>
        <w:rPr>
          <w:b/>
        </w:rPr>
        <w:t xml:space="preserve">[1:13:18] </w:t>
      </w:r>
      <w:r>
        <w:t>agla question aaya hai sati malhotra ka Delhi se. Maulana, can it be said once Kashmir was called as paradise and the flood now is a reminder for everyone that paradise cannot be made on earth?</w:t>
      </w:r>
    </w:p>
    <w:p>
      <w:pPr>
        <w:jc w:val="right"/>
      </w:pPr>
      <w:r>
        <w:t>اگلا question آیا ہے ستی ملہوترا کا Delhi سے۔ مولانا، can it be said once Kashmir was called as paradise and the flood now is a reminder for everyone that paradise cannot be made on earth?</w:t>
      </w:r>
    </w:p>
    <w:p>
      <w:r>
        <w:rPr>
          <w:b/>
        </w:rPr>
        <w:t xml:space="preserve">[1:13:36] </w:t>
      </w:r>
      <w:r>
        <w:t>sahi baat hai. sahi baat hai ke jo log kehte the ke Kashmir jannat nazeer, us ko disfill kiya.</w:t>
      </w:r>
    </w:p>
    <w:p>
      <w:pPr>
        <w:jc w:val="right"/>
      </w:pPr>
      <w:r>
        <w:t>صحیح بات ہے۔ صحیح بات ہے کہ جو لوگ کہتے تھے کہ کشمیر جنت نظیر، اس کو disfill کیا۔</w:t>
      </w:r>
    </w:p>
    <w:p>
      <w:r>
        <w:rPr>
          <w:b/>
        </w:rPr>
        <w:t xml:space="preserve">[1:13:48] </w:t>
      </w:r>
      <w:r>
        <w:t>nature ne us ko disfill kiya ke dunya mein jannat nahi ban sakti hai. yeh baat sahi hai.</w:t>
      </w:r>
    </w:p>
    <w:p>
      <w:pPr>
        <w:jc w:val="right"/>
      </w:pPr>
      <w:r>
        <w:t>نیچر نے اس کو disfill کیا کہ دنیا میں جنت نہیں بن سکتی ہے۔ یہ بات صحیح ہے۔</w:t>
      </w:r>
    </w:p>
    <w:p>
      <w:r>
        <w:rPr>
          <w:b/>
        </w:rPr>
        <w:t xml:space="preserve">[1:13:56] </w:t>
      </w:r>
      <w:r>
        <w:t>aisa waqia jab bhi kahin hota hai to sab us us yaani us soch ko disfill karta hai ke dunya mein jannat banna possible hai.</w:t>
      </w:r>
    </w:p>
    <w:p>
      <w:pPr>
        <w:jc w:val="right"/>
      </w:pPr>
      <w:r>
        <w:t>ایسا واقعہ جب بھی کہیں ہوتا ہے تو سب اس اس یعنی اس سوچ کو disfill کرتا ہے کہ دنیا میں جنت بننا possible ہے۔</w:t>
      </w:r>
    </w:p>
    <w:p>
      <w:r>
        <w:rPr>
          <w:b/>
        </w:rPr>
        <w:t xml:space="preserve">[1:14:14] </w:t>
      </w:r>
      <w:r>
        <w:t>Maulana, yeh next question doctor farida khanoom ka hai Delhi se</w:t>
      </w:r>
    </w:p>
    <w:p>
      <w:pPr>
        <w:jc w:val="right"/>
      </w:pPr>
      <w:r>
        <w:t>مولانا، یہ next question ڈاکٹر فریدہ خانم کا ہے Delhi سے</w:t>
      </w:r>
    </w:p>
    <w:p>
      <w:r>
        <w:rPr>
          <w:b/>
        </w:rPr>
        <w:t xml:space="preserve">[1:14:18] </w:t>
      </w:r>
      <w:r>
        <w:t>. The magicians surrendered to God after it became clear to them that the truth is with the prophet Moses. But today, how much arguments are presented to the people and they don't surrender?</w:t>
      </w:r>
    </w:p>
    <w:p>
      <w:pPr>
        <w:jc w:val="right"/>
      </w:pPr>
      <w:r>
        <w:t>۔ The magicians surrendered to God after it became clear to them that the truth is with the prophet Moses. But today, how much arguments are presented to the people and they don't surrender?</w:t>
      </w:r>
    </w:p>
    <w:p>
      <w:r>
        <w:rPr>
          <w:b/>
        </w:rPr>
        <w:t xml:space="preserve">[1:14:34] </w:t>
      </w:r>
      <w:r>
        <w:t>Why is this difference?</w:t>
      </w:r>
    </w:p>
    <w:p>
      <w:pPr>
        <w:jc w:val="right"/>
      </w:pPr>
      <w:r>
        <w:t>Why is this difference?</w:t>
      </w:r>
    </w:p>
    <w:p>
      <w:r>
        <w:rPr>
          <w:b/>
        </w:rPr>
        <w:t xml:space="preserve">[1:14:39] </w:t>
      </w:r>
      <w:r>
        <w:t>dekhiye, mein yeh samajhta hoon ke woh jo jadoogar the, woh nature par the. nature par.</w:t>
      </w:r>
    </w:p>
    <w:p>
      <w:pPr>
        <w:jc w:val="right"/>
      </w:pPr>
      <w:r>
        <w:t>دیکھیے، میں یہ سمجھتا ہوں کہ وہ جو جادوگر تھے، وہ نیچر پر تھے۔ نیچر پر۔</w:t>
      </w:r>
    </w:p>
    <w:p>
      <w:r>
        <w:rPr>
          <w:b/>
        </w:rPr>
        <w:t xml:space="preserve">[1:14:47] </w:t>
      </w:r>
      <w:r>
        <w:t>nature par the. aur waqai un ka jo yaani taras haq ka jo jazba tha, un ke andar maujood tha kahin kehen.</w:t>
      </w:r>
    </w:p>
    <w:p>
      <w:pPr>
        <w:jc w:val="right"/>
      </w:pPr>
      <w:r>
        <w:t>نیچر پر تھے۔ اور واقعی ان کا جو یعنی ترس حق کا جو جذبہ تھا، ان کے اندر موجود تھا کہیں کہیں۔</w:t>
      </w:r>
    </w:p>
    <w:p>
      <w:r>
        <w:rPr>
          <w:b/>
        </w:rPr>
        <w:t xml:space="preserve">[1:14:57] </w:t>
      </w:r>
      <w:r>
        <w:t>aaj kal ka insaan jo hai, woh split personality ho chuki hai har aadmi ki. bikhri hui personality.</w:t>
      </w:r>
    </w:p>
    <w:p>
      <w:pPr>
        <w:jc w:val="right"/>
      </w:pPr>
      <w:r>
        <w:t>آج کل کا انسان جو ہے، وہ split personality ہو چکی ہے ہر آدمی کی۔ بکھری ہوئی personality۔</w:t>
      </w:r>
    </w:p>
    <w:p>
      <w:r>
        <w:rPr>
          <w:b/>
        </w:rPr>
        <w:t xml:space="preserve">[1:15:06] </w:t>
      </w:r>
      <w:r>
        <w:t>to taras haq ka jazba kahin corner ho gaya aur aadmi us ko focus nahi kar pata.</w:t>
      </w:r>
    </w:p>
    <w:p>
      <w:pPr>
        <w:jc w:val="right"/>
      </w:pPr>
      <w:r>
        <w:t>تو ترس حق کا جذبہ کہیں corner ہو گیا اور آدمی اس کو focus نہیں کر پاتا۔</w:t>
      </w:r>
    </w:p>
    <w:p>
      <w:r>
        <w:rPr>
          <w:b/>
        </w:rPr>
        <w:t xml:space="preserve">[1:15:16] </w:t>
      </w:r>
      <w:r>
        <w:t>to mein yahi samajh pata hoon ke mujhe bohat hi hairaani hoti hai jab mein parhta hoon is waqie ko, jadoogaron ke waqie ko ke kaise ajeeb log the woh.</w:t>
      </w:r>
    </w:p>
    <w:p>
      <w:pPr>
        <w:jc w:val="right"/>
      </w:pPr>
      <w:r>
        <w:t>تو میں یہی سمجھ پاتا ہوں کہ مجھے بہت ہی حیرانی ہوتی ہے جب میں پڑھتا ہوں اس واقعے کو، جادوگروں کے واقعے کو کہ کیسے عجیب لوگ تھے وہ۔</w:t>
      </w:r>
    </w:p>
    <w:p>
      <w:r>
        <w:rPr>
          <w:b/>
        </w:rPr>
        <w:t xml:space="preserve">[1:15:26] </w:t>
      </w:r>
      <w:r>
        <w:t>yahi samajh mein aata hai ke woh seeker honge, agarche woh aaye the wahan firoun ke yaani kehne par.</w:t>
      </w:r>
    </w:p>
    <w:p>
      <w:pPr>
        <w:jc w:val="right"/>
      </w:pPr>
      <w:r>
        <w:t>یہی سمجھ میں آتا ہے کہ وہ seeker ہوں گے، اگرچہ وہ آئے تھے وہاں فرعون کے یعنی کہنے پر۔</w:t>
      </w:r>
    </w:p>
    <w:p>
      <w:r>
        <w:rPr>
          <w:b/>
        </w:rPr>
        <w:t xml:space="preserve">[1:15:37] </w:t>
      </w:r>
      <w:r>
        <w:t>aur ayat ek ayat Quran mein yeh bhi hai ke use pata tha ke firoun ne un ko yaani hukman bulaya tha. hukum de kar bulaya tha.</w:t>
      </w:r>
    </w:p>
    <w:p>
      <w:pPr>
        <w:jc w:val="right"/>
      </w:pPr>
      <w:r>
        <w:t>اور آیت ایک آیت قرآن میں یہ بھی ہے کہ اسے پتہ تھا کہ فرعون نے ان کو یعنی حکماً بلایا تھا۔ حکم دے کر بلایا تھا۔</w:t>
      </w:r>
    </w:p>
    <w:p>
      <w:r>
        <w:rPr>
          <w:b/>
        </w:rPr>
        <w:t xml:space="preserve">[1:15:51] </w:t>
      </w:r>
      <w:r>
        <w:t>to lagta hai ke woh the kuch, un ke andar kuch tha maada. kuch seeking spirit thi un ke andar shayad.</w:t>
      </w:r>
    </w:p>
    <w:p>
      <w:pPr>
        <w:jc w:val="right"/>
      </w:pPr>
      <w:r>
        <w:t>تو لگتا ہے کہ وہ تھے کچھ، ان کے اندر کچھ تھا مادہ۔ کچھ seeking spirit تھی ان کے اندر شاید۔</w:t>
      </w:r>
    </w:p>
    <w:p>
      <w:r>
        <w:rPr>
          <w:b/>
        </w:rPr>
        <w:t xml:space="preserve">[1:16:01] </w:t>
      </w:r>
      <w:r>
        <w:t>woh woh woh zahir ho gayi.</w:t>
      </w:r>
    </w:p>
    <w:p>
      <w:pPr>
        <w:jc w:val="right"/>
      </w:pPr>
      <w:r>
        <w:t>وہ وہ وہ ظاہر ہو گئی۔</w:t>
      </w:r>
    </w:p>
    <w:p>
      <w:r>
        <w:rPr>
          <w:b/>
        </w:rPr>
        <w:t xml:space="preserve">[1:16:07] </w:t>
      </w:r>
      <w:r>
        <w:t>yeh yeh aaj kal ke logon ka haal yeh hai ke woh itna zyada materialist ho gaye hain, itna materialist ho gaye hain. kyunke jo is zamane mein exposure hai yaani material cheezon ka exposure, is ne logon ko itna zyada materialist bana diya gaya hai ke woh un ki seeking spirit jo hai, woh dab gayi hai.</w:t>
      </w:r>
    </w:p>
    <w:p>
      <w:pPr>
        <w:jc w:val="right"/>
      </w:pPr>
      <w:r>
        <w:t>یہ یہ آج کل کے لوگوں کا حال یہ ہے کہ وہ اتنا زیادہ materialist ہو گئے ہیں، اتنا materialist ہو گئے ہیں۔ کیونکہ جو اس زمانے میں exposure ہے یعنی material چیزوں کا exposure، اس نے لوگوں کو اتنا زیادہ materialist بنا دیا گیا ہے کہ وہ ان کی seeking spirit جو ہے، وہ دب گئی ہے۔</w:t>
      </w:r>
    </w:p>
    <w:p>
      <w:r>
        <w:rPr>
          <w:b/>
        </w:rPr>
        <w:t xml:space="preserve">[1:16:29] </w:t>
      </w:r>
      <w:r>
        <w:t>aisa mera khayal hai. Maulana, yeh next question aaya hai Maulana abdul basit umri ka qatar se</w:t>
      </w:r>
    </w:p>
    <w:p>
      <w:pPr>
        <w:jc w:val="right"/>
      </w:pPr>
      <w:r>
        <w:t>ایسا میرا خیال ہے۔ مولانا، یہ next question آیا ہے مولانا عبدالباسط عمری کا قطر سے</w:t>
      </w:r>
    </w:p>
    <w:p>
      <w:r>
        <w:rPr>
          <w:b/>
        </w:rPr>
        <w:t xml:space="preserve">[1:16:37] </w:t>
      </w:r>
      <w:r>
        <w:t>. Maulana, muslim mumalik mein hukoomat ke khilaf jahan kahin ladaai chal rahi hai, is bare mein yeh dekhne ko mil raha hai ke jin hukmaranon ke apne mafaad jis mulk se hain, un ke bare mein aap ki baat ki taeed karte hain.</w:t>
      </w:r>
    </w:p>
    <w:p>
      <w:pPr>
        <w:jc w:val="right"/>
      </w:pPr>
      <w:r>
        <w:t>۔ مولانا، مسلم ممالک میں حکومت کے خلاف جہاں کہیں لڑائی چل رہی ہے، اس بارے میں یہ دیکھنے کو مل رہا ہے کہ جن حکمرانوں کے اپنے مفادات جس ملک سے ہیں، ان کے بارے میں آپ کی بات کی تائید کرتے ہیں۔</w:t>
      </w:r>
    </w:p>
    <w:p>
      <w:r>
        <w:rPr>
          <w:b/>
        </w:rPr>
        <w:t xml:space="preserve">[1:16:56] </w:t>
      </w:r>
      <w:r>
        <w:t>hukoomat mukhalif tehreekon ki mazammat karti hai aur mil jul kar is ka muqabla karte hain.</w:t>
      </w:r>
    </w:p>
    <w:p>
      <w:pPr>
        <w:jc w:val="right"/>
      </w:pPr>
      <w:r>
        <w:t>حکومت مخالف تحریکوں کی مذمت کرتی ہے اور مل جل کر اس کا مقابلہ کرتے ہیں۔</w:t>
      </w:r>
    </w:p>
    <w:p>
      <w:r>
        <w:rPr>
          <w:b/>
        </w:rPr>
        <w:t xml:space="preserve">[1:17:05] </w:t>
      </w:r>
      <w:r>
        <w:t>lekin jin mulkon se un ke mafaad wabasta nahi, wahan hukoomat mukhalif tehreekon ki himayat karti hai balkeh un tehreekon ki madad karti hai.</w:t>
      </w:r>
    </w:p>
    <w:p>
      <w:pPr>
        <w:jc w:val="right"/>
      </w:pPr>
      <w:r>
        <w:t>لیکن جن ملکوں سے ان کے مفادات وابستہ نہیں، وہاں حکومت مخالف تحریکوں کی حمایت کرتی ہے بلکہ ان تحریکوں کی مدد کرتی ہے۔</w:t>
      </w:r>
    </w:p>
    <w:p>
      <w:r>
        <w:rPr>
          <w:b/>
        </w:rPr>
        <w:t xml:space="preserve">[1:17:17] </w:t>
      </w:r>
      <w:r>
        <w:t>Maulana, aap akele insaan hain jo usool ki buniyad par hukoomat mukhalif tehreekon ko condemn karte hain.</w:t>
      </w:r>
    </w:p>
    <w:p>
      <w:pPr>
        <w:jc w:val="right"/>
      </w:pPr>
      <w:r>
        <w:t>مولانا، آپ اکیلے انسان ہیں جو اصول کی بنیاد پر حکومت مخالف تحریکوں کو condemn کرتے ہیں۔</w:t>
      </w:r>
    </w:p>
    <w:p>
      <w:r>
        <w:rPr>
          <w:b/>
        </w:rPr>
        <w:t xml:space="preserve">[1:17:29] </w:t>
      </w:r>
      <w:r>
        <w:t>yeh baat to sahi hai. hamein principle kaise dekhna</w:t>
      </w:r>
    </w:p>
    <w:p>
      <w:pPr>
        <w:jc w:val="right"/>
      </w:pPr>
      <w:r>
        <w:t>یہ بات تو صحیح ہے۔ ہمیں principle کیسے دیکھنا</w:t>
      </w:r>
    </w:p>
    <w:p>
      <w:r>
        <w:rPr>
          <w:b/>
        </w:rPr>
        <w:t xml:space="preserve">[1:17:34] </w:t>
      </w:r>
      <w:r>
        <w:t>chahiye? yeh nahi ke kahan hamara interest hai, kahan interest nahi hai. kon is kahan hamara mafad hai, kahan mafad nahi hai.</w:t>
      </w:r>
    </w:p>
    <w:p>
      <w:pPr>
        <w:jc w:val="right"/>
      </w:pPr>
      <w:r>
        <w:t>چاہیے؟ یہ نہیں کہ کہاں ہمارا interest ہے، کہاں interest نہیں ہے۔ کون اس کہاں ہمارا مفاد ہے، کہاں مفاد نہیں ہے۔</w:t>
      </w:r>
    </w:p>
    <w:p>
      <w:r>
        <w:rPr>
          <w:b/>
        </w:rPr>
        <w:t xml:space="preserve">[1:17:44] </w:t>
      </w:r>
      <w:r>
        <w:t>balkeh jo usool ya principle jo hai, wahi hamara criterion hona chahiye.</w:t>
      </w:r>
    </w:p>
    <w:p>
      <w:pPr>
        <w:jc w:val="right"/>
      </w:pPr>
      <w:r>
        <w:t>بلکہ جو اصول یا principle جو ہے، وہی ہمارا criterion ہونا چاہیے۔</w:t>
      </w:r>
    </w:p>
    <w:p>
      <w:r>
        <w:rPr>
          <w:b/>
        </w:rPr>
        <w:t xml:space="preserve">[1:17:53] </w:t>
      </w:r>
      <w:r>
        <w:t>maulana, yeh next question aaya hai muhammad sikandar ka Delhi se. is baat ki kya daleel hai ke hamein Allah ka qurb hasil ho raha hai?</w:t>
      </w:r>
    </w:p>
    <w:p>
      <w:pPr>
        <w:jc w:val="right"/>
      </w:pPr>
      <w:r>
        <w:t>مولانا، یہ next question آیا ہے محمد سکندر کا Delhi سے۔ اس بات کی کیا دلیل ہے کہ ہمیں اللہ کا قرب حاصل ہو رہا ہے؟</w:t>
      </w:r>
    </w:p>
    <w:p>
      <w:r>
        <w:rPr>
          <w:b/>
        </w:rPr>
        <w:t xml:space="preserve">[1:18:05] </w:t>
      </w:r>
      <w:r>
        <w:t>dekhiye, yeh yeh to kisi ke liye nahi. paighambar ke liye nahi to aap ke paas ho jayega. yeh dunya mein kisi ko nahi ho sakta ke hum Allah se qurbat ho gayi humein.</w:t>
      </w:r>
    </w:p>
    <w:p>
      <w:pPr>
        <w:jc w:val="right"/>
      </w:pPr>
      <w:r>
        <w:t>دیکھیے، یہ یہ تو کسی کے لیے نہیں۔ پیغمبر کے لیے نہیں تو آپ کے پاس ہو جائے گا۔ یہ دنیا میں کسی کو نہیں ہو سکتا کہ ہم اللہ سے قربت ہو گئی ہمیں۔</w:t>
      </w:r>
    </w:p>
    <w:p>
      <w:r>
        <w:rPr>
          <w:b/>
        </w:rPr>
        <w:t xml:space="preserve">[1:18:17] </w:t>
      </w:r>
      <w:r>
        <w:t>yeh yeh soch hi galat hai. yeh soch galat hai.</w:t>
      </w:r>
    </w:p>
    <w:p>
      <w:pPr>
        <w:jc w:val="right"/>
      </w:pPr>
      <w:r>
        <w:t>یہ یہ سوچ ہی غلط ہے۔ یہ سوچ غلط ہے۔</w:t>
      </w:r>
    </w:p>
    <w:p>
      <w:r>
        <w:rPr>
          <w:b/>
        </w:rPr>
        <w:t xml:space="preserve">[1:18:25] </w:t>
      </w:r>
      <w:r>
        <w:t>yeh na quran mein hai na hadees mein hai.</w:t>
      </w:r>
    </w:p>
    <w:p>
      <w:pPr>
        <w:jc w:val="right"/>
      </w:pPr>
      <w:r>
        <w:t>یہ نہ قرآن میں ہے نہ حدیث میں ہے۔</w:t>
      </w:r>
    </w:p>
    <w:p>
      <w:r>
        <w:rPr>
          <w:b/>
        </w:rPr>
        <w:t xml:space="preserve">[1:18:30] </w:t>
      </w:r>
      <w:r>
        <w:t>aap ko to sirf koshish karte rehna hai. koshish hum ne pa liya hai. yeh koi nahi keh sakta ke hum ne pa liya hai.</w:t>
      </w:r>
    </w:p>
    <w:p>
      <w:pPr>
        <w:jc w:val="right"/>
      </w:pPr>
      <w:r>
        <w:t>آپ کو تو صرف کوشش کرتے رہنا ہے۔ کوشش ہم نے پا لیا ہے۔ یہ کوئی نہیں کہہ سکتا کہ ہم نے پا لیا ہے۔</w:t>
      </w:r>
    </w:p>
    <w:p>
      <w:r>
        <w:rPr>
          <w:b/>
        </w:rPr>
        <w:t xml:space="preserve">[1:18:40] </w:t>
      </w:r>
      <w:r>
        <w:t>yeh kisi sahabi ne nahi aisa nahi kaha ke hum ne pa liya hai. to hamara kaam hai koshish karna. kis ne paaya, kis ne nahi paaya, is ka faisla Allah ki aakhirat mein hoga.</w:t>
      </w:r>
    </w:p>
    <w:p>
      <w:pPr>
        <w:jc w:val="right"/>
      </w:pPr>
      <w:r>
        <w:t>یہ کسی صحابی نے نہیں ایسا نہیں کہا کہ ہم نے پا لیا ہے۔ تو ہمارا کام ہے کوشش کرنا۔ کس نے پایا، کس نے نہیں پایا، اس کا فیصلہ اللہ کی آخرت میں ہوگا۔</w:t>
      </w:r>
    </w:p>
    <w:p>
      <w:r>
        <w:rPr>
          <w:b/>
        </w:rPr>
        <w:t xml:space="preserve">[1:18:54] </w:t>
      </w:r>
      <w:r>
        <w:t>maulana, yeh next question hai doctor muslima siddiqui ka Delhi se</w:t>
      </w:r>
    </w:p>
    <w:p>
      <w:pPr>
        <w:jc w:val="right"/>
      </w:pPr>
      <w:r>
        <w:t>مولانا، یہ next question ہے ڈاکٹر مسلمہ صدیقی کا Delhi سے</w:t>
      </w:r>
    </w:p>
    <w:p>
      <w:r>
        <w:rPr>
          <w:b/>
        </w:rPr>
        <w:t xml:space="preserve">[1:18:59] </w:t>
      </w:r>
      <w:r>
        <w:t>. Today, Kashmiris are in such a miserable state that they don't even have a telephone connection to tell people what they need.</w:t>
      </w:r>
    </w:p>
    <w:p>
      <w:pPr>
        <w:jc w:val="right"/>
      </w:pPr>
      <w:r>
        <w:t>۔ Today, Kashmiris are in such a miserable state that they don't even have a telephone connection to tell people what they need.</w:t>
      </w:r>
    </w:p>
    <w:p>
      <w:r>
        <w:rPr>
          <w:b/>
        </w:rPr>
        <w:t xml:space="preserve">[1:19:10] </w:t>
      </w:r>
      <w:r>
        <w:t>Still, there are cases that some of them pelted stones on the army helicopters which were engaged in their rescue effort.</w:t>
      </w:r>
    </w:p>
    <w:p>
      <w:pPr>
        <w:jc w:val="right"/>
      </w:pPr>
      <w:r>
        <w:t>Still, there are cases that some of them pelted stones on the army helicopters which were engaged in their rescue effort.</w:t>
      </w:r>
    </w:p>
    <w:p>
      <w:r>
        <w:rPr>
          <w:b/>
        </w:rPr>
        <w:t xml:space="preserve">[1:19:21] </w:t>
      </w:r>
      <w:r>
        <w:t>How can human beings become so depraved that having reached the level of animals?</w:t>
      </w:r>
    </w:p>
    <w:p>
      <w:pPr>
        <w:jc w:val="right"/>
      </w:pPr>
      <w:r>
        <w:t>How can human beings become so depraved that having reached the level of animals?</w:t>
      </w:r>
    </w:p>
    <w:p>
      <w:r>
        <w:rPr>
          <w:b/>
        </w:rPr>
        <w:t xml:space="preserve">[1:19:29] </w:t>
      </w:r>
      <w:r>
        <w:t>asal mein musalman negative ho gaye hain sari dunya mein. to zara si baat pe gussa ho jate hain. zara si baat pe helicopter pathar mare unhon ne.</w:t>
      </w:r>
    </w:p>
    <w:p>
      <w:pPr>
        <w:jc w:val="right"/>
      </w:pPr>
      <w:r>
        <w:t>اصل میں مسلمان negative ہو گئے ہیں ساری دنیا میں۔ تو ذرا سی بات پہ غصہ ہو جاتے ہیں۔ ذرا سی بات پہ ہیلی کاپٹر پتھر مارے انہوں نے۔</w:t>
      </w:r>
    </w:p>
    <w:p>
      <w:r>
        <w:rPr>
          <w:b/>
        </w:rPr>
        <w:t xml:space="preserve">[1:19:40] </w:t>
      </w:r>
      <w:r>
        <w:t>yeh helicopter to aik aik makan yani mechanical cheez hai, woh koi insan to hai hi nahi. yeh to yani double crime hai ke helicopter pathar marna.</w:t>
      </w:r>
    </w:p>
    <w:p>
      <w:pPr>
        <w:jc w:val="right"/>
      </w:pPr>
      <w:r>
        <w:t>یہ ہیلی کاپٹر تو ایک ایک مکین یعنی مکینیکل چیز ہے، وہ کوئی انسان تو ہے ہی نہیں۔ یہ تو یعنی double crime ہے کہ ہیلی کاپٹر پتھر مارنا۔</w:t>
      </w:r>
    </w:p>
    <w:p>
      <w:r>
        <w:rPr>
          <w:b/>
        </w:rPr>
        <w:t xml:space="preserve">[1:19:54] </w:t>
      </w:r>
      <w:r>
        <w:t>beh-haal, mein samajhta hoon ke yeh yeh bohat hi is tarah ki khabrein jo aayi hain, bohat hi galat khabrein hain. aur logon ko yani Kashmir mein jo kuch hua, us se logon ke andar jo cheez aana chahiye, woh introspection hai,</w:t>
      </w:r>
    </w:p>
    <w:p>
      <w:pPr>
        <w:jc w:val="right"/>
      </w:pPr>
      <w:r>
        <w:t>بہرحال، میں سمجھتا ہوں کہ یہ یہ بہت ہی اس طرح کی خبریں جو آئیں ہیں، بہت ہی غلط خبریں ہیں۔ اور لوگوں کو یعنی کشمیر میں جو کچھ ہوا، اس سے لوگوں کے اندر جو چیز آنا چاہیے، وہ introspection ہے،</w:t>
      </w:r>
    </w:p>
    <w:p>
      <w:r>
        <w:rPr>
          <w:b/>
        </w:rPr>
        <w:t xml:space="preserve">[1:20:11] </w:t>
      </w:r>
      <w:r>
        <w:t>ehtesab khwaish hai. apni maafi mangna, apni ghalti ko dhoondna,</w:t>
      </w:r>
    </w:p>
    <w:p>
      <w:pPr>
        <w:jc w:val="right"/>
      </w:pPr>
      <w:r>
        <w:t>احتساب خیش ہے۔ اپنی معافی مانگنا، اپنی غلطی کو ڈھونڈنا،</w:t>
      </w:r>
    </w:p>
    <w:p>
      <w:r>
        <w:rPr>
          <w:b/>
        </w:rPr>
        <w:t xml:space="preserve">[1:20:17] </w:t>
      </w:r>
      <w:r>
        <w:t>gussa gusse ka izhaar. yeh to yani usmani ke jo beet raha hai, us se sabak le liya.</w:t>
      </w:r>
    </w:p>
    <w:p>
      <w:pPr>
        <w:jc w:val="right"/>
      </w:pPr>
      <w:r>
        <w:t>غصہ غصے کا اظہار۔ یہ تو یعنی عثمانی کے جو بیت رہا ہے، اس سے سبق لے لیا۔</w:t>
      </w:r>
    </w:p>
    <w:p>
      <w:r>
        <w:rPr>
          <w:b/>
        </w:rPr>
        <w:t xml:space="preserve">[1:20:26] </w:t>
      </w:r>
      <w:r>
        <w:t>jo beet raha hai, us se sabak le liya.</w:t>
      </w:r>
    </w:p>
    <w:p>
      <w:pPr>
        <w:jc w:val="right"/>
      </w:pPr>
      <w:r>
        <w:t>جو بیت رہا ہے، اس سے سبق لے لیا۔</w:t>
      </w:r>
    </w:p>
    <w:p>
      <w:r>
        <w:rPr>
          <w:b/>
        </w:rPr>
        <w:t xml:space="preserve">[1:20:32] </w:t>
      </w:r>
      <w:r>
        <w:t>bohat hi taajub baat yeh hai. quran mein hai ke jab Allah ke paas aayi to unhon ne tazru kyu nahi kiya?</w:t>
      </w:r>
    </w:p>
    <w:p>
      <w:pPr>
        <w:jc w:val="right"/>
      </w:pPr>
      <w:r>
        <w:t>بہت ہی تعجب بات یہ ہے۔ قرآن میں ہے کہ جب اللہ کے پاس آئی تو انہوں نے تضرع کیوں نہیں کیا؟</w:t>
      </w:r>
    </w:p>
    <w:p>
      <w:r>
        <w:rPr>
          <w:b/>
        </w:rPr>
        <w:t xml:space="preserve">[1:20:42] </w:t>
      </w:r>
      <w:r>
        <w:t>to us waqt jo paish aa raha hai Kashmir mein, us ka sahi response tazru hai.</w:t>
      </w:r>
    </w:p>
    <w:p>
      <w:pPr>
        <w:jc w:val="right"/>
      </w:pPr>
      <w:r>
        <w:t>تو اس وقت جو پیش آ رہا ہے کشمیر میں، اس کا صحیح response تضرع ہے۔</w:t>
      </w:r>
    </w:p>
    <w:p>
      <w:r>
        <w:rPr>
          <w:b/>
        </w:rPr>
        <w:t xml:space="preserve">[1:20:51] </w:t>
      </w:r>
      <w:r>
        <w:t>yani Allah ki taraf tawajjuh, Allah ki yaad karna, Allah se maafi mangna, yeh sahi response hai. aur yeh jo response dikhaya unhon ne, yeh to mein samajhta hoon ke bohat hi bura response hai.</w:t>
      </w:r>
    </w:p>
    <w:p>
      <w:pPr>
        <w:jc w:val="right"/>
      </w:pPr>
      <w:r>
        <w:t>یعنی اللہ کی طرف توجہ، اللہ کی یاد کرنا، اللہ سے معافی مانگنا، یہ صحیح response ہے۔ اور یہ جو response دکھایا انہوں نے، یہ تو میں سمجھتا ہوں کہ بہت ہی برا response ہے۔</w:t>
      </w:r>
    </w:p>
    <w:p>
      <w:r>
        <w:rPr>
          <w:b/>
        </w:rPr>
        <w:t xml:space="preserve">[1:21:03] </w:t>
      </w:r>
      <w:r>
        <w:t>aur yeh bilashuba gunah hai, is mein koi shakk nahi.</w:t>
      </w:r>
    </w:p>
    <w:p>
      <w:pPr>
        <w:jc w:val="right"/>
      </w:pPr>
      <w:r>
        <w:t>اور یہ بلاشبہ گناہ ہے، اس میں کوئی شک نہیں۔</w:t>
      </w:r>
    </w:p>
    <w:p>
      <w:r>
        <w:rPr>
          <w:b/>
        </w:rPr>
        <w:t xml:space="preserve">[1:21:09] </w:t>
      </w:r>
      <w:r>
        <w:t>maulana, yeh agla question aaya hai doctor farida khanam ka Delhi se. According to today's news, umar abdullah has said that the army has rescued fifty thousand Kashmiris in the valley,</w:t>
      </w:r>
    </w:p>
    <w:p>
      <w:pPr>
        <w:jc w:val="right"/>
      </w:pPr>
      <w:r>
        <w:t>مولانا، یہ اگلا question آیا ہے ڈاکٹر فریدہ خانم کا Delhi سے۔ According to today's news, عمر عبداللہ has said that the army has rescued fifty thousand Kashmiris in the valley,</w:t>
      </w:r>
    </w:p>
    <w:p>
      <w:r>
        <w:rPr>
          <w:b/>
        </w:rPr>
        <w:t xml:space="preserve">[1:21:22] </w:t>
      </w:r>
      <w:r>
        <w:t>but Muslims are saying that army is saving only Hindus. Maulana, Muslims negativity has crossed all limits. Why have Muslims become so neg</w:t>
      </w:r>
    </w:p>
    <w:p>
      <w:pPr>
        <w:jc w:val="right"/>
      </w:pPr>
      <w:r>
        <w:t>but Muslims are saying that army is saving only Hindus. مولانا، مسلمs negativity has crossed all limits. Why have Muslims become so neg</w:t>
      </w:r>
    </w:p>
    <w:p>
      <w:r>
        <w:rPr>
          <w:b/>
        </w:rPr>
        <w:t xml:space="preserve">[1:21:32] </w:t>
      </w:r>
      <w:r>
        <w:t>ative? humm, yeh khabar mein ne bhi likhi thi. mujhe bohat taajub hota hai ke is waqt bhi logon ka tazru nahi hoga.</w:t>
      </w:r>
    </w:p>
    <w:p>
      <w:pPr>
        <w:jc w:val="right"/>
      </w:pPr>
      <w:r>
        <w:t>ative? ہمم، یہ خبر میں نے بھی لکھی تھی۔ مجھے بہت تعجب ہوتا ہے کہ اس وقت بھی لوگوں کا تضرع نہیں ہوگا۔</w:t>
      </w:r>
    </w:p>
    <w:p>
      <w:r>
        <w:rPr>
          <w:b/>
        </w:rPr>
        <w:t xml:space="preserve">[1:21:41] </w:t>
      </w:r>
      <w:r>
        <w:t>is waqt bhi woh negative soch un ki baqi hai. is se mujhe kashmirioun ke baray mein meri hope jo hai, woh mazal hui.</w:t>
      </w:r>
    </w:p>
    <w:p>
      <w:pPr>
        <w:jc w:val="right"/>
      </w:pPr>
      <w:r>
        <w:t>اس وقت بھی وہ negative سوچ ان کی باقی ہے۔ اس سے مجھے کشمیریوں کے بارے میں میری hope جو ہے، وہ مززل ہوئی۔</w:t>
      </w:r>
    </w:p>
    <w:p>
      <w:r>
        <w:rPr>
          <w:b/>
        </w:rPr>
        <w:t xml:space="preserve">[1:21:54] </w:t>
      </w:r>
      <w:r>
        <w:t>main samajhta tha ke is toofan se un ke andar tazru'a aayega, un ke andar jazba aayega dawat-e-ilallah ke kaam karne ka. military si yeh jazba aayega ke military si chhoro aur dawat ka kaam karo.</w:t>
      </w:r>
    </w:p>
    <w:p>
      <w:pPr>
        <w:jc w:val="right"/>
      </w:pPr>
      <w:r>
        <w:t>میں سمجھتا تھا کہ اس طوفان سے ان کے اندر تضرع آئے گا، ان کے اندر جذبہ آئے گا دعوت اللہ کے کام کرنے کا۔ ملٹریسی یہ جذبہ آئے گا کہ ملٹریسی چھوڑو اور دعوت کا کام کرو۔</w:t>
      </w:r>
    </w:p>
    <w:p>
      <w:r>
        <w:rPr>
          <w:b/>
        </w:rPr>
        <w:t xml:space="preserve">[1:22:08] </w:t>
      </w:r>
      <w:r>
        <w:t>lekin lagta hai ke aisa hone wala nahi hai.</w:t>
      </w:r>
    </w:p>
    <w:p>
      <w:pPr>
        <w:jc w:val="right"/>
      </w:pPr>
      <w:r>
        <w:t>لیکن لگتا ہے کہ ایسا ہونے والا نہیں ہے۔</w:t>
      </w:r>
    </w:p>
    <w:p>
      <w:r>
        <w:rPr>
          <w:b/>
        </w:rPr>
        <w:t xml:space="preserve">[1:22:13] </w:t>
      </w:r>
      <w:r>
        <w:t>is toofan ka wahid jo result hona chahiye, woh yeh hai ke saare kashmirioun mein yeh kaifiyat jaage ke chhoro, military si nahi karenge, hum ko dawat ka kaam karna hai.</w:t>
      </w:r>
    </w:p>
    <w:p>
      <w:pPr>
        <w:jc w:val="right"/>
      </w:pPr>
      <w:r>
        <w:t>اس طوفان کا واحد جو result ہونا چاہیے، وہ یہ ہے کہ سارے کشمیریوں میں یہ کیفیت جاگے کہ چھوڑو، ملٹریسی نہیں کریں گے، ہم کو دعوت کا کام کرنا ہے۔</w:t>
      </w:r>
    </w:p>
    <w:p>
      <w:r>
        <w:rPr>
          <w:b/>
        </w:rPr>
        <w:t xml:space="preserve">[1:22:26] </w:t>
      </w:r>
      <w:r>
        <w:t>kyun ke military si agar Allah ko pasand hoti to yeh aata hi nahi hai. agar hamari military si jo hai, agar Allah ko pasand hoti to woh aata hi na.</w:t>
      </w:r>
    </w:p>
    <w:p>
      <w:pPr>
        <w:jc w:val="right"/>
      </w:pPr>
      <w:r>
        <w:t>کیونکہ ملٹریسی اگر اللہ کو پسند ہوتی تو یہ آتا ہی نہیں ہے۔ اگر ہماری ملٹریسی جو ہے، اگر اللہ کو پسند ہوتی تو وہ آتا ہی نہ۔</w:t>
      </w:r>
    </w:p>
    <w:p>
      <w:r>
        <w:rPr>
          <w:b/>
        </w:rPr>
        <w:t xml:space="preserve">[1:22:38] </w:t>
      </w:r>
      <w:r>
        <w:t>ab chhoro, gung ko, bomb ko chhoro, jale mein phenk do,</w:t>
      </w:r>
    </w:p>
    <w:p>
      <w:pPr>
        <w:jc w:val="right"/>
      </w:pPr>
      <w:r>
        <w:t>اب چھوڑو، گنگ کو، بم کو چھوڑو، جلے میں پھینک دو،</w:t>
      </w:r>
    </w:p>
    <w:p>
      <w:r>
        <w:rPr>
          <w:b/>
        </w:rPr>
        <w:t xml:space="preserve">[1:22:42] </w:t>
      </w:r>
      <w:r>
        <w:t>ab dawat ka kaam karo. lekin yeh response abhi aa nahi raha kashmirioun ki taraf se. is wajah se meri hope jo thi, woh bohat hi yaani mujhe shakk mein pad gaya hoon main ke kya yeh itna bara jo crisis aaya hai, yeh kashmirioun ki is se bhi islaah nahi hogi kya?</w:t>
      </w:r>
    </w:p>
    <w:p>
      <w:pPr>
        <w:jc w:val="right"/>
      </w:pPr>
      <w:r>
        <w:t>اب دعوت کا کام کرو۔ لیکن یہ response ابھی آ نہیں رہا کشمیریوں کی طرف سے۔ اس وجہ سے میری hope جو تھی، وہ بہت ہی یعنی مجھے شک میں پڑ گیا ہوں میں کہ کیا یہ اتنا بڑا جو crisis آیا ہے، یہ کشمیریوں کی اسے بھی اصلاح نہیں ہوگی کیا؟</w:t>
      </w:r>
    </w:p>
    <w:p>
      <w:r>
        <w:rPr>
          <w:b/>
        </w:rPr>
        <w:t xml:space="preserve">[1:23:03] </w:t>
      </w:r>
      <w:r>
        <w:t>saath baras se aisi tehreekain chalate rahe, woh Islam ke naam par jo bilkul yaani sahi nahi thi, Islami nahi</w:t>
      </w:r>
    </w:p>
    <w:p>
      <w:pPr>
        <w:jc w:val="right"/>
      </w:pPr>
      <w:r>
        <w:t>ساٹھ برس سے ایسی تحریکیں چلاتے رہے، وہ اسلام کے نام پر جو بالکل یعنی صحیح نہیں تھی، اسلامی نہیں</w:t>
      </w:r>
    </w:p>
    <w:p>
      <w:r>
        <w:rPr>
          <w:b/>
        </w:rPr>
        <w:t xml:space="preserve">[1:23:12] </w:t>
      </w:r>
      <w:r>
        <w:t>tha. woh woh to yaani apni artist ko Islam ke naam par chalate rahe. to ab to chhorain woh is ko. ab to is ko chhorain.</w:t>
      </w:r>
    </w:p>
    <w:p>
      <w:pPr>
        <w:jc w:val="right"/>
      </w:pPr>
      <w:r>
        <w:t>تھا۔ وہ وہ تو یعنی اپنی آرٹسٹ کو اسلام کے نام پر چلاتے رہے۔ تو اب تو چھوڑیں وہ اس کو۔ اب تو اس کو چھوڑیں۔</w:t>
      </w:r>
    </w:p>
    <w:p>
      <w:r>
        <w:rPr>
          <w:b/>
        </w:rPr>
        <w:t xml:space="preserve">[1:23:23] </w:t>
      </w:r>
      <w:r>
        <w:t>lekin yeh sab cheezain aisi lagti hain ke is right response nahi de rahe hain. woh yeh right response jab nahi de rahe hain to hum future ke baray mein kaise achhi umeed qaim kar sakte hain?</w:t>
      </w:r>
    </w:p>
    <w:p>
      <w:pPr>
        <w:jc w:val="right"/>
      </w:pPr>
      <w:r>
        <w:t>لیکن یہ سب چیزیں ایسی لگتی ہیں کہ اسright response نہیں دے رہے ہیں۔ وہ یہright response جب نہیں دے رہے ہیں تو ہم future کے بارے میں کیسے اچھی امید قائم کر سکتے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