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Personality Building May 28, 2013 Maulana Wahiduddin Khan</w:t>
      </w:r>
    </w:p>
    <w:p>
      <w:r>
        <w:t>https://www.youtube.com/watch?v=8vNUoqGILmw</w:t>
      </w:r>
    </w:p>
    <w:p>
      <w:r>
        <w:rPr>
          <w:b/>
        </w:rPr>
        <w:t xml:space="preserve">[00:13] </w:t>
      </w:r>
      <w:r>
        <w:t>aaj hamare beech hamare special speaker hain Maulana Wahiduddin Khan sahab, aur un ki team ke anya log bhi, un ke followers, un ke betiyan,</w:t>
      </w:r>
    </w:p>
    <w:p>
      <w:pPr>
        <w:jc w:val="right"/>
      </w:pPr>
      <w:r>
        <w:t>آج ہمارے بیچ ہمارے اسپیشل سپیکر ہیں مولانا وحید الدین خان صاحب، اور ان کی ٹیم کے अन्य لوگ بھی، ان کے فالوورز، ان کے بیٹیاں،</w:t>
      </w:r>
    </w:p>
    <w:p>
      <w:r>
        <w:rPr>
          <w:b/>
        </w:rPr>
        <w:t xml:space="preserve">[00:27] </w:t>
      </w:r>
      <w:r>
        <w:t>sare maujood hain yahan par. main program shuru karne se pehle respected Bhatia sahab se request karta hoon, okay, Shri Rajesh Mehna sahab se request karta hoon ke woh Maulana sahab ka swagat karein flower bouquet se.</w:t>
      </w:r>
    </w:p>
    <w:p>
      <w:pPr>
        <w:jc w:val="right"/>
      </w:pPr>
      <w:r>
        <w:t>سارے موجود ہیں یہاں پر۔ میں پروگرام شروع کرنے سے پہلے ریسپیکٹڈ بھاٹیا صاحب سے ریکویسٹ کرتا ہوں، اوکے، شری راجش مہنا صاحب سے ریکویسٹ کرتا ہوں کہ وہ مولانا صاحب کا سواگت کریں فلاور بکے سے۔</w:t>
      </w:r>
    </w:p>
    <w:p>
      <w:r>
        <w:rPr>
          <w:b/>
        </w:rPr>
        <w:t xml:space="preserve">[00:44] </w:t>
      </w:r>
      <w:r>
        <w:t>sir.</w:t>
      </w:r>
    </w:p>
    <w:p>
      <w:pPr>
        <w:jc w:val="right"/>
      </w:pPr>
      <w:r>
        <w:t>سر۔</w:t>
      </w:r>
    </w:p>
    <w:p>
      <w:r>
        <w:rPr>
          <w:b/>
        </w:rPr>
        <w:t xml:space="preserve">[00:52] </w:t>
      </w:r>
      <w:r>
        <w:t>dhanyawad Mehna sahab. aur ab main Adani Bhatia sahab se request karta hoon ke woh introduce karein Maulana sahab ko.</w:t>
      </w:r>
    </w:p>
    <w:p>
      <w:pPr>
        <w:jc w:val="right"/>
      </w:pPr>
      <w:r>
        <w:t>دھنیا واد مہنا صاحب۔ اور اب میں آدنی بھاٹیا صاحب سے ریکویسٹ کرتا ہوں کہ وہ انٹروڈیوس کریں مولانا صاحب کو۔</w:t>
      </w:r>
    </w:p>
    <w:p>
      <w:r>
        <w:rPr>
          <w:b/>
        </w:rPr>
        <w:t xml:space="preserve">[01:03] </w:t>
      </w:r>
      <w:r>
        <w:t>hamare liye fakhr ki baat hai ke aaj hamare beech janab Maulana Wahiduddin Khan sahab padare hain.</w:t>
      </w:r>
    </w:p>
    <w:p>
      <w:pPr>
        <w:jc w:val="right"/>
      </w:pPr>
      <w:r>
        <w:t>ہمارے لیے فخر کی بات ہے کہ آج ہمارے بیچ جناب مولانا وحید الدین خان صاحب پدارے ہیں۔</w:t>
      </w:r>
    </w:p>
    <w:p>
      <w:r>
        <w:rPr>
          <w:b/>
        </w:rPr>
        <w:t xml:space="preserve">[01:14] </w:t>
      </w:r>
      <w:r>
        <w:t>Maulana sahab Islamic scholar jaane jate hain, par main to yeh kahunga ke Maulana sahab sirf Islamic scholar hi nahi, Maulana sahab insani scholar hain.</w:t>
      </w:r>
    </w:p>
    <w:p>
      <w:pPr>
        <w:jc w:val="right"/>
      </w:pPr>
      <w:r>
        <w:t>مولانا صاحب اسلامک اسکالر جانے جاتے ہیں، پر میں تو یہ کہوں گا کہ مولانا صاحب صرف اسلامک اسکالر ہی نہیں، مولانا صاحب انسانی اسکالر ہیں۔</w:t>
      </w:r>
    </w:p>
    <w:p>
      <w:r>
        <w:rPr>
          <w:b/>
        </w:rPr>
        <w:t xml:space="preserve">[01:30] </w:t>
      </w:r>
      <w:r>
        <w:t>Maulana sahab ek thinker maane gaye hain jinhone Islam ko ek naye roop mein logon ke samne pesh kiya hai jise ke log Islam ko samajh saken.</w:t>
      </w:r>
    </w:p>
    <w:p>
      <w:pPr>
        <w:jc w:val="right"/>
      </w:pPr>
      <w:r>
        <w:t>مولانا صاحب ایک تھنکر مانے گئے ہیں جنہوں نے اسلام کو ایک نئے روپ میں لوگوں کے سامنے پیش کیا ہے جسے کہ لوگ اسلام کو سمجھ سکیں۔</w:t>
      </w:r>
    </w:p>
    <w:p>
      <w:r>
        <w:rPr>
          <w:b/>
        </w:rPr>
        <w:t xml:space="preserve">[01:44] </w:t>
      </w:r>
      <w:r>
        <w:t>Maulana sahab ne kitni hi kitabein likhi hain, do sau se zyada kitabein Maulana sahab likh chuke hain, jis mein se kuch kitabon ke naam hain: "The Prophet of Peace", "A Treasure of the Quran", "Indian Muslims: The Need for a Positive Outlook", "Islam and Peace:</w:t>
      </w:r>
    </w:p>
    <w:p>
      <w:pPr>
        <w:jc w:val="right"/>
      </w:pPr>
      <w:r>
        <w:t>مولانا صاحب نے کتنی ہی کتابیں لکھی ہیں، دو سو سے زیادہ کتابیں مولانا صاحب لکھ چکے ہیں، جس میں سے کچھ کتابوں کے نام ہیں: "دا پرافٹ آف پیس"، "اے ٹریئر آف دا کوران"، "انڈین مسلمز: دا نیڈ فار اے پازیٹیو آؤٹ لوک"، "اسلام اینڈ پیس:</w:t>
      </w:r>
    </w:p>
    <w:p>
      <w:r>
        <w:rPr>
          <w:b/>
        </w:rPr>
        <w:t xml:space="preserve">[02:05] </w:t>
      </w:r>
      <w:r>
        <w:t>God Arises". jo un ki pustak hai "God Arises", us ko kitni hi bhashaon mein us ka anuvaad kiya gaya hai, translation kiya gaya hai, universities ke courses mein rakhi gayi hai.</w:t>
      </w:r>
    </w:p>
    <w:p>
      <w:pPr>
        <w:jc w:val="right"/>
      </w:pPr>
      <w:r>
        <w:t>گاڈ ایریزز"۔ جو ان کی پستک ہے "گاڈ ایریزز"، اس کو کتنی ہی بھاشاؤں میں اس کا انواد کیا گیا ہے، ٹرانسلیشن کیا گیا ہے، یونیورسٹیز کے کورسز میں رکھی گئی ہے۔</w:t>
      </w:r>
    </w:p>
    <w:p>
      <w:r>
        <w:rPr>
          <w:b/>
        </w:rPr>
        <w:t xml:space="preserve">[02:18] </w:t>
      </w:r>
      <w:r>
        <w:t>Maulana sahab ko na jaane kitne hi puraskaron se nawaza gaya hai, jis mein se kuch hain: "Demarg Peace International Award", "Padma Bhushan", "National Citizens Award", "Rajiv Gandhi National Sadbhavana Award", "National Integration Award".</w:t>
      </w:r>
    </w:p>
    <w:p>
      <w:pPr>
        <w:jc w:val="right"/>
      </w:pPr>
      <w:r>
        <w:t>مولانا صاحب کو نہ جانے کتنے ہی پراستاروں سے نوازا گیا ہے، جس میں سے کچھ ہیں: "ڈیمارگس پیس انٹرنیشنل ایوارڈ"، "پدم گھوشن"، "نیشنل سٹیزنز ایوارڈ"، "راجیو گاندھی نیشنل سدھ بھاونا ایوارڈ"، "نیشنل انٹیگریشن ایوارڈ"۔</w:t>
      </w:r>
    </w:p>
    <w:p>
      <w:r>
        <w:rPr>
          <w:b/>
        </w:rPr>
        <w:t xml:space="preserve">[02:38] </w:t>
      </w:r>
      <w:r>
        <w:t>is mein se kuch hain jo Maulana sahab ko mile hain.</w:t>
      </w:r>
    </w:p>
    <w:p>
      <w:pPr>
        <w:jc w:val="right"/>
      </w:pPr>
      <w:r>
        <w:t>اس میں سے کچھ ہیں جو مولانا صاحب کو ملے ہیں۔</w:t>
      </w:r>
    </w:p>
    <w:p>
      <w:r>
        <w:rPr>
          <w:b/>
        </w:rPr>
        <w:t xml:space="preserve">[02:43] </w:t>
      </w:r>
      <w:r>
        <w:t>Maulana sahab ko kisi ne Prophet of Peace kaha, kisi ne Ambassador of Peace kaha, aur na jaane is tarah ke kitne hi namon se un ko pukara aur jana gaya hai.</w:t>
      </w:r>
    </w:p>
    <w:p>
      <w:pPr>
        <w:jc w:val="right"/>
      </w:pPr>
      <w:r>
        <w:t>مولانا صاحب کو کسی نے پرافٹ آف پیس کہا، کسی نے ایمبیسڈر آف پیس کہا، اور نہ جانے اس طرح کے کتنے ہی ناموں سے ان کو پکارا اور جانا گیا ہے۔</w:t>
      </w:r>
    </w:p>
    <w:p>
      <w:r>
        <w:rPr>
          <w:b/>
        </w:rPr>
        <w:t xml:space="preserve">[02:56] </w:t>
      </w:r>
      <w:r>
        <w:t>aur yeh sab naam aur samman main samajhta hoon Maulana sahab ko Khan Abdul Ghaffar Khan sahab ki shreni mein le aate hain, aur yeh koi vyaktigat nahi hogi agar kaha jaye ke Maulana sahab aaj ke Mahatma Gandhi hain.</w:t>
      </w:r>
    </w:p>
    <w:p>
      <w:pPr>
        <w:jc w:val="right"/>
      </w:pPr>
      <w:r>
        <w:t>اور یہ سب نام اور سمان میں سمجھتا ہوں مولانا صاحب کو خان عبدالغفار خان صاحب کی شریانی میں لے آتے ہیں، اور یہ کوئی ذاتی نہیں ہوگی اگر کہا جائے کہ مولانا صاحب آج کے مہاتما گاندھی ہیں۔</w:t>
      </w:r>
    </w:p>
    <w:p>
      <w:r>
        <w:rPr>
          <w:b/>
        </w:rPr>
        <w:t xml:space="preserve">[03:15] </w:t>
      </w:r>
      <w:r>
        <w:t>Ghalib ne kaha: "Bas ki dushwar hai har kaam ka aasan hona, aadmi ko bhi mayassar nahi insan hona." doston, main samajhta hoon farishta hona aasan hai,</w:t>
      </w:r>
    </w:p>
    <w:p>
      <w:pPr>
        <w:jc w:val="right"/>
      </w:pPr>
      <w:r>
        <w:t>گالیب نے کہا: "بس کی دشوار ہے ہر کام کا آساں ہونا، آدمی کو بھی میسر نہیں انسان ہونا۔" دوستوں، میں سمجھتا ہوں فرشتہ ہونا آسان ہے،</w:t>
      </w:r>
    </w:p>
    <w:p>
      <w:r>
        <w:rPr>
          <w:b/>
        </w:rPr>
        <w:t xml:space="preserve">[03:30] </w:t>
      </w:r>
      <w:r>
        <w:t>parantu aaj ke daur ke andar insan hona bahut hi mushkil kaam hai. main ne ek bar ek sher padha tha kahin: "Basti mein hamari jo Hindu Musalman bas gaye, basti mein hamari jo Hindu Musalman bas gaye, insan ki surat dekhne ko hum taras gaye." ek aur bhi main ne aaj hi kahin par yeh padha,</w:t>
      </w:r>
    </w:p>
    <w:p>
      <w:pPr>
        <w:jc w:val="right"/>
      </w:pPr>
      <w:r>
        <w:t>پرنتو آج کے دور کے اندر انسان ہونا بہت ہی مشکل کام ہے۔ میں نے ایک بار ایک شیر پڑھا تھا کہیں: "بستی میں ہماری جو ہندو مسلمہ بس گئے، بستی میں ہماری جو ہندو مسلمہ بس گئے، انسان کی صورت دیکھنے کو ہم ترس گئے۔" ایک اور بھی میں نے آج ہی کہیں پر یہ پڑھا،</w:t>
      </w:r>
    </w:p>
    <w:p>
      <w:r>
        <w:rPr>
          <w:b/>
        </w:rPr>
        <w:t xml:space="preserve">[03:54] </w:t>
      </w:r>
      <w:r>
        <w:t>jis mein tha ke kam se kam insan bano, aur yeh kehte hain: "Yadi bhala kisi ka kar na sako to bura kisi ka na karna." yadi bhala kisi ka kar na sako to bura kisi ka na karna.</w:t>
      </w:r>
    </w:p>
    <w:p>
      <w:pPr>
        <w:jc w:val="right"/>
      </w:pPr>
      <w:r>
        <w:t>جس میں تھا کہ کم سے کم انسان بنو، اور یہ کہتے ہیں: "یہدی بھلا کسی کا کر نہ سکو تو برا کسی کا نہ کرنا۔" یہدی بھلا کسی کا کر نہ سکو تو برا کسی کا نہ کرنا۔</w:t>
      </w:r>
    </w:p>
    <w:p>
      <w:r>
        <w:rPr>
          <w:b/>
        </w:rPr>
        <w:t xml:space="preserve">[04:11] </w:t>
      </w:r>
      <w:r>
        <w:t>"amrit pilane ko na ho agar to zehar pilate</w:t>
      </w:r>
    </w:p>
    <w:p>
      <w:pPr>
        <w:jc w:val="right"/>
      </w:pPr>
      <w:r>
        <w:t>"امریت پلانے کو نہ ہو اگر تو زہر پلاتے</w:t>
      </w:r>
    </w:p>
    <w:p>
      <w:r>
        <w:rPr>
          <w:b/>
        </w:rPr>
        <w:t xml:space="preserve">[04:17] </w:t>
      </w:r>
      <w:r>
        <w:t>بھی ڈرنا۔" "Sati mudr idi keh na sako to jhoot kabhi bhi mat bolo."</w:t>
      </w:r>
    </w:p>
    <w:p>
      <w:pPr>
        <w:jc w:val="right"/>
      </w:pPr>
      <w:r>
        <w:t>بھی ڈرنا۔" "سطی مدر یدی کہہ نہ سکو تو جھوٹ کبھی بھی مت بولو۔"</w:t>
      </w:r>
    </w:p>
    <w:p>
      <w:r>
        <w:rPr>
          <w:b/>
        </w:rPr>
        <w:t xml:space="preserve">[04:23] </w:t>
      </w:r>
      <w:r>
        <w:t>"mun raho to sab se acha, kam se kam vish to mat gholo."</w:t>
      </w:r>
    </w:p>
    <w:p>
      <w:pPr>
        <w:jc w:val="right"/>
      </w:pPr>
      <w:r>
        <w:t>"مون رہو تو سب سے اچھا، کم سے کم وش تو مت گھولو۔"</w:t>
      </w:r>
    </w:p>
    <w:p>
      <w:r>
        <w:rPr>
          <w:b/>
        </w:rPr>
        <w:t xml:space="preserve">[04:28] </w:t>
      </w:r>
      <w:r>
        <w:t>"mehal kisi ka bana na sako to jhopriyan na jala dena."</w:t>
      </w:r>
    </w:p>
    <w:p>
      <w:pPr>
        <w:jc w:val="right"/>
      </w:pPr>
      <w:r>
        <w:t>"مہل کسی کا بنا نہ سکو تو جھوپڑیاں نہ جلا دینا۔"</w:t>
      </w:r>
    </w:p>
    <w:p>
      <w:r>
        <w:rPr>
          <w:b/>
        </w:rPr>
        <w:t xml:space="preserve">[04:32] </w:t>
      </w:r>
      <w:r>
        <w:t>"malham patti gir kar na sako to khara namak na laga dena."</w:t>
      </w:r>
    </w:p>
    <w:p>
      <w:pPr>
        <w:jc w:val="right"/>
      </w:pPr>
      <w:r>
        <w:t>"مللم پٹی گر کر نہ سکو تو کھارا نمک نہ لگا دینا۔"</w:t>
      </w:r>
    </w:p>
    <w:p>
      <w:r>
        <w:rPr>
          <w:b/>
        </w:rPr>
        <w:t xml:space="preserve">[04:36] </w:t>
      </w:r>
      <w:r>
        <w:t>"deepak ban kar jal na sake to andhkar na kar dena."</w:t>
      </w:r>
    </w:p>
    <w:p>
      <w:pPr>
        <w:jc w:val="right"/>
      </w:pPr>
      <w:r>
        <w:t>"دیپک بن کر جل نہ سکے تو اندھکار نہ کر دینا۔"</w:t>
      </w:r>
    </w:p>
    <w:p>
      <w:r>
        <w:rPr>
          <w:b/>
        </w:rPr>
        <w:t xml:space="preserve">[04:40] </w:t>
      </w:r>
      <w:r>
        <w:t>"is dunya mein aaye ho to kam se kam insan bano."</w:t>
      </w:r>
    </w:p>
    <w:p>
      <w:pPr>
        <w:jc w:val="right"/>
      </w:pPr>
      <w:r>
        <w:t>"اس دنیا میں آئے ہو تو کم سے کم انسان بنو۔"</w:t>
      </w:r>
    </w:p>
    <w:p>
      <w:r>
        <w:rPr>
          <w:b/>
        </w:rPr>
        <w:t xml:space="preserve">[04:45] </w:t>
      </w:r>
      <w:r>
        <w:t>aaj Maulana sahib</w:t>
      </w:r>
    </w:p>
    <w:p>
      <w:pPr>
        <w:jc w:val="right"/>
      </w:pPr>
      <w:r>
        <w:t>آج مولانا صاحب</w:t>
      </w:r>
    </w:p>
    <w:p>
      <w:r>
        <w:rPr>
          <w:b/>
        </w:rPr>
        <w:t xml:space="preserve">[04:49] </w:t>
      </w:r>
      <w:r>
        <w:t>ek bohat hi hat kar, halankeh yeh vishay aap logon ko lage ga kyunke hum log humein aam</w:t>
      </w:r>
    </w:p>
    <w:p>
      <w:pPr>
        <w:jc w:val="right"/>
      </w:pPr>
      <w:r>
        <w:t>ایک بہت ہی ہٹ کر، حالانکہ یہ وشے آپ لوگوں کو لگے گا کیونکہ ہم لوگ ہمیں عام</w:t>
      </w:r>
    </w:p>
    <w:p>
      <w:r>
        <w:rPr>
          <w:b/>
        </w:rPr>
        <w:t xml:space="preserve">[04:53] </w:t>
      </w:r>
      <w:r>
        <w:t>tor par study circle ki meeting yahan karte</w:t>
      </w:r>
    </w:p>
    <w:p>
      <w:pPr>
        <w:jc w:val="right"/>
      </w:pPr>
      <w:r>
        <w:t>طور پر اسٹڈی سرکل کی میٹنگ یہاں کرتے</w:t>
      </w:r>
    </w:p>
    <w:p>
      <w:r>
        <w:rPr>
          <w:b/>
        </w:rPr>
        <w:t xml:space="preserve">[04:55] </w:t>
      </w:r>
      <w:r>
        <w:t>hain, group discussion karte hain apne young members ke liye, parantu aaj ke daur mein main samajhta hoon agar sab se mushkil kaam koi hai to insan banna, aur isi liye Maulana sahab hamare beech bolenge: "Insan banna kitna mushkil." aur is ke sath hi main Maulana sahab ko amantrit karta hoon.</w:t>
      </w:r>
    </w:p>
    <w:p>
      <w:pPr>
        <w:jc w:val="right"/>
      </w:pPr>
      <w:r>
        <w:t>ہیں، گروپ ڈسکشن کرتے ہیں اپنےینگ ممبرز کے لیے، پرنتو آج کے دور میں میں سمجھتا ہوں اگر سب سے مشکل کام کوئی ہے تو انسان بننا، اور اسی لیے مولانا صاحب ہمارے بیچ بولیں گے: "انسان بننا کتنا مشکل۔" اور اس کے ساتھ ہی میں مولانا صاحب کو آمंत्रیت کرتا ہوں۔</w:t>
      </w:r>
    </w:p>
    <w:p>
      <w:r>
        <w:rPr>
          <w:b/>
        </w:rPr>
        <w:t xml:space="preserve">[05:13] </w:t>
      </w:r>
      <w:r>
        <w:t>Bismillah Rahman Rahim.</w:t>
      </w:r>
    </w:p>
    <w:p>
      <w:pPr>
        <w:jc w:val="right"/>
      </w:pPr>
      <w:r>
        <w:t>بسم اللہ الرحمن الرحیم۔</w:t>
      </w:r>
    </w:p>
    <w:p>
      <w:r>
        <w:rPr>
          <w:b/>
        </w:rPr>
        <w:t xml:space="preserve">[05:18] </w:t>
      </w:r>
      <w:r>
        <w:t>sab se pehle main brother bhatia ji ka shukriya ada karta hoon ke unhon ne mujhe yeh opportunity di.</w:t>
      </w:r>
    </w:p>
    <w:p>
      <w:pPr>
        <w:jc w:val="right"/>
      </w:pPr>
      <w:r>
        <w:t>سب سے پہلے میں برادر بھاٹیا جی کا شکریہ ادا کرتا ہوں کہ انہوں نے مجھے یہ اپرچونیٹی دی۔</w:t>
      </w:r>
    </w:p>
    <w:p>
      <w:r>
        <w:rPr>
          <w:b/>
        </w:rPr>
        <w:t xml:space="preserve">[05:30] </w:t>
      </w:r>
      <w:r>
        <w:t>jab main is haal mein enter hua to pehli soch jo mere mind mein aayi woh kya thi?</w:t>
      </w:r>
    </w:p>
    <w:p>
      <w:pPr>
        <w:jc w:val="right"/>
      </w:pPr>
      <w:r>
        <w:t>جب میں اس حال میں انٹر ہوا تو پہلی سوچ جو میرے مائنڈ میں آئی وہ کیا تھی؟</w:t>
      </w:r>
    </w:p>
    <w:p>
      <w:r>
        <w:rPr>
          <w:b/>
        </w:rPr>
        <w:t xml:space="preserve">[05:42] </w:t>
      </w:r>
      <w:r>
        <w:t>main ne dekha ke itne saare sajaan yahan bethe hue hain. yeh kaun log hain? yeh</w:t>
      </w:r>
    </w:p>
    <w:p>
      <w:pPr>
        <w:jc w:val="right"/>
      </w:pPr>
      <w:r>
        <w:t>میں نے دیکھا کہ اتنے سارے سجان یہاں بیٹھے ہوئے ہیں۔ یہ کون لوگ ہیں؟ یہ</w:t>
      </w:r>
    </w:p>
    <w:p>
      <w:r>
        <w:rPr>
          <w:b/>
        </w:rPr>
        <w:t xml:space="preserve">[05:54] </w:t>
      </w:r>
      <w:r>
        <w:t>bharat ek ek garden hai, garden. yeh sab is ke phool hain.</w:t>
      </w:r>
    </w:p>
    <w:p>
      <w:pPr>
        <w:jc w:val="right"/>
      </w:pPr>
      <w:r>
        <w:t>بھارت ایک ایک گارڈن ہے، گارڈن۔ یہ سب اس کے پھول ہیں۔</w:t>
      </w:r>
    </w:p>
    <w:p>
      <w:r>
        <w:rPr>
          <w:b/>
        </w:rPr>
        <w:t xml:space="preserve">[06:04] </w:t>
      </w:r>
      <w:r>
        <w:t>is se aap samajh sakte hain ke mere dil mein apne desh ki, apne desh mein jo log janam liye, un ke dil mein kitna zyada pyar hai.</w:t>
      </w:r>
    </w:p>
    <w:p>
      <w:pPr>
        <w:jc w:val="right"/>
      </w:pPr>
      <w:r>
        <w:t>اس سے آپ سمجھ سکتے ہیں کہ میرے دل میں اپنے دیش کی، اپنے دیش میں جو لوگ جنم لیے، ان کے دل میں کتنا زیادہ پیار ہے۔</w:t>
      </w:r>
    </w:p>
    <w:p>
      <w:r>
        <w:rPr>
          <w:b/>
        </w:rPr>
        <w:t xml:space="preserve">[06:18] </w:t>
      </w:r>
      <w:r>
        <w:t>main apne bare mein ek baat yeh bataoon ke mera janam ek aise parwar mein hua jo jahan sab ko sirf freedom struggle mein jode hue the.</w:t>
      </w:r>
    </w:p>
    <w:p>
      <w:pPr>
        <w:jc w:val="right"/>
      </w:pPr>
      <w:r>
        <w:t>میں اپنے بارے میں ایک بات یہ بتاؤں کہ میرا جنم ایک ایسے پروار میں ہوا جو جہاں سب کو صرف فریڈم اسٹرگل میں جوڑے ہوئے تھے۔</w:t>
      </w:r>
    </w:p>
    <w:p>
      <w:r>
        <w:rPr>
          <w:b/>
        </w:rPr>
        <w:t xml:space="preserve">[06:34] </w:t>
      </w:r>
      <w:r>
        <w:t>hamare jo bare bhai the, iqbal ahmed sohail, woh mahatma gandhi ke bohat bade fan the.</w:t>
      </w:r>
    </w:p>
    <w:p>
      <w:pPr>
        <w:jc w:val="right"/>
      </w:pPr>
      <w:r>
        <w:t>ہمارے جو بڑے بھائی تھے، اقبال احمد سہیل، وہ مہاتما گاندھی کے بہت بڑے فین تھے۔</w:t>
      </w:r>
    </w:p>
    <w:p>
      <w:r>
        <w:rPr>
          <w:b/>
        </w:rPr>
        <w:t xml:space="preserve">[06:44] </w:t>
      </w:r>
      <w:r>
        <w:t>woh shayar bhi the, m a llb kiya tha unhon ne. to unhon ne ek sher kaha tha, us ki line yeh thi: "ghalat tha yeh ke faqat hinduo'n ka leader tha,</w:t>
      </w:r>
    </w:p>
    <w:p>
      <w:pPr>
        <w:jc w:val="right"/>
      </w:pPr>
      <w:r>
        <w:t>وہ شاعر بھی تھے، ایم اے ایل ایل وی کیا تھا انہوں نے۔ تو انہوں نے ایک شیر کہا تھا، اس کی لائن یہ تھی: "غلط تھا یہ کہ فقط ہندوؤں کا لیڈر تھا،</w:t>
      </w:r>
    </w:p>
    <w:p>
      <w:r>
        <w:rPr>
          <w:b/>
        </w:rPr>
        <w:t xml:space="preserve">[06:59] </w:t>
      </w:r>
      <w:r>
        <w:t>khata tamam jahan bhar kar inma'n gaati." it is wrong to say the gandhi was leader of hindu, he was leader of all mankind.</w:t>
      </w:r>
    </w:p>
    <w:p>
      <w:pPr>
        <w:jc w:val="right"/>
      </w:pPr>
      <w:r>
        <w:t>کھتھا تمام جہاں بھر کر انماں گاتی۔" اٹ از رونگ ٹو سے دا گاندھی واز لیڈر آف ہندو، ہی واز لیڈر آف آل مین کائنڈ۔</w:t>
      </w:r>
    </w:p>
    <w:p>
      <w:r>
        <w:rPr>
          <w:b/>
        </w:rPr>
        <w:t xml:space="preserve">[07:20] </w:t>
      </w:r>
      <w:r>
        <w:t>to yeh hai woh mahaul jis mein mera janam hua aur jahan main pala para.</w:t>
      </w:r>
    </w:p>
    <w:p>
      <w:pPr>
        <w:jc w:val="right"/>
      </w:pPr>
      <w:r>
        <w:t>تو یہ ہے وہ ماحول جس میں میرا جنم ہوا اور جہاں میں پلا پڑا۔</w:t>
      </w:r>
    </w:p>
    <w:p>
      <w:r>
        <w:rPr>
          <w:b/>
        </w:rPr>
        <w:t xml:space="preserve">[07:28] </w:t>
      </w:r>
      <w:r>
        <w:t>ab main aaj ke topic waghera mein kuch kahoon ga. aaj ka topic aap jante hain yeh hai ke insaan banna bohat mushkil hai.</w:t>
      </w:r>
    </w:p>
    <w:p>
      <w:pPr>
        <w:jc w:val="right"/>
      </w:pPr>
      <w:r>
        <w:t>اب میں آج کے ٹاپک وغیرہ میں کچھ کہوں گا۔ آج کا ٹاپک آپ جانتے ہیں یہ ہے کہ انسان بننا بہت مشکل ہے۔</w:t>
      </w:r>
    </w:p>
    <w:p>
      <w:r>
        <w:rPr>
          <w:b/>
        </w:rPr>
        <w:t xml:space="preserve">[07:42] </w:t>
      </w:r>
      <w:r>
        <w:t>main boorha ho gaya hoon, mera experience jo hai bohat lamba hai. main agar yeh kahoon to shayad sahi hoga ke mere experience ke mutabiq insaan banna bohat aasan hai.</w:t>
      </w:r>
    </w:p>
    <w:p>
      <w:pPr>
        <w:jc w:val="right"/>
      </w:pPr>
      <w:r>
        <w:t>میں بوڑھا ہو گیا ہوں، میرا ایکسپیرینس جو ہے بہت لمبا ہے۔ میں اگر یہ کہوں تو شاید صحیح ہوگا کہ میرے ایکسپیرینس کے مطابق انسان بننا بہت آسان ہے۔</w:t>
      </w:r>
    </w:p>
    <w:p>
      <w:r>
        <w:rPr>
          <w:b/>
        </w:rPr>
        <w:t xml:space="preserve">[08:02] </w:t>
      </w:r>
      <w:r>
        <w:t>woh kaise? quran mein insaan ki misaal di gayi hai darakht se, peed se.</w:t>
      </w:r>
    </w:p>
    <w:p>
      <w:pPr>
        <w:jc w:val="right"/>
      </w:pPr>
      <w:r>
        <w:t>وہ کیسے؟ قرآن میں انسان کی مثال دی گئی ہے درخت سے، پیڑ سے۔</w:t>
      </w:r>
    </w:p>
    <w:p>
      <w:r>
        <w:rPr>
          <w:b/>
        </w:rPr>
        <w:t xml:space="preserve">[08:15] </w:t>
      </w:r>
      <w:r>
        <w:t>peed kya hai? peed ek seed se shuru hota hai, ek beej se. barhte barhte woh bohat ooncha darakht ban jata hai.</w:t>
      </w:r>
    </w:p>
    <w:p>
      <w:pPr>
        <w:jc w:val="right"/>
      </w:pPr>
      <w:r>
        <w:t>پیڑ کیا ہے؟ پیڑ ایک سیڈ سے شروع ہوتا ہے، ایک بیج سے۔ بڑھتے بڑھتے وہ بہت اونچا درخت بن جاتا ہے۔</w:t>
      </w:r>
    </w:p>
    <w:p>
      <w:r>
        <w:rPr>
          <w:b/>
        </w:rPr>
        <w:t xml:space="preserve">[08:28] </w:t>
      </w:r>
      <w:r>
        <w:t>aise hi kaha gaya hai: "kalimatan tayyibatan kashjaratin tayyibatin, asluha thabitun wa faruha fis samaa'." insaan ek seed ki manind hai, beej, seed.</w:t>
      </w:r>
    </w:p>
    <w:p>
      <w:pPr>
        <w:jc w:val="right"/>
      </w:pPr>
      <w:r>
        <w:t>ایسے ہی کہا گیا ہے: "کلمۃ طیبۃ کثرت طیبہ، اسرا ثابت، فرا استعمال۔" انسان ایک بیٹ کی مانند ہے، بیج، سیڈ۔</w:t>
      </w:r>
    </w:p>
    <w:p>
      <w:r>
        <w:rPr>
          <w:b/>
        </w:rPr>
        <w:t xml:space="preserve">[08:40] </w:t>
      </w:r>
      <w:r>
        <w:t>woh barhta hai, barhte barhte aasman tak pahunch jata hai. to agar main yeh kahoon ke "it is very difficult for a seed to grow into a tree" to sab log kahen ge: "ghalat kaha tum ne,</w:t>
      </w:r>
    </w:p>
    <w:p>
      <w:pPr>
        <w:jc w:val="right"/>
      </w:pPr>
      <w:r>
        <w:t>وہ بڑھتا ہے، بڑھتے بڑھتے آسمان تک پہنچ جاتا ہے۔ تو اگر میں یہ کہوں کہ "اٹ از ویری ڈیفیکلٹ فار اے سیڈ ٹو گرو انٹو ا ٹری" تو سب لوگ کہیں گے: "غلط کہا تم نے،</w:t>
      </w:r>
    </w:p>
    <w:p>
      <w:r>
        <w:rPr>
          <w:b/>
        </w:rPr>
        <w:t xml:space="preserve">[08:56] </w:t>
      </w:r>
      <w:r>
        <w:t>kyun ke har seed to grow kar ke peed banta hai."</w:t>
      </w:r>
    </w:p>
    <w:p>
      <w:pPr>
        <w:jc w:val="right"/>
      </w:pPr>
      <w:r>
        <w:t>کیونکہ ہر سیڈ تو گرو کر کے پیوڑی بنتا ہے۔"</w:t>
      </w:r>
    </w:p>
    <w:p>
      <w:r>
        <w:rPr>
          <w:b/>
        </w:rPr>
        <w:t xml:space="preserve">[09:03] </w:t>
      </w:r>
      <w:r>
        <w:t>main samajhta hoon har insaan ka muamla bhi yahi hai. har insaan potentially ek bohat bara darakht hai. humein kya karna hai?</w:t>
      </w:r>
    </w:p>
    <w:p>
      <w:pPr>
        <w:jc w:val="right"/>
      </w:pPr>
      <w:r>
        <w:t>میں سمجھتا ہوں ہر انسان کا معاملہ بھی یہی ہے۔ ہر انسان پوٹینشلی ایک بہت بڑا درخت ہے۔ ہمیں کیا کرنا ہے؟</w:t>
      </w:r>
    </w:p>
    <w:p>
      <w:r>
        <w:rPr>
          <w:b/>
        </w:rPr>
        <w:t xml:space="preserve">[09:14] </w:t>
      </w:r>
      <w:r>
        <w:t>ke hum apne potential ko actual banayein, aise hi to karna hai. bas apne potential ko unfold karein.</w:t>
      </w:r>
    </w:p>
    <w:p>
      <w:pPr>
        <w:jc w:val="right"/>
      </w:pPr>
      <w:r>
        <w:t>کہ ہم اپنے پوٹینشل کو ایکچول بنائیں، ایسے ہی تو کرنا ہے۔ بس اپنے پوٹینشل کو انفولڈ کریں۔</w:t>
      </w:r>
    </w:p>
    <w:p>
      <w:r>
        <w:rPr>
          <w:b/>
        </w:rPr>
        <w:t xml:space="preserve">[09:24] </w:t>
      </w:r>
      <w:r>
        <w:t>aaj ke zamane mein science ne pure universe ka ki study ki hai, microscope se, telescope se.</w:t>
      </w:r>
    </w:p>
    <w:p>
      <w:pPr>
        <w:jc w:val="right"/>
      </w:pPr>
      <w:r>
        <w:t>آج کے زمانے میں سائنس نے پورے یونیورس کا کی اسٹڈی کی ہے، مائیکروسکوپ سے، ٹیلیسکوپ سے۔</w:t>
      </w:r>
    </w:p>
    <w:p>
      <w:r>
        <w:rPr>
          <w:b/>
        </w:rPr>
        <w:t xml:space="preserve">[09:34] </w:t>
      </w:r>
      <w:r>
        <w:t>lekin insaan jaisi koi doosri feature sari universe mein nahi mili. insaan ke paas mind hai, mind ek personality hai.</w:t>
      </w:r>
    </w:p>
    <w:p>
      <w:pPr>
        <w:jc w:val="right"/>
      </w:pPr>
      <w:r>
        <w:t>لیکن انسان جیسی کوئی دوسری فیچر ساری یونیورس میں نہیں ملی۔ انسان کے پاس مائنڈ ہے، مائنڈ ایک پرسنالٹی ہے۔</w:t>
      </w:r>
    </w:p>
    <w:p>
      <w:r>
        <w:rPr>
          <w:b/>
        </w:rPr>
        <w:t xml:space="preserve">[09:46] </w:t>
      </w:r>
      <w:r>
        <w:t>jis potential le kar,</w:t>
      </w:r>
    </w:p>
    <w:p>
      <w:pPr>
        <w:jc w:val="right"/>
      </w:pPr>
      <w:r>
        <w:t>جس پوٹینشل لے کر،</w:t>
      </w:r>
    </w:p>
    <w:p>
      <w:r>
        <w:rPr>
          <w:b/>
        </w:rPr>
        <w:t xml:space="preserve">[09:51] </w:t>
      </w:r>
      <w:r>
        <w:t>jo potential le kar insaan paida hota hai, woh potential na kisi star mein hai, na kisi planet, planet mein hai, na kisi pahad mein, na kisi samandar mein.</w:t>
      </w:r>
    </w:p>
    <w:p>
      <w:pPr>
        <w:jc w:val="right"/>
      </w:pPr>
      <w:r>
        <w:t>جو پوٹینشل لے کر انسان پیدا ہوتا ہے، وہ پوٹینشل نہ کسی اسٹار میں ہے، نہ کسی پلینٹ، پلینٹ میں ہے، نہ کسی پہاڑ میں، نہ کسی سمندر میں۔</w:t>
      </w:r>
    </w:p>
    <w:p>
      <w:r>
        <w:rPr>
          <w:b/>
        </w:rPr>
        <w:t xml:space="preserve">[10:02] </w:t>
      </w:r>
      <w:r>
        <w:t>aise insaan ke bare mein hum yahi keh sakte hain ke woh poori universe ka king hai, badshah hai. abhi ek research aayi hai science mein ke ke universe ek custom made universe hai,</w:t>
      </w:r>
    </w:p>
    <w:p>
      <w:pPr>
        <w:jc w:val="right"/>
      </w:pPr>
      <w:r>
        <w:t>ایسے انسان کے بارے میں ہم یہی کہہ سکتے ہیں کہ وہ پوری یونیورس کا کنگ ہے، بادشاہ ہے۔ ابھی ایک ریسرچ آئی ہے سائنس میں کہ کہ یونیورس ایک کسٹم میڈ یونیورس ہے،</w:t>
      </w:r>
    </w:p>
    <w:p>
      <w:r>
        <w:rPr>
          <w:b/>
        </w:rPr>
        <w:t xml:space="preserve">[10:18] </w:t>
      </w:r>
      <w:r>
        <w:t>yani insaan hi ke liye banayi gayi. aisa lagta hai universe ke saare cheezein jo hain, aisa banayi gayi hain jaise ke woh insaan ke liye hon, custom made hon.</w:t>
      </w:r>
    </w:p>
    <w:p>
      <w:pPr>
        <w:jc w:val="right"/>
      </w:pPr>
      <w:r>
        <w:t>یعنی انسان ہی کے لیے بنائی گئی۔ ایسا لگتا ہے یونیورس کے سارے چیزیں جو ہیں، ایسا بنائی گئی ہیں جیسے کہ وہ انسان کے لیے ہوں، کسٹم میڈ ہوں۔</w:t>
      </w:r>
    </w:p>
    <w:p>
      <w:r>
        <w:rPr>
          <w:b/>
        </w:rPr>
        <w:t xml:space="preserve">[10:30] </w:t>
      </w:r>
      <w:r>
        <w:t>to aise insaan ke baare mein yeh kehna zahir hai ke sab se sahi statement hoga ke insaan banna bohat aasaan hai.</w:t>
      </w:r>
    </w:p>
    <w:p>
      <w:pPr>
        <w:jc w:val="right"/>
      </w:pPr>
      <w:r>
        <w:t>تو ایسے انسان کے بارے میں یہ کہنا ظاہر ہے کہ سب سے صحیح سٹیٹمنٹ ہوگا کہ انسان بننا بہت آسان ہے۔</w:t>
      </w:r>
    </w:p>
    <w:p>
      <w:r>
        <w:rPr>
          <w:b/>
        </w:rPr>
        <w:t xml:space="preserve">[10:41] </w:t>
      </w:r>
      <w:r>
        <w:t>lekin problem kya hai? problem kya hai? dekhein, problem yeh hai</w:t>
      </w:r>
    </w:p>
    <w:p>
      <w:pPr>
        <w:jc w:val="right"/>
      </w:pPr>
      <w:r>
        <w:t>لیکن پرابلم کیا ہے؟ پرابلم کیا ہے؟ دیکھیں، پرابلم یہ ہے</w:t>
      </w:r>
    </w:p>
    <w:p>
      <w:r>
        <w:rPr>
          <w:b/>
        </w:rPr>
        <w:t xml:space="preserve">[10:50] </w:t>
      </w:r>
      <w:r>
        <w:t>ke insaan ek self centered person hai, bohat ziyada self centered. har aadmi ka problem yeh hai ke woh ek self centered person ke taur par janam leta hai.</w:t>
      </w:r>
    </w:p>
    <w:p>
      <w:pPr>
        <w:jc w:val="right"/>
      </w:pPr>
      <w:r>
        <w:t>کہ انسان ایک سیلف سینٹرڈ پرسن ہے، بہت زیادہ سیلف سینٹرڈ۔ ہر آدمی کا پرابلم یہ ہے کہ وہ ایک سیلف سینٹرڈ پرسن کے طور پر جنم لیتا ہے۔</w:t>
      </w:r>
    </w:p>
    <w:p>
      <w:r>
        <w:rPr>
          <w:b/>
        </w:rPr>
        <w:t xml:space="preserve">[11:03] </w:t>
      </w:r>
      <w:r>
        <w:t>lekin jahan rehna hai us ko, woh social centered environment hai. jo samaj hai jis mein hamein rehna hai, woh social centered environment hai.</w:t>
      </w:r>
    </w:p>
    <w:p>
      <w:pPr>
        <w:jc w:val="right"/>
      </w:pPr>
      <w:r>
        <w:t>لیکن جہاں رہنا ہے اس کو، وہ سوشل سینٹرڈ انوائرمنٹ ہے۔ جو سماج ہے جس میں ہمیں رہنا ہے، وہ سوشل سینٹرڈ انوائرمنٹ ہے۔</w:t>
      </w:r>
    </w:p>
    <w:p>
      <w:r>
        <w:rPr>
          <w:b/>
        </w:rPr>
        <w:t xml:space="preserve">[11:19] </w:t>
      </w:r>
      <w:r>
        <w:t>to insaan hai self centered, rehna hai ek aisi duniya mein jahan sab kuch social centered hai.</w:t>
      </w:r>
    </w:p>
    <w:p>
      <w:pPr>
        <w:jc w:val="right"/>
      </w:pPr>
      <w:r>
        <w:t>تو انسان ہے سیلف سینٹرڈ، رہنا ہے ایک ایسی دنیا میں جہاں سب کچھ سوشل سینٹرڈ ہے۔</w:t>
      </w:r>
    </w:p>
    <w:p>
      <w:r>
        <w:rPr>
          <w:b/>
        </w:rPr>
        <w:t xml:space="preserve">[11:29] </w:t>
      </w:r>
      <w:r>
        <w:t>yeh ek contradiction hai. yeh contradiction kyun hai? yeh koi evil nahi hai, yeh mere aur aap ke development ke liye hai.</w:t>
      </w:r>
    </w:p>
    <w:p>
      <w:pPr>
        <w:jc w:val="right"/>
      </w:pPr>
      <w:r>
        <w:t>یہ ایک کنٹراڈکشن ہے۔ یہ کنٹراڈکشن کیوں ہے؟ یہ کوئی ایول نہیں ہے، یہ میرے اور آپ کے ڈیولپمنٹ کے لیے ہے۔</w:t>
      </w:r>
    </w:p>
    <w:p>
      <w:r>
        <w:rPr>
          <w:b/>
        </w:rPr>
        <w:t xml:space="preserve">[11:43] </w:t>
      </w:r>
      <w:r>
        <w:t>is se sangarsh aata hai, is se challenge aata hai. woh challenge hum ko aage badhata hai, that leads to intellectual development, spiritual development.</w:t>
      </w:r>
    </w:p>
    <w:p>
      <w:pPr>
        <w:jc w:val="right"/>
      </w:pPr>
      <w:r>
        <w:t>اس سے سنگرش آتا ہے، اس سے چیلنج آتا ہے۔ وہ چیلنج ہم کو آگے بڑھاتا ہے، دیٹ لیڈز ٹو انٹلیکچول ڈیولپمنٹ، اسپیریچول ڈیولپمنٹ۔</w:t>
      </w:r>
    </w:p>
    <w:p>
      <w:r>
        <w:rPr>
          <w:b/>
        </w:rPr>
        <w:t xml:space="preserve">[11:58] </w:t>
      </w:r>
      <w:r>
        <w:t>to yeh jo contradiction hai, isi ke saath saath aap dekhein ke insaan ke andar bohat ziyada potential hai contradiction ko over, overcome karne ka.</w:t>
      </w:r>
    </w:p>
    <w:p>
      <w:pPr>
        <w:jc w:val="right"/>
      </w:pPr>
      <w:r>
        <w:t>تو یہ جو کنٹراڈکشن ہے، اسی کے ساتھ ساتھ آپ دیکھیں کہ انسان کے اندر بہت زیادہ پوٹینشل ہے کنٹراڈکشن کو اوور کر، اوورکم کرنے کا۔</w:t>
      </w:r>
    </w:p>
    <w:p>
      <w:r>
        <w:rPr>
          <w:b/>
        </w:rPr>
        <w:t xml:space="preserve">[12:14] </w:t>
      </w:r>
      <w:r>
        <w:t>aap har lamha difference bhi jeete hain, difference mein, aur difference ko manage karte hain. aap wohi to hai zindagi ka raaz. ek British philosopher ne kaha ke "I am large enough to contain all these contradictions." "I am large enough to contain all these contradictions." to mere andar jo potential hai, mere andar mind, jo mind hai, jo jo quality hai, woh kis din ke liye hai?</w:t>
      </w:r>
    </w:p>
    <w:p>
      <w:pPr>
        <w:jc w:val="right"/>
      </w:pPr>
      <w:r>
        <w:t>آپ ہر لمحہ ڈیفرنس بھی جیتے ہیں، ڈیفرنس میں، اور ڈیفرنس کو مینج کرتے ہیں۔ آپ وہی تو ہے زندگی کا راز۔ ایک برٹش فلاسفر نے کہا کہ "آئی ایم لارج انف ٹو کنٹین آل دیز کنٹراڈکشنز۔" "آئی ایم لارج انف ٹو کنٹین آل دیز کنٹراڈکشنز۔" تو میرے اندر جو پوٹینشل ہے، میرے اندر مائنڈ، جو مائنڈ ہے، جو جو کوالٹی ہے، وہ کس دن کے لیے ہے؟</w:t>
      </w:r>
    </w:p>
    <w:p>
      <w:r>
        <w:rPr>
          <w:b/>
        </w:rPr>
        <w:t xml:space="preserve">[12:41] </w:t>
      </w:r>
      <w:r>
        <w:t>isi liye to hai ke main challenge ka saamna karoon.</w:t>
      </w:r>
    </w:p>
    <w:p>
      <w:pPr>
        <w:jc w:val="right"/>
      </w:pPr>
      <w:r>
        <w:t>اسی لیے تو ہے کہ میں چیلنج کا سامنا کروں۔</w:t>
      </w:r>
    </w:p>
    <w:p>
      <w:r>
        <w:rPr>
          <w:b/>
        </w:rPr>
        <w:t xml:space="preserve">[12:46] </w:t>
      </w:r>
      <w:r>
        <w:t>aap sab log law ke log hain. mujhe law ka ke duniya ki ek saying bohat pasand hai,</w:t>
      </w:r>
    </w:p>
    <w:p>
      <w:pPr>
        <w:jc w:val="right"/>
      </w:pPr>
      <w:r>
        <w:t>آپ سب لوگ لا کے لوگ ہیں۔ مجھے لا کا کہ دنیا کی ایک سینگ بہت پسند ہے،</w:t>
      </w:r>
    </w:p>
    <w:p>
      <w:r>
        <w:rPr>
          <w:b/>
        </w:rPr>
        <w:t xml:space="preserve">[12:58] </w:t>
      </w:r>
      <w:r>
        <w:t>bohat pasand hai. woh yeh hai ke "ignorance of law has no excuse." "ignorance of law has no excuse." is ka matlab kya hai?</w:t>
      </w:r>
    </w:p>
    <w:p>
      <w:pPr>
        <w:jc w:val="right"/>
      </w:pPr>
      <w:r>
        <w:t>بہت پسند ہے۔ وہ یہ ہے کہ "اگنورنس آف لا ہیز نو ایکسکیوز۔" "اگنورنس آف لا ہیز نو ایکسکیوز۔" اس کا مطلب کیا ہے؟</w:t>
      </w:r>
    </w:p>
    <w:p>
      <w:r>
        <w:rPr>
          <w:b/>
        </w:rPr>
        <w:t xml:space="preserve">[13:10] </w:t>
      </w:r>
      <w:r>
        <w:t>dekhein, yeh koi simple baat nahi hai. is ka matlab yeh hai ke aadmi ko</w:t>
      </w:r>
    </w:p>
    <w:p>
      <w:pPr>
        <w:jc w:val="right"/>
      </w:pPr>
      <w:r>
        <w:t>دیکھیں، یہ کوئی سمپل بات نہیں ہے۔ اس کا مطلب یہ ہے کہ آدمی کو</w:t>
      </w:r>
    </w:p>
    <w:p>
      <w:r>
        <w:rPr>
          <w:b/>
        </w:rPr>
        <w:t xml:space="preserve">[13:18] </w:t>
      </w:r>
      <w:r>
        <w:t>intellectually apne ko itna awaken karna chahiye, awaken</w:t>
      </w:r>
    </w:p>
    <w:p>
      <w:pPr>
        <w:jc w:val="right"/>
      </w:pPr>
      <w:r>
        <w:t>انٹلیکچولی اپنے کو اتنا اویکن کرنا چاہیے، اویکن</w:t>
      </w:r>
    </w:p>
    <w:p>
      <w:r>
        <w:rPr>
          <w:b/>
        </w:rPr>
        <w:t xml:space="preserve">[13:24] </w:t>
      </w:r>
      <w:r>
        <w:t>ke woh jaan sake law kya hai.</w:t>
      </w:r>
    </w:p>
    <w:p>
      <w:pPr>
        <w:jc w:val="right"/>
      </w:pPr>
      <w:r>
        <w:t>کہ وہ جان سکے لا کیا ہے۔</w:t>
      </w:r>
    </w:p>
    <w:p>
      <w:r>
        <w:rPr>
          <w:b/>
        </w:rPr>
        <w:t xml:space="preserve">[13:31] </w:t>
      </w:r>
      <w:r>
        <w:t>woh excuse ko istemaal na kare. main kaha karta hoon ke "if you are good excuse, don't use it." to "ignorance of law" jo excuse ka matlab yeh hai ke insaan ko apna aap ko itna develop karna chahiye, itna samajhdaar banna chahiye,</w:t>
      </w:r>
    </w:p>
    <w:p>
      <w:pPr>
        <w:jc w:val="right"/>
      </w:pPr>
      <w:r>
        <w:t>وہ ایکسکیوز کو استعمال نہ کرے۔ میں کہا کرتا ہوں کہ "اف یو آر گڈ ایکسکیوز، ڈونٹ یوز اٹ۔" تو "اگنورنس آف لا" جو ایکسکیوز کا مطلب یہ ہے کہ انسان کو اپنا آپ کو اتنا ڈیولپ کرنا چاہیے، اتنا سمجھدار بننا چاہیے،</w:t>
      </w:r>
    </w:p>
    <w:p>
      <w:r>
        <w:rPr>
          <w:b/>
        </w:rPr>
        <w:t xml:space="preserve">[13:49] </w:t>
      </w:r>
      <w:r>
        <w:t>itna jaankaar banna chahiye, cheezon se itna ziyada aware hona chahiye ke us ki nobati na aaye ke woh law se bekhabar ho jaye.</w:t>
      </w:r>
    </w:p>
    <w:p>
      <w:pPr>
        <w:jc w:val="right"/>
      </w:pPr>
      <w:r>
        <w:t>اتنا جانکار بننا چاہیے، چیزوں سے اتنا زیادہ اویئر ہونا چاہیے کہ اس کی نوبتی نہ آئے کہ وہ لا سے بے خبر ہو جائے۔</w:t>
      </w:r>
    </w:p>
    <w:p>
      <w:r>
        <w:rPr>
          <w:b/>
        </w:rPr>
        <w:t xml:space="preserve">[13:59] </w:t>
      </w:r>
      <w:r>
        <w:t>to kitna bara yeh hausle ki baat hai, kitni bari baat yahi hai. to duniya mein hum is tarah jiyein ke hum bohat ziyada soch samajh wale hon,</w:t>
      </w:r>
    </w:p>
    <w:p>
      <w:pPr>
        <w:jc w:val="right"/>
      </w:pPr>
      <w:r>
        <w:t>تو کتنا بڑا یہ حوصلے کی بات ہے، کتنی بڑی بات یہی ہے۔ تو دنیا میں ہم اس طرح جیئیں کہ ہم بہت زیادہ سوچ سمجھ والے ہوں،</w:t>
      </w:r>
    </w:p>
    <w:p>
      <w:r>
        <w:rPr>
          <w:b/>
        </w:rPr>
        <w:t xml:space="preserve">[14:13] </w:t>
      </w:r>
      <w:r>
        <w:t>apne mind ko bohat ziyada develop kiya ho, hum ne cheezon ko hum bohat deep ja kar dekh sakte hon. yeh hona chahiye.</w:t>
      </w:r>
    </w:p>
    <w:p>
      <w:pPr>
        <w:jc w:val="right"/>
      </w:pPr>
      <w:r>
        <w:t>اپنے مائنڈ کو بہت زیادہ ڈیولپ کیا ہو، ہم نے چیزوں کو ہم بہت ڈیپ جا کر دیکھ سکتے ہوں۔ یہ ہونا چاہیے۔</w:t>
      </w:r>
    </w:p>
    <w:p>
      <w:r>
        <w:rPr>
          <w:b/>
        </w:rPr>
        <w:t xml:space="preserve">[14:26] </w:t>
      </w:r>
      <w:r>
        <w:t>main ek prophet ka ek saying aap ko sunana chahta hoon. ek aadmi aaya prophet (PBUH) ke paas, us ne kaha ke "mujhe koi ek master formula bataein zindagi ka." zindagi ka ek master formula.</w:t>
      </w:r>
    </w:p>
    <w:p>
      <w:pPr>
        <w:jc w:val="right"/>
      </w:pPr>
      <w:r>
        <w:t>میں ایک پرافٹ کا ایک سینگ آپ کو سنانا چاہتا ہوں۔ ایک آدمی آیا پرافٹ علیہ السلام کے پاس، اس نے کہا کہ "مجھے کوئی ایک ماسٹر فارمولا بتائیں زندگی کا۔" زندگی کا ایک ماسٹر فارمولا۔</w:t>
      </w:r>
    </w:p>
    <w:p>
      <w:r>
        <w:rPr>
          <w:b/>
        </w:rPr>
        <w:t xml:space="preserve">[14:46] </w:t>
      </w:r>
      <w:r>
        <w:t>aap ne master formula kya diya? "la taghzab." "la taghzab" ka matlab yeh hai ke tum ghussa mat karo, don't be angry, tum ghussa na karo.</w:t>
      </w:r>
    </w:p>
    <w:p>
      <w:pPr>
        <w:jc w:val="right"/>
      </w:pPr>
      <w:r>
        <w:t>آپ نے ماسٹر فارمولا کیا دیا؟ "لا تغضب۔" "لا تغضب" کا مطلب یہ ہے کہ تم غصہ مت کرو، ڈونٹ بی اینگری، تم غصہ نہ کرو۔</w:t>
      </w:r>
    </w:p>
    <w:p>
      <w:r>
        <w:rPr>
          <w:b/>
        </w:rPr>
        <w:t xml:space="preserve">[15:01] </w:t>
      </w:r>
      <w:r>
        <w:t>main samajhta hoon ke aaj bhi yahi master formula hai insaan ke liye. dekhein, aadmi ghussa kyun karta hai?</w:t>
      </w:r>
    </w:p>
    <w:p>
      <w:pPr>
        <w:jc w:val="right"/>
      </w:pPr>
      <w:r>
        <w:t>میں سمجھتا ہوں کہ آج بھی یہی ماسٹر فارمولا ہے انسان کے لیے۔ دیکھیں، آدمی غصہ کیوں کرتا ہے؟</w:t>
      </w:r>
    </w:p>
    <w:p>
      <w:r>
        <w:rPr>
          <w:b/>
        </w:rPr>
        <w:t xml:space="preserve">[15:13] </w:t>
      </w:r>
      <w:r>
        <w:t>ghussa nature mein hai insaan ke. to ghussa kyun karta hai? koi unwanted situation pesh aayi, kisi ne us ko provoke kar diya, kisi se us ka nuqsan ho gaya to ghussa aa gaya us ko.</w:t>
      </w:r>
    </w:p>
    <w:p>
      <w:pPr>
        <w:jc w:val="right"/>
      </w:pPr>
      <w:r>
        <w:t>غصہ نیچر میں ہے انسان کے۔ تو غصہ کیوں کرتا ہے؟ کوئی ان وانٹڈ سچویشن پیش آئی، کسی نے اس کو پرووک کر دیا، کسی سے اس کا نقصان ہو گیا تو غصہ آ گیا اس کو۔</w:t>
      </w:r>
    </w:p>
    <w:p>
      <w:r>
        <w:rPr>
          <w:b/>
        </w:rPr>
        <w:t xml:space="preserve">[15:30] </w:t>
      </w:r>
      <w:r>
        <w:t>achha dekhiye, ghussa kya doosre ke khilaaf? ghussa aadmi karta hai doosre ke khilaaf, lekin haqeeqat mein apne khilaaf hota hai.</w:t>
      </w:r>
    </w:p>
    <w:p>
      <w:pPr>
        <w:jc w:val="right"/>
      </w:pPr>
      <w:r>
        <w:t>اچھا دیکھیے، غصہ کیا آپ نے دوسرے کے خلاف؟ غصہ آدمی کرتا ہے دوسرے کے خلاف، لیکن حقیقت میں اپنے خلاف ہوتا ہے۔</w:t>
      </w:r>
    </w:p>
    <w:p>
      <w:r>
        <w:rPr>
          <w:b/>
        </w:rPr>
        <w:t xml:space="preserve">[15:41] </w:t>
      </w:r>
      <w:r>
        <w:t>kyun ke ghussa jab kiya aap ne to aap ne kya show kiya ke main ek weak personality ka aadmi hoon, main to strong personality nahi hoon, main apne aap ko control nahi kar sakta,</w:t>
      </w:r>
    </w:p>
    <w:p>
      <w:pPr>
        <w:jc w:val="right"/>
      </w:pPr>
      <w:r>
        <w:t>کیونکہ غصہ جب کیا آپ نے تو آپ نے کیا شو کیا کہ میں ایک ویک پرسنالٹی کا آدمی ہوں، میں تو سٹرانگ پرسنالٹی نہیں ہوں، میں اپنے آپ کو کنٹرول نہیں کر سکتا،</w:t>
      </w:r>
    </w:p>
    <w:p>
      <w:r>
        <w:rPr>
          <w:b/>
        </w:rPr>
        <w:t xml:space="preserve">[15:57] </w:t>
      </w:r>
      <w:r>
        <w:t>mein apne sentiment ko control nahi kar sakta. sahih keh yeh kis ke khilaaf gaya? apne khilaaf toh gaya yeh. toh doosra aadmi kya samjha aap ke baray mein keh aap achi planning nahi kar sakte,</w:t>
      </w:r>
    </w:p>
    <w:p>
      <w:pPr>
        <w:jc w:val="right"/>
      </w:pPr>
      <w:r>
        <w:t>میں اپنے سینٹیمنٹ کو کنٹرول نہیں کر سکتا۔ صحیح کہ یہ کس کے خلاف گیا؟ اپنے خلاف تو گیا یہ۔ تو دوسرا آدمی کیا سمجھا آپ کے بارے میں کہ آپ اچھی پلاننگ نہیں کر سکتے،</w:t>
      </w:r>
    </w:p>
    <w:p>
      <w:r>
        <w:rPr>
          <w:b/>
        </w:rPr>
        <w:t xml:space="preserve">[16:12] </w:t>
      </w:r>
      <w:r>
        <w:t>positive tor par cheezon ko dekh nahi sakte, aap bohat ziyada right decision nahi le sakte? toh kitna bara yeh loss hai keh agar mein ghussa karoon.</w:t>
      </w:r>
    </w:p>
    <w:p>
      <w:pPr>
        <w:jc w:val="right"/>
      </w:pPr>
      <w:r>
        <w:t>پازیٹیو طور پر چیزوں کو دیکھ نہیں سکتے، آپ بہت زیادہ رائٹ ڈیسیژن نہیں لے سکتے؟ تو کتنا بڑا یہ لاس ہے کہ اگر میں غصہ کروں۔</w:t>
      </w:r>
    </w:p>
    <w:p>
      <w:r>
        <w:rPr>
          <w:b/>
        </w:rPr>
        <w:t xml:space="preserve">[16:26] </w:t>
      </w:r>
      <w:r>
        <w:t>toh samajhta hoon keh bohat hi master formula zindagi ka hai keh jis mahol mein aap hain, wahan agar aap logon ki image yeh ban rahay hain keh yeh toh aadmi ghussa nahi karta toh aap ke baray mein kya image banay gi?</w:t>
      </w:r>
    </w:p>
    <w:p>
      <w:pPr>
        <w:jc w:val="right"/>
      </w:pPr>
      <w:r>
        <w:t>تو سمجھتا ہوں کہ بہت ہی ماسٹر فارمولا زندگی کا ہے کہ جس ماحول میں آپ ہیں، وہاں اگر آپ لوگوں کی امیج یہ بن رہے ہیں کہ یہ تو آدمی غصہ نہیں کرتا تو آپ کے بارے میں کیا امیج بنے گی؟</w:t>
      </w:r>
    </w:p>
    <w:p>
      <w:r>
        <w:rPr>
          <w:b/>
        </w:rPr>
        <w:t xml:space="preserve">[16:41] </w:t>
      </w:r>
      <w:r>
        <w:t>yeh aadmi strong personality wala aadmi hai, yeh right decision le sakta hai, yeh positive planning kar sakta hai, is se hum ko right advice mile gi, is se is ko apna advisor banao.</w:t>
      </w:r>
    </w:p>
    <w:p>
      <w:pPr>
        <w:jc w:val="right"/>
      </w:pPr>
      <w:r>
        <w:t>یہ آدمی سٹرانگ پرسنالٹی والا آدمی ہے، یہ رائٹ ڈیسیژن لے سکتا ہے، یہ پازیٹیو پلاننگ کر سکتا ہے، اس سے ہم کو رائٹ ایڈوائس ملے گی، اس سے اس کو اپنا ایڈوائزر بناؤ۔</w:t>
      </w:r>
    </w:p>
    <w:p>
      <w:r>
        <w:rPr>
          <w:b/>
        </w:rPr>
        <w:t xml:space="preserve">[16:59] </w:t>
      </w:r>
      <w:r>
        <w:t>toh kitni bari baat is ke andar chupi hui hai.</w:t>
      </w:r>
    </w:p>
    <w:p>
      <w:pPr>
        <w:jc w:val="right"/>
      </w:pPr>
      <w:r>
        <w:t>تو کتنی بڑی بات اس کے اندر چھپی ہوئی ہے۔</w:t>
      </w:r>
    </w:p>
    <w:p>
      <w:r>
        <w:rPr>
          <w:b/>
        </w:rPr>
        <w:t xml:space="preserve">[17:07] </w:t>
      </w:r>
      <w:r>
        <w:t>mein samajhta hoon keh dunya ke jo evils hain, woh is ki jar sach much ghussa hi hota hai. kyunkeh ghussa aik cheez nahi hai. ghussa aaya toh kya aaya?</w:t>
      </w:r>
    </w:p>
    <w:p>
      <w:pPr>
        <w:jc w:val="right"/>
      </w:pPr>
      <w:r>
        <w:t>میں سمجھتا ہوں کہ دنیا کے جو ایولز ہیں، وہ اس کی جڑ سچ مچ غصہ ہی ہوتا ہے۔ کیونکہ غصہ ایک چیز نہیں ہے۔ غصہ آیا تو کیا آیا؟</w:t>
      </w:r>
    </w:p>
    <w:p>
      <w:r>
        <w:rPr>
          <w:b/>
        </w:rPr>
        <w:t xml:space="preserve">[17:17] </w:t>
      </w:r>
      <w:r>
        <w:t>hate aayi, revenge aaya, violence aaya, malice aaya. aik se aik baat cheez yahan ab chalay gi.</w:t>
      </w:r>
    </w:p>
    <w:p>
      <w:pPr>
        <w:jc w:val="right"/>
      </w:pPr>
      <w:r>
        <w:t>ہیٹ آئی، ریونج آیا، وائیلنس آیا، میلث آیا۔ ایک سے ایک بات چیز یہاں اب چلیں گی۔</w:t>
      </w:r>
    </w:p>
    <w:p>
      <w:r>
        <w:rPr>
          <w:b/>
        </w:rPr>
        <w:t xml:space="preserve">[17:28] </w:t>
      </w:r>
      <w:r>
        <w:t>toh aik cheez se itni sari cheezain paida huin. toh ghussa sach much ki jar hai tamam evils ka. toh aap ghussay ko control kar lein.</w:t>
      </w:r>
    </w:p>
    <w:p>
      <w:pPr>
        <w:jc w:val="right"/>
      </w:pPr>
      <w:r>
        <w:t>تو ایک چیز سے اتنی ساری چیزیں پیدا ہوئیں۔ تو غصہ سچ مچ کی جڑ ہے تمام ایولز کا۔ تو آپ غصے کو کنٹرول کر لیں۔</w:t>
      </w:r>
    </w:p>
    <w:p>
      <w:r>
        <w:rPr>
          <w:b/>
        </w:rPr>
        <w:t xml:space="preserve">[17:37] </w:t>
      </w:r>
      <w:r>
        <w:t>agar ghussay ko control kar lein toh apne andar aap aik aik bohat hi strong personality develop karte hain. woh personality hai jo kisi situation ko bohat hi positively tackle kar sakti hai.</w:t>
      </w:r>
    </w:p>
    <w:p>
      <w:pPr>
        <w:jc w:val="right"/>
      </w:pPr>
      <w:r>
        <w:t>اگر غصے کو کنٹرول کر لیں تو اپنے اندر آپ ایک ایک بہت ہی سٹرانگ پرسنالٹی ڈیولپ کرتے ہیں۔ وہ پرسنالٹی ہے جو کسی سچویشن کو بہت ہی پازیٹیولی ٹیکل کر سکتی ہے۔</w:t>
      </w:r>
    </w:p>
    <w:p>
      <w:r>
        <w:rPr>
          <w:b/>
        </w:rPr>
        <w:t xml:space="preserve">[17:54] </w:t>
      </w:r>
      <w:r>
        <w:t>toh kitni bari cheez hai yeh. toh jin cheezon ko le kar ke log x x is ka woh banatay hain keh bhai aisa hoga toh kya karte hain?</w:t>
      </w:r>
    </w:p>
    <w:p>
      <w:pPr>
        <w:jc w:val="right"/>
      </w:pPr>
      <w:r>
        <w:t>تو کتنی بڑی چیز ہے یہ۔ تو جن چیزوں کو لے کر کے لوگ ایکس ایکس اس کا وہ بناتے ہیں کہ بھئی ایسا ہوگا تو کیا کرتے ہیں؟</w:t>
      </w:r>
    </w:p>
    <w:p>
      <w:r>
        <w:rPr>
          <w:b/>
        </w:rPr>
        <w:t xml:space="preserve">[18:04] </w:t>
      </w:r>
      <w:r>
        <w:t>hum aisa hoga toh kya karte? aisa falan ne kar diya toh kya karte? dekhein, is ko leejiyay aap challenge ke tor par.</w:t>
      </w:r>
    </w:p>
    <w:p>
      <w:pPr>
        <w:jc w:val="right"/>
      </w:pPr>
      <w:r>
        <w:t>ہم ایسا ہوگا تو کیا کرتے؟ ایسا فلاں نے کر دیا تو کیا کرتے؟ دیکھیں، اس کو لیجئے آپ چیلنج کے طور پر۔</w:t>
      </w:r>
    </w:p>
    <w:p>
      <w:r>
        <w:rPr>
          <w:b/>
        </w:rPr>
        <w:t xml:space="preserve">[18:14] </w:t>
      </w:r>
      <w:r>
        <w:t>yaani kisi ne aap ko jo problem create kiya hai, take it as a challenge. aap jantay hain keh challenge jo hai, wahi wahid cheez hai jo aap ke liye intellectual development ka zariya hai.</w:t>
      </w:r>
    </w:p>
    <w:p>
      <w:pPr>
        <w:jc w:val="right"/>
      </w:pPr>
      <w:r>
        <w:t>یعنی کسی نے آپ کو جو پرابلم کریٹ کیا ہے، ٹیک اٹ ایز ا چیلنج۔ آپ جانتے ہیں کہ چیلنج جو ہے، وہی واحد چیز ہے جو آپ کے لیے انٹلیکچول ڈیولپمنٹ کا ذریعہ ہے۔</w:t>
      </w:r>
    </w:p>
    <w:p>
      <w:r>
        <w:rPr>
          <w:b/>
        </w:rPr>
        <w:t xml:space="preserve">[18:30] </w:t>
      </w:r>
      <w:r>
        <w:t>challenge nahi toh development nahi. challenge nahi toh development nahi. toh society mein agar yeh baat na ho keh log aap ko provoke kar dein, aap ko ghussa dila dein, aap ke khilaaf kuch baat bol dein toh challenge kahan se aaye ga?</w:t>
      </w:r>
    </w:p>
    <w:p>
      <w:pPr>
        <w:jc w:val="right"/>
      </w:pPr>
      <w:r>
        <w:t>چیلنج نہیں تو ڈیولپمنٹ نہیں۔ چیلنج نہیں تو ڈیولپمنٹ نہیں۔ تو سوسائٹی میں اگر یہ بات نہ ہو کہ لوگ آپ کو پرووک کر دیں، آپ کو غصہ دلا دیں، آپ کے خلاف کچھ بات بول دیں تو چیلنج کہاں سے آئے گا؟</w:t>
      </w:r>
    </w:p>
    <w:p>
      <w:r>
        <w:rPr>
          <w:b/>
        </w:rPr>
        <w:t xml:space="preserve">[18:46] </w:t>
      </w:r>
      <w:r>
        <w:t>challenge nahi aaye ga toh har aadmi pathar ki murti bana de ga. develop kaise kare ga woh?</w:t>
      </w:r>
    </w:p>
    <w:p>
      <w:pPr>
        <w:jc w:val="right"/>
      </w:pPr>
      <w:r>
        <w:t>چیلنج نہیں آئے گا تو ہر آدمی پتھر کی مورتی بنا دے گا۔ ڈیولپ کیسے کرے گا وہ؟</w:t>
      </w:r>
    </w:p>
    <w:p>
      <w:r>
        <w:rPr>
          <w:b/>
        </w:rPr>
        <w:t xml:space="preserve">[18:57] </w:t>
      </w:r>
      <w:r>
        <w:t>toh aisi society humein chahiye jahan challenges hon, challenges hon, challenges hon. Arnold Toynbee ki jo kitaab hai "Study of History", is mein toh poori history ko isi isi press kiya hai keh wahi log taraqqi karte hain, wahi communities, wahi nations, wahi groups jin ko challenge pesh aata hai.</w:t>
      </w:r>
    </w:p>
    <w:p>
      <w:pPr>
        <w:jc w:val="right"/>
      </w:pPr>
      <w:r>
        <w:t>تو ایسی سوسائٹی ہمیں چاہیے جہاں چیلنجز ہوں، چیلنجز ہوں، چیلنجز ہوں۔ ہانرل ٹائن بی کی جو کتاب ہے "اسٹڈی آف ہسٹری"، اس میں تو پوری ہسٹری کو اسی اسی پریس کیا ہے کہ وہی لوگ ترقی کرتے ہیں، وہی کمیونٹیز، وہی نیشنز، وہی گروپ جن کو چیلنج پیش آتا ہے۔</w:t>
      </w:r>
    </w:p>
    <w:p>
      <w:r>
        <w:rPr>
          <w:b/>
        </w:rPr>
        <w:t xml:space="preserve">[19:18] </w:t>
      </w:r>
      <w:r>
        <w:t>jab challenge pesh aaye ga toh taraqqi hogi.</w:t>
      </w:r>
    </w:p>
    <w:p>
      <w:pPr>
        <w:jc w:val="right"/>
      </w:pPr>
      <w:r>
        <w:t>جب چیلنج پیش آئے گا تو ترقی ہوگی۔</w:t>
      </w:r>
    </w:p>
    <w:p>
      <w:r>
        <w:rPr>
          <w:b/>
        </w:rPr>
        <w:t xml:space="preserve">[19:24] </w:t>
      </w:r>
      <w:r>
        <w:t>mujh se aik sahib se baat hui toh unhon ne kaha keh dunya haves aur have-nots se bati hui hai. mein ne kaha nahi, aap galat keh rahay hain. dunya haves aur potential haves se bati hui hai.</w:t>
      </w:r>
    </w:p>
    <w:p>
      <w:pPr>
        <w:jc w:val="right"/>
      </w:pPr>
      <w:r>
        <w:t>مجھ سے ایک صاحب سے بات ہوئی تو انہوں نے کہا کہ دنیا ہیوز اور ہیو ناٹ سے بٹی ہوئی ہے۔ میں نے کہا نہیں، آپ غلط کہہ رہے ہیں۔ دنیا ہیوز اور پوٹینشل ہیو بٹی ہوئی ہے۔</w:t>
      </w:r>
    </w:p>
    <w:p>
      <w:r>
        <w:rPr>
          <w:b/>
        </w:rPr>
        <w:t xml:space="preserve">[19:41] </w:t>
      </w:r>
      <w:r>
        <w:t>haves aur potential haves. toh mein ne misaal di keh dekhein, Dr. Abdul Kalam hain, woh paida hue aik aik poor family mein.</w:t>
      </w:r>
    </w:p>
    <w:p>
      <w:pPr>
        <w:jc w:val="right"/>
      </w:pPr>
      <w:r>
        <w:t>ہیوز اور پوٹینشل ہیوز۔ تو میں نے مثال دی کہ دیکھیں، ڈاکٹر عبدالکلام ہیں، وہ پیدا ہوئے ایک ایک پور فیملی میں۔</w:t>
      </w:r>
    </w:p>
    <w:p>
      <w:r>
        <w:rPr>
          <w:b/>
        </w:rPr>
        <w:t xml:space="preserve">[19:51] </w:t>
      </w:r>
      <w:r>
        <w:t>unki family school ki fees nahi de sakti thi. toh poor family mein janam lena un ke liye aik challenge ban gaya. challenge.</w:t>
      </w:r>
    </w:p>
    <w:p>
      <w:pPr>
        <w:jc w:val="right"/>
      </w:pPr>
      <w:r>
        <w:t>ان کی فیملی اسکول کی فیس نہیں دے سکتی تھی۔ تو پور فیملی میں جنم لینا ان کے لیے ایک چیلنج بن گیا۔ چیلنج۔</w:t>
      </w:r>
    </w:p>
    <w:p>
      <w:r>
        <w:rPr>
          <w:b/>
        </w:rPr>
        <w:t xml:space="preserve">[20:00] </w:t>
      </w:r>
      <w:r>
        <w:t>unhon ne zindagi zindagi se संघर्ष kiya. woh un ke liye incentive banaya, incentive. usay motivate kiya keh mujhe mehnat karna hai, mujhe mehnat karna hai, mujhe mehnat karna hai.</w:t>
      </w:r>
    </w:p>
    <w:p>
      <w:pPr>
        <w:jc w:val="right"/>
      </w:pPr>
      <w:r>
        <w:t>انہوں نے زندگی زندگی سے संघर्ष کیا۔ وہ ان کے لیے انسینٹیو بنایا، انسینٹیو۔ اسے موٹیویٹ کیا کہ مجھے محنت کرنا ہے، مجھے محنت کرنا ہے، مجھے محنت کرنا ہے۔</w:t>
      </w:r>
    </w:p>
    <w:p>
      <w:r>
        <w:rPr>
          <w:b/>
        </w:rPr>
        <w:t xml:space="preserve">[20:09] </w:t>
      </w:r>
      <w:r>
        <w:t>yahan tak keh aap jantay hain keh wahi wahi aadmi jis ki family ke paas school ki fees denay ke liye paisa nahi tha, wahi aadmi aakhir kar present president of India bana.</w:t>
      </w:r>
    </w:p>
    <w:p>
      <w:pPr>
        <w:jc w:val="right"/>
      </w:pPr>
      <w:r>
        <w:t>یہاں تک کہ آپ جانتے ہیں کہ وہی وہی آدمی جس کی فیملی کے پاس اسکول کی فیس دینے کے لیے پیسہ نہیں تھا، وہی آدمی آخر کار پریزنٹ پریزیڈنٹ آف انڈیا بنا۔</w:t>
      </w:r>
    </w:p>
    <w:p>
      <w:r>
        <w:rPr>
          <w:b/>
        </w:rPr>
        <w:t xml:space="preserve">[20:24] </w:t>
      </w:r>
      <w:r>
        <w:t>toh dunya mein woh cheezain jis ko log excuse banatay hain, woh woh excuse toh hamaray liye yani is stepping stone ke tor par hain.</w:t>
      </w:r>
    </w:p>
    <w:p>
      <w:pPr>
        <w:jc w:val="right"/>
      </w:pPr>
      <w:r>
        <w:t>تو دنیا میں وہ چیزیں جس کو لوگ ایکسکیوز بناتے ہیں، وہ وہ ایکسکیوز تو ہمارے لیے یعنی اس اسٹپنگ اسٹون کے طور پر ہیں۔</w:t>
      </w:r>
    </w:p>
    <w:p>
      <w:r>
        <w:rPr>
          <w:b/>
        </w:rPr>
        <w:t xml:space="preserve">[20:33] </w:t>
      </w:r>
      <w:r>
        <w:t>stepping stone. is ko le kar hum aur aagay barhein, aur aagay barhein, aur aagay barhein.</w:t>
      </w:r>
    </w:p>
    <w:p>
      <w:pPr>
        <w:jc w:val="right"/>
      </w:pPr>
      <w:r>
        <w:t>اسٹپنگ اسٹون۔ اس کو لے کر ہم اور آگے بڑھیں، اور آگے بڑھیں، اور آگے بڑھیں۔</w:t>
      </w:r>
    </w:p>
    <w:p>
      <w:r>
        <w:rPr>
          <w:b/>
        </w:rPr>
        <w:t xml:space="preserve">[20:40] </w:t>
      </w:r>
      <w:r>
        <w:t>Prophet (PBUH) ne aik bohat hi simple formula diya zindagi guzarne ka keh dunya mein hum kaise rahen.</w:t>
      </w:r>
    </w:p>
    <w:p>
      <w:pPr>
        <w:jc w:val="right"/>
      </w:pPr>
      <w:r>
        <w:t>پرافٹ علیہ السلام نے ایک بہت ہی سمپل فارمولا دیا زندگی گزارنے کا کہ دنیا میں ہم کیسے رہیں۔</w:t>
      </w:r>
    </w:p>
    <w:p>
      <w:r>
        <w:rPr>
          <w:b/>
        </w:rPr>
        <w:t xml:space="preserve">[20:49] </w:t>
      </w:r>
      <w:r>
        <w:t>yeh "it is a two point formula". unhon ne kaha keh "in lam tanfa'u fala tadurru". is ka literal translation yeh hai keh agar tum logon ko faida nahi pohncha sakte toh nuqsan hi mat pohnchaao.</w:t>
      </w:r>
    </w:p>
    <w:p>
      <w:pPr>
        <w:jc w:val="right"/>
      </w:pPr>
      <w:r>
        <w:t>یہ "اٹ از ا ٹو پوائنٹ فارمولا"۔ انہوں نے کہا کہ "ان لم تنفاہ فلا تضر"۔ اس کا لیٹرل ٹرانسلیشن یہ ہے کہ اگر تم لوگوں کو فائدہ نہیں پہنچا سکتے تو نقصان ہی مت پہنچاؤ۔</w:t>
      </w:r>
    </w:p>
    <w:p>
      <w:r>
        <w:rPr>
          <w:b/>
        </w:rPr>
        <w:t xml:space="preserve">[21:08] </w:t>
      </w:r>
      <w:r>
        <w:t>is ka matlab kya hua? ke duniya mein ya to giver ban kar raho, giver, ya no problem person ban kar raho.</w:t>
      </w:r>
    </w:p>
    <w:p>
      <w:pPr>
        <w:jc w:val="right"/>
      </w:pPr>
      <w:r>
        <w:t>اس کا مطلب کیا ہوا؟ کہ دنیا میں یا تو گیور بن کر رہو، گیور، یا نو پرابلم پرسن بن کر رہو۔</w:t>
      </w:r>
    </w:p>
    <w:p>
      <w:r>
        <w:rPr>
          <w:b/>
        </w:rPr>
        <w:t xml:space="preserve">[21:18] </w:t>
      </w:r>
      <w:r>
        <w:t>ya to giver person ya no problem person. kitna simple formula yeh hai. yaani ek hai minimum, minimum, maximum.</w:t>
      </w:r>
    </w:p>
    <w:p>
      <w:pPr>
        <w:jc w:val="right"/>
      </w:pPr>
      <w:r>
        <w:t>یا تو گیور پرسن یا نو پرابلم پرسن۔ کتنا سمپل فارمولا یہ ہے۔ یعنی ایک ہے منیمم، منیمم، میکسیمم۔</w:t>
      </w:r>
    </w:p>
    <w:p>
      <w:r>
        <w:rPr>
          <w:b/>
        </w:rPr>
        <w:t xml:space="preserve">[21:28] </w:t>
      </w:r>
      <w:r>
        <w:t>maximum kya hai? ke aap duniya mein rahen giver person ban kar. minimum kya hai? ke aap duniya mein rahen no problem person ban kar.</w:t>
      </w:r>
    </w:p>
    <w:p>
      <w:pPr>
        <w:jc w:val="right"/>
      </w:pPr>
      <w:r>
        <w:t>میکسیمم کیا ہے؟ کہ آپ دنیا میں رہیں گیور پرسن بن کر۔ منیمم کیا ہے؟ کہ آپ دنیا میں رہیں نو پرابلم پرسن بن کر۔</w:t>
      </w:r>
    </w:p>
    <w:p>
      <w:r>
        <w:rPr>
          <w:b/>
        </w:rPr>
        <w:t xml:space="preserve">[21:38] </w:t>
      </w:r>
      <w:r>
        <w:t>bohat hi simple formula hai.</w:t>
      </w:r>
    </w:p>
    <w:p>
      <w:pPr>
        <w:jc w:val="right"/>
      </w:pPr>
      <w:r>
        <w:t>بہت ہی سمپل فارمولا ہے۔</w:t>
      </w:r>
    </w:p>
    <w:p>
      <w:r>
        <w:rPr>
          <w:b/>
        </w:rPr>
        <w:t xml:space="preserve">[21:45] </w:t>
      </w:r>
      <w:r>
        <w:t>jab se maine is is ko parha tab se meri zindagi ka hi ek usool ban gaya. main hamesha yeh sochta hoon ke mujhe ya to giver person banna hai ya no problem person banna hai.</w:t>
      </w:r>
    </w:p>
    <w:p>
      <w:pPr>
        <w:jc w:val="right"/>
      </w:pPr>
      <w:r>
        <w:t>جب سے میں نے اس اس کو پڑھا تب سے میری زندگی کا ہی ایک اصول بن گیا۔ میں ہمیشہ یہ سوچتا ہوں کہ مجھے یا تو گیور پرسن بننا ہے یا نو پرابلم پرسن بننا ہے۔</w:t>
      </w:r>
    </w:p>
    <w:p>
      <w:r>
        <w:rPr>
          <w:b/>
        </w:rPr>
        <w:t xml:space="preserve">[22:00] </w:t>
      </w:r>
      <w:r>
        <w:t>to bohat hi simple formula samajhta hoon yeh zindagi ka. yeh sab cheezen meri personality mein inter woven hain.</w:t>
      </w:r>
    </w:p>
    <w:p>
      <w:pPr>
        <w:jc w:val="right"/>
      </w:pPr>
      <w:r>
        <w:t>تو بہت ہی سمپل فارمولا سمجھتا ہوں یہ زندگی کا۔ یہ سب چیزیں میری پرسنیلٹی میں انٹر وون ہیں۔</w:t>
      </w:r>
    </w:p>
    <w:p>
      <w:r>
        <w:rPr>
          <w:b/>
        </w:rPr>
        <w:t xml:space="preserve">[22:10] </w:t>
      </w:r>
      <w:r>
        <w:t>dekhen, jab bachcha paida hota hai aadmi ka to yeh science batati hai ke sab kuch potentially pehle din maujood hota hai hamare DNA mein.</w:t>
      </w:r>
    </w:p>
    <w:p>
      <w:pPr>
        <w:jc w:val="right"/>
      </w:pPr>
      <w:r>
        <w:t>دیکھیں، جب بچہ پیدا ہوتا ہے آدمی کا تو یہ سائنس بتاتی ہے کہ سب کچھ پوٹینشلی پہلے دن موجود ہوتا ہے ہمارے ڈی این اے میں۔</w:t>
      </w:r>
    </w:p>
    <w:p>
      <w:r>
        <w:rPr>
          <w:b/>
        </w:rPr>
        <w:t xml:space="preserve">[22:20] </w:t>
      </w:r>
      <w:r>
        <w:t>ek bachcha jo hai us ke andar woh sab kuch pata hota hai, maujood hota hai jo barh kar woh banta hai. sab kuch.</w:t>
      </w:r>
    </w:p>
    <w:p>
      <w:pPr>
        <w:jc w:val="right"/>
      </w:pPr>
      <w:r>
        <w:t>ایک بچہ جو ہے اس کے اندر وہ سب کچھ پتہ ہوتا ہے، موجود ہوتا ہے جو بڑھ کر وہ بنتا ہے۔ سب کچھ۔</w:t>
      </w:r>
    </w:p>
    <w:p>
      <w:r>
        <w:rPr>
          <w:b/>
        </w:rPr>
        <w:t xml:space="preserve">[22:29] </w:t>
      </w:r>
      <w:r>
        <w:t>lekin hota hai in terms of potential. hamein kya karna hai? hamein is potential ko actual banana hai. bas itna hi to karna hai. apne potential ko actual banana hai.</w:t>
      </w:r>
    </w:p>
    <w:p>
      <w:pPr>
        <w:jc w:val="right"/>
      </w:pPr>
      <w:r>
        <w:t>لیکن ہوتا ہے ان ٹرمز آف پوٹینشل۔ ہمیں کیا کرنا ہے؟ ہمیں اس پوٹینشل کو ایکچول بنانا ہے۔ بس اتنا ہی تو کرنا ہے۔ اپنے پوٹینشل کو ایکچول بنانا ہے۔</w:t>
      </w:r>
    </w:p>
    <w:p>
      <w:r>
        <w:rPr>
          <w:b/>
        </w:rPr>
        <w:t xml:space="preserve">[22:40] </w:t>
      </w:r>
      <w:r>
        <w:t>jis tarah se ek seed hai, seed apne potential ko actual banata hai to ek bhari drakht ban jata hai. aise hi insan agar apne potential ko actual banaye to woh ek good human being ban jayega.</w:t>
      </w:r>
    </w:p>
    <w:p>
      <w:pPr>
        <w:jc w:val="right"/>
      </w:pPr>
      <w:r>
        <w:t>جس طرح سے ایک سیڈ ہے، سیڈ اپنے پوٹینشل کو ایکچول بناتا ہے تو ایک بھاری درخت بن جاتا ہے۔ ایسے ہی انسان اگر اپنے پوٹینشل کو ایکچول بنائے تو وہ ایک گڈ ہیومن بینگ بن جائے گا۔</w:t>
      </w:r>
    </w:p>
    <w:p>
      <w:r>
        <w:rPr>
          <w:b/>
        </w:rPr>
        <w:t xml:space="preserve">[22:53] </w:t>
      </w:r>
      <w:r>
        <w:t>kyun ke potentially woh ek good human being hi hai.</w:t>
      </w:r>
    </w:p>
    <w:p>
      <w:pPr>
        <w:jc w:val="right"/>
      </w:pPr>
      <w:r>
        <w:t>کیونکہ پوٹینشلی وہ ایک گڈ ہیومن بینگ ہی ہے۔</w:t>
      </w:r>
    </w:p>
    <w:p>
      <w:r>
        <w:rPr>
          <w:b/>
        </w:rPr>
        <w:t xml:space="preserve">[22:59] </w:t>
      </w:r>
      <w:r>
        <w:t>aur insan ki quality itni zyada hai, itni zyada hai ke woh apne minus ko plus bana sakta hai. maine parha professor Adler ki kitab mein "the individual psychology" isi baat ko ke insan ke andar yeh bohat ajeeb si sift hai ke apne minus ko plus bana sake woh.</w:t>
      </w:r>
    </w:p>
    <w:p>
      <w:pPr>
        <w:jc w:val="right"/>
      </w:pPr>
      <w:r>
        <w:t>اور انسان کی کوالٹی اتنی زیادہ ہے، اتنی زیادہ ہے کہ وہ اپنے مائنس کو پلس بنا سکتا ہے۔ میں نے پڑھا پروفیسر ایڈلر کی کتاب میں "دا انڈیویجول سائیکالوجی" اسی بات کو کہ انسان کے اندر یہ بہت عجیب سی صفت ہے کہ اپنے مائنس کو پلس بنا سکے وہ۔</w:t>
      </w:r>
    </w:p>
    <w:p>
      <w:r>
        <w:rPr>
          <w:b/>
        </w:rPr>
        <w:t xml:space="preserve">[23:23] </w:t>
      </w:r>
      <w:r>
        <w:t>is ke baad maine Swami Vivekanand ka ek qissa parha to main samajhta hoon ke bohat achhi tarah illustrate karta hai is baat ko. woh yaani jo baat kahi thi Adler ne ke "there power to turn a minus into a plus" is ka illustration mujhe mila Swami Vivekanand ka.</w:t>
      </w:r>
    </w:p>
    <w:p>
      <w:pPr>
        <w:jc w:val="right"/>
      </w:pPr>
      <w:r>
        <w:t>اس کے بعد میں نے سوامی ویکرانت کا ایک قصہ پڑھا تو میں سمجھتا ہوں کہ بہت اچھی طرح السٹریٹ کرتا ہے اس بات کو۔ وہ یعنی جو بات کہی تھی ایڈلر نے کہ "دیر پاور ٹو ٹرن ا مائنس انٹو ا پلس" اس کا السٹریشن مجھے ملا سوامی ویکرانت کا۔</w:t>
      </w:r>
    </w:p>
    <w:p>
      <w:r>
        <w:rPr>
          <w:b/>
        </w:rPr>
        <w:t xml:space="preserve">[23:42] </w:t>
      </w:r>
      <w:r>
        <w:t>un ka ek qissa hai ke un ke friend ne un ko ek martaba invite kiya apne ghar par aur jis room mein un ko bithana tha wahan ek table tha.</w:t>
      </w:r>
    </w:p>
    <w:p>
      <w:pPr>
        <w:jc w:val="right"/>
      </w:pPr>
      <w:r>
        <w:t>ان کا ایک قصہ ہے کہ ان کے فرینڈ نے ان کو ایک مرتبہ انوائٹ کیا اپنے گھر پر اور جس روم میں ان کو بٹھانا تھا وہاں ایک ٹیبل تھا۔</w:t>
      </w:r>
    </w:p>
    <w:p>
      <w:r>
        <w:rPr>
          <w:b/>
        </w:rPr>
        <w:t xml:space="preserve">[23:55] </w:t>
      </w:r>
      <w:r>
        <w:t>is table par dharmik books theen. dharmik books aap jante hain ke aaj kal major religion hain, woh taqreeban 12 hain.</w:t>
      </w:r>
    </w:p>
    <w:p>
      <w:pPr>
        <w:jc w:val="right"/>
      </w:pPr>
      <w:r>
        <w:t>اس ٹیبل پر دھارمک بکس تھیں۔ دھارمک بکس آپ جانتے ہیں کہ آج کل میجر ریلیجن ہیں، وہ تقریباً 12 ہیں۔</w:t>
      </w:r>
    </w:p>
    <w:p>
      <w:r>
        <w:rPr>
          <w:b/>
        </w:rPr>
        <w:t xml:space="preserve">[24:04] </w:t>
      </w:r>
      <w:r>
        <w:t>to sab religion ki books theen. lekin is mein is ka is order mein rakha gaya tha ke sab se neeche Gita thi, Hind Gita, aur us ke upar aur doosri kitab hai.</w:t>
      </w:r>
    </w:p>
    <w:p>
      <w:pPr>
        <w:jc w:val="right"/>
      </w:pPr>
      <w:r>
        <w:t>تو سب ریلیجن کی بکس تھیں۔ لیکن اس میں اس کا اس آرڈر میں رکھا گیا تھا کہ سب سے نیچے گیتا تھی، ہند گیتا، اور اس کے اوپر اور دوسری کتاب ہے۔</w:t>
      </w:r>
    </w:p>
    <w:p>
      <w:r>
        <w:rPr>
          <w:b/>
        </w:rPr>
        <w:t xml:space="preserve">[24:20] </w:t>
      </w:r>
      <w:r>
        <w:t>to woh jo un ke jinhon ne bulaya tha, woh samajhte thay ke is ko dekh kar woh ghussa ho jayenge kyun ke yeh "it was obviously it was a provocative situation, provocative scene" ke jis kitab ko woh bohat regard dete thay as a Hindu, woh neeche rakhi hui hai aur sab upar hain.</w:t>
      </w:r>
    </w:p>
    <w:p>
      <w:pPr>
        <w:jc w:val="right"/>
      </w:pPr>
      <w:r>
        <w:t>تو وہ جو ان کے جنہوں نے بلایا تھا، وہ سمجھتے تھے کہ اس کو دیکھ کر وہ غصہ ہو جائیں گے کیونکہ یہ "اٹ واز اویسلی اٹ واز ا پرووکیٹیو سچویشن، پرووکیٹیو سین" کہ جس کتاب کو وہ بہت ریگارڈ دیتے تھے ایز ا ہندو، وہ نیچے رکھی ہوئی ہے اور سب اوپر ہیں۔</w:t>
      </w:r>
    </w:p>
    <w:p>
      <w:r>
        <w:rPr>
          <w:b/>
        </w:rPr>
        <w:t xml:space="preserve">[24:40] </w:t>
      </w:r>
      <w:r>
        <w:t>agarche main Swami Vivekanand ko sirf Hindu nahi manta, un ko ek insan manta hoon. India ke main samajhta hoon ke jo bohat hi kam log jo India mein paida hue honge, un mein se ek thay Swami Vivekanand ka jo hamare liye example hain.</w:t>
      </w:r>
    </w:p>
    <w:p>
      <w:pPr>
        <w:jc w:val="right"/>
      </w:pPr>
      <w:r>
        <w:t>اگرچہ میں سوامی وکرانت کو صرف ہندو نہیں مانتا، ان کو ایک انسان مانتا ہوں۔ انڈیا کے میں سمجھتا ہوں کہ جو بہت ہی کم لوگ جو انڈیا میں پیدا ہوئے ہوں گے، ان میں سے ایک تھے سوامی وکرانت کا جو ہمارے لیے ایگزامپل ہیں۔</w:t>
      </w:r>
    </w:p>
    <w:p>
      <w:r>
        <w:rPr>
          <w:b/>
        </w:rPr>
        <w:t xml:space="preserve">[24:57] </w:t>
      </w:r>
      <w:r>
        <w:t>to dekhen, unhon ne kaha jinhon ne bulaya tha ke Swami ji is par kya reward rakha hai aap ka? to woh samajhte thay ghussa honge woh ke tum ne humiliate karne ke liye bulaya mujh ko.</w:t>
      </w:r>
    </w:p>
    <w:p>
      <w:pPr>
        <w:jc w:val="right"/>
      </w:pPr>
      <w:r>
        <w:t>تو دیکھیں، انہوں نے کہا جنہوں نے بلایا تھا کہ سوامی جی اس پر کیا ریوارڈ رکھا ہے آپ کا؟ تو وہ سمجھتے تھے غصہ ہوں گے وہ کہ تم نے ہیومیلیٹ کرنے کے لیے بلایا مجھ کو۔</w:t>
      </w:r>
    </w:p>
    <w:p>
      <w:r>
        <w:rPr>
          <w:b/>
        </w:rPr>
        <w:t xml:space="preserve">[25:10] </w:t>
      </w:r>
      <w:r>
        <w:t>dekhen, Swami ji ne he he simply smile and said "the foundation is really good, the foundation is really good" yaani Gita jo neeche thi, sab kitaben upar theen.</w:t>
      </w:r>
    </w:p>
    <w:p>
      <w:pPr>
        <w:jc w:val="right"/>
      </w:pPr>
      <w:r>
        <w:t>دیکھیں، سوامی جی نے ہی ہی سمپلی اسمائل اینڈ سیڈ "دا فاؤنڈیشن از ریلی گڈ، دا فاؤنڈیشن از ریلی گڈ" یعنی گیتا جو نیچے تھی، سب کتابیں اوپر تھیں۔</w:t>
      </w:r>
    </w:p>
    <w:p>
      <w:r>
        <w:rPr>
          <w:b/>
        </w:rPr>
        <w:t xml:space="preserve">[25:27] </w:t>
      </w:r>
      <w:r>
        <w:t>to is ko le kar unhon ne kaha ke "the foundation is really good" to best example hai ke kis tarah unhon ne apne minus ko plus bana diya.</w:t>
      </w:r>
    </w:p>
    <w:p>
      <w:pPr>
        <w:jc w:val="right"/>
      </w:pPr>
      <w:r>
        <w:t>تو اس کو لے کر انہوں نے کہا کہ "دا فاؤنڈیشن از ریلی گڈ" تو بیسٹ ایگزامپل ہے کہ کس طرح انہوں نے اپنے مائنس کو پلس بنا دیا۔</w:t>
      </w:r>
    </w:p>
    <w:p>
      <w:r>
        <w:rPr>
          <w:b/>
        </w:rPr>
        <w:t xml:space="preserve">[25:39] </w:t>
      </w:r>
      <w:r>
        <w:t>aise hi Mahatma Gandhi ka ek waqia hai. aap jante hain 1946 mein jab Noakhali mein bara fasad ho raha tha to Mahatma Gandhi wahan gaye to Noakhali se unhon ne ek chiṭṭhi likhi thi Gujarati zuban mein apne ek janne wale ko.</w:t>
      </w:r>
    </w:p>
    <w:p>
      <w:pPr>
        <w:jc w:val="right"/>
      </w:pPr>
      <w:r>
        <w:t>ایسے ہی مہاتما گاندھی کا ایک واقعہ ہے۔ آپ جانتے ہیں 1946 میں جب نوکھلی میں بڑا فساد ہو رہا تھا تو مہاتما گاندھی وہاں گئے تو نوکھلی سے انہوں نے ایک چٹھی لکھی تھی گجراتی زبان میں اپنے ایک جاننے والے کو۔</w:t>
      </w:r>
    </w:p>
    <w:p>
      <w:r>
        <w:rPr>
          <w:b/>
        </w:rPr>
        <w:t xml:space="preserve">[25:58] </w:t>
      </w:r>
      <w:r>
        <w:t>is mein yeh sentence tha ke "main jahan hoon wahan charon aur ag lagi hui hai lekin mere man mein shanti hai.</w:t>
      </w:r>
    </w:p>
    <w:p>
      <w:pPr>
        <w:jc w:val="right"/>
      </w:pPr>
      <w:r>
        <w:t>اس میں یہ سینٹنس تھا کہ "میں جہاں ہوں وہاں چاروں اور اگ لگی ہوئی ہے لیکن میرے من میں شانتی ہے۔</w:t>
      </w:r>
    </w:p>
    <w:p>
      <w:r>
        <w:rPr>
          <w:b/>
        </w:rPr>
        <w:t xml:space="preserve">[26:10] </w:t>
      </w:r>
      <w:r>
        <w:t>charon aur ag lagi hui hai lekin mere man mein shanti hai." to yeh hai yaani is ko main is tarah is is tarah nahi lunga ke ek insan ki baat hai, har insan ki baat hai.</w:t>
      </w:r>
    </w:p>
    <w:p>
      <w:pPr>
        <w:jc w:val="right"/>
      </w:pPr>
      <w:r>
        <w:t>چاروں اور اگ لگی ہوئی ہے لیکن میرے من میں شانتی ہے۔" تو یہ ہے یعنی اس کو میں اس طرح اس اس طرح نہیں لوں گا کہ ایک انسان کی بات ہے، ہر انسان کی بات ہے۔</w:t>
      </w:r>
    </w:p>
    <w:p>
      <w:r>
        <w:rPr>
          <w:b/>
        </w:rPr>
        <w:t xml:space="preserve">[26:23] </w:t>
      </w:r>
      <w:r>
        <w:t>yaani Mahatma Gandhi ne aisa kar ke bataya ke insan ke potential itne zyada hain ke woh charon taraf ag lagi hui ho tab bhi us ke man mein shanti rahegi.</w:t>
      </w:r>
    </w:p>
    <w:p>
      <w:pPr>
        <w:jc w:val="right"/>
      </w:pPr>
      <w:r>
        <w:t>یعنی مہاتما گاندھی نے ایسا کر کے بتایا کہ انسان کے پوٹینشل اتنے زیادہ ہیں کہ وہ چاروں طرف اگ لگی ہوئی ہو تب بھی اس کے من میں شانتی رہے گی۔</w:t>
      </w:r>
    </w:p>
    <w:p>
      <w:r>
        <w:rPr>
          <w:b/>
        </w:rPr>
        <w:t xml:space="preserve">[26:35] </w:t>
      </w:r>
      <w:r>
        <w:t>woh ek insaan ke potential ko bataya unhon ne. aise hi swami vikrant ne insaan ke ek potential ko bataya "he is able to turn his minus to plus".</w:t>
      </w:r>
    </w:p>
    <w:p>
      <w:pPr>
        <w:jc w:val="right"/>
      </w:pPr>
      <w:r>
        <w:t>وہ ایک انسان کے پوٹینشل کو بتایا انہوں نے۔ ایسے ہی سوامی وکرانت نے انسان کے ایک پوٹینشل کو بتایا "ہی از ایبل ٹو ٹرن ہز مائنس ٹو پلس"۔</w:t>
      </w:r>
    </w:p>
    <w:p>
      <w:r>
        <w:rPr>
          <w:b/>
        </w:rPr>
        <w:t xml:space="preserve">[26:48] </w:t>
      </w:r>
      <w:r>
        <w:t>aise hi mahatma gandhi ne insaan ke potential ko bataya ke is ke andar khuda ne itni itni shakti di, itni shakti ke charon taraf aag lagi hui ho aur wahan khara hai aadmi tab bhi is ke man mein shanti hai.</w:t>
      </w:r>
    </w:p>
    <w:p>
      <w:pPr>
        <w:jc w:val="right"/>
      </w:pPr>
      <w:r>
        <w:t>ایسے ہی مہاتما گاندھی نے انسان کے پوٹینشل کو بتایا کہ اس کے اندر خدا نے اتنی اتنی شক্তি دی، اتنی شক্তি کہ چاروں طرف اگ لگی ہوئی ہو اور وہاں کھڑا ہے آدمی تب بھی اس کے من میں شانتی ہو۔</w:t>
      </w:r>
    </w:p>
    <w:p>
      <w:r>
        <w:rPr>
          <w:b/>
        </w:rPr>
        <w:t xml:space="preserve">[27:02] </w:t>
      </w:r>
      <w:r>
        <w:t>to yeh hai insaan ka model, yeh hai insaan ka asal potential. main samajhta hoon.</w:t>
      </w:r>
    </w:p>
    <w:p>
      <w:pPr>
        <w:jc w:val="right"/>
      </w:pPr>
      <w:r>
        <w:t>تو یہ ہے انسان کا ماڈل، یہ ہے انسان کا کا اصل پوٹینشل۔ میں سمجھتا ہوں۔</w:t>
      </w:r>
    </w:p>
    <w:p>
      <w:r>
        <w:rPr>
          <w:b/>
        </w:rPr>
        <w:t xml:space="preserve">[27:15] </w:t>
      </w:r>
      <w:r>
        <w:t>to dekhen, aap ko bohat se insaan aise dikhai padenge jo ghalati mein pad gaye, jo is tarah ka is tarah ke insaan na ban sake.</w:t>
      </w:r>
    </w:p>
    <w:p>
      <w:pPr>
        <w:jc w:val="right"/>
      </w:pPr>
      <w:r>
        <w:t>تو دیکھیں، آپ کو بہت سے انسان ایسے دکھائی پڑیں گے جو غلطی میں پڑ گئے، جو اس طرح کا اس طرح کے انسان نہ بن سکے۔</w:t>
      </w:r>
    </w:p>
    <w:p>
      <w:r>
        <w:rPr>
          <w:b/>
        </w:rPr>
        <w:t xml:space="preserve">[27:29] </w:t>
      </w:r>
      <w:r>
        <w:t>to woh kya cheez hoti hai? yeh apne ko na pehchanne ki wajah se hota hai. ek bohat purana yeh saying hai ke "main no dyai self".</w:t>
      </w:r>
    </w:p>
    <w:p>
      <w:pPr>
        <w:jc w:val="right"/>
      </w:pPr>
      <w:r>
        <w:t>تو وہ کیا چیز ہوتی ہے؟ یہ اپنے کو نہ پہچاننے کی وجہ سے ہوتا ہے۔ ایک بہت پرانا یہ سینگ ہے کہ "میں نو دائی سیلف"۔</w:t>
      </w:r>
    </w:p>
    <w:p>
      <w:r>
        <w:rPr>
          <w:b/>
        </w:rPr>
        <w:t xml:space="preserve">[27:42] </w:t>
      </w:r>
      <w:r>
        <w:t>main aksar kaha karta hoon ke sab se pehle apne aap ko discover karo. sab se pehla kaam yeh hai ke apne aap ko discover karo. mera manna yeh hai ke har insaan mister unique hai.</w:t>
      </w:r>
    </w:p>
    <w:p>
      <w:pPr>
        <w:jc w:val="right"/>
      </w:pPr>
      <w:r>
        <w:t>میں اکثر کہا کرتا ہوں کہ سب سے پہلے اپنے آپ کو ڈسکور کرو۔ سب سے پہلا کام یہ ہے کہ اپنے آپ کو ڈسکور کرو۔ میرا ماننا یہ ہے کہ ہر انسان مسٹر یونیک ہے۔</w:t>
      </w:r>
    </w:p>
    <w:p>
      <w:r>
        <w:rPr>
          <w:b/>
        </w:rPr>
        <w:t xml:space="preserve">[27:55] </w:t>
      </w:r>
      <w:r>
        <w:t>har aurat aur har mard, har aurat aur har mard potentially unique person hai. kuch na kuch unique quality har aadmi ke andar hai, har aadmi ke andar.</w:t>
      </w:r>
    </w:p>
    <w:p>
      <w:pPr>
        <w:jc w:val="right"/>
      </w:pPr>
      <w:r>
        <w:t>ہر عورت اور ہر مرد، ہر عورت اور ہر مرد پوٹینشلی یونیک پرسن ہے۔ کچھ نہ کچھ یونیک کوالٹی ہر آدمی کے اندر ہے، ہر آدمی کے اندر۔</w:t>
      </w:r>
    </w:p>
    <w:p>
      <w:r>
        <w:rPr>
          <w:b/>
        </w:rPr>
        <w:t xml:space="preserve">[28:10] </w:t>
      </w:r>
      <w:r>
        <w:t>to aap ko kya karna hai? is unique personality ko apne andar se discover kijiye aur phir is ko actualize kijiye.</w:t>
      </w:r>
    </w:p>
    <w:p>
      <w:pPr>
        <w:jc w:val="right"/>
      </w:pPr>
      <w:r>
        <w:t>تو آپ کو کیا کرنا ہے؟ اس یونیک پرسنیلٹی کو اپنے اندر سے ڈسکور کیجئے اور پھر اس کو ایکچولائز کیجئے۔</w:t>
      </w:r>
    </w:p>
    <w:p>
      <w:r>
        <w:rPr>
          <w:b/>
        </w:rPr>
        <w:t xml:space="preserve">[28:21] </w:t>
      </w:r>
      <w:r>
        <w:t>yeh mera yani keh sakte hain aap ke mera aqeedah hai, yeh mera manna hai. main sab se yahi kehta hoon, aaj se nahi, hamesha se.</w:t>
      </w:r>
    </w:p>
    <w:p>
      <w:pPr>
        <w:jc w:val="right"/>
      </w:pPr>
      <w:r>
        <w:t>یہ میرا یعنی کہہ سکتے ہیں آپ کہ میرا عقیدہ ہے، یہ میرا ماننا ہے۔ میں سب سے یہی کہتا ہوں، آج سے نہیں، ہمیشہ سے۔</w:t>
      </w:r>
    </w:p>
    <w:p>
      <w:r>
        <w:rPr>
          <w:b/>
        </w:rPr>
        <w:t xml:space="preserve">[28:30] </w:t>
      </w:r>
      <w:r>
        <w:t>khud mein ne bhi yahi kiya, khud mein ne bhi yahi kiya ke sab se pehle main janna chaha ke main kya hoon, "who i am i".</w:t>
      </w:r>
    </w:p>
    <w:p>
      <w:pPr>
        <w:jc w:val="right"/>
      </w:pPr>
      <w:r>
        <w:t>خود میں نے بھی یہی کیا، خود میں نے بھی یہی کیا کہ سب سے پہلے میں جاننا چاہا کہ میں کیا ہوں، "ہو آئی ایم آئی"۔</w:t>
      </w:r>
    </w:p>
    <w:p>
      <w:r>
        <w:rPr>
          <w:b/>
        </w:rPr>
        <w:t xml:space="preserve">[28:40] </w:t>
      </w:r>
      <w:r>
        <w:t>to apne is unique person jo aap ke andar chupa hua hai, us ko daryaft kijiye aur us ko jo ke abhi potential tor par hai, us ko actual banaiye.</w:t>
      </w:r>
    </w:p>
    <w:p>
      <w:pPr>
        <w:jc w:val="right"/>
      </w:pPr>
      <w:r>
        <w:t>تو اپنے اس یونیک پرسن جو آپ کے اندر چھپا ہوا ہے، اس کو دریافت کیجئے اور اس کو جو کہ ابھی پوٹینشل طور پر ہے، اس کو ایکچول بنائیے۔</w:t>
      </w:r>
    </w:p>
    <w:p>
      <w:r>
        <w:rPr>
          <w:b/>
        </w:rPr>
        <w:t xml:space="preserve">[28:53] </w:t>
      </w:r>
      <w:r>
        <w:t>to har har aurat, har mard unique ban jayenge. hamare desh mein khuda ki phir se aisi bari bari misalein hain, bari bari misalein hain jo hamein parhti deti hain.</w:t>
      </w:r>
    </w:p>
    <w:p>
      <w:pPr>
        <w:jc w:val="right"/>
      </w:pPr>
      <w:r>
        <w:t>تو ہر ہر عورت، ہر مرد یونیک بن جائیں گے۔ ہمارے દેશ میں خدا کی پھر سے ایسی بڑی بڑی مثالیں ہیں، بڑی بڑی مثالیں ہیں جو ہمیں پڑھنا دیتی ہیں۔</w:t>
      </w:r>
    </w:p>
    <w:p>
      <w:r>
        <w:rPr>
          <w:b/>
        </w:rPr>
        <w:t xml:space="preserve">[29:07] </w:t>
      </w:r>
      <w:r>
        <w:t>jaise mein ne misal di aap ko mahatma gandhi ki, mein ne misal di aap ko swami vikrant ki. aise dekhen, ek ek the swami, woh gaye america,</w:t>
      </w:r>
    </w:p>
    <w:p>
      <w:pPr>
        <w:jc w:val="right"/>
      </w:pPr>
      <w:r>
        <w:t>جیسے میں نے مثال دی آپ کو مہاتما گاندھی کی، میں نے مثال دی آپ کو سوامی وکرانت کی۔ ایسے دیکھیں، ایک ایک تھے سوامی، وہ گئے امریکہ،</w:t>
      </w:r>
    </w:p>
    <w:p>
      <w:r>
        <w:rPr>
          <w:b/>
        </w:rPr>
        <w:t xml:space="preserve">[29:26] </w:t>
      </w:r>
      <w:r>
        <w:t>bohat pehle ki baat hai. jab hawai jahaz nahi hote the, jo pani ke jahaz jaya karte the, to jab wahan par port par utre, woh to un ke pas kuch bhi nahi tha.</w:t>
      </w:r>
    </w:p>
    <w:p>
      <w:pPr>
        <w:jc w:val="right"/>
      </w:pPr>
      <w:r>
        <w:t>بہت پہلے کی بات ہے۔ جب ہوائی جہاز نہیں ہوتے تھے، جو پانی کے جہاز جایا کرتے تھے، تو جب وہاں پر پورٹ پر اترے، وہ تو ان کے پاس کچھ بھی نہیں تھا۔</w:t>
      </w:r>
    </w:p>
    <w:p>
      <w:r>
        <w:rPr>
          <w:b/>
        </w:rPr>
        <w:t xml:space="preserve">[29:40] </w:t>
      </w:r>
      <w:r>
        <w:t>aise hi jaise swami log hote hain, koi saman nahi, to koi aage na peechhe. to ek american ne poocha ke "tumhara saman kahan hai?" kaha ke "mera pas koi saman nahi." to unhon ne kaha ke "tumhara koi dost hai yahan america mein?" unhon ne kaha ke "yes,</w:t>
      </w:r>
    </w:p>
    <w:p>
      <w:pPr>
        <w:jc w:val="right"/>
      </w:pPr>
      <w:r>
        <w:t>ایسے ہی جیسے سوامی لوگ ہوتے ہیں، کوئی سامان نہیں، تو کوئی آگے نہ پیچھے۔ تو ایک امریکن نے پوچھا کہ "تمہارا سامان کہاں ہے؟" کہا کہ "میرا پاس کوئی سامان نہیں۔" تو انہوں نے کہا کہ "تمہارا کوئی دوست ہے یہاں امریکہ میں؟" انہوں نے کہا کہ "یس،</w:t>
      </w:r>
    </w:p>
    <w:p>
      <w:r>
        <w:rPr>
          <w:b/>
        </w:rPr>
        <w:t xml:space="preserve">[30:06] </w:t>
      </w:r>
      <w:r>
        <w:t>he is my friend and that friend is here" aur us ko impress kar liya. haan, mera ek dost tha, woh dost hi mere pas khara hua hai, un ko impress kar liya.</w:t>
      </w:r>
    </w:p>
    <w:p>
      <w:pPr>
        <w:jc w:val="right"/>
      </w:pPr>
      <w:r>
        <w:t>ہیریز فرینڈ اینڈ دیٹ فرینڈ از ہیر" اور اس کو امپریس کر لیا۔ ہاں، میرا ایک دوست تھا، وہ دوست ہی میرے پاس کھڑا ہوا ہے، ان کو امپریس کر لیا۔</w:t>
      </w:r>
    </w:p>
    <w:p>
      <w:r>
        <w:rPr>
          <w:b/>
        </w:rPr>
        <w:t xml:space="preserve">[30:18] </w:t>
      </w:r>
      <w:r>
        <w:t>is ke baad woh aadmi itna mutasir hua, apne ghar le gaya aur jab tak wahan rahe, woh apne pas un ko mehman rakha.</w:t>
      </w:r>
    </w:p>
    <w:p>
      <w:pPr>
        <w:jc w:val="right"/>
      </w:pPr>
      <w:r>
        <w:t>اس کے بعد وہ آدمی اتنا متاثر ہوا، اپنے گھر لے گیا اور جب تک وہاں رہے، وہ اپنے پاس ان کو مہمان رکھا۔</w:t>
      </w:r>
    </w:p>
    <w:p>
      <w:r>
        <w:rPr>
          <w:b/>
        </w:rPr>
        <w:t xml:space="preserve">[30:29] </w:t>
      </w:r>
      <w:r>
        <w:t>yeh mere in india ki shakhsiyatein hain. india mein is tarah ki misalein bhari hui hain jo batati hain.</w:t>
      </w:r>
    </w:p>
    <w:p>
      <w:pPr>
        <w:jc w:val="right"/>
      </w:pPr>
      <w:r>
        <w:t>یہ میرے ان انڈیا کے شخصیتیں ہیں۔ انڈیا میں اس طرح کی مثالیں بھری ہوئی ہیں جو بتاتی ہیں۔</w:t>
      </w:r>
    </w:p>
    <w:p>
      <w:r>
        <w:rPr>
          <w:b/>
        </w:rPr>
        <w:t xml:space="preserve">[30:39] </w:t>
      </w:r>
      <w:r>
        <w:t>to main is ko sirf india ke pride ke tor par nahi leta, main is tor par leta hoon ke woh insaan ke potential ko batati hain, insaan ke potential ko ke kya bhar rakha hai creator ne apne andar, us ko batati hain.</w:t>
      </w:r>
    </w:p>
    <w:p>
      <w:pPr>
        <w:jc w:val="right"/>
      </w:pPr>
      <w:r>
        <w:t>تو میں اس کو صرف انڈیا کے پرائیڈ کے طور پر نہیں لیتا، میں اس طور پر لیتا ہوں کہ وہ انسان کے پوٹینشل کو بتاتی ہیں، انسان کے پوٹینشل کو کہ کیا بھر رکھا ہے کریٹر نے اپنے اندر، اس کو بتاتی ہیں۔</w:t>
      </w:r>
    </w:p>
    <w:p>
      <w:r>
        <w:rPr>
          <w:b/>
        </w:rPr>
        <w:t xml:space="preserve">[31:00] </w:t>
      </w:r>
      <w:r>
        <w:t>jawahar lal nehru jab abhi prime minister nahi bane the, tab bhi un ki dhoom thi india mein. to ek martaba congress ke kuch logon ke sath woh travel kar rahe the jeep se,</w:t>
      </w:r>
    </w:p>
    <w:p>
      <w:pPr>
        <w:jc w:val="right"/>
      </w:pPr>
      <w:r>
        <w:t>جواہر اللہ نہرو جب ابھی پرائم منسٹر نہیں بنے تھے، تب بھی ان کی دھوم تھی انڈیا میں۔ تو ایک مرتبہ کانگریس کے کچھ لوگوں کے ساتھ وہ ٹریول کر رہے تھے جیپ سے،</w:t>
      </w:r>
    </w:p>
    <w:p>
      <w:r>
        <w:rPr>
          <w:b/>
        </w:rPr>
        <w:t xml:space="preserve">[31:16] </w:t>
      </w:r>
      <w:r>
        <w:t>yani yeh azadi se pehle ki baat hai. to ek jagah raat ho gayi, jangla ka wahan mahol tha.</w:t>
      </w:r>
    </w:p>
    <w:p>
      <w:pPr>
        <w:jc w:val="right"/>
      </w:pPr>
      <w:r>
        <w:t>یعنی یہ آزادی سے پہلے کی بات ہے۔ تو ایک جگہ رات ہو گئی، جنگل کا وہاں ماحول تھا۔</w:t>
      </w:r>
    </w:p>
    <w:p>
      <w:r>
        <w:rPr>
          <w:b/>
        </w:rPr>
        <w:t xml:space="preserve">[31:27] </w:t>
      </w:r>
      <w:r>
        <w:t>to un ki jeep wahan se guzri to kuch daku aa gaye, daku un ko lootne ke liye. to jo sathi un ke the gaadi mein, to ghabra gaye ke jab yeh dobara musibat aa gayi to kya kiya jayega.</w:t>
      </w:r>
    </w:p>
    <w:p>
      <w:pPr>
        <w:jc w:val="right"/>
      </w:pPr>
      <w:r>
        <w:t>تو ان کی جیپ وہاں سے گزری تو کچھ ڈاکو آ گئے، ڈاکو ان کو لوٹنے کے لیے۔ تو جو ساتھی ان کے تھے گاڑی میں، تو گھبرا گئے کہ جب یہ دوبارہ مصیبت آ گئی تو کیا کیا جائے گا۔</w:t>
      </w:r>
    </w:p>
    <w:p>
      <w:r>
        <w:rPr>
          <w:b/>
        </w:rPr>
        <w:t xml:space="preserve">[31:41] </w:t>
      </w:r>
      <w:r>
        <w:t>to jawahar lal nehru ne sab ko kaha, "baitho, main jata hoon akele,</w:t>
      </w:r>
    </w:p>
    <w:p>
      <w:pPr>
        <w:jc w:val="right"/>
      </w:pPr>
      <w:r>
        <w:t>تو جواہر اللہ نہرو نے سب کو کہا، "بیٹھو، میں جاتا ہوں اکیلے،</w:t>
      </w:r>
    </w:p>
    <w:p>
      <w:r>
        <w:rPr>
          <w:b/>
        </w:rPr>
        <w:t xml:space="preserve">[31:47] </w:t>
      </w:r>
      <w:r>
        <w:t>main jata hoon." woh gaye aur dakuon se kaha, "tum jante ho ke main kaun hoon? main jawahar lal nehru hoon." to daku un ke paon par gir pade aur apne pas se apne kuch.</w:t>
      </w:r>
    </w:p>
    <w:p>
      <w:pPr>
        <w:jc w:val="right"/>
      </w:pPr>
      <w:r>
        <w:t>میں جاتا ہوں۔" وہ گئے اور ڈاکوؤں سے کہا، "تم جانتے ہو کہ میں کون ہوں؟ میں جواہر اللہ نہرو ہوں۔" تو ڈاکو ان کے پاؤں پر گر پڑے اور اپنے پاس سے اپنے کچھ۔</w:t>
      </w:r>
    </w:p>
    <w:p>
      <w:r>
        <w:rPr>
          <w:b/>
        </w:rPr>
        <w:t xml:space="preserve">[32:01] </w:t>
      </w:r>
      <w:r>
        <w:t>jab bhi hamari hamari taraf se bhi congress mein yeh donation leni hai,</w:t>
      </w:r>
    </w:p>
    <w:p>
      <w:pPr>
        <w:jc w:val="right"/>
      </w:pPr>
      <w:r>
        <w:t>جب بھی ہماری ہماری طرف سے بھی کانگریس میں یہ ڈونیشن لینی ہے،</w:t>
      </w:r>
    </w:p>
    <w:p>
      <w:r>
        <w:rPr>
          <w:b/>
        </w:rPr>
        <w:t xml:space="preserve">[32:07] </w:t>
      </w:r>
      <w:r>
        <w:t>un ke paon par gir pade bajaye lootne ke. yeh bhi mein is ko jawahar allha nehru ke aik fazilat ke tor par nahi leta.</w:t>
      </w:r>
    </w:p>
    <w:p>
      <w:pPr>
        <w:jc w:val="right"/>
      </w:pPr>
      <w:r>
        <w:t>ان کے پاؤں پر گر پڑے بجائے لوٹنے کے۔ یہ بھی میں اس کو جواہر اللہ نہرو کے ایک فضیلت کے طور پر نہیں لیتا۔</w:t>
      </w:r>
    </w:p>
    <w:p>
      <w:r>
        <w:rPr>
          <w:b/>
        </w:rPr>
        <w:t xml:space="preserve">[32:16] </w:t>
      </w:r>
      <w:r>
        <w:t>mein samajhta hoon ke unhon ne aik bataya ke insan mein kitna zyada potential hai ke dako bhi jhuk jaye is ke aagay. aise jitne waqeat hote hain, woh kisi aik ki barhai ko nahi batate,</w:t>
      </w:r>
    </w:p>
    <w:p>
      <w:pPr>
        <w:jc w:val="right"/>
      </w:pPr>
      <w:r>
        <w:t>میں سمجھتا ہوں کہ انہوں نے ایک بتایا کہ انسان میں کتنا زیادہ پوٹینشل ہے کہ ڈاکو بھی جھک جائے اس کے آگے۔ ایسے جتنے واقعات ہوتے ہیں، وہ کسی ایک کی بڑائی کو نہیں بتاتے،</w:t>
      </w:r>
    </w:p>
    <w:p>
      <w:r>
        <w:rPr>
          <w:b/>
        </w:rPr>
        <w:t xml:space="preserve">[32:30] </w:t>
      </w:r>
      <w:r>
        <w:t>kisi aik aik ki barhai ko nahi batate, woh insan ki barhai ko batate hain, woh insan ki barhai ko batate hain. abhi hamare bhai sahib ne mere bare mein jo kaha, mujhe bohat acha laga ke yeh islami scholar nahi hai balkay insani insani scholar hai.</w:t>
      </w:r>
    </w:p>
    <w:p>
      <w:pPr>
        <w:jc w:val="right"/>
      </w:pPr>
      <w:r>
        <w:t>کسی ایک ایک کی بڑائی کو نہیں بتاتے، وہ انسان کی بڑائی کو بتاتے ہیں، وہ انسان کی بڑائی کو بتاتے ہیں۔ ابھی ہمارے بھائی صاحب نے میرے بارے میں جو کہا، مجھے بہت اچھا لگا کہ یہ اسلامی اسکارر نہیں ہے بلکہ انسانی انسانی اسکارر ہے۔</w:t>
      </w:r>
    </w:p>
    <w:p>
      <w:r>
        <w:rPr>
          <w:b/>
        </w:rPr>
        <w:t xml:space="preserve">[32:47] </w:t>
      </w:r>
      <w:r>
        <w:t>to mein sare waqeat ko insan ke roop mein dekhta hoon. har insan jis ne koi bara kaam kiya hai, to woh isi isi isi aadmi ki barhai nahi hai, insan ki barhai hai.</w:t>
      </w:r>
    </w:p>
    <w:p>
      <w:pPr>
        <w:jc w:val="right"/>
      </w:pPr>
      <w:r>
        <w:t>تو میں سارے واقعات کو انسان کے روپ میں دیکھتا ہوں۔ ہر انسان جس نے کوئی بڑا کام کیا ہے، تو وہ اسی اسی اسی آدمی کی بڑائی نہیں ہے، انسان کی بڑائی ہے۔</w:t>
      </w:r>
    </w:p>
    <w:p>
      <w:r>
        <w:rPr>
          <w:b/>
        </w:rPr>
        <w:t xml:space="preserve">[33:01] </w:t>
      </w:r>
      <w:r>
        <w:t>aisa kar ke is ne dikhaya hai ke insan aise bhi hote hain. tumhare andar bhi yeh cheez hai, is ko is potentialy, is potential ko actual banao.</w:t>
      </w:r>
    </w:p>
    <w:p>
      <w:pPr>
        <w:jc w:val="right"/>
      </w:pPr>
      <w:r>
        <w:t>ایسا کر کے اس نے دکھایا ہے کہ انسان ایسے بھی ہوتے ہیں۔ تمہارے اندر بھی یہ چیز ہے، اس کو اس پوٹینشلی، اس پوٹینشل کو ایکچول بناؤ۔</w:t>
      </w:r>
    </w:p>
    <w:p>
      <w:r>
        <w:rPr>
          <w:b/>
        </w:rPr>
        <w:t xml:space="preserve">[33:16] </w:t>
      </w:r>
      <w:r>
        <w:t>to mein samajhta hoon ke insan banne ke liye hamein sirf yeh karna hai ke apne aap ko discover karein, apne potential ko discover karein, hamare andar chupi hui jo cheezein hain, us ko discover karein aur phir us ko actual banane ki koshish karein.</w:t>
      </w:r>
    </w:p>
    <w:p>
      <w:pPr>
        <w:jc w:val="right"/>
      </w:pPr>
      <w:r>
        <w:t>تو میں سمجھتا ہوں کہ انسان بننے کے لیے ہمیں صرف یہ کرنا ہے کہ اپنے آپ کو ڈسکور کریں، اپنے پوٹینشل کو ڈسکور کریں، ہمارے اندر چھپی ہوئی جو چیزیں ہیں، اس کو ڈسکور کریں اور پھر اس کو ایکچول بنانے کی کوشش کریں۔</w:t>
      </w:r>
    </w:p>
    <w:p>
      <w:r>
        <w:rPr>
          <w:b/>
        </w:rPr>
        <w:t xml:space="preserve">[33:33] </w:t>
      </w:r>
      <w:r>
        <w:t>itna hi karna hai. bas</w:t>
      </w:r>
    </w:p>
    <w:p>
      <w:pPr>
        <w:jc w:val="right"/>
      </w:pPr>
      <w:r>
        <w:t>اتنا ہی کرنا ہے۔ بس</w:t>
      </w:r>
    </w:p>
    <w:p>
      <w:r>
        <w:rPr>
          <w:b/>
        </w:rPr>
        <w:t xml:space="preserve">[33:39] </w:t>
      </w:r>
      <w:r>
        <w:t>dekhein, aksar aisa hota hai ke aadmi</w:t>
      </w:r>
    </w:p>
    <w:p>
      <w:pPr>
        <w:jc w:val="right"/>
      </w:pPr>
      <w:r>
        <w:t>دیکھیں، اکثر ایسا ہوتا ہے کہ آدمی</w:t>
      </w:r>
    </w:p>
    <w:p>
      <w:r>
        <w:rPr>
          <w:b/>
        </w:rPr>
        <w:t xml:space="preserve">[33:43] </w:t>
      </w:r>
      <w:r>
        <w:t>kisi negative thought mein phans jata hai aur phir soch nahi pata. woh koi bari baat hai. jaise dekhein, aik sahib mere paas aaye, woh basti ke rehne wale the,</w:t>
      </w:r>
    </w:p>
    <w:p>
      <w:pPr>
        <w:jc w:val="right"/>
      </w:pPr>
      <w:r>
        <w:t>کسی نیگیٹیو تھاٹ میں پھنس جاتا ہے اور پھر سوچ نہیں پاتا۔ وہ کوئی بڑی بات ہے۔ جیسے دیکھیں، ایک صاحب میرے پاس آئے، وہ بستی کے رہنے والے تھے،</w:t>
      </w:r>
    </w:p>
    <w:p>
      <w:r>
        <w:rPr>
          <w:b/>
        </w:rPr>
        <w:t xml:space="preserve">[33:59] </w:t>
      </w:r>
      <w:r>
        <w:t>woh bohat ghusse mein the. unhon ne kaha ke "mein falan aadmi ne mujhe bohat nuqsan pohanchaya hai, mein us ko maroonga, us ko qatal karonga."</w:t>
      </w:r>
    </w:p>
    <w:p>
      <w:pPr>
        <w:jc w:val="right"/>
      </w:pPr>
      <w:r>
        <w:t>وہ بہت غصے میں تھے۔ انہوں نے کہا کہ "میں فلاں آدمی نے مجھے بہت نقصان پہنچایا ہے، میں اس کو ماروں گا، اس کو قتل کروں گا۔"</w:t>
      </w:r>
    </w:p>
    <w:p>
      <w:r>
        <w:rPr>
          <w:b/>
        </w:rPr>
        <w:t xml:space="preserve">[34:13] </w:t>
      </w:r>
      <w:r>
        <w:t>to</w:t>
      </w:r>
    </w:p>
    <w:p>
      <w:pPr>
        <w:jc w:val="right"/>
      </w:pPr>
      <w:r>
        <w:t>تو</w:t>
      </w:r>
    </w:p>
    <w:p>
      <w:r>
        <w:rPr>
          <w:b/>
        </w:rPr>
        <w:t xml:space="preserve">[34:16] </w:t>
      </w:r>
      <w:r>
        <w:t>mein sunta raha, sunta raha un ki baat. koi dealing hui thi, us dealing mein us ne in ko kuch loss pohanchaya tha, kuch paisa gadbad kar diya tha, us se woh bigad gaye the.</w:t>
      </w:r>
    </w:p>
    <w:p>
      <w:pPr>
        <w:jc w:val="right"/>
      </w:pPr>
      <w:r>
        <w:t>میں سنتا رہا، سنتا رہا ان کی بات۔ کوئی ڈیلنگ ہوئی تھی، اس ڈیلنگ میں اس نے ان کو کچھ لاس پہنچایا تھا، کچھ پیسہ گڑبڑ کر دیا تھا، اس سے وہ بگڑ گئے تھے۔</w:t>
      </w:r>
    </w:p>
    <w:p>
      <w:r>
        <w:rPr>
          <w:b/>
        </w:rPr>
        <w:t xml:space="preserve">[34:29] </w:t>
      </w:r>
      <w:r>
        <w:t>mein us ko maroonga. to sunta raha, sunta raha. is ke baad maine kaha ke "dekhein, aap ke andar jo inteqam bhadka hua hai, revenge, kya yahi nahi bhadkayega in in in ke in bachon mein jis ko ke aap yateem kar denge?" to maine un ki diary pe likha ke "inteqam lene se pehle soch lo ke inteqam ka bhi inteqam liya jayega."</w:t>
      </w:r>
    </w:p>
    <w:p>
      <w:pPr>
        <w:jc w:val="right"/>
      </w:pPr>
      <w:r>
        <w:t>میں اس کو ماروں گا۔ تو سنتا رہا، سنتا رہا۔ اس کے بعد میں نے کہا کہ "دیکھیں، آپ کے اندر جو انتقام بھڑکا ہوا ہے، ریونج، کیا یہی نہیں بھڑکائے گا ان ان ان کے ان بچوں میں جس کو کہ آپ یتیم کر دیں گے؟" تو میں نے ان کی ڈائری پہ لکھا کہ "انتقام لینے سے پہلے سوچ لو کہ انتقام کا بھی انتقام لیا جائے گا۔</w:t>
      </w:r>
    </w:p>
    <w:p>
      <w:r>
        <w:rPr>
          <w:b/>
        </w:rPr>
        <w:t xml:space="preserve">[34:57] </w:t>
      </w:r>
      <w:r>
        <w:t>inteqam lene se pehle soch lo ke inteqam ka bhi inteqam liya jayega." matlab, tum un ko maar rahe ho ge, un ke bachche tum ko maar rahe hain.</w:t>
      </w:r>
    </w:p>
    <w:p>
      <w:pPr>
        <w:jc w:val="right"/>
      </w:pPr>
      <w:r>
        <w:t>انتقام لینے سے پہلے سوچ لو کہ انتقام کا بھی انتقام لیا جائے گا۔" مطلب، تم ان کو مار رہے ہو گے، ان کے بچے تم کو مار رہے ہیں۔</w:t>
      </w:r>
    </w:p>
    <w:p>
      <w:r>
        <w:rPr>
          <w:b/>
        </w:rPr>
        <w:t xml:space="preserve">[35:07] </w:t>
      </w:r>
      <w:r>
        <w:t>to woh thoda soch mein pad gaye. unhon ne kaha, "phir ab mein kya karoon?" maine kaha, "yeh bataiye ke ab aap ke paas kuch paisa hai ke nahi hai?" to unhon ne bataya ke "abhi bhi mere paas itne paise hain." to maine kaha, "us ko bhula dijiye, us ko bhula dijiye.</w:t>
      </w:r>
    </w:p>
    <w:p>
      <w:pPr>
        <w:jc w:val="right"/>
      </w:pPr>
      <w:r>
        <w:t>تو وہ تھوڑا سوچ میں پڑ گئے۔ انہوں نے کہا، "پھر اب میں کیا کروں؟" میں نے کہا، "یہ بتائیے کہ اب آپ کے پاس کچھ پیسہ ہے کہ نہیں ہے؟" تو انہوں نے بتایا کہ "ابھی بھی میرے پاس اتنے پیسے ہیں۔" تو میں نے کہا، "اس کو بھلا دیجئے، اس کو بھلا دیجئے۔</w:t>
      </w:r>
    </w:p>
    <w:p>
      <w:r>
        <w:rPr>
          <w:b/>
        </w:rPr>
        <w:t xml:space="preserve">[35:25] </w:t>
      </w:r>
      <w:r>
        <w:t>jo paise aap paas abhi bache hain, abhi us se business shuru kar dijiye."</w:t>
      </w:r>
    </w:p>
    <w:p>
      <w:pPr>
        <w:jc w:val="right"/>
      </w:pPr>
      <w:r>
        <w:t>جو پیسے آپ پاس ابھی بچے ہیں، ابھی اس سے بزنس شروع کر دیجئے۔"</w:t>
      </w:r>
    </w:p>
    <w:p>
      <w:r>
        <w:rPr>
          <w:b/>
        </w:rPr>
        <w:t xml:space="preserve">[35:32] </w:t>
      </w:r>
      <w:r>
        <w:t>to beharhal, us ko maan liya unhon ne aur us ke baad us se shuru kiya aur business se us paise se. aur kuch saalon ke baad meri mulaqat un se hui to bohat khush the.</w:t>
      </w:r>
    </w:p>
    <w:p>
      <w:pPr>
        <w:jc w:val="right"/>
      </w:pPr>
      <w:r>
        <w:t>تو بہرحال، اس کو مان لیا انہوں نے اور اس کے بعد اس سے شروع کیا اور بزنس سے اس پیسے سے۔ اور کچھ سالوں کے بعد میری ملاقات ان سے ہوئی تو بہت خوش تھے۔</w:t>
      </w:r>
    </w:p>
    <w:p>
      <w:r>
        <w:rPr>
          <w:b/>
        </w:rPr>
        <w:t xml:space="preserve">[35:44] </w:t>
      </w:r>
      <w:r>
        <w:t>unhon ne kaha, "aaj mein pehle se zyada achi position mein hoon, bohat bohat behtar position mein hoon." to asal mein jab aik bohat hi zindagi mein bar bar aisa hota hai ke hamein naya decision lena padta hai, bar bar aisa hota hai.</w:t>
      </w:r>
    </w:p>
    <w:p>
      <w:pPr>
        <w:jc w:val="right"/>
      </w:pPr>
      <w:r>
        <w:t>انہوں نے کہا، "آج میں پہلے سے زیادہ اچھی پوزیشن میں ہوں، بہت بہت بہتر پوزیشن میں ہوں۔" تو اصل میں جب ایک بہت ہی زندگی میں بار بار ایسا ہوتا ہے کہ ہمیں نیا ڈیسیژن لینا پڑتا ہے، بار بار ایسا ہوتا ہے۔</w:t>
      </w:r>
    </w:p>
    <w:p>
      <w:r>
        <w:rPr>
          <w:b/>
        </w:rPr>
        <w:t xml:space="preserve">[36:01] </w:t>
      </w:r>
      <w:r>
        <w:t>to us waqt agar hum sahi right decision le sakein to bas zindagi mein kamyabi hi kamyabi hai, success hi success hai.</w:t>
      </w:r>
    </w:p>
    <w:p>
      <w:pPr>
        <w:jc w:val="right"/>
      </w:pPr>
      <w:r>
        <w:t>تو اس وقت اگر ہم صحیح رائٹ ڈیسیژن لے سکیں تو بس زندگی میں کامیابی ہی کامیابی ہے، سکسیس ہی سکسیس ہے۔</w:t>
      </w:r>
    </w:p>
    <w:p>
      <w:r>
        <w:rPr>
          <w:b/>
        </w:rPr>
        <w:t xml:space="preserve">[36:10] </w:t>
      </w:r>
      <w:r>
        <w:t>agar right decision na le saka to phir wahin par nakaam ho jati hai.</w:t>
      </w:r>
    </w:p>
    <w:p>
      <w:pPr>
        <w:jc w:val="right"/>
      </w:pPr>
      <w:r>
        <w:t>اگر رائٹ ڈیسیژن نہ لے سکا تو پھر وہیں پر ناکام ہو جاتی ہے۔</w:t>
      </w:r>
    </w:p>
    <w:p>
      <w:r>
        <w:rPr>
          <w:b/>
        </w:rPr>
        <w:t xml:space="preserve">[36:18] </w:t>
      </w:r>
      <w:r>
        <w:t>to insan ko paida karne wale ne jo mind diya hai, woh mind bohat is ke andar bohat zabardast salahiyat hai, individual ke andar bhi, nation ke andar bhi.</w:t>
      </w:r>
    </w:p>
    <w:p>
      <w:pPr>
        <w:jc w:val="right"/>
      </w:pPr>
      <w:r>
        <w:t>تو انسان کو پیدا کرنے والے نے جو مائنڈ دیا ہے، وہ مائنڈ بہت اس کے اندر بہت زبردست صلاحیت ہے، انڈیویجول کے اندر بھی، نیشن کے اندر بھی۔</w:t>
      </w:r>
    </w:p>
    <w:p>
      <w:r>
        <w:rPr>
          <w:b/>
        </w:rPr>
        <w:t xml:space="preserve">[36:36] </w:t>
      </w:r>
      <w:r>
        <w:t>jaise mein aik misaal doon aap ko, second world war mein japan aap jante hain ke haar gaya, jo bomb giraya gaya hai, atom bomb.</w:t>
      </w:r>
    </w:p>
    <w:p>
      <w:pPr>
        <w:jc w:val="right"/>
      </w:pPr>
      <w:r>
        <w:t>جیسے میں ایک مثال دوں آپ کو، سیکنڈ ورلڈ وار میں جاپان آپ جانتے ہیں کہ ہار گیا، جو بم گرایا گیا ہے، ایٹم بم۔</w:t>
      </w:r>
    </w:p>
    <w:p>
      <w:r>
        <w:rPr>
          <w:b/>
        </w:rPr>
        <w:t xml:space="preserve">[36:47] </w:t>
      </w:r>
      <w:r>
        <w:t>to poori qaum jo hai, bohat hi baphri hui thi. lekin is ka jo badshah tha, us waqt hiro hito, ab to woh mar chuka hai, woh bohat learned aadmi tha.</w:t>
      </w:r>
    </w:p>
    <w:p>
      <w:pPr>
        <w:jc w:val="right"/>
      </w:pPr>
      <w:r>
        <w:t>تو پوری قوم جو ہے، بہت ہی بپھری ہوئی تھی۔ لیکن اس کا جو بادشاہ تھا، اس وقت ہیرو ہیٹو، اب تو وہ مر چکا ہے، وہ بہت لرنڈ آدمی تھا۔</w:t>
      </w:r>
    </w:p>
    <w:p>
      <w:r>
        <w:rPr>
          <w:b/>
        </w:rPr>
        <w:t xml:space="preserve">[36:59] </w:t>
      </w:r>
      <w:r>
        <w:t>hiro hito bohat learned aadmi tha. us ne speech di, us waqt TV nahi hua karta tha, radio par aik speech di.</w:t>
      </w:r>
    </w:p>
    <w:p>
      <w:pPr>
        <w:jc w:val="right"/>
      </w:pPr>
      <w:r>
        <w:t>ہیرو ہیٹو بہت لرنڈ آدمی تھا۔ اس نے اسپیچ دی، اس وقت ٹی وی نہیں ہوا کرتا تھا، ریڈیو پر ایک اسپیچ دی۔</w:t>
      </w:r>
    </w:p>
    <w:p>
      <w:r>
        <w:rPr>
          <w:b/>
        </w:rPr>
        <w:t xml:space="preserve">[37:10] </w:t>
      </w:r>
      <w:r>
        <w:t>us ne woh speech poori ki poori aik kitaab mein mein ne parhi, jo us kitaab ka naam hai "the story of japan".</w:t>
      </w:r>
    </w:p>
    <w:p>
      <w:pPr>
        <w:jc w:val="right"/>
      </w:pPr>
      <w:r>
        <w:t>اس نے وہ اسپیچ پوری کی پوری ایک کتاب میں میں نے پڑھی، جو اس کتاب کا نام ہے "دی سٹوری آف جاپان"۔</w:t>
      </w:r>
    </w:p>
    <w:p>
      <w:r>
        <w:rPr>
          <w:b/>
        </w:rPr>
        <w:t xml:space="preserve">[37:19] </w:t>
      </w:r>
      <w:r>
        <w:t>is ka jaziya tha ke "we have to suffer dan sufriable". hamein na qabil bardasht ko bardasht karna hai taake hum ek naya future bana sakein, Japan ka naya future.</w:t>
      </w:r>
    </w:p>
    <w:p>
      <w:pPr>
        <w:jc w:val="right"/>
      </w:pPr>
      <w:r>
        <w:t>اس کا جزیہ تھا کہ "وی ہیو ٹو سفر دان سفریبل"۔ ہمیں ناقابل برداشت کو برداشت کرنا ہے تاکہ ہم ایک نیا فیوچر بنا سکیں، جاپان کا نیا فیوچر۔</w:t>
      </w:r>
    </w:p>
    <w:p>
      <w:r>
        <w:rPr>
          <w:b/>
        </w:rPr>
        <w:t xml:space="preserve">[37:35] </w:t>
      </w:r>
      <w:r>
        <w:t>to unhon ne is ne qom ko sabak diya ke bajaye is ke ke hum revenge lein USA se ya aur kuch is tarah ke pass sochein, hamein apni qom ko scientific education mein aage badhana hai.</w:t>
      </w:r>
    </w:p>
    <w:p>
      <w:pPr>
        <w:jc w:val="right"/>
      </w:pPr>
      <w:r>
        <w:t>تو انہوں نے اس نے قوم کو سبق دیا کہ بجائے اس کے کہ ہم ریونج لیں یو ایس اے سے یا اور کچھ اس طرح کے پاس سوچیں، ہمیں اپنی قوم کو سائنٹیفک ایجوکیشن میں آگے بڑھانا ہے۔</w:t>
      </w:r>
    </w:p>
    <w:p>
      <w:r>
        <w:rPr>
          <w:b/>
        </w:rPr>
        <w:t xml:space="preserve">[37:49] </w:t>
      </w:r>
      <w:r>
        <w:t>to 30 saal ke liye is ne plan banaya scientific education ka Japan mein. aur dekha aap ne kya hua ke Japan mein scientific education ka nateeja kya hua ke industry mein unhon ne ek naam naya naam paida kiya.</w:t>
      </w:r>
    </w:p>
    <w:p>
      <w:pPr>
        <w:jc w:val="right"/>
      </w:pPr>
      <w:r>
        <w:t>تو 30 سال کے لیے اس نے پلان بنایا سائنٹیفک ایجوکیشن کا جاپان میں۔ اور دیکھا آپ نے کیا ہوا کہ جاپان میں سائنٹیفک ایجوکیشن کا نتیجہ کیا ہوا کہ انڈسٹری میں انہوں نے ایک نام نیا نام پیدا کیا۔</w:t>
      </w:r>
    </w:p>
    <w:p>
      <w:r>
        <w:rPr>
          <w:b/>
        </w:rPr>
        <w:t xml:space="preserve">[38:09] </w:t>
      </w:r>
      <w:r>
        <w:t>he was able, it was able to emerge as a economic superpower. aaj Japan ko economic superpower kaha jata hai kyunke unhon ne ek bohat hi waqt par unhon ne naya decision liya.</w:t>
      </w:r>
    </w:p>
    <w:p>
      <w:pPr>
        <w:jc w:val="right"/>
      </w:pPr>
      <w:r>
        <w:t>ہی واز ایبل، اٹ واز ایبل ٹو ایمرج ایز ا اکانومک سپر پاور۔ آج جاپان کو اکانومک سپر پاور کہا جاتا ہے کیونکہ انہوں نے ایک بہت ہی وقت پر انہوں نے نیا ڈیسیژن لیا۔</w:t>
      </w:r>
    </w:p>
    <w:p>
      <w:r>
        <w:rPr>
          <w:b/>
        </w:rPr>
        <w:t xml:space="preserve">[38:24] </w:t>
      </w:r>
      <w:r>
        <w:t>to chahe individual ki baat ho, chahe nation ki baat ho, bar bar aise waqt ate hain, aise mauqe ate hain ke hamein phir se sochna padta hai, phir se koi decision lena padta hai.</w:t>
      </w:r>
    </w:p>
    <w:p>
      <w:pPr>
        <w:jc w:val="right"/>
      </w:pPr>
      <w:r>
        <w:t>تو چاہے انڈیویجول کی بات ہو، چاہے نیشن کی بات ہو، بار بار ایسے وقت آتے ہیں، ایسے موقع آتے ہیں کہ ہمیں پھر سے سوچنا پڑتا ہے، پھر سے کوئی ڈیسیژن لینا پڑتا ہے۔</w:t>
      </w:r>
    </w:p>
    <w:p>
      <w:r>
        <w:rPr>
          <w:b/>
        </w:rPr>
        <w:t xml:space="preserve">[38:38] </w:t>
      </w:r>
      <w:r>
        <w:t>kyunke zindagi asbo safar nahi hai, zindagi asbo safar nahi hai. aap dekhiye, Mahatma Gandhi aaye 1920 mein India mein to unhon ne ek naya decision liya, naya decision liya ke hum ab violence chhod kar ke non violence apni movement chalayenge.</w:t>
      </w:r>
    </w:p>
    <w:p>
      <w:pPr>
        <w:jc w:val="right"/>
      </w:pPr>
      <w:r>
        <w:t>کیونکہ زندگی اسبو سفر نہیں ہے، زندگی اسبو سفر نہیں ہے۔ آپ دیکھیے، مہاتما گاندھی آئے 1920 میں انڈیا میں تو انہوں نے ایک نیا ڈیسیژن لیا، نیا ڈیسیژن لیا کہ ہم اب وائلنس چھوڑ کر کے نان وائلنس اپنی موومنٹ چلائیں گے۔</w:t>
      </w:r>
    </w:p>
    <w:p>
      <w:r>
        <w:rPr>
          <w:b/>
        </w:rPr>
        <w:t xml:space="preserve">[39:01] </w:t>
      </w:r>
      <w:r>
        <w:t>to mein ne padha tha ek qissa ke jab Mahatma Gandhi ne yeh declare kiya ke hum freedom struggle, freedom struggle ko ahinsa ki base pe chalayenge, non violence ki base pe.</w:t>
      </w:r>
    </w:p>
    <w:p>
      <w:pPr>
        <w:jc w:val="right"/>
      </w:pPr>
      <w:r>
        <w:t>تو میں نے پڑھا تھا ایک قصہ کہ جب مہاتما گاندھی نے یہ ڈیکلیئر کیا کہ ہم فریڈم اسٹرگل، فریڈم اسٹرگل کو ائین شاہ کی بیس پہ چلائیں گے، نان وائلنس کی بیس پہ۔</w:t>
      </w:r>
    </w:p>
    <w:p>
      <w:r>
        <w:rPr>
          <w:b/>
        </w:rPr>
        <w:t xml:space="preserve">[39:17] </w:t>
      </w:r>
      <w:r>
        <w:t>to ek British collector tha jab us ne suna yeh to us ko mind mein yeh sawal aaya ke hum ab freedom fighters ka kaise muqabla karenge?</w:t>
      </w:r>
    </w:p>
    <w:p>
      <w:pPr>
        <w:jc w:val="right"/>
      </w:pPr>
      <w:r>
        <w:t>تو ایک برٹش کلیکٹر تھا جب اس نے سنا یہ تو اس کو مائنڈ میں یہ سوال آیا کہ ہم اب فریڈم فائٹرز کا کیسے مقابلہ کریں گے؟</w:t>
      </w:r>
    </w:p>
    <w:p>
      <w:r>
        <w:rPr>
          <w:b/>
        </w:rPr>
        <w:t xml:space="preserve">[39:29] </w:t>
      </w:r>
      <w:r>
        <w:t>pehle hum marte the un ko, ab kya karenge hum? to us ne apne secretariat ko ek telegram bheja. telegram us zamane mein telegram hi woh karta tha, tab mobile nahi the.</w:t>
      </w:r>
    </w:p>
    <w:p>
      <w:pPr>
        <w:jc w:val="right"/>
      </w:pPr>
      <w:r>
        <w:t>پہلے ہم مارتے تھے ان کو، اب کیا کریں گے ہم؟ تو اس نے اپنے سیکرٹریٹ کو ایک ٹیلی گرام بھیجا۔ ٹیلی گرام اس زمانے میں ٹیلی گرام ہی وہ کرتا تھا، تب موبائل نہیں تھے۔</w:t>
      </w:r>
    </w:p>
    <w:p>
      <w:r>
        <w:rPr>
          <w:b/>
        </w:rPr>
        <w:t xml:space="preserve">[39:43] </w:t>
      </w:r>
      <w:r>
        <w:t>us ne likha ke "kindly wire instructions how to kill a tiger non violently" ke ab tak hum jo jis tiger se ladte the, woh aata tha violently.</w:t>
      </w:r>
    </w:p>
    <w:p>
      <w:pPr>
        <w:jc w:val="right"/>
      </w:pPr>
      <w:r>
        <w:t>اس نے لکھا کہ "کائنڈلی وائر انسٹرکشنز ہاؤ ٹو کل ا ٹائیگر نان نان والنٹلی" کہ اب تک ہم جو جس ٹائیگر سے لڑتے تھے، وہ آتا تھا والنٹلی۔</w:t>
      </w:r>
    </w:p>
    <w:p>
      <w:r>
        <w:rPr>
          <w:b/>
        </w:rPr>
        <w:t xml:space="preserve">[39:58] </w:t>
      </w:r>
      <w:r>
        <w:t>to hum par jaise hota tha ke hum violently us ko crush kar dein. ab woh aa raha hai non violently, ab hum kya karein? to "kindly wire instructions how to kill a tiger non violently".</w:t>
      </w:r>
    </w:p>
    <w:p>
      <w:pPr>
        <w:jc w:val="right"/>
      </w:pPr>
      <w:r>
        <w:t>تو ہم پر جیسے ہوتا تھا کہ ہم والنٹلی اس کو کرش کر دیں۔ اب وہ آ رہا ہے نان والنٹلی، اب ہم کیا کریں؟ تو "کائنڈلی وائر انسٹرکشنز ہاؤ ٹو کل ا ٹائیگر نان والنٹلی"۔</w:t>
      </w:r>
    </w:p>
    <w:p>
      <w:r>
        <w:rPr>
          <w:b/>
        </w:rPr>
        <w:t xml:space="preserve">[40:12] </w:t>
      </w:r>
      <w:r>
        <w:t>aap jante hain ke bohat hi kam muddat mein Mahatma Gandhi jo hai, India ko freedom tak pahunchane mein kamyab ho gaye kyunke unhon ne ek naya decision liya tha.</w:t>
      </w:r>
    </w:p>
    <w:p>
      <w:pPr>
        <w:jc w:val="right"/>
      </w:pPr>
      <w:r>
        <w:t>آپ جانتے ہیں کہ بہت ہی کم مدت میں مہاتما گاندھی جو ہے، انڈیا کو فریڈم تک پہنچانے میں کامیاب ہو گئے کیونکہ انہوں نے ایک نیا ڈیسیژن لیا تھا۔</w:t>
      </w:r>
    </w:p>
    <w:p>
      <w:r>
        <w:rPr>
          <w:b/>
        </w:rPr>
        <w:t xml:space="preserve">[40:25] </w:t>
      </w:r>
      <w:r>
        <w:t>to mein samajhta hoon ke chahe individual ka mamla ho, nation ka mamla ho, bar bar aisa hota hai ke hamein naya decision lena padta hai.</w:t>
      </w:r>
    </w:p>
    <w:p>
      <w:pPr>
        <w:jc w:val="right"/>
      </w:pPr>
      <w:r>
        <w:t>تو میں سمجھتا ہوں کہ چاہے انڈیویجول کا معاملہ ہو، نیشن کا معاملہ ہو، بار بار ایسا ہوتا ہے کہ ہمیں نیا ڈیسیژن لینا پڑتا ہے۔</w:t>
      </w:r>
    </w:p>
    <w:p>
      <w:r>
        <w:rPr>
          <w:b/>
        </w:rPr>
        <w:t xml:space="preserve">[40:35] </w:t>
      </w:r>
      <w:r>
        <w:t>jo log naya decision na le paayein, un ke liye zindagi bohat hi dubar hai, un ke liye zindagi mein success bohat mushkil hai.</w:t>
      </w:r>
    </w:p>
    <w:p>
      <w:pPr>
        <w:jc w:val="right"/>
      </w:pPr>
      <w:r>
        <w:t>جو لوگ نیا ڈیسیژن نہ لے پائیں، ان کے لیے زندگی بہت ہی ڈوبر ہے، ان کے لیے زندگی میں سکسیس بہت مشکل ہے۔</w:t>
      </w:r>
    </w:p>
    <w:p>
      <w:r>
        <w:rPr>
          <w:b/>
        </w:rPr>
        <w:t xml:space="preserve">[40:44] </w:t>
      </w:r>
      <w:r>
        <w:t>lekin jo naya decision le sakein, un ke liye phir success hi success hai. wahi woh log hain jo super achiever bante hain.</w:t>
      </w:r>
    </w:p>
    <w:p>
      <w:pPr>
        <w:jc w:val="right"/>
      </w:pPr>
      <w:r>
        <w:t>لیکن جو نیا ڈیسیژن لے سکیں، ان کے لیے پھر سکسیس ہی سکسیس ہے۔ وہی وہ لوگ ہیں جو سپر اچیور بنتے ہیں۔</w:t>
      </w:r>
    </w:p>
    <w:p>
      <w:r>
        <w:rPr>
          <w:b/>
        </w:rPr>
        <w:t xml:space="preserve">[40:56] </w:t>
      </w:r>
      <w:r>
        <w:t>to hamesha aisa karna chahiye. mein bhi aisa karta hoon ke mein hamesha reassess karta hoon, revise karta hoon, apni zindagi ke bare mein phir sochta hoon.</w:t>
      </w:r>
    </w:p>
    <w:p>
      <w:pPr>
        <w:jc w:val="right"/>
      </w:pPr>
      <w:r>
        <w:t>تو ہمیشہ ایسا کرنا چاہیے۔ میں بھی ایسا کرتا ہوں کہ میں ہمیشہ ری ایسس کرتا ہوں، ریوائز کرتا ہوں، اپنی زندگی کے بارے میں پھر سوچتا ہوں۔</w:t>
      </w:r>
    </w:p>
    <w:p>
      <w:r>
        <w:rPr>
          <w:b/>
        </w:rPr>
        <w:t xml:space="preserve">[41:06] </w:t>
      </w:r>
      <w:r>
        <w:t>mujhe Bernard Shaw ka ek qaul bohat pasand hai, us ne kaha tha ke "he is the most uneducated person who has nothing to forget".</w:t>
      </w:r>
    </w:p>
    <w:p>
      <w:pPr>
        <w:jc w:val="right"/>
      </w:pPr>
      <w:r>
        <w:t>مجھے بارنار شاہ کا ایک قول بہت پسند ہے، اس نے کہا تھا کہ "ہی از دا موسٹ ان ایجوکیٹڈ پرسن ہو واز نتھنگ ٹو فارگیٹ"۔</w:t>
      </w:r>
    </w:p>
    <w:p>
      <w:r>
        <w:rPr>
          <w:b/>
        </w:rPr>
        <w:t xml:space="preserve">[41:19] </w:t>
      </w:r>
      <w:r>
        <w:t>"he is the most uneducated person who has nothing to forget". to bar bar mein bohat si cheezon ko bhulata hoon, bar bar bhulata hoon.</w:t>
      </w:r>
    </w:p>
    <w:p>
      <w:pPr>
        <w:jc w:val="right"/>
      </w:pPr>
      <w:r>
        <w:t>"ہی از دا موسٹ ان ایجوکیٹڈ پرسن ہو واز نتھنگ ٹو فارگیٹ"۔ تو بار بار میں بہت سی چیزوں کو بھلاتا ہوں، بار بار بھلاتا ہوں۔</w:t>
      </w:r>
    </w:p>
    <w:p>
      <w:r>
        <w:rPr>
          <w:b/>
        </w:rPr>
        <w:t xml:space="preserve">[41:31] </w:t>
      </w:r>
      <w:r>
        <w:t>agar hum bhula na bhula na paayein to zindagi musibat ho jayegi.</w:t>
      </w:r>
    </w:p>
    <w:p>
      <w:pPr>
        <w:jc w:val="right"/>
      </w:pPr>
      <w:r>
        <w:t>اگر ہم بھلا نہ بھلا نہ پائیں تو زندگی مصیبت ہو جائے گی۔</w:t>
      </w:r>
    </w:p>
    <w:p>
      <w:r>
        <w:rPr>
          <w:b/>
        </w:rPr>
        <w:t xml:space="preserve">[41:40] </w:t>
      </w:r>
      <w:r>
        <w:t>to mera manna yeh hai ke insan agar duniya mein</w:t>
      </w:r>
    </w:p>
    <w:p>
      <w:pPr>
        <w:jc w:val="right"/>
      </w:pPr>
      <w:r>
        <w:t>تو میرا ماننا یہ ہے کہ انسان اگر دنیا میں</w:t>
      </w:r>
    </w:p>
    <w:p>
      <w:r>
        <w:rPr>
          <w:b/>
        </w:rPr>
        <w:t xml:space="preserve">[41:48] </w:t>
      </w:r>
      <w:r>
        <w:t>fail hota hai to sirf is liye apne potential ko woh actual nahi bana saka. aur jo kamyab hote hain, woh is liye ke unhon ne apne potential ko actual banaya.</w:t>
      </w:r>
    </w:p>
    <w:p>
      <w:pPr>
        <w:jc w:val="right"/>
      </w:pPr>
      <w:r>
        <w:t>فیل ہوتا ہے تو صرف اس لیے اپنے پوٹینشل کو وہ ایکچول نہیں بنا سکا۔ اور جو کامیاب ہوتے ہیں، وہ اس لیے کہ انہوں نے اپنے پوٹینشل کو ایکچول بنایا۔</w:t>
      </w:r>
    </w:p>
    <w:p>
      <w:r>
        <w:rPr>
          <w:b/>
        </w:rPr>
        <w:t xml:space="preserve">[41:59] </w:t>
      </w:r>
      <w:r>
        <w:t>bas yeh simple formula hai. matlab jo ore hai, jis ore ne apne ko still banaya, woh phir engine engine ban jayega.</w:t>
      </w:r>
    </w:p>
    <w:p>
      <w:pPr>
        <w:jc w:val="right"/>
      </w:pPr>
      <w:r>
        <w:t>بس یہ سمپل فارمولا ہے۔ مطلب جو اور ہے، جس اور نے اپنے کو اسٹل بنایا، وہ پھر انجن انجن بن جائے گا۔</w:t>
      </w:r>
    </w:p>
    <w:p>
      <w:r>
        <w:rPr>
          <w:b/>
        </w:rPr>
        <w:t xml:space="preserve">[42:11] </w:t>
      </w:r>
      <w:r>
        <w:t>aur jo ore apne ko still na bana saka, woh engine nahi ban sakta. to "man is like an ore".</w:t>
      </w:r>
    </w:p>
    <w:p>
      <w:pPr>
        <w:jc w:val="right"/>
      </w:pPr>
      <w:r>
        <w:t>اور جو اور اپنے کو اسٹل نہ بنا سکا، وہ انجن نہیں بن سکتا۔ تو "مان از لائک اینڈ اور"۔</w:t>
      </w:r>
    </w:p>
    <w:p>
      <w:r>
        <w:rPr>
          <w:b/>
        </w:rPr>
        <w:t xml:space="preserve">[42:20] </w:t>
      </w:r>
      <w:r>
        <w:t>to hum sab kuch le kar paida hote hain, potentially. to successful woh hai jo apne potential ko discover kare, apne potential ko unfold kar sake.</w:t>
      </w:r>
    </w:p>
    <w:p>
      <w:pPr>
        <w:jc w:val="right"/>
      </w:pPr>
      <w:r>
        <w:t>تو ہم سب کچھ لے کر پیدا ہوتے ہیں، پوٹینشلی۔ تو سکسیس فل وہ ہے جو اپنے پوٹینشل کو ڈسکور کرے، اپنے پوٹینشل کو ان فولڈ کر سکے۔</w:t>
      </w:r>
    </w:p>
    <w:p>
      <w:r>
        <w:rPr>
          <w:b/>
        </w:rPr>
        <w:t xml:space="preserve">[42:36] </w:t>
      </w:r>
      <w:r>
        <w:t>aur jo aadmi apne aap ko discover na kar sake, to woh apne potential se bekhabar rahega aur us ko unfold bhi nahi kar sakega.</w:t>
      </w:r>
    </w:p>
    <w:p>
      <w:pPr>
        <w:jc w:val="right"/>
      </w:pPr>
      <w:r>
        <w:t>اور جو آدمی اپنے آپ کو ڈسکور نہ کر سکے، تو وہ اپنے پوٹینشل سے بے خبر رہے گا اور اس کو ان فولڈ بھی نہیں کر سکے گا۔</w:t>
      </w:r>
    </w:p>
    <w:p>
      <w:r>
        <w:rPr>
          <w:b/>
        </w:rPr>
        <w:t xml:space="preserve">[42:48] </w:t>
      </w:r>
      <w:r>
        <w:t>to hamare creator ne hamare sath yeh bohat acha kiya hai ke hum ko just like stone nahi banaya, balkeh insan banaya taake hum sargaram sangharsh karen, challenge ka samna karen.</w:t>
      </w:r>
    </w:p>
    <w:p>
      <w:pPr>
        <w:jc w:val="right"/>
      </w:pPr>
      <w:r>
        <w:t>تو ہمارے کریٹر نے ہمارے ساتھ یہ بہت اچھا کیا ہے کہ ہم کو جسٹ لائک اسٹون نہیں بنایا، بلکہ انسان بنایا تاکہ ہم سرگرم संघर्ष کریں، چیلنج کا سامنا کریں۔</w:t>
      </w:r>
    </w:p>
    <w:p>
      <w:r>
        <w:rPr>
          <w:b/>
        </w:rPr>
        <w:t xml:space="preserve">[43:02] </w:t>
      </w:r>
      <w:r>
        <w:t>is tarah se hamara andar development ho. jis cheez ko hum kehte hain intellectual development, pasari development, woh challenge se aata hai, singer se aata hai.</w:t>
      </w:r>
    </w:p>
    <w:p>
      <w:pPr>
        <w:jc w:val="right"/>
      </w:pPr>
      <w:r>
        <w:t>اس طرح سے ہمارا اندر ڈیولپمنٹ ہو۔ جس چیز کو ہم کہتے ہیں انٹلیکچول ڈیولپمنٹ، پرساری ڈیولپمنٹ، وہ چیلنج سے آتا ہے، سنگر سے آتا ہے۔</w:t>
      </w:r>
    </w:p>
    <w:p>
      <w:r>
        <w:rPr>
          <w:b/>
        </w:rPr>
        <w:t xml:space="preserve">[43:13] </w:t>
      </w:r>
      <w:r>
        <w:t>agar yeh sab na hon, problem na hon to singer kaise karenge aap?</w:t>
      </w:r>
    </w:p>
    <w:p>
      <w:pPr>
        <w:jc w:val="right"/>
      </w:pPr>
      <w:r>
        <w:t>اگر یہ سب نہ ہوں، پرابلم نہ ہوں تو سنگر کیسے کریں گے آپ؟</w:t>
      </w:r>
    </w:p>
    <w:p>
      <w:r>
        <w:rPr>
          <w:b/>
        </w:rPr>
        <w:t xml:space="preserve">[43:20] </w:t>
      </w:r>
      <w:r>
        <w:t>jo is se jo problem hai, wahi to hum ko invite karte hain ke hum singer karen aur phir apni personality ko hum develop karen.</w:t>
      </w:r>
    </w:p>
    <w:p>
      <w:pPr>
        <w:jc w:val="right"/>
      </w:pPr>
      <w:r>
        <w:t>جو اس سے جو پرابلم ہے، وہی تو ہم کو انوائٹ کرتے ہیں کہ ہم سنگر کریں اور پھر اپنی پرسنیلٹی کو ہم ڈیولپ کریں۔</w:t>
      </w:r>
    </w:p>
    <w:p>
      <w:r>
        <w:rPr>
          <w:b/>
        </w:rPr>
        <w:t xml:space="preserve">[43:34] </w:t>
      </w:r>
      <w:r>
        <w:t>main apne bare mein keh sakta hoon ke main poori zindagi mein problem mein sargaram karta raha hoon. ek lambi kahani hai meri zindagi ki aur</w:t>
      </w:r>
    </w:p>
    <w:p>
      <w:pPr>
        <w:jc w:val="right"/>
      </w:pPr>
      <w:r>
        <w:t>میں اپنے بارے میں کہہ سکتا ہوں کہ میں پوری زندگی میں پرابلم میں سرگرم کرتا رہا ہوں۔ ایک لمبی کہانی ہے میری زندگی کی اور</w:t>
      </w:r>
    </w:p>
    <w:p>
      <w:r>
        <w:rPr>
          <w:b/>
        </w:rPr>
        <w:t xml:space="preserve">[43:46] </w:t>
      </w:r>
      <w:r>
        <w:t>main yani by nature aise mizaj ka hoon ke main kisi se hate nahi kar sakta. main kisi ko hate nahi karta.</w:t>
      </w:r>
    </w:p>
    <w:p>
      <w:pPr>
        <w:jc w:val="right"/>
      </w:pPr>
      <w:r>
        <w:t>میں یعنی بائی نیچر ایسے مزاج کا ہوں کہ میں کسی سے ہیٹ نہیں کر سکتا۔ میں کسی کو ہیٹ نہیں کرتا۔</w:t>
      </w:r>
    </w:p>
    <w:p>
      <w:r>
        <w:rPr>
          <w:b/>
        </w:rPr>
        <w:t xml:space="preserve">[43:57] </w:t>
      </w:r>
      <w:r>
        <w:t>hate karna mujhe aata hi nahi. jab main gaon mein rehta tha, jab main chota tha to hamare pados mein ek sahib ke haan zevar jewelry gum ho gayi.</w:t>
      </w:r>
    </w:p>
    <w:p>
      <w:pPr>
        <w:jc w:val="right"/>
      </w:pPr>
      <w:r>
        <w:t>ہیٹ کرنا مجھے آتا ہی نہیں۔ جب میں گاؤں میں رہتا تھا، جب میں چھوٹا تھا تو ہمارے پڑوس میں ایک صاحب کے ہاں زیور جیولری گم ہو گئی۔</w:t>
      </w:r>
    </w:p>
    <w:p>
      <w:r>
        <w:rPr>
          <w:b/>
        </w:rPr>
        <w:t xml:space="preserve">[44:08] </w:t>
      </w:r>
      <w:r>
        <w:t>to main un ke ghar aata rehta tha kabhi kabhi. unhon ne keh diya mere bare mein ke unhon ne utha liya, yani mujhe chori ka ilzam laga diya. jab mujhe maine suna ke aisa kaha mere bare mein to mujhe hansi aa gayi.</w:t>
      </w:r>
    </w:p>
    <w:p>
      <w:pPr>
        <w:jc w:val="right"/>
      </w:pPr>
      <w:r>
        <w:t>تو میں ان کے گھر آتا رہتا تھا کبھی کبھی۔ انہوں نے کہہ دیا میرے بارے میں کہ انہوں نے اٹھا لیا، یعنی مجھے چوری کا الزام لگا دیا۔ جب مجھے میں نے سنا کہ ایسا کہا میرے بارے میں تو مجھے ہنسی آ گئی۔</w:t>
      </w:r>
    </w:p>
    <w:p>
      <w:r>
        <w:rPr>
          <w:b/>
        </w:rPr>
        <w:t xml:space="preserve">[44:21] </w:t>
      </w:r>
      <w:r>
        <w:t>main ghussa nahi aaya, main hansi aa gayi. to kitna asan hai ke aap ek negative thought ko ek ismail mein khatam kar den.</w:t>
      </w:r>
    </w:p>
    <w:p>
      <w:pPr>
        <w:jc w:val="right"/>
      </w:pPr>
      <w:r>
        <w:t>میں غصہ نہیں آیا، میں ہنسی آ گئی۔ تو کتنا آسان ہے کہ آپ ایک نیگیٹیو تھاٹ کو ایک اسماعیل میں ختم کر دیں۔</w:t>
      </w:r>
    </w:p>
    <w:p>
      <w:r>
        <w:rPr>
          <w:b/>
        </w:rPr>
        <w:t xml:space="preserve">[44:33] </w:t>
      </w:r>
      <w:r>
        <w:t>negative thought barhta hai, barhta hai, barhta hai to hamari hamari personality ko kill kar deta hai. woh to samaj mein jahan hum rehte hain, logon ke beech mein rehte hain to bar bar hamare andar negative thought aate hain.</w:t>
      </w:r>
    </w:p>
    <w:p>
      <w:pPr>
        <w:jc w:val="right"/>
      </w:pPr>
      <w:r>
        <w:t>نیگیٹیو تھاٹ بڑھتا ہے، بڑھتا ہے، بڑھتا ہے تو ہماری ہماری پرسنیلٹی کو کل کر دیتا ہے۔ وہ تو سماج میں جہاں ہم رہتے ہیں، لوگوں کے بیچ میں رہتے ہیں تو بار بار ہمارے اندر نیگیٹیو تھاٹ آتے ہیں۔</w:t>
      </w:r>
    </w:p>
    <w:p>
      <w:r>
        <w:rPr>
          <w:b/>
        </w:rPr>
        <w:t xml:space="preserve">[44:47] </w:t>
      </w:r>
      <w:r>
        <w:t>bar bar negative thought aate hain. to is ko ek ismail mein aap khatam khatam khatam kar sakte hain.</w:t>
      </w:r>
    </w:p>
    <w:p>
      <w:pPr>
        <w:jc w:val="right"/>
      </w:pPr>
      <w:r>
        <w:t>بار بار نیگیٹیو تھاٹ آتے ہیں۔ تو اس کو ایک اسماعیل میں آپ ختم ختم ختم کر سکتے ہیں۔</w:t>
      </w:r>
    </w:p>
    <w:p>
      <w:r>
        <w:rPr>
          <w:b/>
        </w:rPr>
        <w:t xml:space="preserve">[44:55] </w:t>
      </w:r>
      <w:r>
        <w:t>ek ismail de dein na, is enough. to jab Khuda ne mujhe itna zyada potential agar paida kiya hai to main kyun complaint karoon?</w:t>
      </w:r>
    </w:p>
    <w:p>
      <w:pPr>
        <w:jc w:val="right"/>
      </w:pPr>
      <w:r>
        <w:t>ایک اسماعیل دے دیں نا، از انف۔ تو جب خدا نے مجھے اتنا زیادہ پوٹینشل اگر پیدا کیا ہے تو میں کیوں کمپلینٹ کروں؟</w:t>
      </w:r>
    </w:p>
    <w:p>
      <w:r>
        <w:rPr>
          <w:b/>
        </w:rPr>
        <w:t xml:space="preserve">[45:05] </w:t>
      </w:r>
      <w:r>
        <w:t>kyun protest karoon? why protest? why complaint? abhi mere paas ek sahib aaye, parson ki baat hai, lekin structure committee ki baat kar rahe hain.</w:t>
      </w:r>
    </w:p>
    <w:p>
      <w:pPr>
        <w:jc w:val="right"/>
      </w:pPr>
      <w:r>
        <w:t>کیوں پروٹیسٹ کروں؟ وائی پروٹیسٹ؟ وائی کمپلینٹ؟ ابھی میرے پاس ایک صاحب آئے، پرسوں کی بات ہے، لیکن سٹرکچر کمیٹی کی بات کر رہے ہیں۔</w:t>
      </w:r>
    </w:p>
    <w:p>
      <w:r>
        <w:rPr>
          <w:b/>
        </w:rPr>
        <w:t xml:space="preserve">[45:16] </w:t>
      </w:r>
      <w:r>
        <w:t>musalman the woh to musalmanon ke sath discrimination hota hai aur musalmanon ko service nahi milti. aur structure committee ko abhi tak lagu nahi kiya gaya.</w:t>
      </w:r>
    </w:p>
    <w:p>
      <w:pPr>
        <w:jc w:val="right"/>
      </w:pPr>
      <w:r>
        <w:t>مسلمان تھے وہ تو مسلمانوں کے ساتھ ڈسکریمینیشن ہوتا ہے اور مسلمانوں کو سروس نہیں ملتی۔ اور سٹرکچر کمیٹی کو ابھی تک لاگو نہیں کیا گیا۔</w:t>
      </w:r>
    </w:p>
    <w:p>
      <w:r>
        <w:rPr>
          <w:b/>
        </w:rPr>
        <w:t xml:space="preserve">[45:26] </w:t>
      </w:r>
      <w:r>
        <w:t>maine kaha ke aap structure committee ka aap ko pata hai aur divine committee ko pata nahi hai.</w:t>
      </w:r>
    </w:p>
    <w:p>
      <w:pPr>
        <w:jc w:val="right"/>
      </w:pPr>
      <w:r>
        <w:t>میں نے کہا کہ آپ سٹرکچر کمیٹی کا آپ کو پتہ ہے اور ڈیوائن کمیٹی کو پتہ نہیں ہے۔</w:t>
      </w:r>
    </w:p>
    <w:p>
      <w:r>
        <w:rPr>
          <w:b/>
        </w:rPr>
        <w:t xml:space="preserve">[45:33] </w:t>
      </w:r>
      <w:r>
        <w:t>divine committee ko pata nahi hai. aap ko Khuda ne Quran mein aelan kiya hai ke insan, har insan potentially hero hai. is potential ko actual banaiye.</w:t>
      </w:r>
    </w:p>
    <w:p>
      <w:pPr>
        <w:jc w:val="right"/>
      </w:pPr>
      <w:r>
        <w:t>ڈیوائن کمیٹی کو پتہ نہیں ہے۔ آپ کو خدا نے قرآن میں اعلان کیا ہے کہ انسان، ہر انسان پوٹینشلی ہیرو ہے۔ اس پوٹینشل کو ایکچول بنائیے۔</w:t>
      </w:r>
    </w:p>
    <w:p>
      <w:r>
        <w:rPr>
          <w:b/>
        </w:rPr>
        <w:t xml:space="preserve">[45:47] </w:t>
      </w:r>
      <w:r>
        <w:t>yani aap ko kisi structure committee ki zarurat hi nahi hai.</w:t>
      </w:r>
    </w:p>
    <w:p>
      <w:pPr>
        <w:jc w:val="right"/>
      </w:pPr>
      <w:r>
        <w:t>یعنی آپ کو کسی سٹرکچر کمیٹی کی ضرورت ہی نہیں ہے۔</w:t>
      </w:r>
    </w:p>
    <w:p>
      <w:r>
        <w:rPr>
          <w:b/>
        </w:rPr>
        <w:t xml:space="preserve">[45:52] </w:t>
      </w:r>
      <w:r>
        <w:t>Khuda ne aap ke andar jo potential diya hai, us potential ko actual banaiye aur aap hero ho jayenge. structure committee ko government lagu karaye na karaye, is se koi farq nahi padta.</w:t>
      </w:r>
    </w:p>
    <w:p>
      <w:pPr>
        <w:jc w:val="right"/>
      </w:pPr>
      <w:r>
        <w:t>خدا نے آپ کے اندر جو پوٹینشل دیا ہے، اس پوٹینشل کو ایکچول بنائیے اور آپ ہیرو ہو جائیں گے۔ سٹرکچر کمیٹی کو گورنمنٹ لاگو کرائے نہ کرائے، اس سے کوئی فرق نہیں پڑتا۔</w:t>
      </w:r>
    </w:p>
    <w:p>
      <w:r>
        <w:rPr>
          <w:b/>
        </w:rPr>
        <w:t xml:space="preserve">[46:08] </w:t>
      </w:r>
      <w:r>
        <w:t>divine committee ne jo aap ko bataya aap ke bare mein, us ko janiye aur us ko istemal kijiye.</w:t>
      </w:r>
    </w:p>
    <w:p>
      <w:pPr>
        <w:jc w:val="right"/>
      </w:pPr>
      <w:r>
        <w:t>ڈیوائن کمیٹی نے جو آپ کو بتایا آپ کے بارے میں، اس کو جانیے اور اس کو استعمال کیجئے۔</w:t>
      </w:r>
    </w:p>
    <w:p>
      <w:r>
        <w:rPr>
          <w:b/>
        </w:rPr>
        <w:t xml:space="preserve">[46:18] </w:t>
      </w:r>
      <w:r>
        <w:t>to maine un ka ek ek ek reference bataya ke aap se zyada janta tha ek ek ek scholar tha, eclat.</w:t>
      </w:r>
    </w:p>
    <w:p>
      <w:pPr>
        <w:jc w:val="right"/>
      </w:pPr>
      <w:r>
        <w:t>تو میں نے ان کا ایک ایک ایک ریفرنس بتایا کہ آپ سے زیادہ جانتا تھا ایک ایک ایک اسکالر تھا، ای کلٹ۔</w:t>
      </w:r>
    </w:p>
    <w:p>
      <w:r>
        <w:rPr>
          <w:b/>
        </w:rPr>
        <w:t xml:space="preserve">[46:29] </w:t>
      </w:r>
      <w:r>
        <w:t>us ne prophet par ek kitab likhi hai. us mein prophet ke bare mein us ne likha hai ke he faced adversity with the determination to ring success out of failure.</w:t>
      </w:r>
    </w:p>
    <w:p>
      <w:pPr>
        <w:jc w:val="right"/>
      </w:pPr>
      <w:r>
        <w:t>اس نے پرافٹ پر ایک کتاب لکھی ہے۔ اس میں پرافٹ کے بارے میں اس نے لکھا ہے کہ ہی فیسڈ ایڈورسٹی ود دی ڈیٹرمینیشن ٹو رنگ سکسیس آؤٹ آف فیلیر۔</w:t>
      </w:r>
    </w:p>
    <w:p>
      <w:r>
        <w:rPr>
          <w:b/>
        </w:rPr>
        <w:t xml:space="preserve">[46:45] </w:t>
      </w:r>
      <w:r>
        <w:t>ke prophet ne mushkilat ka samna kiya is azm ke sath ke woh nakami se kamyabi ko nichoden.</w:t>
      </w:r>
    </w:p>
    <w:p>
      <w:pPr>
        <w:jc w:val="right"/>
      </w:pPr>
      <w:r>
        <w:t>کہ پرافٹ نے مشکلات کا سامنا کیا اس عزم کے ساتھ کہ وہ ناکامی سے کامیابی کو نچوڑیں۔</w:t>
      </w:r>
    </w:p>
    <w:p>
      <w:r>
        <w:rPr>
          <w:b/>
        </w:rPr>
        <w:t xml:space="preserve">[46:55] </w:t>
      </w:r>
      <w:r>
        <w:t>he faced adversity with the determination to ring success out of failure. to aap mante hain is is prophet ko aur phir complaint karte hain?</w:t>
      </w:r>
    </w:p>
    <w:p>
      <w:pPr>
        <w:jc w:val="right"/>
      </w:pPr>
      <w:r>
        <w:t>ہی فیسڈ ایڈورسٹی ود دا ڈیٹرمینیشن ٹو رنگ سکسیس آؤٹ آف فیلیر۔ تو آپ مانتے ہیں اس اس پرافٹ کو اور پھر کمپلینٹ کرتے ہیں؟</w:t>
      </w:r>
    </w:p>
    <w:p>
      <w:r>
        <w:rPr>
          <w:b/>
        </w:rPr>
        <w:t xml:space="preserve">[47:05] </w:t>
      </w:r>
      <w:r>
        <w:t>kis ne complaint? to yeh baatein thin jo mere mann mein thin, maine aap ko arz kiya. aur main aap sab logon ke liye dua karta hoon.</w:t>
      </w:r>
    </w:p>
    <w:p>
      <w:pPr>
        <w:jc w:val="right"/>
      </w:pPr>
      <w:r>
        <w:t>کس نے کمپلینٹ؟ تو یہ باتیں تھیں جو میرے من میں تھیں، میں نے آپ کو عرض کیا۔ اور میں آپ سب لوگوں کے لیے دعا کرتا ہوں۔</w:t>
      </w:r>
    </w:p>
    <w:p>
      <w:r>
        <w:rPr>
          <w:b/>
        </w:rPr>
        <w:t xml:space="preserve">[47:18] </w:t>
      </w:r>
      <w:r>
        <w:t>mere dil mein India ke liye, India ke logon ke liye, aap sab ke liye bepanah mohabbat hai. yeh sab log jante hain.</w:t>
      </w:r>
    </w:p>
    <w:p>
      <w:pPr>
        <w:jc w:val="right"/>
      </w:pPr>
      <w:r>
        <w:t>میرے دل میں انڈیا کے لیے، انڈیا کے لوگوں کے لیے، آپ سب کے لیے بے پناہ محبت ہے۔ یہ سب لوگ جانتے ہیں۔</w:t>
      </w:r>
    </w:p>
    <w:p>
      <w:r>
        <w:rPr>
          <w:b/>
        </w:rPr>
        <w:t xml:space="preserve">[47:29] </w:t>
      </w:r>
      <w:r>
        <w:t>to mein aap sab logon ke liye dua karta hoon ke aap logon ko Allah taala tofeeq de ke ek shakhs hero bane, ek shakhs super achiever bane.</w:t>
      </w:r>
    </w:p>
    <w:p>
      <w:pPr>
        <w:jc w:val="right"/>
      </w:pPr>
      <w:r>
        <w:t>تو میں آپ سب لوگوں کے لیے دعا کرتا ہوں کہ آپ لوگوں کو اللہ تعالی توفیق دے کہ ایک شخص ہیرو بنے، ایک شخص سپر اچیور بنے۔</w:t>
      </w:r>
    </w:p>
    <w:p>
      <w:r>
        <w:rPr>
          <w:b/>
        </w:rPr>
        <w:t xml:space="preserve">[47:41] </w:t>
      </w:r>
      <w:r>
        <w:t>aur Khuda ne hum ko jo potential se paida kiya hai, us ko hum actual bana saken.</w:t>
      </w:r>
    </w:p>
    <w:p>
      <w:pPr>
        <w:jc w:val="right"/>
      </w:pPr>
      <w:r>
        <w:t>اور خدا نے ہم کو جو پوٹینشل سے پیدا کیا ہے، اس کو ہم ایکچول بنا سکیں۔</w:t>
      </w:r>
    </w:p>
    <w:p>
      <w:r>
        <w:rPr>
          <w:b/>
        </w:rPr>
        <w:t xml:space="preserve">[47:52] </w:t>
      </w:r>
      <w:r>
        <w:t>mein aap sab logon ka bohat shukriya ada karta hoon ke aap ne bohat sabr ke sath meri baatein suni. aur aur Bhatia Jii ka dobara shukriya ada karta hoon ke unhon ne mujhe yeh awsar diya yahan aane ka.</w:t>
      </w:r>
    </w:p>
    <w:p>
      <w:pPr>
        <w:jc w:val="right"/>
      </w:pPr>
      <w:r>
        <w:t>میں آپ سب لوگوں کا بہت شکریہ ادا کرتا ہوں کہ آپ نے بہت صبر کے ساتھ میری باتیں سنی۔ اور اور بھاٹیا جائی کا دوبارہ شکریہ ادا کرتا ہوں کہ انہوں نے مجھے یہ اوسط دیا یہاں آنے کا۔</w:t>
      </w:r>
    </w:p>
    <w:p>
      <w:r>
        <w:rPr>
          <w:b/>
        </w:rPr>
        <w:t xml:space="preserve">[48:08] </w:t>
      </w:r>
      <w:r>
        <w:t>Thank you.</w:t>
      </w:r>
    </w:p>
    <w:p>
      <w:pPr>
        <w:jc w:val="right"/>
      </w:pPr>
      <w:r>
        <w:t>تھینک یو۔</w:t>
      </w:r>
    </w:p>
    <w:p>
      <w:r>
        <w:rPr>
          <w:b/>
        </w:rPr>
        <w:t xml:space="preserve">[48:18] </w:t>
      </w:r>
      <w:r>
        <w:t>dosto, jab Maulana sahib bol rahe the, mujhe aisa hi laga ke yeh 88 saal ka anubhav nahin, sadiyon ka anubhav bol raha hai.</w:t>
      </w:r>
    </w:p>
    <w:p>
      <w:pPr>
        <w:jc w:val="right"/>
      </w:pPr>
      <w:r>
        <w:t>دوستو، جب مولانا صاحب بول رہے تھے، مجھے ایسا ہی لگا کہ یہ 88 سال کا انبھو نہیں، صدیوں کا انبھو بول رہا ہے۔</w:t>
      </w:r>
    </w:p>
    <w:p>
      <w:r>
        <w:rPr>
          <w:b/>
        </w:rPr>
        <w:t xml:space="preserve">[48:36] </w:t>
      </w:r>
      <w:r>
        <w:t>aap mein se agar koi bhi hamara member, koi bhi sadasya, agar kuch sawal poochna chahta hai, koi prashn poochna chahta hai to Maulana sahib se pooch sakte hain.</w:t>
      </w:r>
    </w:p>
    <w:p>
      <w:pPr>
        <w:jc w:val="right"/>
      </w:pPr>
      <w:r>
        <w:t>آپ میں سے اگر کوئی بھی ہمارا ممبر، کوئی بھی सदस्य، اگر کچھ سوال پوچھنا چاہتا ہے، کوئی پرسن پوچھنا چاہتا ہے تو مولانا صاحب سے پوچھ سکتے ہیں۔</w:t>
      </w:r>
    </w:p>
    <w:p>
      <w:r>
        <w:rPr>
          <w:b/>
        </w:rPr>
        <w:t xml:space="preserve">[48:46] </w:t>
      </w:r>
      <w:r>
        <w:t>Maulana sahib is ka jawab dein. Maulana sahib se request kar raha hoon ke aaj ke mahaul mein one leadership mein insaan kaun hai?</w:t>
      </w:r>
    </w:p>
    <w:p>
      <w:pPr>
        <w:jc w:val="right"/>
      </w:pPr>
      <w:r>
        <w:t>مولانا صاحب اس کا جواب دیں۔ مولانا صاحب سے ریکویسٹ کر رہا ہوں کہ آج کے ماحول میں ون لیڈرشپ میں انسان کون ہے؟</w:t>
      </w:r>
    </w:p>
    <w:p>
      <w:r>
        <w:rPr>
          <w:b/>
        </w:rPr>
        <w:t xml:space="preserve">[48:59] </w:t>
      </w:r>
      <w:r>
        <w:t>one leader mein, one leader mein aap ke standard pe kaun insaan hai? mein to har insaan ko apna guru manta hoon.</w:t>
      </w:r>
    </w:p>
    <w:p>
      <w:pPr>
        <w:jc w:val="right"/>
      </w:pPr>
      <w:r>
        <w:t>ون لیڈر میں، ون لیڈر میں آپ کے سٹینڈرڈ پہ کون انسان ہے؟ میں تو ہر انسان کو اپنا گرو مانتا ہوں۔</w:t>
      </w:r>
    </w:p>
    <w:p>
      <w:r>
        <w:rPr>
          <w:b/>
        </w:rPr>
        <w:t xml:space="preserve">[49:11] </w:t>
      </w:r>
      <w:r>
        <w:t>mein mere ghar mein mujhe meri beti baithi hui hai ke choti bhi meri guru hai. yeh baat hai ke mein to ek aap ke jitna follow kar saken, jitna meri beti yahan baithi hai, un se pooch lijiye ke mein kehta hoon ke mein mein chotiyon ki bhi apna guru manta hoon.</w:t>
      </w:r>
    </w:p>
    <w:p>
      <w:pPr>
        <w:jc w:val="right"/>
      </w:pPr>
      <w:r>
        <w:t>میں میرے گھر میں مجھے میری بیٹی بیٹھی ہوئی ہے کہ چوٹی بھی میری گرو ہے۔ یہ بات ہے کہ میں تو ایک آپ کے جتنا فالو کر سکیں، جتنا میری بیٹی یہاں بیٹھی ہے، ان سے پوچھ لیجئے کہ میں کہتا ہوں کہ میں میں چوٹیوں کی بھی اپنا گرو مانتا ہوں۔</w:t>
      </w:r>
    </w:p>
    <w:p>
      <w:r>
        <w:rPr>
          <w:b/>
        </w:rPr>
        <w:t xml:space="preserve">[49:25] </w:t>
      </w:r>
      <w:r>
        <w:t>to mujhe to har insaan jo hai lagta hai ke hero hai. mere mujhe guidance milti hai is se. ab mein sab se seekhta hoon. mein aap ko ek Islam mein ek bohat bade the, un ka naam tha Umar Farooq.</w:t>
      </w:r>
    </w:p>
    <w:p>
      <w:pPr>
        <w:jc w:val="right"/>
      </w:pPr>
      <w:r>
        <w:t>تو مجھے تو ہر انسان جو ہے لگتا ہے کہ ہیرو ہے۔ میرے مجھے گائیڈنس ملتی ہے اس سے۔ اب میں سب سے سیکھتا ہوں۔ میں آپ کو ایک اسلام میں ایک بہت بڑے تھے، ان کا نام تھا عمر فاروق۔</w:t>
      </w:r>
    </w:p>
    <w:p>
      <w:r>
        <w:rPr>
          <w:b/>
        </w:rPr>
        <w:t xml:space="preserve">[49:39] </w:t>
      </w:r>
      <w:r>
        <w:t>un ke bare mein aata hai ke kaana yata'allamu min kulli ahad,</w:t>
      </w:r>
    </w:p>
    <w:p>
      <w:pPr>
        <w:jc w:val="right"/>
      </w:pPr>
      <w:r>
        <w:t>ان کے بارے میں آتا ہے کہ کان یتعلم من کل احد،</w:t>
      </w:r>
    </w:p>
    <w:p>
      <w:r>
        <w:rPr>
          <w:b/>
        </w:rPr>
        <w:t xml:space="preserve">[49:46] </w:t>
      </w:r>
      <w:r>
        <w:t>yani woh har ek se learning karte the. to mein samajhta hoon sab se bari cheez learning hai. learning agar mere andar yeh capacity hai ke mein learn kar sakoon to mein choti se bhi seekh sakta hoon.</w:t>
      </w:r>
    </w:p>
    <w:p>
      <w:pPr>
        <w:jc w:val="right"/>
      </w:pPr>
      <w:r>
        <w:t>یعنی وہ ہر ایک سے لرننگ کرتے تھے۔ تو میں سمجھتا ہوں سب سے بڑی چیز لرننگ ہے۔ لرننگ اگر میرے اندر یہ کیپیسٹی ہے کہ میں لرن کر سکوں تو میں چوٹی سے بھی سیکھ سکتا ہوں۔</w:t>
      </w:r>
    </w:p>
    <w:p>
      <w:r>
        <w:rPr>
          <w:b/>
        </w:rPr>
        <w:t xml:space="preserve">[49:59] </w:t>
      </w:r>
      <w:r>
        <w:t>kisi bhi aadmi se seekh sakta hoon. to mein to subah shaam logon se seekhta rehta hoon. aur mein sab se yahi kehta hoon ke seekho, seekho, seekho.</w:t>
      </w:r>
    </w:p>
    <w:p>
      <w:pPr>
        <w:jc w:val="right"/>
      </w:pPr>
      <w:r>
        <w:t>کسی بھی آدمی سے سیکھ سکتا ہوں۔ تو میں تو صبح شام لوگوں سے سیکھتا رہتا ہوں۔ اور میں سب سے یہی کہتا ہوں کہ سیکھو، سیکھو، سیکھو۔</w:t>
      </w:r>
    </w:p>
    <w:p>
      <w:r>
        <w:rPr>
          <w:b/>
        </w:rPr>
        <w:t xml:space="preserve">[50:09] </w:t>
      </w:r>
      <w:r>
        <w:t>learning process apna andar chalu kar do. bas</w:t>
      </w:r>
    </w:p>
    <w:p>
      <w:pPr>
        <w:jc w:val="right"/>
      </w:pPr>
      <w:r>
        <w:t>لرننگ پراسیس اپنا اندر چالو کر دو۔ بس</w:t>
      </w:r>
    </w:p>
    <w:p>
      <w:r>
        <w:rPr>
          <w:b/>
        </w:rPr>
        <w:t xml:space="preserve">[50:15] </w:t>
      </w:r>
      <w:r>
        <w:t>meri soch to yahi hai.</w:t>
      </w:r>
    </w:p>
    <w:p>
      <w:pPr>
        <w:jc w:val="right"/>
      </w:pPr>
      <w:r>
        <w:t>میری سوچ تو یہی ہے۔</w:t>
      </w:r>
    </w:p>
    <w:p>
      <w:r>
        <w:rPr>
          <w:b/>
        </w:rPr>
        <w:t xml:space="preserve">[50:20] </w:t>
      </w:r>
      <w:r>
        <w:t>khaao, khaao wali baat hai, khaaye wali baat hai. haan, ek ek cheez mein apna anubhav batata hoon aap ko, shayad is mein is par roshni pade.</w:t>
      </w:r>
    </w:p>
    <w:p>
      <w:pPr>
        <w:jc w:val="right"/>
      </w:pPr>
      <w:r>
        <w:t>کھاؤ، کھاؤ والی بات ہے، کھائے والی بات ہے۔ ہاں، ایک ایک چیز میں اپنا انبھو بتاتا ہوں آپ کو، شاید اس میں اس پر روشنی پڑے۔</w:t>
      </w:r>
    </w:p>
    <w:p>
      <w:r>
        <w:rPr>
          <w:b/>
        </w:rPr>
        <w:t xml:space="preserve">[50:32] </w:t>
      </w:r>
      <w:r>
        <w:t>dekhiye, bachpan mein mein gaon mein rehta tha, UP ke ek gaon mein. to wahan hum log ek madrasay mein padhte the.</w:t>
      </w:r>
    </w:p>
    <w:p>
      <w:pPr>
        <w:jc w:val="right"/>
      </w:pPr>
      <w:r>
        <w:t>دیکھیے، بچپن میں میں گاؤں میں رہتا تھا، یو پی کے ایک گاؤں میں۔ تو وہاں ہم لوگ ایک مدرسے میں پڑھتے تھے۔</w:t>
      </w:r>
    </w:p>
    <w:p>
      <w:r>
        <w:rPr>
          <w:b/>
        </w:rPr>
        <w:t xml:space="preserve">[50:44] </w:t>
      </w:r>
      <w:r>
        <w:t>Urdu ki ek kitab hum ko padhai gayi. is kitab ka ek chapter tha "Gaaye, Cow, Gaaye".</w:t>
      </w:r>
    </w:p>
    <w:p>
      <w:pPr>
        <w:jc w:val="right"/>
      </w:pPr>
      <w:r>
        <w:t>اردو کی ایک کتاب ہم کو پڑھائی گئی۔ اس کتاب کا ایک چیپٹر تھا "گائے، کاؤ، گائے"۔</w:t>
      </w:r>
    </w:p>
    <w:p>
      <w:r>
        <w:rPr>
          <w:b/>
        </w:rPr>
        <w:t xml:space="preserve">[50:56] </w:t>
      </w:r>
      <w:r>
        <w:t>woh nazm mein tha, sher mein tha woh ke "Rab ki hamd o sana kar bhai jis ne aisi gaaye banai.</w:t>
      </w:r>
    </w:p>
    <w:p>
      <w:pPr>
        <w:jc w:val="right"/>
      </w:pPr>
      <w:r>
        <w:t>وہ نظم میں تھا، شعر میں تھا وہ کہ "رب کی حمد و ثناء کر بھائی جس نے ایسی گائے بنائی۔</w:t>
      </w:r>
    </w:p>
    <w:p>
      <w:r>
        <w:rPr>
          <w:b/>
        </w:rPr>
        <w:t xml:space="preserve">[51:07] </w:t>
      </w:r>
      <w:r>
        <w:t>Rab ki hamd o sana kar bhai jis ne aisi gaaye banai. kha kar tankay aur thathere doodh deti shaam sawere".</w:t>
      </w:r>
    </w:p>
    <w:p>
      <w:pPr>
        <w:jc w:val="right"/>
      </w:pPr>
      <w:r>
        <w:t>رب کی حمد و ثناء کر بھائی جس نے ایسی گائے بنائی۔ کھا کر تنکے اور ٹھٹھیرے دودھ دیتی شام سویرے"۔</w:t>
      </w:r>
    </w:p>
    <w:p>
      <w:r>
        <w:rPr>
          <w:b/>
        </w:rPr>
        <w:t xml:space="preserve">[51:18] </w:t>
      </w:r>
      <w:r>
        <w:t>to khair, is mein ek line thi, woh meri poori zindagi mein shamil ho gayi. woh line yeh thi: "kal jo ghaas cheri thi ban mein, doodh bani woh gaaye ke than mein".</w:t>
      </w:r>
    </w:p>
    <w:p>
      <w:pPr>
        <w:jc w:val="right"/>
      </w:pPr>
      <w:r>
        <w:t>تو خیر، اس میں ایک لائن تھی، وہ میری پوری زندگی میں شامل ہو گئی۔ وہ لائن یہ تھی: "کل جو گھاس چری تھی بن میں، دودھ بنی وہ گائے کے تھن میں"۔</w:t>
      </w:r>
    </w:p>
    <w:p>
      <w:r>
        <w:rPr>
          <w:b/>
        </w:rPr>
        <w:t xml:space="preserve">[51:34] </w:t>
      </w:r>
      <w:r>
        <w:t>is ka matlab kya hai? gaaye ko aap ne diya ghaas, us ne kal lotaya doodh. it means that cow is an industry that is able to convert non milk to milk.</w:t>
      </w:r>
    </w:p>
    <w:p>
      <w:pPr>
        <w:jc w:val="right"/>
      </w:pPr>
      <w:r>
        <w:t>اس کا مطلب کیا ہے؟ گائے کو آپ نے دیا گھاس، اس نے کل لوٹایا دودھ۔ اٹ مینز دیٹ کاؤ از این انڈسٹری دیٹ از ایبل ٹو کنورٹ نان ملک ٹو ملک۔</w:t>
      </w:r>
    </w:p>
    <w:p>
      <w:r>
        <w:rPr>
          <w:b/>
        </w:rPr>
        <w:t xml:space="preserve">[51:50] </w:t>
      </w:r>
      <w:r>
        <w:t>is se mein ne us waqt liya ke mujhe negative negative thaat ko positive thaat mein badalna hai. anger ko forgiveness mein badalna hai.</w:t>
      </w:r>
    </w:p>
    <w:p>
      <w:pPr>
        <w:jc w:val="right"/>
      </w:pPr>
      <w:r>
        <w:t>اس سے میں نے اس وقت لیا کہ مجھے نیگیٹیو نیگیٹیو تھاٹ کو پازیٹیو تھاٹ میں بدلنا ہے۔ اینگر کو فارگینس میں بدلنا ہے۔</w:t>
      </w:r>
    </w:p>
    <w:p>
      <w:r>
        <w:rPr>
          <w:b/>
        </w:rPr>
        <w:t xml:space="preserve">[52:02] </w:t>
      </w:r>
      <w:r>
        <w:t>koi mujhe na de to mujhe us ko dena hai. is wajah se mein yeh keh sakta hoon ke mujhe ek second ke bhi koi negative thaat mere andar nahin aata.</w:t>
      </w:r>
    </w:p>
    <w:p>
      <w:pPr>
        <w:jc w:val="right"/>
      </w:pPr>
      <w:r>
        <w:t>کوئی مجھے نہ دے تو مجھے اس کو دینا ہے۔ اس وجہ سے میں یہ کہہ سکتا ہوں کہ مجھے ایک سیکنڈ کے بھی کوئی نیگیٹیو تھاٹ میرے اندر نہیں آتا۔</w:t>
      </w:r>
    </w:p>
    <w:p>
      <w:r>
        <w:rPr>
          <w:b/>
        </w:rPr>
        <w:t xml:space="preserve">[52:12] </w:t>
      </w:r>
      <w:r>
        <w:t>kisi ke khilaaf hate nahin, koi mere andar negative thaat nahin. tension se hundred percent free rahoon. rozana mein sound sleep leta hoon.</w:t>
      </w:r>
    </w:p>
    <w:p>
      <w:pPr>
        <w:jc w:val="right"/>
      </w:pPr>
      <w:r>
        <w:t>کسی کے خلاف ہیٹ نہیں، کوئی میرے اندر نیگیٹیو تھاٹ نہیں۔ ٹینشن سے ہنڈرڈ فیصد فری رہوں۔ روزانہ میں ساؤنڈ سلیپ لیتا ہوں۔</w:t>
      </w:r>
    </w:p>
    <w:p>
      <w:r>
        <w:rPr>
          <w:b/>
        </w:rPr>
        <w:t xml:space="preserve">[52:23] </w:t>
      </w:r>
      <w:r>
        <w:t>rozana sound sleep leta hoon. koi tension nahi, koi stress nahi. kyon? is is ko inhone pakad liya. is ko main ne pakad liya ke Khuda ne paida kiya hai ek cheez jo hum gaaye kehte hain.</w:t>
      </w:r>
    </w:p>
    <w:p>
      <w:pPr>
        <w:jc w:val="right"/>
      </w:pPr>
      <w:r>
        <w:t>روزانہ ساؤنڈ سلیپ لیتا ہوں۔ کوئی ٹینشن نہیں، کوئی اسٹریس نہیں۔ کیوں؟ اس اس کو انہوں نے پکڑ لیا۔ اس کو میں نے پکڑ لیا کہ خدا نے پیدا کیا ہے ایک چیز جو ہم گائے کہتے ہیں۔</w:t>
      </w:r>
    </w:p>
    <w:p>
      <w:r>
        <w:rPr>
          <w:b/>
        </w:rPr>
        <w:t xml:space="preserve">[52:37] </w:t>
      </w:r>
      <w:r>
        <w:t>is mein ek woh ek God ke ek is ka illustration hai. bata rahi hai ke insaan, aye insaan, tu kaise rahe is duniya mein ke gaaye non-milk ko milk mein convert karti hai.</w:t>
      </w:r>
    </w:p>
    <w:p>
      <w:pPr>
        <w:jc w:val="right"/>
      </w:pPr>
      <w:r>
        <w:t>اس میں ایک وہ ایک گاڈ کے ایک اس کا السٹریشن ہے۔ بتا رہی ہے کہ انسان، اے انسان، تو کیسے رہے اس دنیا میں کہ گائے نان ملک کو ملک میں کنورٹ کرتی ہے۔</w:t>
      </w:r>
    </w:p>
    <w:p>
      <w:r>
        <w:rPr>
          <w:b/>
        </w:rPr>
        <w:t xml:space="preserve">[52:51] </w:t>
      </w:r>
      <w:r>
        <w:t>tumhein kya karna hai? tum yeh karna hai ke negativity ko positivity mein convert karo. bas yeh meri poori zindagi ka yeh culture hai.</w:t>
      </w:r>
    </w:p>
    <w:p>
      <w:pPr>
        <w:jc w:val="right"/>
      </w:pPr>
      <w:r>
        <w:t>تمہیں کیا کرنا ہے؟ تم یہ کرنا ہے کہ نیگیٹیوٹی کو پازیٹیوٹی میں کنورٹ کرو۔ بس یہ میری پوری زندگی کا یہ کلچر ہے۔</w:t>
      </w:r>
    </w:p>
    <w:p>
      <w:r>
        <w:rPr>
          <w:b/>
        </w:rPr>
        <w:t xml:space="preserve">[53:01] </w:t>
      </w:r>
      <w:r>
        <w:t>isi culture ko main aaj tak padh rahi hoon. meri betiyan hain, un se aap sun sakte hain. rozana yeh kisi baat pe mujhe daant tapt karti hain to main phone karta hoon ke "you are right, I am wrong".</w:t>
      </w:r>
    </w:p>
    <w:p>
      <w:pPr>
        <w:jc w:val="right"/>
      </w:pPr>
      <w:r>
        <w:t>اسی کلچر کو میں آج تک پڑھ رہی ہوں۔ میری بیٹیاں ہیں، ان سے آپ سن سکتے ہیں۔ روزانہ یہ کسی بات پہ مجھے ڈانٹ ٹپٹ کرتی ہیں تو میں فون کرتا ہوں کہ "یو آر رائٹ، آئی ایم رنگ"۔</w:t>
      </w:r>
    </w:p>
    <w:p>
      <w:r>
        <w:rPr>
          <w:b/>
        </w:rPr>
        <w:t xml:space="preserve">[53:14] </w:t>
      </w:r>
      <w:r>
        <w:t>jaldi se keh deta hoon: "that is cow culture, that is cow culture, you are right, I am wrong".</w:t>
      </w:r>
    </w:p>
    <w:p>
      <w:pPr>
        <w:jc w:val="right"/>
      </w:pPr>
      <w:r>
        <w:t>جلدی سے کہہ دیتا ہوں: "دیٹ از کاؤ کلچر، دیٹ از کاؤ کلچر، یو آر رائٹ، آئی ایم رنگ"۔</w:t>
      </w:r>
    </w:p>
    <w:p>
      <w:r>
        <w:rPr>
          <w:b/>
        </w:rPr>
        <w:t xml:space="preserve">[53:24] </w:t>
      </w:r>
      <w:r>
        <w:t>any other question from any side? yes sir,</w:t>
      </w:r>
    </w:p>
    <w:p>
      <w:pPr>
        <w:jc w:val="right"/>
      </w:pPr>
      <w:r>
        <w:t>اینی ادر کوئسچن فرام اینی سائیڈ؟ یس سر،</w:t>
      </w:r>
    </w:p>
    <w:p>
      <w:r>
        <w:rPr>
          <w:b/>
        </w:rPr>
        <w:t xml:space="preserve">[53:33] </w:t>
      </w:r>
      <w:r>
        <w:t>desire is the root cause of desire. desire is the root cause of desire. hum sab ko is ke bare mein kya karna hai? nahi, dekhiye, main desire ko evil nahi maanta hoon.</w:t>
      </w:r>
    </w:p>
    <w:p>
      <w:pPr>
        <w:jc w:val="right"/>
      </w:pPr>
      <w:r>
        <w:t>ڈیزائر از دا روٹ کاز اف ڈزائر۔ ڈیزائر از دا روٹ کاز اف ڈزائر۔ ہم سب کو اس کے بارے میں کیا کرنا ہے؟ نہیں، دیکھیے، میں ڈیزائر کو ایول نہیں مانتا ہوں۔</w:t>
      </w:r>
    </w:p>
    <w:p>
      <w:r>
        <w:rPr>
          <w:b/>
        </w:rPr>
        <w:t xml:space="preserve">[53:45] </w:t>
      </w:r>
      <w:r>
        <w:t>desire ko main evil nahi maanta hoon. desire hamare liye body force hai. hamari desire na ho to hum active kaise honge? wahi to incentive dete hain.</w:t>
      </w:r>
    </w:p>
    <w:p>
      <w:pPr>
        <w:jc w:val="right"/>
      </w:pPr>
      <w:r>
        <w:t>ڈیزائر کو میں ایول نہیں مانتا ہوں۔ ڈیزائر ہمارے لیے باڈی فورس ہے۔ ہماری ڈیزائر نہ ہو تو ہم ایکٹیو کیسے ہوں گے؟ وہی تو انسینٹیو دیتے ہیں۔</w:t>
      </w:r>
    </w:p>
    <w:p>
      <w:r>
        <w:rPr>
          <w:b/>
        </w:rPr>
        <w:t xml:space="preserve">[53:57] </w:t>
      </w:r>
      <w:r>
        <w:t>desire ko main manage karne ka qael hoon. desire kill karne ka qael nahi hoon. mera jo formula hai woh hai ke desire ko manage karo, na ke is ko kill karo.</w:t>
      </w:r>
    </w:p>
    <w:p>
      <w:pPr>
        <w:jc w:val="right"/>
      </w:pPr>
      <w:r>
        <w:t>ڈیزائر کو میں مینج کرنے کا قائل ہوں۔ ڈیزائر کل کرنے کا قائل نہیں ہوں۔ میرا جو فارمولا ہے وہ ہے کہ ڈیزائر کو مینج کرو، نہ کہ اس کو کل کرو۔</w:t>
      </w:r>
    </w:p>
    <w:p>
      <w:r>
        <w:rPr>
          <w:b/>
        </w:rPr>
        <w:t xml:space="preserve">[54:10] </w:t>
      </w:r>
      <w:r>
        <w:t>aur desire se koi khaali nahi hai. har aadmi jo paida hota hai, woh desire le kar paida hota hai. to woh to yaani creator ki ek dein hai jo aap ko mili hui hai.</w:t>
      </w:r>
    </w:p>
    <w:p>
      <w:pPr>
        <w:jc w:val="right"/>
      </w:pPr>
      <w:r>
        <w:t>اور ڈیزائر سے کوئی خالی نہیں ہے۔ ہر آدمی جو پیدا ہوتا ہے، وہ ڈیزائر لے کر پیدا ہوتا ہے۔ تو وہ تو یعنی کریٹر کی ایک دین ہے جو آپ کو ملی ہوئی ہے۔</w:t>
      </w:r>
    </w:p>
    <w:p>
      <w:r>
        <w:rPr>
          <w:b/>
        </w:rPr>
        <w:t xml:space="preserve">[54:24] </w:t>
      </w:r>
      <w:r>
        <w:t>ab hamein sochna hai ke yeh kis liye diya hai? is ko hum manage karein. art of management seekhein. desire se hum art of management seekhein.</w:t>
      </w:r>
    </w:p>
    <w:p>
      <w:pPr>
        <w:jc w:val="right"/>
      </w:pPr>
      <w:r>
        <w:t>اب ہمیں سوچنا ہے کہ یہ کس لیے دیا ہے؟ اس کو ہم مینج کریں۔ آرٹ آف مینجمنٹ سیکھیں۔ ڈیزائر سے ہم آرٹ آف مینجمنٹ سیکھیں۔</w:t>
      </w:r>
    </w:p>
    <w:p>
      <w:r>
        <w:rPr>
          <w:b/>
        </w:rPr>
        <w:t xml:space="preserve">[54:38] </w:t>
      </w:r>
      <w:r>
        <w:t>sir, yeh ek question hai. achha, Maulana sahib, purane aate hain. nahi, sir, ek thoda sa chhota kuch bhi hai. ooncha, ooncha</w:t>
      </w:r>
    </w:p>
    <w:p>
      <w:pPr>
        <w:jc w:val="right"/>
      </w:pPr>
      <w:r>
        <w:t>سر، یہ ایک کوئسچن ہے۔ اچھا، مولانا صاحب، پرانے آتے ہیں۔ نہیں، سر، ایک تھوڑا سا چھوٹا کچھ بھی ہے۔ اونچا، اونچا</w:t>
      </w:r>
    </w:p>
    <w:p>
      <w:r>
        <w:rPr>
          <w:b/>
        </w:rPr>
        <w:t xml:space="preserve">[54:46] </w:t>
      </w:r>
      <w:r>
        <w:t>! jab kabhi yeh srishti bani, kisi ne bhi agar is srishti mein insaan ko banaya to kya jode bane the ya ek hi insaan bana tha?</w:t>
      </w:r>
    </w:p>
    <w:p>
      <w:pPr>
        <w:jc w:val="right"/>
      </w:pPr>
      <w:r>
        <w:t>! جب کبھی یہ سृષ્ٹی بنی، کسی نے بھی اگر اس سृષ્ٹی میں انسان کو بنایا تو کیا جوڑے بنے تھے یا ایک ہی انسان بنا تھا؟</w:t>
      </w:r>
    </w:p>
    <w:p>
      <w:r>
        <w:rPr>
          <w:b/>
        </w:rPr>
        <w:t xml:space="preserve">[54:56] </w:t>
      </w:r>
      <w:r>
        <w:t>haan bhai, in ke saath dharam banaya tha ke Musalman ka joda alag aaya, Christian ka joda alag aaya, Hindu ka joda alag aaya. ya yeh hamare aur aap ke banaye hue dharam hain?</w:t>
      </w:r>
    </w:p>
    <w:p>
      <w:pPr>
        <w:jc w:val="right"/>
      </w:pPr>
      <w:r>
        <w:t>ہاں بھائی، ان کے ساتھ دھرم بنایا تھا کہ مسلمان کا جوڑا الگ آیا، کرسچن کا جوڑا الگ آیا، ہندو کا جوڑا الگ آیا۔ یا یہ ہمارے اور آپ کے بنائے ہوئے دھرم ہیں؟</w:t>
      </w:r>
    </w:p>
    <w:p>
      <w:r>
        <w:rPr>
          <w:b/>
        </w:rPr>
        <w:t xml:space="preserve">[55:06] </w:t>
      </w:r>
      <w:r>
        <w:t>is pe mutalliq hain. bhai, yeh jab kabhi bhi srishti bani, sab se pehle kaun aaya? insaan aaya, ladies aaein, male aaya, female aaya.</w:t>
      </w:r>
    </w:p>
    <w:p>
      <w:pPr>
        <w:jc w:val="right"/>
      </w:pPr>
      <w:r>
        <w:t>اس پہ متعلق ہیں۔ بھائی، یہ جب کبھی بھی سृષ્ٹی بنی، سب سے پہلے کون آیا؟ انسان آیا، لیڈیز آئیں، میل آیا، فیمیل آیا۔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