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May 5, 2013 Maulana Wahiduddin Khan</w:t>
      </w:r>
    </w:p>
    <w:p>
      <w:r>
        <w:t>https://www.youtube.com/watch?v=AAn7EW096nI</w:t>
      </w:r>
    </w:p>
    <w:p>
      <w:r>
        <w:rPr>
          <w:b/>
        </w:rPr>
        <w:t xml:space="preserve">[00:14] </w:t>
      </w:r>
      <w:r>
        <w:t>bismillah rahman rahim, wa salli Allahu ala nabiyyil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[00:45] </w:t>
      </w:r>
      <w:r>
        <w:t>"man and the paradise"—insaan aur jannat.</w:t>
      </w:r>
    </w:p>
    <w:p>
      <w:pPr>
        <w:jc w:val="right"/>
      </w:pPr>
      <w:r>
        <w:t>"مین اینڈ دی پیراڈائز"—انسان اور جنت۔</w:t>
      </w:r>
    </w:p>
    <w:p>
      <w:r>
        <w:rPr>
          <w:b/>
        </w:rPr>
        <w:t xml:space="preserve">[00:56] </w:t>
      </w:r>
      <w:r>
        <w:t>dekhiye,</w:t>
      </w:r>
    </w:p>
    <w:p>
      <w:pPr>
        <w:jc w:val="right"/>
      </w:pPr>
      <w:r>
        <w:t>دیکھیے،</w:t>
      </w:r>
    </w:p>
    <w:p>
      <w:r>
        <w:rPr>
          <w:b/>
        </w:rPr>
        <w:t xml:space="preserve">[01:00] </w:t>
      </w:r>
      <w:r>
        <w:t>poori tareekh mein main samajhta hoon ke knowingly ya unknowingly, consciously ya unconsciously, sab ka</w:t>
      </w:r>
    </w:p>
    <w:p>
      <w:pPr>
        <w:jc w:val="right"/>
      </w:pPr>
      <w:r>
        <w:t>پوری تاریخ میں میں سمجھتا ہوں کہ نوئنگلی یا ان نوئنگلی، کانشیسلی یا ان کانشیسلی، سب کا</w:t>
      </w:r>
    </w:p>
    <w:p>
      <w:r>
        <w:rPr>
          <w:b/>
        </w:rPr>
        <w:t xml:space="preserve">[01:14] </w:t>
      </w:r>
      <w:r>
        <w:t>sawal yahi raha hai ke "what is the purpose of my life?" "what is the goal of my life?" mera goal kya hai?</w:t>
      </w:r>
    </w:p>
    <w:p>
      <w:pPr>
        <w:jc w:val="right"/>
      </w:pPr>
      <w:r>
        <w:t>سوال یہی رہا ہے کہ "واٹ از دی پرپس آف مائی لائف؟" "واٹ از دی گول آف مائی لائف؟" میرا گول کیا ہے؟</w:t>
      </w:r>
    </w:p>
    <w:p>
      <w:r>
        <w:rPr>
          <w:b/>
        </w:rPr>
        <w:t xml:space="preserve">[01:27] </w:t>
      </w:r>
      <w:r>
        <w:t>mera maqsad kya hai? kya cheez mujhe paana hai? lekin main samajhta hoon ke poori tareekh mein</w:t>
      </w:r>
    </w:p>
    <w:p>
      <w:pPr>
        <w:jc w:val="right"/>
      </w:pPr>
      <w:r>
        <w:t>میرا مقصد کیا ہے؟ کیا چیز مجھے پانا ہے؟ لیکن میں سمجھتا ہوں کہ پوری تاریخ میں</w:t>
      </w:r>
    </w:p>
    <w:p>
      <w:r>
        <w:rPr>
          <w:b/>
        </w:rPr>
        <w:t xml:space="preserve">[01:38] </w:t>
      </w:r>
      <w:r>
        <w:t>is mamle mein bohat hi kam log the jo pahunche apne sahi jawab tak.</w:t>
      </w:r>
    </w:p>
    <w:p>
      <w:pPr>
        <w:jc w:val="right"/>
      </w:pPr>
      <w:r>
        <w:t>اس معاملے میں بہت ہی کم لوگ تھے جو پہنچے اپنے صحیح جواب تک۔</w:t>
      </w:r>
    </w:p>
    <w:p>
      <w:r>
        <w:rPr>
          <w:b/>
        </w:rPr>
        <w:t xml:space="preserve">[01:54] </w:t>
      </w:r>
      <w:r>
        <w:t>abhi main ek report padh raha tha, America ka ek wealthy aadmi, uska interview tha.</w:t>
      </w:r>
    </w:p>
    <w:p>
      <w:pPr>
        <w:jc w:val="right"/>
      </w:pPr>
      <w:r>
        <w:t>ابھی میں ایک رپورٹ پڑھ رہا تھا، امریکہ کا ایک ویلدی آدمی، اس کا انٹرویو تھا۔</w:t>
      </w:r>
    </w:p>
    <w:p>
      <w:r>
        <w:rPr>
          <w:b/>
        </w:rPr>
        <w:t xml:space="preserve">[02:07] </w:t>
      </w:r>
      <w:r>
        <w:t>us ne kaha ke main ne apna nishana banaya tha ke main dolat kamau, aur aap jante hain ke USA mein bohat ziyada opportunities hoti hain,</w:t>
      </w:r>
    </w:p>
    <w:p>
      <w:pPr>
        <w:jc w:val="right"/>
      </w:pPr>
      <w:r>
        <w:t>اس نے کہا کہ میں نے اپنا نشانہ بنایا تھا کہ میں دولت کماؤں، اور آپ جانتے ہیں کہ یو ایس اے میں بہت زیادہ اپرچونیٹیز ہوتی ہیں،</w:t>
      </w:r>
    </w:p>
    <w:p>
      <w:r>
        <w:rPr>
          <w:b/>
        </w:rPr>
        <w:t xml:space="preserve">[02:22] </w:t>
      </w:r>
      <w:r>
        <w:t>to us ne kafi dolat kamai.</w:t>
      </w:r>
    </w:p>
    <w:p>
      <w:pPr>
        <w:jc w:val="right"/>
      </w:pPr>
      <w:r>
        <w:t>تو اس نے کافی دولت کمائی۔</w:t>
      </w:r>
    </w:p>
    <w:p>
      <w:r>
        <w:rPr>
          <w:b/>
        </w:rPr>
        <w:t xml:space="preserve">[02:27] </w:t>
      </w:r>
      <w:r>
        <w:t>lekin woh kehta hai ke jab mera nishana poora ho gaya to main ne dekha ke mujhe peace of mind nahi, mere paas fulfillment nahi, mujhe mila.</w:t>
      </w:r>
    </w:p>
    <w:p>
      <w:pPr>
        <w:jc w:val="right"/>
      </w:pPr>
      <w:r>
        <w:t>لیکن وہ کہتا ہے کہ جب میرا نشانہ پورا ہو گیا تو میں نے دیکھا کہ مجھے پیس آف مائنڈ نہیں، میرے پاس فلفلمنٹ نہیں، مجھے ملا۔</w:t>
      </w:r>
    </w:p>
    <w:p>
      <w:r>
        <w:rPr>
          <w:b/>
        </w:rPr>
        <w:t xml:space="preserve">[02:44] </w:t>
      </w:r>
      <w:r>
        <w:t>to yeh batate hue us ne ek jumla kaha ke "success can give you achievement, but success can not give you fulfillment".</w:t>
      </w:r>
    </w:p>
    <w:p>
      <w:pPr>
        <w:jc w:val="right"/>
      </w:pPr>
      <w:r>
        <w:t>تو یہ بتاتے ہوئے اس نے ایک جملہ کہا کہ "سکسیس کین گیو یو اچیومنٹ، بٹ سکسیس کین ناٹ گیو یو فلفلمنٹ"۔</w:t>
      </w:r>
    </w:p>
    <w:p>
      <w:r>
        <w:rPr>
          <w:b/>
        </w:rPr>
        <w:t xml:space="preserve">[03:03] </w:t>
      </w:r>
      <w:r>
        <w:t>yani kamyabi is mani mein to aap ko ho sakti hai ke aap dolat kama lein, palt kar power mil jaye, magar fulfillment jo hai woh phir bhi nahi milta aap ko.</w:t>
      </w:r>
    </w:p>
    <w:p>
      <w:pPr>
        <w:jc w:val="right"/>
      </w:pPr>
      <w:r>
        <w:t>یعنی کامیابی اس معنی میں تو آپ کو ہو سکتی ہے کہ آپ دولت کما لیں، پلٹ کر پاور مل جائے، مگر فلفلمنٹ جو ہے وہ پھر بھی نہیں ملتا آپ کو۔</w:t>
      </w:r>
    </w:p>
    <w:p>
      <w:r>
        <w:rPr>
          <w:b/>
        </w:rPr>
        <w:t xml:space="preserve">[03:16] </w:t>
      </w:r>
      <w:r>
        <w:t>yeh kya cheez hai?</w:t>
      </w:r>
    </w:p>
    <w:p>
      <w:pPr>
        <w:jc w:val="right"/>
      </w:pPr>
      <w:r>
        <w:t>یہ کیا چیز ہے؟</w:t>
      </w:r>
    </w:p>
    <w:p>
      <w:r>
        <w:rPr>
          <w:b/>
        </w:rPr>
        <w:t xml:space="preserve">[03:21] </w:t>
      </w:r>
      <w:r>
        <w:t>yani super achievers bhi fulfillment ke ehsas mein nahi jeete. Yeh poori tareekh ka ajeeb zahira hai.</w:t>
      </w:r>
    </w:p>
    <w:p>
      <w:pPr>
        <w:jc w:val="right"/>
      </w:pPr>
      <w:r>
        <w:t>یعنی سپر اچیورز بھی فلفلمنٹ کے احساس میں نہیں جیتے۔ یہ پوری تاریخ کا عجیب ظاہرہ ہے۔</w:t>
      </w:r>
    </w:p>
    <w:p>
      <w:r>
        <w:rPr>
          <w:b/>
        </w:rPr>
        <w:t xml:space="preserve">[03:36] </w:t>
      </w:r>
      <w:r>
        <w:t>to aisa hai kyun? Aisa hai kyun?</w:t>
      </w:r>
    </w:p>
    <w:p>
      <w:pPr>
        <w:jc w:val="right"/>
      </w:pPr>
      <w:r>
        <w:t>تو ایسا ہے کیوں؟ ایسا ہے کیوں؟</w:t>
      </w:r>
    </w:p>
    <w:p>
      <w:r>
        <w:rPr>
          <w:b/>
        </w:rPr>
        <w:t xml:space="preserve">[03:47] </w:t>
      </w:r>
      <w:r>
        <w:t>to yeh sochte hue mujhe ek hadith yaad aayi.</w:t>
      </w:r>
    </w:p>
    <w:p>
      <w:pPr>
        <w:jc w:val="right"/>
      </w:pPr>
      <w:r>
        <w:t>تو یہ سوچتے ہوئے مجھے ایک حدیث یاد آئی۔</w:t>
      </w:r>
    </w:p>
    <w:p>
      <w:r>
        <w:rPr>
          <w:b/>
        </w:rPr>
        <w:t xml:space="preserve">[03:53] </w:t>
      </w:r>
      <w:r>
        <w:t>ek hadith ke alfaaz hain, woh Albaiqi mein hai, woh hadith. Is hadith ke alfaaz yeh hain:</w:t>
      </w:r>
    </w:p>
    <w:p>
      <w:pPr>
        <w:jc w:val="right"/>
      </w:pPr>
      <w:r>
        <w:t>ایک حدیث کے الفاظ ہیں، وہ البیقی میں ہے، وہ حدیث۔ اس حدیث کے الفاظ یہ ہیں:</w:t>
      </w:r>
    </w:p>
    <w:p>
      <w:r>
        <w:rPr>
          <w:b/>
        </w:rPr>
        <w:t xml:space="preserve">[04:03] </w:t>
      </w:r>
      <w:r>
        <w:t>"Al dunya khuliqat lakum wa antum khuliqatun lil akhirah".</w:t>
      </w:r>
    </w:p>
    <w:p>
      <w:pPr>
        <w:jc w:val="right"/>
      </w:pPr>
      <w:r>
        <w:t>"الدنیا خلقت لکم وانتم خلقت للاخرہ"۔</w:t>
      </w:r>
    </w:p>
    <w:p>
      <w:r>
        <w:rPr>
          <w:b/>
        </w:rPr>
        <w:t xml:space="preserve">[04:13] </w:t>
      </w:r>
      <w:r>
        <w:t>yani paida karne wale ne duniya ko tumhare liye paida kiya hai aur tum ko akhirat ke liye paida kiya hai. Dekhiye, yeh alfaaz bohat sada se is hadith mein hain, lekin is ko samajhna tab mumkin hai jab aap alfaaz badal sakein.</w:t>
      </w:r>
    </w:p>
    <w:p>
      <w:pPr>
        <w:jc w:val="right"/>
      </w:pPr>
      <w:r>
        <w:t>یعنی پیدا کرنے والے نے دنیا کو تمہارے لیے پیدا کیا ہے اور تم کو آخرت کے لیے پیدا کیا ہے۔ دیکھیے، یہ الفاظ بہت سادہ سے اس حدیث میں ہیں، لیکن اس کو سمجھنا تب ممکن ہے جب آپ الفاظ بدل سکیں۔</w:t>
      </w:r>
    </w:p>
    <w:p>
      <w:r>
        <w:rPr>
          <w:b/>
        </w:rPr>
        <w:t xml:space="preserve">[04:37] </w:t>
      </w:r>
      <w:r>
        <w:t>jab tak aap alfaaz badal na sakein, aap is ki haqeeqat ko samajh nahi sakte.</w:t>
      </w:r>
    </w:p>
    <w:p>
      <w:pPr>
        <w:jc w:val="right"/>
      </w:pPr>
      <w:r>
        <w:t>جب تک آپ الفاظ بدل نہ سکیں، آپ اس کی حقیقت کو سمجھ نہیں سکتے۔</w:t>
      </w:r>
    </w:p>
    <w:p>
      <w:r>
        <w:rPr>
          <w:b/>
        </w:rPr>
        <w:t xml:space="preserve">[04:47] </w:t>
      </w:r>
      <w:r>
        <w:t>main yahan aap ko ek law of nature yaad dilaoonga. Is duniya mein Allah taala ne principle of conversion rakha hai.</w:t>
      </w:r>
    </w:p>
    <w:p>
      <w:pPr>
        <w:jc w:val="right"/>
      </w:pPr>
      <w:r>
        <w:t>میں یہاں آپ کو ایک لاء آف نیچر یاد دلاؤں گا۔ اس دنیا میں اللہ تعالیٰ نے پرنسپل آف کنورژن رکھا ہے۔</w:t>
      </w:r>
    </w:p>
    <w:p>
      <w:r>
        <w:rPr>
          <w:b/>
        </w:rPr>
        <w:t xml:space="preserve">[05:00] </w:t>
      </w:r>
      <w:r>
        <w:t>har cheez jab woh convert hoti hai, tab woh bari cheez banti hai.</w:t>
      </w:r>
    </w:p>
    <w:p>
      <w:pPr>
        <w:jc w:val="right"/>
      </w:pPr>
      <w:r>
        <w:t>ہر چیز جب وہ کنورٹ ہوتی ہے، تب وہ بڑی چیز بنتی ہے۔</w:t>
      </w:r>
    </w:p>
    <w:p>
      <w:r>
        <w:rPr>
          <w:b/>
        </w:rPr>
        <w:t xml:space="preserve">[05:08] </w:t>
      </w:r>
      <w:r>
        <w:t>yeh hai principle of conversion.</w:t>
      </w:r>
    </w:p>
    <w:p>
      <w:pPr>
        <w:jc w:val="right"/>
      </w:pPr>
      <w:r>
        <w:t>یہ ہے پرنسپل آف کنورژن۔</w:t>
      </w:r>
    </w:p>
    <w:p>
      <w:r>
        <w:rPr>
          <w:b/>
        </w:rPr>
        <w:t xml:space="preserve">[05:13] </w:t>
      </w:r>
      <w:r>
        <w:t>har cheez ibtida mein crude halat mein hoti hai, crude. Phir jab woh convert hoti hai, tab woh bohat hi precious cheez ban jati hai.</w:t>
      </w:r>
    </w:p>
    <w:p>
      <w:pPr>
        <w:jc w:val="right"/>
      </w:pPr>
      <w:r>
        <w:t>ہر چیز ابتداء میں کروڈ حالت میں ہوتی ہے، کروڈ۔ پھر جب وہ کنورٹ ہوتی ہے، تب وہ بہت ہی پریشیس چیز بن جاتی ہے۔</w:t>
      </w:r>
    </w:p>
    <w:p>
      <w:r>
        <w:rPr>
          <w:b/>
        </w:rPr>
        <w:t xml:space="preserve">[05:24] </w:t>
      </w:r>
      <w:r>
        <w:t>misalan, main ek sada misal deta hoon aap ko.</w:t>
      </w:r>
    </w:p>
    <w:p>
      <w:pPr>
        <w:jc w:val="right"/>
      </w:pPr>
      <w:r>
        <w:t>مثلاً، میں ایک سادہ مثال دیتا ہوں آپ کو۔</w:t>
      </w:r>
    </w:p>
    <w:p>
      <w:r>
        <w:rPr>
          <w:b/>
        </w:rPr>
        <w:t xml:space="preserve">[05:31] </w:t>
      </w:r>
      <w:r>
        <w:t>dekhiye, yeh yeh glass hai, is mein pani hai. Pani kya hai? Do gases ka majmooa, yani oxygen aur hydrogen.</w:t>
      </w:r>
    </w:p>
    <w:p>
      <w:pPr>
        <w:jc w:val="right"/>
      </w:pPr>
      <w:r>
        <w:t>دیکھیے، یہ یہ گلاس ہے، اس میں پانی ہے۔ پانی کیا ہے؟ دو گیسز کا مجموعہ، یعنی آکسیجن اور ہائیڈروجن۔</w:t>
      </w:r>
    </w:p>
    <w:p>
      <w:r>
        <w:rPr>
          <w:b/>
        </w:rPr>
        <w:t xml:space="preserve">[05:46] </w:t>
      </w:r>
      <w:r>
        <w:t>do gases jab convert huin to pani ban gaya. Kaisi ajeeb cheez hai pani!</w:t>
      </w:r>
    </w:p>
    <w:p>
      <w:pPr>
        <w:jc w:val="right"/>
      </w:pPr>
      <w:r>
        <w:t>دو گیسز جب کنورٹ ہوئیں تو پانی بن گیا۔ کیسی عجیب چیز ہے پانی!</w:t>
      </w:r>
    </w:p>
    <w:p>
      <w:r>
        <w:rPr>
          <w:b/>
        </w:rPr>
        <w:t xml:space="preserve">[05:54] </w:t>
      </w:r>
      <w:r>
        <w:t>pani ke baghair hamari zindagi nahi.</w:t>
      </w:r>
    </w:p>
    <w:p>
      <w:pPr>
        <w:jc w:val="right"/>
      </w:pPr>
      <w:r>
        <w:t>پانی کے بغیر ہماری زندگی نہیں۔</w:t>
      </w:r>
    </w:p>
    <w:p>
      <w:r>
        <w:rPr>
          <w:b/>
        </w:rPr>
        <w:t xml:space="preserve">[06:02] </w:t>
      </w:r>
      <w:r>
        <w:t>Abdul Rahim Khan Khana ne baja taur par kaha tha ke "rahima pani rakhiyo, bin pani sabsoon". To yeh pani kya hai?</w:t>
      </w:r>
    </w:p>
    <w:p>
      <w:pPr>
        <w:jc w:val="right"/>
      </w:pPr>
      <w:r>
        <w:t>عبدالرحیم خان خانہ نے بجا طور پر کہا تھا کہ "رحیماً پانی راکھیو، بن پانی سبسون"۔ تو یہ پانی کیا ہے؟</w:t>
      </w:r>
    </w:p>
    <w:p>
      <w:r>
        <w:rPr>
          <w:b/>
        </w:rPr>
        <w:t xml:space="preserve">[06:13] </w:t>
      </w:r>
      <w:r>
        <w:t>yeh ek, yani ek phenomena hai conversion ka. Do gases</w:t>
      </w:r>
    </w:p>
    <w:p>
      <w:pPr>
        <w:jc w:val="right"/>
      </w:pPr>
      <w:r>
        <w:t>یہ ایک، یعنی ایک فیناومینا ہے کنورژن کا۔ دو گیسز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