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Thankfulness to God (Prophetic Wisdom) December 2, 2006</w:t>
      </w:r>
    </w:p>
    <w:p>
      <w:r>
        <w:t>https://www.youtube.com/watch?v=uMJaYpUHrro</w:t>
      </w:r>
    </w:p>
    <w:p>
      <w:r>
        <w:rPr>
          <w:b/>
        </w:rPr>
        <w:t xml:space="preserve">[00:12]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wa-sallallahu 'ala-n-nabiyyi l-karim. ek sahabi</w:t>
      </w:r>
    </w:p>
    <w:p>
      <w:pPr>
        <w:jc w:val="right"/>
      </w:pPr>
      <w:r>
        <w:t>وصلی اللہ علی النبی الکریم۔ ایک صحابی</w:t>
      </w:r>
    </w:p>
    <w:p>
      <w:r>
        <w:rPr>
          <w:b/>
        </w:rPr>
        <w:t xml:space="preserve">[00:22] </w:t>
      </w:r>
      <w:r>
        <w:t>kehte hain ke: "ma rasulullah sallallahu 'alayhi wa sallam ta'aam qata'".</w:t>
      </w:r>
    </w:p>
    <w:p>
      <w:pPr>
        <w:jc w:val="right"/>
      </w:pPr>
      <w:r>
        <w:t>کہتے ہیں کہ: "ما رسول اللہ صلی اللہ علیہ وسلم تعامن قطع"۔</w:t>
      </w:r>
    </w:p>
    <w:p>
      <w:r>
        <w:rPr>
          <w:b/>
        </w:rPr>
        <w:t xml:space="preserve">[00:33] </w:t>
      </w:r>
      <w:r>
        <w:t>ke rasulullah sallallahu 'alayhi wa sallam ne kabhi</w:t>
      </w:r>
    </w:p>
    <w:p>
      <w:pPr>
        <w:jc w:val="right"/>
      </w:pPr>
      <w:r>
        <w:t>کہ رسول اللہ صلی اللہ علیہ وسلم نے کبھی</w:t>
      </w:r>
    </w:p>
    <w:p>
      <w:r>
        <w:rPr>
          <w:b/>
        </w:rPr>
        <w:t xml:space="preserve">[00:36] </w:t>
      </w:r>
      <w:r>
        <w:t>kisi khane ko 'aib nahin lagaya,</w:t>
      </w:r>
    </w:p>
    <w:p>
      <w:pPr>
        <w:jc w:val="right"/>
      </w:pPr>
      <w:r>
        <w:t>کسی کھانے کو عیب نہیں لگایا،</w:t>
      </w:r>
    </w:p>
    <w:p>
      <w:r>
        <w:rPr>
          <w:b/>
        </w:rPr>
        <w:t xml:space="preserve">[00:41] </w:t>
      </w:r>
      <w:r>
        <w:t>kisi kh</w:t>
      </w:r>
    </w:p>
    <w:p>
      <w:pPr>
        <w:jc w:val="right"/>
      </w:pPr>
      <w:r>
        <w:t>کسی کھ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