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Islam (Prophetic Wisdom) November 29, 2006 Maulana Wahiduddin Khan</w:t>
      </w:r>
    </w:p>
    <w:p>
      <w:r>
        <w:t>https://www.youtube.com/watch?v=iVldpAeihtU</w:t>
      </w:r>
    </w:p>
    <w:p>
      <w:r>
        <w:rPr>
          <w:b/>
        </w:rPr>
        <w:t xml:space="preserve">[00:10] </w:t>
      </w:r>
      <w:r>
        <w:t>bismillah-al-rahman-al-rahim, wa-salla-allah-ala-al-nabi-al-karim. rab-ishrah-li-sadri, wa-yassir-li-amri, wa-ahlul-uqdatan-min-lisani,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yafqa-qawli.</w:t>
      </w:r>
    </w:p>
    <w:p>
      <w:pPr>
        <w:jc w:val="right"/>
      </w:pPr>
      <w:r>
        <w:t>یفقہ قولی۔</w:t>
      </w:r>
    </w:p>
    <w:p>
      <w:r>
        <w:rPr>
          <w:b/>
        </w:rPr>
        <w:t xml:space="preserve">[00:35] </w:t>
      </w:r>
      <w:r>
        <w:t>yeh hadith rasul ka dars hai.</w:t>
      </w:r>
    </w:p>
    <w:p>
      <w:pPr>
        <w:jc w:val="right"/>
      </w:pPr>
      <w:r>
        <w:t>یہ حدیث رسول کا درس ہے۔</w:t>
      </w:r>
    </w:p>
    <w:p>
      <w:r>
        <w:rPr>
          <w:b/>
        </w:rPr>
        <w:t xml:space="preserve">[00:40] </w:t>
      </w:r>
      <w:r>
        <w:t>hadith rasul</w:t>
      </w:r>
    </w:p>
    <w:p>
      <w:pPr>
        <w:jc w:val="right"/>
      </w:pPr>
      <w:r>
        <w:t>حدیث رسول</w:t>
      </w:r>
    </w:p>
    <w:p>
      <w:r>
        <w:rPr>
          <w:b/>
        </w:rPr>
        <w:t xml:space="preserve">[00:45] </w:t>
      </w:r>
      <w:r>
        <w:t>is insaan ke liye</w:t>
      </w:r>
    </w:p>
    <w:p>
      <w:pPr>
        <w:jc w:val="right"/>
      </w:pPr>
      <w:r>
        <w:t>اس انسان کے لیے</w:t>
      </w:r>
    </w:p>
    <w:p>
      <w:r>
        <w:rPr>
          <w:b/>
        </w:rPr>
        <w:t xml:space="preserve">[00:51] </w:t>
      </w:r>
      <w:r>
        <w:t>is mein lesson hota hai jo us ko is mind ke sath sune ke yeh</w:t>
      </w:r>
    </w:p>
    <w:p>
      <w:pPr>
        <w:jc w:val="right"/>
      </w:pPr>
      <w:r>
        <w:t>اس میں لیسن ہوتا ہے جو اس کو اس مائنڈ کے ساتھ سنے کہ یہ</w:t>
      </w:r>
    </w:p>
    <w:p>
      <w:r>
        <w:rPr>
          <w:b/>
        </w:rPr>
        <w:t xml:space="preserve">[01:04] </w:t>
      </w:r>
      <w:r>
        <w:t>is hasti ka qaul hai jis ko khuda ne duniya mein is liye muqarrar kiya ke woh khuda ki marzi ko logon ko bataye aur us ka aur amli taur par us ka demonstration de.</w:t>
      </w:r>
    </w:p>
    <w:p>
      <w:pPr>
        <w:jc w:val="right"/>
      </w:pPr>
      <w:r>
        <w:t>اس ہستی کا قول ہے جس کو خدا نے دنیا میں اس لیے مقرر کیا کہ وہ خدا کی مرضی کو لوگوں کو بتائے اور اس کا اور عملی طور پر اس کا ڈیمونسٹریشن دے۔</w:t>
      </w:r>
    </w:p>
    <w:p>
      <w:r>
        <w:rPr>
          <w:b/>
        </w:rPr>
        <w:t xml:space="preserve">[01:27] </w:t>
      </w:r>
      <w:r>
        <w:t>jab is tarah se sune ga aadmi rasul ki hadith ko, tabhi us ko poora faida mile ga.</w:t>
      </w:r>
    </w:p>
    <w:p>
      <w:pPr>
        <w:jc w:val="right"/>
      </w:pPr>
      <w:r>
        <w:t>جب اس طرح سے سنے گا آدمی رسول کی حدیث کو، تبھی اس کو پورا فائدہ ملے گا۔</w:t>
      </w:r>
    </w:p>
    <w:p>
      <w:r>
        <w:rPr>
          <w:b/>
        </w:rPr>
        <w:t xml:space="preserve">[01:38] </w:t>
      </w:r>
      <w:r>
        <w:t>matlab yeh hai ke yeh kisi scholar ka qaul nahi hai, yeh kisi philosopher ka qaul nahi hai. yeh khuda ke prophet ka qaul hai.</w:t>
      </w:r>
    </w:p>
    <w:p>
      <w:pPr>
        <w:jc w:val="right"/>
      </w:pPr>
      <w:r>
        <w:t>مطلب یہ ہے کہ یہ کسی اسکالر کا قول نہیں ہے، یہ کسی فلاسفر کا قول نہیں ہے۔ یہ خدا کے پرافٹ کا قول ہے۔</w:t>
      </w:r>
    </w:p>
    <w:p>
      <w:r>
        <w:rPr>
          <w:b/>
        </w:rPr>
        <w:t xml:space="preserve">[01:53] </w:t>
      </w:r>
      <w:r>
        <w:t>is zehan ke sath jab aap sune ga aadmi,</w:t>
      </w:r>
    </w:p>
    <w:p>
      <w:pPr>
        <w:jc w:val="right"/>
      </w:pPr>
      <w:r>
        <w:t>اس ذہن کے ساتھ جب آپ سنے گا آدمی،</w:t>
      </w:r>
    </w:p>
    <w:p>
      <w:r>
        <w:rPr>
          <w:b/>
        </w:rPr>
        <w:t xml:space="preserve">[01:59] </w:t>
      </w:r>
      <w:r>
        <w:t>tabhi us ke mind ke sare mind ki sari khidkiyan khule gi aur objective taur par us ko le ga aur phir us ko us ka poora faida mile ga.</w:t>
      </w:r>
    </w:p>
    <w:p>
      <w:pPr>
        <w:jc w:val="right"/>
      </w:pPr>
      <w:r>
        <w:t>تبھی اس کے مائنڈ کے سارے مائنڈ کی ساری کھڑکیاں کھلیں گی اور ابجیکٹو طور پر اس کو لے گا اور پھر اس کو اس کا پورا فائدہ ملے گا۔</w:t>
      </w:r>
    </w:p>
    <w:p>
      <w:r>
        <w:rPr>
          <w:b/>
        </w:rPr>
        <w:t xml:space="preserve">[02:17] </w:t>
      </w:r>
      <w:r>
        <w:t>ek hadith mein aap ne bataya ke islam kya hai, yani islam ke pillars kya hain.</w:t>
      </w:r>
    </w:p>
    <w:p>
      <w:pPr>
        <w:jc w:val="right"/>
      </w:pPr>
      <w:r>
        <w:t>ایک حدیث میں آپ نے بتایا کہ اسلام کیا ہے، یعنی اسلام کے پلرز کیا ہیں۔</w:t>
      </w:r>
    </w:p>
    <w:p>
      <w:r>
        <w:rPr>
          <w:b/>
        </w:rPr>
        <w:t xml:space="preserve">[02:29] </w:t>
      </w:r>
      <w:r>
        <w:t>is hadith ko kaha jata hai ke is mein islam ke arkan-e-khamsa bataye gaye hain, yani islam ke five pillars.</w:t>
      </w:r>
    </w:p>
    <w:p>
      <w:pPr>
        <w:jc w:val="right"/>
      </w:pPr>
      <w:r>
        <w:t>اس حدیث کو کہا جاتا ہے کہ اس میں اسلام کے ارکان خمسہ بتائے گئے ہیں، یعنی اسلام کے فائیو پلرز۔</w:t>
      </w:r>
    </w:p>
    <w:p>
      <w:r>
        <w:rPr>
          <w:b/>
        </w:rPr>
        <w:t xml:space="preserve">[02:43] </w:t>
      </w:r>
      <w:r>
        <w:t>to is aitbar se yeh hadith bohat hi basic teaching hai is mein, kyunke is se hum jaan lete hain ke woh kaun si</w:t>
      </w:r>
    </w:p>
    <w:p>
      <w:pPr>
        <w:jc w:val="right"/>
      </w:pPr>
      <w:r>
        <w:t>تو اس اعتبار سے یہ حدیث بہت ہی بیسک ٹیچنگ ہے اس میں، کیونکہ اس سے ہم جان لیتے ہیں کہ وہ کون سی</w:t>
      </w:r>
    </w:p>
    <w:p>
      <w:r>
        <w:rPr>
          <w:b/>
        </w:rPr>
        <w:t xml:space="preserve">[03:01] </w:t>
      </w:r>
      <w:r>
        <w:t>basic cheezein hain jis par islam ki islamic life banti hai. to woh hadith yeh hai: "buniya al-islam ala khams:</w:t>
      </w:r>
    </w:p>
    <w:p>
      <w:pPr>
        <w:jc w:val="right"/>
      </w:pPr>
      <w:r>
        <w:t>بیسک چیزیں ہیں جس پر اسلام کی اسلامک لائف بنتی ہے۔ تو وہ حدیث یہ ہے: "بنی الاسلام علی خمس:</w:t>
      </w:r>
    </w:p>
    <w:p>
      <w:r>
        <w:rPr>
          <w:b/>
        </w:rPr>
        <w:t xml:space="preserve">[03:16] </w:t>
      </w:r>
      <w:r>
        <w:t>shahadat-la-ilaha-illa-allah, wa-ana-muhammad-abduhu-wa-rasuluh, wa-iqam-al-salat, wa-ita-al-zakat, wa-hajj-al-bayt,</w:t>
      </w:r>
    </w:p>
    <w:p>
      <w:pPr>
        <w:jc w:val="right"/>
      </w:pPr>
      <w:r>
        <w:t>شہادت لا الہ الا اللہ، وانا محمد عبدہ ورسولہ، واقام الصلاۃ، واعطاء الزکوۃ، وحج البیت،</w:t>
      </w:r>
    </w:p>
    <w:p>
      <w:r>
        <w:rPr>
          <w:b/>
        </w:rPr>
        <w:t xml:space="preserve">[03:33] </w:t>
      </w:r>
      <w:r>
        <w:t>wa-sawm-ramadan."</w:t>
      </w:r>
    </w:p>
    <w:p>
      <w:pPr>
        <w:jc w:val="right"/>
      </w:pPr>
      <w:r>
        <w:t>وصوم رمضان۔"</w:t>
      </w:r>
    </w:p>
    <w:p>
      <w:r>
        <w:rPr>
          <w:b/>
        </w:rPr>
        <w:t xml:space="preserve">[03:42] </w:t>
      </w:r>
      <w:r>
        <w:t>aap ne farmaya ke islam ki buniyad,</w:t>
      </w:r>
    </w:p>
    <w:p>
      <w:pPr>
        <w:jc w:val="right"/>
      </w:pPr>
      <w:r>
        <w:t>آپ نے فرمایا کہ اسلام کی بنیاد،</w:t>
      </w:r>
    </w:p>
    <w:p>
      <w:r>
        <w:rPr>
          <w:b/>
        </w:rPr>
        <w:t xml:space="preserve">[03:51] </w:t>
      </w:r>
      <w:r>
        <w:t>islam ki bes panch cheezon par hai, panch cheezon par khari hui hai.</w:t>
      </w:r>
    </w:p>
    <w:p>
      <w:pPr>
        <w:jc w:val="right"/>
      </w:pPr>
      <w:r>
        <w:t>اسلام کی بیس پانچ چیزوں پر ہے، پانچ چیزوں پر کھڑی ہوئی ہے۔</w:t>
      </w:r>
    </w:p>
    <w:p>
      <w:r>
        <w:rPr>
          <w:b/>
        </w:rPr>
        <w:t xml:space="preserve">[04:04] </w:t>
      </w:r>
      <w:r>
        <w:t>pehla is baat ki gawahi dena ke ek Allah ke siwa koi ilah nahi hai, ek god ke siwa koi aur god nahi hai,</w:t>
      </w:r>
    </w:p>
    <w:p>
      <w:pPr>
        <w:jc w:val="right"/>
      </w:pPr>
      <w:r>
        <w:t>پہلا اس بات کی گواہی دینا کہ ایک اللہ کے سوا کوئی الہ نہیں ہے، ایک گاڈ کے سوا کوئی اور گاڈ نہیں ہے،</w:t>
      </w:r>
    </w:p>
    <w:p>
      <w:r>
        <w:rPr>
          <w:b/>
        </w:rPr>
        <w:t xml:space="preserve">[04:21] </w:t>
      </w:r>
      <w:r>
        <w:t>aur Muhammad</w:t>
      </w:r>
    </w:p>
    <w:p>
      <w:pPr>
        <w:jc w:val="right"/>
      </w:pPr>
      <w:r>
        <w:t>اور محمد</w:t>
      </w:r>
    </w:p>
    <w:p>
      <w:r>
        <w:rPr>
          <w:b/>
        </w:rPr>
        <w:t xml:space="preserve">[04:25] </w:t>
      </w:r>
      <w:r>
        <w:t>is Allah ke is god ke rasool hain.</w:t>
      </w:r>
    </w:p>
    <w:p>
      <w:pPr>
        <w:jc w:val="right"/>
      </w:pPr>
      <w:r>
        <w:t>اس اللہ کے اس گاڈ کے رسول ہیں۔</w:t>
      </w:r>
    </w:p>
    <w:p>
      <w:r>
        <w:rPr>
          <w:b/>
        </w:rPr>
        <w:t xml:space="preserve">[04:37] </w:t>
      </w:r>
      <w:r>
        <w:t>yeh ek baat hui. Doosri baat hai namaz ko qaim karna.</w:t>
      </w:r>
    </w:p>
    <w:p>
      <w:pPr>
        <w:jc w:val="right"/>
      </w:pPr>
      <w:r>
        <w:t>یہ ایک بات ہوئی۔ دوسری بات ہے نماز کو قائم کرنا۔</w:t>
      </w:r>
    </w:p>
    <w:p>
      <w:r>
        <w:rPr>
          <w:b/>
        </w:rPr>
        <w:t xml:space="preserve">[04:46] </w:t>
      </w:r>
      <w:r>
        <w:t>Teesri baat hai zakat ada karna. Aur chauthi baat hai</w:t>
      </w:r>
    </w:p>
    <w:p>
      <w:pPr>
        <w:jc w:val="right"/>
      </w:pPr>
      <w:r>
        <w:t>تیسری بات ہے زکوۃ ادا کرنا۔ اور چوتھی بات ہے</w:t>
      </w:r>
    </w:p>
    <w:p>
      <w:r>
        <w:rPr>
          <w:b/>
        </w:rPr>
        <w:t xml:space="preserve">[04:57] </w:t>
      </w:r>
      <w:r>
        <w:t>saalana haj ada karna. Aur panchvi baat hai ramzan ke mahine ke roze rakhna.</w:t>
      </w:r>
    </w:p>
    <w:p>
      <w:pPr>
        <w:jc w:val="right"/>
      </w:pPr>
      <w:r>
        <w:t>سالانہ حج ادا کرنا۔ اور پانچویں بات ہے رمضان کے مہینے کے روزے رکھنا۔</w:t>
      </w:r>
    </w:p>
    <w:p>
      <w:r>
        <w:rPr>
          <w:b/>
        </w:rPr>
        <w:t xml:space="preserve">[05:08] </w:t>
      </w:r>
      <w:r>
        <w:t>Is hadith par maine ghor kiya to meri samajh mein aaya ke darasal yeh panch islamic spirit ki baat hai, panch islam ke panch basic points ki baat hai.</w:t>
      </w:r>
    </w:p>
    <w:p>
      <w:pPr>
        <w:jc w:val="right"/>
      </w:pPr>
      <w:r>
        <w:t>اس حدیث پر میں نے غور کیا تو میری سمجھ میں آیا کہ دراصل یہ پانچ اسلامک اسپرٹ کی بات ہے، پانچ اسلام کے پانچ بیسک پوائنٹس کی بات ہے۔</w:t>
      </w:r>
    </w:p>
    <w:p>
      <w:r>
        <w:rPr>
          <w:b/>
        </w:rPr>
        <w:t xml:space="preserve">[05:27] </w:t>
      </w:r>
      <w:r>
        <w:t>Yaani islam ka jo formula hai, uske panch basic points hain, wahi poori zindagi mein manifest karte hain.</w:t>
      </w:r>
    </w:p>
    <w:p>
      <w:pPr>
        <w:jc w:val="right"/>
      </w:pPr>
      <w:r>
        <w:t>یعنی اسلام کا جو فارمولا ہے، اس کے پانچ بیسک پوائنٹس ہیں، وہی پوری زندگی میں مینیفیسٹ کرتے ہیں۔</w:t>
      </w:r>
    </w:p>
    <w:p>
      <w:r>
        <w:rPr>
          <w:b/>
        </w:rPr>
        <w:t xml:space="preserve">[05:37] </w:t>
      </w:r>
      <w:r>
        <w:t>To pehla jo hai, woh hai aqide ki baat, yaani ideology ki baat. Islam ki jo ideology hai, woh kya hai?</w:t>
      </w:r>
    </w:p>
    <w:p>
      <w:pPr>
        <w:jc w:val="right"/>
      </w:pPr>
      <w:r>
        <w:t>تو پہلا جو ہے، وہ ہے عقیدے کی بات، یعنی آئیڈیالوجی کی بات۔ اسلام کی جو آئیڈیالوجی ہے، وہ کیا ہے؟</w:t>
      </w:r>
    </w:p>
    <w:p>
      <w:r>
        <w:rPr>
          <w:b/>
        </w:rPr>
        <w:t xml:space="preserve">[05:53] </w:t>
      </w:r>
      <w:r>
        <w:t>Basically islam ki ideology hai god based ideology,</w:t>
      </w:r>
    </w:p>
    <w:p>
      <w:pPr>
        <w:jc w:val="right"/>
      </w:pPr>
      <w:r>
        <w:t>بیسیکلی اسلام کی آئیڈیالوجی ہے گاڈ بیسڈ آئیڈیالوجی،</w:t>
      </w:r>
    </w:p>
    <w:p>
      <w:r>
        <w:rPr>
          <w:b/>
        </w:rPr>
        <w:t xml:space="preserve">[06:01] </w:t>
      </w:r>
      <w:r>
        <w:t>god oriented ideology. Yaani basic baat to yahi ek hi hai ke aadmi is baat ko, is haqeeqat ko realize kare ke is duniya ka insan ka aur aur sare universe ka ek creator hai,</w:t>
      </w:r>
    </w:p>
    <w:p>
      <w:pPr>
        <w:jc w:val="right"/>
      </w:pPr>
      <w:r>
        <w:t>گاڈ اورینٹڈ آئیڈیالوجی۔ یعنی بیسک بات تو یہی ایک ہی ہے کہ آدمی اس بات کو، اس حقیقت کو ریلائز کرے کہ اس دنیا کا انسان کا اور اور سارے یونیورس کا ایک کریٹر ہے،</w:t>
      </w:r>
    </w:p>
    <w:p>
      <w:r>
        <w:rPr>
          <w:b/>
        </w:rPr>
        <w:t xml:space="preserve">[06:27] </w:t>
      </w:r>
      <w:r>
        <w:t>wahi creator uska sustainer hai, wahi law giver hai, usi ne sab ko paida kiya hai aur usi ki taraf sab ko laut kar jana hai.</w:t>
      </w:r>
    </w:p>
    <w:p>
      <w:pPr>
        <w:jc w:val="right"/>
      </w:pPr>
      <w:r>
        <w:t>وہی کریٹر اس کا سسٹینر ہے، وہی لا گیور ہے، اسی نے سب کو پیدا کیا ہے اور اسی کی طرف سب کو لوٹ کر جانا ہے۔</w:t>
      </w:r>
    </w:p>
    <w:p>
      <w:r>
        <w:rPr>
          <w:b/>
        </w:rPr>
        <w:t xml:space="preserve">[06:43] </w:t>
      </w:r>
      <w:r>
        <w:t>To yeh hai ideology islam ki. Phir isi se juda hua yeh hai ke Khuda ne apne prophet bheje logon ko yeh batane ke liye ke Khuda ki Khuda ki marzi ke mutabiq insan ka lifestyle kya hona chahiye.</w:t>
      </w:r>
    </w:p>
    <w:p>
      <w:pPr>
        <w:jc w:val="right"/>
      </w:pPr>
      <w:r>
        <w:t>تو یہ ہے آئیڈیالوجی اسلام کی۔ پھر اسی سے جڑا ہوا یہ ہے کہ خدا نے اپنے پرافٹ بھیجے لوگوں کو یہ بتانے کے لیے کہ خدا کی خدا کی مرضی کے مطابق انسان کا لائف اسٹائل کیا ہونا چاہیے۔</w:t>
      </w:r>
    </w:p>
    <w:p>
      <w:r>
        <w:rPr>
          <w:b/>
        </w:rPr>
        <w:t xml:space="preserve">[07:10] </w:t>
      </w:r>
      <w:r>
        <w:t>Khuda ke ki jo scheme of things hai, usmein insan ko kis tarah rehna chahiye. Khuda ka jo creation plan hai, usko jaankar uske mutabiq kis tarah hamein apni zindagi ko organize karna chahiye,</w:t>
      </w:r>
    </w:p>
    <w:p>
      <w:pPr>
        <w:jc w:val="right"/>
      </w:pPr>
      <w:r>
        <w:t>خدا کے کی جو سکیم آف تھنگز ہے، اس میں انسان کو کس طرح رہنا چاہیے۔ خدا کا جو کریشن پلان ہے، اس کو جان کر اس کے مطابق کس طرح ہمیں اپنی زندگی کو ارگنائز کرنا چاہیے،</w:t>
      </w:r>
    </w:p>
    <w:p>
      <w:r>
        <w:rPr>
          <w:b/>
        </w:rPr>
        <w:t xml:space="preserve">[07:34] </w:t>
      </w:r>
      <w:r>
        <w:t>yeh batane ke liye Khuda ne prophet bhejhe. To prophet ka silsila poori history mein jari raha hai, lekin seventh century mein Khuda ne Muhammad bin Abdullah bin Abdul Muttalib ko apna final prophet banakar bheja.</w:t>
      </w:r>
    </w:p>
    <w:p>
      <w:pPr>
        <w:jc w:val="right"/>
      </w:pPr>
      <w:r>
        <w:t>یہ بتانے کے لیے خدا نے پرافٹ بھیجے۔ تو پرافٹ کا سلسلہ پوری ہسٹری میں جاری رہا ہے، لیکن سیون سینچری میں خدا نے محمد بن عبداللہ بن عبدالمطلب کو اپنا فائنل پرافٹ بنا کر بھیجا۔</w:t>
      </w:r>
    </w:p>
    <w:p>
      <w:r>
        <w:rPr>
          <w:b/>
        </w:rPr>
        <w:t xml:space="preserve">[07:58] </w:t>
      </w:r>
      <w:r>
        <w:t>Final is sense mein ke pichhle paighambaron ki baatein preserve nahi reh paayi thi, history mein unka record nahi bana, unki baatein jo thi,</w:t>
      </w:r>
    </w:p>
    <w:p>
      <w:pPr>
        <w:jc w:val="right"/>
      </w:pPr>
      <w:r>
        <w:t>فائنل اس سینس میں کہ پچھلے پیغمبروں کی باتیں پریزرو نہیں رہ پائی تھیں، ہسٹری میں ان کا ریکارڈ نہیں بنا، ان کی باتیں جو تھیں،</w:t>
      </w:r>
    </w:p>
    <w:p>
      <w:r>
        <w:rPr>
          <w:b/>
        </w:rPr>
        <w:t xml:space="preserve">[08:12] </w:t>
      </w:r>
      <w:r>
        <w:t>uska koi authentic source nahi hai jis se hum jaan saken.</w:t>
      </w:r>
    </w:p>
    <w:p>
      <w:pPr>
        <w:jc w:val="right"/>
      </w:pPr>
      <w:r>
        <w:t>اس کا کوئی اتھینٹک سورس نہیں ہے جس سے ہم جان سکیں۔</w:t>
      </w:r>
    </w:p>
    <w:p>
      <w:r>
        <w:rPr>
          <w:b/>
        </w:rPr>
        <w:t xml:space="preserve">[08:19] </w:t>
      </w:r>
      <w:r>
        <w:t>To final prophet Khuda ne bheja aur uske saath yeh intezam bhi kar diya ke uski baatein history ka hissa ban jayein, part of history.</w:t>
      </w:r>
    </w:p>
    <w:p>
      <w:pPr>
        <w:jc w:val="right"/>
      </w:pPr>
      <w:r>
        <w:t>تو فائنل پرافٹ خدا نے بھیجا اور اس کے ساتھ یہ انتظام بھی کر دیا کہ اس کی باتیں ہسٹری کا حصہ بن جائیں، پارٹ آف ہسٹری۔</w:t>
      </w:r>
    </w:p>
    <w:p>
      <w:r>
        <w:rPr>
          <w:b/>
        </w:rPr>
        <w:t xml:space="preserve">[08:36] </w:t>
      </w:r>
      <w:r>
        <w:t>Pichhle paighambaron ki zindagi part of history nahi ban saki.</w:t>
      </w:r>
    </w:p>
    <w:p>
      <w:pPr>
        <w:jc w:val="right"/>
      </w:pPr>
      <w:r>
        <w:t>پچھلے پیغمبروں کی زندگی پارٹ آف ہسٹری نہیں بن سکی۔</w:t>
      </w:r>
    </w:p>
    <w:p>
      <w:r>
        <w:rPr>
          <w:b/>
        </w:rPr>
        <w:t xml:space="preserve">[08:43] </w:t>
      </w:r>
      <w:r>
        <w:t>Misal ke taur par Moses aaye Egypt mein to Egypt ki history, yaani Moses ki jo contemporary history hai, jabke Pharaoh wahan par rule karta tha,</w:t>
      </w:r>
    </w:p>
    <w:p>
      <w:pPr>
        <w:jc w:val="right"/>
      </w:pPr>
      <w:r>
        <w:t>مثال کے طور پر موزز آئے ایجپٹ میں تو ایجپٹ کی ہسٹری، یعنی موزز کی جو کنٹیمپرری ہسٹری ہے، جبکہ فیرو وہاں پر رول کرتا تھا،</w:t>
      </w:r>
    </w:p>
    <w:p>
      <w:r>
        <w:rPr>
          <w:b/>
        </w:rPr>
        <w:t xml:space="preserve">[09:00] </w:t>
      </w:r>
      <w:r>
        <w:t>uska to record hai, lekin Moses ka record nahi history mein. To jo prophet pehle aaye, woh history mein mention nahi hue.</w:t>
      </w:r>
    </w:p>
    <w:p>
      <w:pPr>
        <w:jc w:val="right"/>
      </w:pPr>
      <w:r>
        <w:t>اس کا تو ریکارڈ ہے، لیکن موزز کا ریکارڈ نہیں ہسٹری میں۔ تو جو پرافٹ پہلے آئے، وہ ہسٹری میں مینشن نہیں ہوئے۔</w:t>
      </w:r>
    </w:p>
    <w:p>
      <w:r>
        <w:rPr>
          <w:b/>
        </w:rPr>
        <w:t xml:space="preserve">[09:14] </w:t>
      </w:r>
      <w:r>
        <w:t>Kisi bhi wajah se yeh waqea hua. To final prophet ke saath yeh special mamla hua ke aap ki zindagi history ka part ban gayi,</w:t>
      </w:r>
    </w:p>
    <w:p>
      <w:pPr>
        <w:jc w:val="right"/>
      </w:pPr>
      <w:r>
        <w:t>کسی بھی وجہ سے یہ واقعہ ہوا۔ تو فائنل پرافٹ کے ساتھ یہ اسپیشل معاملہ ہوا کہ آپ کی زندگی ہسٹری کا پارٹ بن گئی،</w:t>
      </w:r>
    </w:p>
    <w:p>
      <w:r>
        <w:rPr>
          <w:b/>
        </w:rPr>
        <w:t xml:space="preserve">[09:31] </w:t>
      </w:r>
      <w:r>
        <w:t>yaani khud us zamane ki, aap ke zamane ki jo contemporary history hai, usmein ismein woh mention ho gayi. Misal ke taur par Edward Gibbon ki kitab hai,</w:t>
      </w:r>
    </w:p>
    <w:p>
      <w:pPr>
        <w:jc w:val="right"/>
      </w:pPr>
      <w:r>
        <w:t>یعنی خود اس زمانے کی، آپ کے زمانے کی جو کنٹیمپرری ہسٹری ہے، اس میں اس میں وہ مینشن ہو گئی۔ مثال کے طور پر ایڈورڈ گبن کی کتاب ہے،</w:t>
      </w:r>
    </w:p>
    <w:p>
      <w:r>
        <w:rPr>
          <w:b/>
        </w:rPr>
        <w:t xml:space="preserve">[09:46] </w:t>
      </w:r>
      <w:r>
        <w:t>Edward Gibbon, mashhoor British historian, kitab hai bahut hi mashhoor ke "Rise and Fall of Roman Empire".</w:t>
      </w:r>
    </w:p>
    <w:p>
      <w:pPr>
        <w:jc w:val="right"/>
      </w:pPr>
      <w:r>
        <w:t>ایڈورڈ گبن، مشہور برٹش ہسٹورین، کتاب ہے بہت ہی مشہور کہ "رائز اینڈ فال آف رومن ایمپائر"۔</w:t>
      </w:r>
    </w:p>
    <w:p>
      <w:r>
        <w:rPr>
          <w:b/>
        </w:rPr>
        <w:t xml:space="preserve">[10:04] </w:t>
      </w:r>
      <w:r>
        <w:t>to is mein woh mention karta hai rasool Allah ko. yeh anokhi baat hai, kisi aur history mein aap nahin paayenge ke is mein prophet ko mention kiya gaya ho.</w:t>
      </w:r>
    </w:p>
    <w:p>
      <w:pPr>
        <w:jc w:val="right"/>
      </w:pPr>
      <w:r>
        <w:t>تو اس میں وہ مینشن کرتا ہے رسول اللہ کو۔ یہ انوکھی بات ہے، کسی اور ہسٹری میں آپ نہیں پائیں گے کہ اس میں پرافٹ کو مینشن کیا گیا ہو۔</w:t>
      </w:r>
    </w:p>
    <w:p>
      <w:r>
        <w:rPr>
          <w:b/>
        </w:rPr>
        <w:t xml:space="preserve">[10:18] </w:t>
      </w:r>
      <w:r>
        <w:t>misalan Iraq ki history mein Hazrat Ibrahim ko mention nahin kiya jata. Egypt ki history mein Moses ka koi reference nahin hota.</w:t>
      </w:r>
    </w:p>
    <w:p>
      <w:pPr>
        <w:jc w:val="right"/>
      </w:pPr>
      <w:r>
        <w:t>مثلاً عراق کی ہسٹری میں حضرت ابراہیم کو مینشن نہیں کیا گیا جاتا۔ ایجپٹ کی ہسٹری میں موزز کا کوئی ریفرنس نہیں ہوتا۔</w:t>
      </w:r>
    </w:p>
    <w:p>
      <w:r>
        <w:rPr>
          <w:b/>
        </w:rPr>
        <w:t xml:space="preserve">[10:32] </w:t>
      </w:r>
      <w:r>
        <w:t>Syria aur Palestine ki history mein Jesus Christ ka koi reference nahin hota. yeh anokhi baat hai ke is zamane ki jo history likhi gayi aur baat ko jo likhi gayi, us mein prophet Muhammad ka reference maujood hai.</w:t>
      </w:r>
    </w:p>
    <w:p>
      <w:pPr>
        <w:jc w:val="right"/>
      </w:pPr>
      <w:r>
        <w:t>سیریا اور فلسطین کی ہسٹری میں جیسس کرائسٹ کا کوئی ریفرنس نہیں ہوتا۔ یہ انوکھی بات ہے کہ اس زمانے کی جو ہسٹری لکھی گئی اور بات کو جو لکھی گئی، اس میں پرافٹ محمد کا ریفرنس موجود ہے۔</w:t>
      </w:r>
    </w:p>
    <w:p>
      <w:r>
        <w:rPr>
          <w:b/>
        </w:rPr>
        <w:t xml:space="preserve">[10:55] </w:t>
      </w:r>
      <w:r>
        <w:t>isi ko mein keh raha hoon ke specially aisa hua, exceptionally aisa hua ke prophet Muhammad ka poora kaam, aap ka poora mission ki jo activities thin, woh sab history ka part ban gayi.</w:t>
      </w:r>
    </w:p>
    <w:p>
      <w:pPr>
        <w:jc w:val="right"/>
      </w:pPr>
      <w:r>
        <w:t>اسی کو میں کہہ رہا ہوں کہ اسپیشلی ایسا ہوا، ایکسیپشنلی ایسا ہوا کہ پرافٹ محمد کا پورا کام، آپ کا پورا مشن کی جو ایکٹیویٹیز تھیں، وہ سب ہسٹری کا پارٹ بن گئی۔</w:t>
      </w:r>
    </w:p>
    <w:p>
      <w:r>
        <w:rPr>
          <w:b/>
        </w:rPr>
        <w:t xml:space="preserve">[11:21] </w:t>
      </w:r>
      <w:r>
        <w:t>to Islam ka, Islam ki jo ideology hai, woh isi par base karti hai: ek Khuda ko maanna aur ek Khuda ne jis paighambar ko bheja guidance ke liye, us ko maanna.</w:t>
      </w:r>
    </w:p>
    <w:p>
      <w:pPr>
        <w:jc w:val="right"/>
      </w:pPr>
      <w:r>
        <w:t>تو اسلام کا، اسلام کی جو آئیڈیالوجی ہے، وہ اسی پر بیس کرتی ہے: ایک خدا کو ماننا اور ایک خدا نے جس پیغمبر کو بھیجا گائیڈنس کے لیے، اس کو ماننا۔</w:t>
      </w:r>
    </w:p>
    <w:p>
      <w:r>
        <w:rPr>
          <w:b/>
        </w:rPr>
        <w:t xml:space="preserve">[11:39] </w:t>
      </w:r>
      <w:r>
        <w:t>doosri cheez hai jis ko kaha gaya salat, jis ko hum kehte hain namaz ya five time prayer. yeh aadmi ki 24 ghante mein paanch baar namaz padh jaati hai.</w:t>
      </w:r>
    </w:p>
    <w:p>
      <w:pPr>
        <w:jc w:val="right"/>
      </w:pPr>
      <w:r>
        <w:t>دوسری چیز ہے جس کو کہا گیا صلاۃ، جس کو ہم کہتے ہیں نماز یا فائیو ٹائم پریئر۔ یہ آدمی کی 24 گھنٹے میں پانچ بار نماز پڑھ جاتی ہے۔</w:t>
      </w:r>
    </w:p>
    <w:p>
      <w:r>
        <w:rPr>
          <w:b/>
        </w:rPr>
        <w:t xml:space="preserve">[11:56] </w:t>
      </w:r>
      <w:r>
        <w:t>to yeh kya hai? 24 ghante mein rozana paanch baar namaz padhna, sari zindagi, poori life time.</w:t>
      </w:r>
    </w:p>
    <w:p>
      <w:pPr>
        <w:jc w:val="right"/>
      </w:pPr>
      <w:r>
        <w:t>تو یہ کیا ہے؟ 24 گھنٹے میں روزانہ پانچ بار نماز پڑھنا، ساری زندگی، پوری لائف ٹائم۔</w:t>
      </w:r>
    </w:p>
    <w:p>
      <w:r>
        <w:rPr>
          <w:b/>
        </w:rPr>
        <w:t xml:space="preserve">[12:07] </w:t>
      </w:r>
      <w:r>
        <w:t>yeh kya hai? yeh hai Khuda ke aqeeday ki buniyad par zindagi ko organize karna. yaani jab rozana aap paanch baar namaz padhenge to is ka matlab yeh hua ke aap yeh jo ideology hai,</w:t>
      </w:r>
    </w:p>
    <w:p>
      <w:pPr>
        <w:jc w:val="right"/>
      </w:pPr>
      <w:r>
        <w:t>یہ کیا ہے؟ یہ ہے خدا کے عقیدے کی بنیاد پر زندگی کو ارگنائز کرنا۔ یعنی جب روزانہ آپ پانچ بار نماز پڑھیں گے تو اس کا مطلب یہ ہوا کہ آپ یہ جو آئیڈیالوجی ہے،</w:t>
      </w:r>
    </w:p>
    <w:p>
      <w:r>
        <w:rPr>
          <w:b/>
        </w:rPr>
        <w:t xml:space="preserve">[12:25] </w:t>
      </w:r>
      <w:r>
        <w:t>God based ideology, is par aap poori zindagi ko utha liye hue hain, is par aap poori zindagi ko organize kar rahe hain. misal ke taur par in paanch waqt ki namazon mein taqreeban dhasai sau baar, taqreeban dhasai sau baar hum kehte hain: "Allah Akbar,</w:t>
      </w:r>
    </w:p>
    <w:p>
      <w:pPr>
        <w:jc w:val="right"/>
      </w:pPr>
      <w:r>
        <w:t>گاڈ بیسڈ آئیڈیالوجی، اس پر آپ پوری زندگی کو اٹھالے ہوئے ہیں، اس پر آپ پوری زندگی کو ارگنائز کر رہے ہیں۔ مثال کے طور پر ان پانچ وقت کی نمازوں میں تقریباً ڈھائی سو بار، تقریباً ڈھائی سو بار ہم کہتے ہیں: "اللہ اکبر،</w:t>
      </w:r>
    </w:p>
    <w:p>
      <w:r>
        <w:rPr>
          <w:b/>
        </w:rPr>
        <w:t xml:space="preserve">[12:49] </w:t>
      </w:r>
      <w:r>
        <w:t>God is great". yeh 24 ghante mein in namazon ke darmiyan dhasai sau baar kaha jata hai: "Allah Akbar, God is great".</w:t>
      </w:r>
    </w:p>
    <w:p>
      <w:pPr>
        <w:jc w:val="right"/>
      </w:pPr>
      <w:r>
        <w:t>گاڈ از گریٹ"۔ یہ 24 گھنٹے میں ان نمازوں کے درمیان ڈھائی سو بار کہا جاتا ہے: "اللہ اکبر، گاڈ از گریٹ"۔</w:t>
      </w:r>
    </w:p>
    <w:p>
      <w:r>
        <w:rPr>
          <w:b/>
        </w:rPr>
        <w:t xml:space="preserve">[13:02] </w:t>
      </w:r>
      <w:r>
        <w:t>is ka matlab kya hai? "God is great and I am not great, mind is not great".</w:t>
      </w:r>
    </w:p>
    <w:p>
      <w:pPr>
        <w:jc w:val="right"/>
      </w:pPr>
      <w:r>
        <w:t>اس کا مطلب کیا ہے؟ "گاڈ از گریٹ اینڈ آئی ایم ناٹ گریٹ، مائنڈ از ناٹ گریٹ"۔</w:t>
      </w:r>
    </w:p>
    <w:p>
      <w:r>
        <w:rPr>
          <w:b/>
        </w:rPr>
        <w:t xml:space="preserve">[13:16] </w:t>
      </w:r>
      <w:r>
        <w:t>Khuda bada hai, mein bada nahin hoon. to is ka matlab kya hua? yeh hai modesty ka, modesty ka lesson, modesty ka sabak.</w:t>
      </w:r>
    </w:p>
    <w:p>
      <w:pPr>
        <w:jc w:val="right"/>
      </w:pPr>
      <w:r>
        <w:t>خدا بڑا ہے، میں بڑا نہیں ہوں۔ تو اس کا مطلب کیا ہوا؟ یہ ہے ماڈیسٹی کا، ماڈیسٹی کا لیسن، ماڈیسٹی کا سبق۔</w:t>
      </w:r>
    </w:p>
    <w:p>
      <w:r>
        <w:rPr>
          <w:b/>
        </w:rPr>
        <w:t xml:space="preserve">[13:33] </w:t>
      </w:r>
      <w:r>
        <w:t>to goya ke namaz aadmi ko is baat ke liye train karti hai ke woh duniya mein modest ban kar rahe.</w:t>
      </w:r>
    </w:p>
    <w:p>
      <w:pPr>
        <w:jc w:val="right"/>
      </w:pPr>
      <w:r>
        <w:t>تو گویا کہ نماز آدمی کو اس بات کے لیے ٹرین کرتی ہے کہ وہ دنیا میں ماڈیسٹ بن کر رہے۔</w:t>
      </w:r>
    </w:p>
    <w:p>
      <w:r>
        <w:rPr>
          <w:b/>
        </w:rPr>
        <w:t xml:space="preserve">[13:47] </w:t>
      </w:r>
      <w:r>
        <w:t>jaise mein Japan ki, mein ne ek kitaab padhi, Japanese society.</w:t>
      </w:r>
    </w:p>
    <w:p>
      <w:pPr>
        <w:jc w:val="right"/>
      </w:pPr>
      <w:r>
        <w:t>جیسے میں جاپان کی، میں نے ایک کتاب پڑھی، جیپنیز سوسائٹی۔</w:t>
      </w:r>
    </w:p>
    <w:p>
      <w:r>
        <w:rPr>
          <w:b/>
        </w:rPr>
        <w:t xml:space="preserve">[13:59] </w:t>
      </w:r>
      <w:r>
        <w:t>to Japan ke log hain nature par, yeh bohat hi alag thalag, un ka, un ko history mein woh alag thalag rahe.</w:t>
      </w:r>
    </w:p>
    <w:p>
      <w:pPr>
        <w:jc w:val="right"/>
      </w:pPr>
      <w:r>
        <w:t>تو جاپان کے لوگ ہیں نیچر پر، یہ بہت ہی الگ تھلگ، ان کا، ان کو ہسٹری میں وہ الگ تھلگ رہے۔</w:t>
      </w:r>
    </w:p>
    <w:p>
      <w:r>
        <w:rPr>
          <w:b/>
        </w:rPr>
        <w:t xml:space="preserve">[14:09] </w:t>
      </w:r>
      <w:r>
        <w:t>woh to woh nature par reh gaye. ab kuch badli, tabdeeli aa rahi hai. to Japanese society mein yeh tha is book mein ke har Japani, har Japani man aur Japani woman ke andar by nature yeh feeling rehti hai ke "I am under someone".</w:t>
      </w:r>
    </w:p>
    <w:p>
      <w:pPr>
        <w:jc w:val="right"/>
      </w:pPr>
      <w:r>
        <w:t>وہ تو وہ نیچر پر رہ گئے۔ اب کچھ بدلی، تبدیلی آ رہی ہے۔ تو جیپنیز سوسائٹی میں یہ تھا اس بک میں کہ ہر جاپانی، ہر جاپانی مین اور جاپانی وومن کے اندر بائی نیچر یہ فیلنگ رہتی ہے کہ "آئی ایم انڈر سم ون"۔</w:t>
      </w:r>
    </w:p>
    <w:p>
      <w:r>
        <w:rPr>
          <w:b/>
        </w:rPr>
        <w:t xml:space="preserve">[14:38] </w:t>
      </w:r>
      <w:r>
        <w:t>"I am under someone", mein kisi ke mahtahat hoon. to Japaniyon ke ehsas jo hai, itna strong hai ke us ki wajah se un mein aapas mein ladai nahin hoti.</w:t>
      </w:r>
    </w:p>
    <w:p>
      <w:pPr>
        <w:jc w:val="right"/>
      </w:pPr>
      <w:r>
        <w:t>"آئی ایم انڈر سم ون"، میں کسی کے ماتحت ہوں۔ تو جاپانیوں کے احساس جو ہے، اتنا سٹرانگ ہے کہ اس کی وجہ سے ان میں آپس میں لڑائی نہیں ہوتی۔</w:t>
      </w:r>
    </w:p>
    <w:p>
      <w:r>
        <w:rPr>
          <w:b/>
        </w:rPr>
        <w:t xml:space="preserve">[14:51] </w:t>
      </w:r>
      <w:r>
        <w:t>wahan companyon mein hadtal nahin hoti. wahan aisa nahin hota ke kaam chhod kar ke hadtal karein aur saare mulk mein strike karein.</w:t>
      </w:r>
    </w:p>
    <w:p>
      <w:pPr>
        <w:jc w:val="right"/>
      </w:pPr>
      <w:r>
        <w:t>وہاں کمپنیوں میں ہڑتال نہیں ہوتی۔ وہاں ایسا نہیں ہوتا کہ کام چھوڑ کر کے ہڑتال کریں اور سارے ملک میں سٹرائیک کریں۔</w:t>
      </w:r>
    </w:p>
    <w:p>
      <w:r>
        <w:rPr>
          <w:b/>
        </w:rPr>
        <w:t xml:space="preserve">[15:03] </w:t>
      </w:r>
      <w:r>
        <w:t>aur Japan band ka wahan koi aisa kuch bhi nahin hota ke Japan band, saare sadkein band, aisa kuch wahan nahin hota.</w:t>
      </w:r>
    </w:p>
    <w:p>
      <w:pPr>
        <w:jc w:val="right"/>
      </w:pPr>
      <w:r>
        <w:t>اور جاپان بند کا وہاں کوئی ایسا کچھ بھی نہیں ہوتا کہ جاپان بند، سارے سڑکیں بند، ایسا کچھ وہاں نہیں ہوتا۔</w:t>
      </w:r>
    </w:p>
    <w:p>
      <w:r>
        <w:rPr>
          <w:b/>
        </w:rPr>
        <w:t xml:space="preserve">[15:14] </w:t>
      </w:r>
      <w:r>
        <w:t>bohat se, bohat agar un ko company se koi shikayat hai to apne haath par woh kaali patti baandh lete hain aur kaam isi tarah karte rehte hain.</w:t>
      </w:r>
    </w:p>
    <w:p>
      <w:pPr>
        <w:jc w:val="right"/>
      </w:pPr>
      <w:r>
        <w:t>بہت سے، بہت اگر ان کو کمپنی سے کوئی شکایت ہے تو اپنے ہاتھ پر وہ کالی پٹی باندھ لیتے ہیں اور کام اسی طرح کرتے رہتے ہیں۔</w:t>
      </w:r>
    </w:p>
    <w:p>
      <w:r>
        <w:rPr>
          <w:b/>
        </w:rPr>
        <w:t xml:space="preserve">[15:25] </w:t>
      </w:r>
      <w:r>
        <w:t>to is mein mein ne padha ke Japaniyon ki, yaani ek aadmi wahan ja kar raha tha, das saal se zyada, phir woh kitaab likhi thi us ne. to us ne kaha ke Japaniyon ka, mein ne paaya hai, un ka jo ehsas ya un ki feeling jo hoti hai, woh yeh ke "I am under someone", mein kisi ke mahtahat hoon.</w:t>
      </w:r>
    </w:p>
    <w:p>
      <w:pPr>
        <w:jc w:val="right"/>
      </w:pPr>
      <w:r>
        <w:t>تو اس میں میں نے پڑھا کہ جاپانیوں کی، یعنی ایک آدمی وہاں جا کر رہا تھا، دس سال سے زیادہ، پھر وہ کتاب لکھی تھی اس نے۔ تو اس نے کہا کہ جاپانیوں کا، میں نے پایا ہے، ان کا جو احساس یا ان کی فیلنگ جو ہوتی ہے، وہ یہ کہ "آئی ایم انڈر سم ون"، میں کسی کے ماتحت ہوں۔</w:t>
      </w:r>
    </w:p>
    <w:p>
      <w:r>
        <w:rPr>
          <w:b/>
        </w:rPr>
        <w:t xml:space="preserve">[15:43] </w:t>
      </w:r>
      <w:r>
        <w:t>to goya ehsas mahtati mein jeete hain woh. isi liye un ke haan takrao nahin hota. kisi ko takrao, kisi ke khilaaf karte hain aap to wahan yeh mizaj hi nahin un ka.</w:t>
      </w:r>
    </w:p>
    <w:p>
      <w:pPr>
        <w:jc w:val="right"/>
      </w:pPr>
      <w:r>
        <w:t>تو گویا احساس ماتحتی میں جیتے ہیں وہ۔ اسی لیے ان کے ہاں ٹکراؤ نہیں ہوتا۔ کسی کو ٹکراؤ، کسی کے خلاف کرتے ہیں آپ تو وہاں یہ مزاج ہی نہیں ان کا۔</w:t>
      </w:r>
    </w:p>
    <w:p>
      <w:r>
        <w:rPr>
          <w:b/>
        </w:rPr>
        <w:t xml:space="preserve">[15:59] </w:t>
      </w:r>
      <w:r>
        <w:t>to yeh un ke andar by nature hai. to yeh jo namaz hai, sach poochhein to namaz isi qism ki feeling Khuda ke bare mein paida karti hai.</w:t>
      </w:r>
    </w:p>
    <w:p>
      <w:pPr>
        <w:jc w:val="right"/>
      </w:pPr>
      <w:r>
        <w:t>تو یہ ان کے اندر بائی نیچر ہے۔ تو یہ جو نماز ہے، سچ پوچھیں تو نماز اسی قسم کی فیلنگ خدا کے بارے میں پیدا کرتی ہے۔</w:t>
      </w:r>
    </w:p>
    <w:p>
      <w:r>
        <w:rPr>
          <w:b/>
        </w:rPr>
        <w:t xml:space="preserve">[16:12] </w:t>
      </w:r>
      <w:r>
        <w:t>"Allah Akbar" ka matlab hai ke mein Khuda ke mahtahat hoon. "I am under God Almighty".</w:t>
      </w:r>
    </w:p>
    <w:p>
      <w:pPr>
        <w:jc w:val="right"/>
      </w:pPr>
      <w:r>
        <w:t>"اللہ اکبر" کا مطلب ہے کہ میں خدا کے ماتحت ہوں۔ "آئی ایم انڈر گاڈ المائٹی"۔</w:t>
      </w:r>
    </w:p>
    <w:p>
      <w:r>
        <w:rPr>
          <w:b/>
        </w:rPr>
        <w:t xml:space="preserve">[16:20] </w:t>
      </w:r>
      <w:r>
        <w:t>to paanch baar yeh sikhati hai namaz ke "I am under God Almighty". to poori zindagi ko namaz regulate karti hai.</w:t>
      </w:r>
    </w:p>
    <w:p>
      <w:pPr>
        <w:jc w:val="right"/>
      </w:pPr>
      <w:r>
        <w:t>تو پانچ بار یہ سکھاتی ہے نماز کہ "آئی ایم انڈر گاڈ المائٹی"۔ تو پوری زندگی کو نماز ریگولیٹ کرتی ہے۔</w:t>
      </w:r>
    </w:p>
    <w:p>
      <w:r>
        <w:rPr>
          <w:b/>
        </w:rPr>
        <w:t xml:space="preserve">[16:33] </w:t>
      </w:r>
      <w:r>
        <w:t>aap ghhor kijiye ke 24 ghante mein jab paanch baar aisa ho aur dhai sau baar yeh aadmi iqraar kare, yeh kahe apni zabaan se ke main Khuda ke mahtahat hoon, main Khuda ke mahtahat hoon.</w:t>
      </w:r>
    </w:p>
    <w:p>
      <w:pPr>
        <w:jc w:val="right"/>
      </w:pPr>
      <w:r>
        <w:t>آپ غور کیجئے کہ 24 گھنٹے میں جب پانچ بار ایسا ہو اور ڈھائی سو بار یہ آدمی اقرار کرے، یہ کہے اپنی زبان سے کہ میں خدا کے ماتحت ہوں، میں خدا کے ماتحت ہوں۔</w:t>
      </w:r>
    </w:p>
    <w:p>
      <w:r>
        <w:rPr>
          <w:b/>
        </w:rPr>
        <w:t xml:space="preserve">[16:50] </w:t>
      </w:r>
      <w:r>
        <w:t>to is se aadmi ke andar kya hoga? modesty aayegi, submission ke saath rehna us ko aayega.</w:t>
      </w:r>
    </w:p>
    <w:p>
      <w:pPr>
        <w:jc w:val="right"/>
      </w:pPr>
      <w:r>
        <w:t>تو اس سے آدمی کے اندر کیا ہوگا؟ ماڈیسٹی آئے گی، سبمیشن کے ساتھ رہنا اس کو آئے گا۔</w:t>
      </w:r>
    </w:p>
    <w:p>
      <w:r>
        <w:rPr>
          <w:b/>
        </w:rPr>
        <w:t xml:space="preserve">[17:00] </w:t>
      </w:r>
      <w:r>
        <w:t>yeh baatein hongi. to namaz jo hai, ek training hai Islamic lifestyle ke liye.</w:t>
      </w:r>
    </w:p>
    <w:p>
      <w:pPr>
        <w:jc w:val="right"/>
      </w:pPr>
      <w:r>
        <w:t>یہ باتیں ہوں گی۔ تو نماز جو ہے، ایک ٹریننگ ہے اسلامک لائف اسٹائل کے لیے۔</w:t>
      </w:r>
    </w:p>
    <w:p>
      <w:r>
        <w:rPr>
          <w:b/>
        </w:rPr>
        <w:t xml:space="preserve">[17:13] </w:t>
      </w:r>
      <w:r>
        <w:t>isi tarah se dekhiye, namaz mein jab khatm kiya jaata hai to kya hota hai? sab log</w:t>
      </w:r>
    </w:p>
    <w:p>
      <w:pPr>
        <w:jc w:val="right"/>
      </w:pPr>
      <w:r>
        <w:t>اسی طرح سے دیکھیے، نماز میں جب ختم کیا جاتا ہے تو کیا ہوتا ہے؟ سب لوگ</w:t>
      </w:r>
    </w:p>
    <w:p>
      <w:r>
        <w:rPr>
          <w:b/>
        </w:rPr>
        <w:t xml:space="preserve">[17:23] </w:t>
      </w:r>
      <w:r>
        <w:t>apna chehra daayein aur baayein pherte hain aur kehte hain ke "Assalam o Alaikum, Assalam o Alaikum wa Rahmatullahi".</w:t>
      </w:r>
    </w:p>
    <w:p>
      <w:pPr>
        <w:jc w:val="right"/>
      </w:pPr>
      <w:r>
        <w:t>اپنا چہرہ دائیں اور بائیں پھیرتے ہیں اور کہتے ہیں کہ "السلام علیکم، السلام علیکم ورحمۃ اللہ"۔</w:t>
      </w:r>
    </w:p>
    <w:p>
      <w:r>
        <w:rPr>
          <w:b/>
        </w:rPr>
        <w:t xml:space="preserve">[17:34] </w:t>
      </w:r>
      <w:r>
        <w:t>ae logon! tum par Khuda ki salamati ho aur rehmat ho, Khuda ki blessing ho aur Khuda ki marzi ho tumhare upar.</w:t>
      </w:r>
    </w:p>
    <w:p>
      <w:pPr>
        <w:jc w:val="right"/>
      </w:pPr>
      <w:r>
        <w:t>اے لوگوں! تم پر خدا کی سلامتی ہو اور رحمت ہو، خدا کی بلیسنگ ہو اور خدا کی مرضی ہو تمہارے اوپر۔</w:t>
      </w:r>
    </w:p>
    <w:p>
      <w:r>
        <w:rPr>
          <w:b/>
        </w:rPr>
        <w:t xml:space="preserve">[17:50] </w:t>
      </w:r>
      <w:r>
        <w:t>ab aap jaante hain ke namaz jo hai, padhi jaati hai Kaba ke rukh par. yaani yeh Kaba hai to chaaron taraf log namaz padhte hain.</w:t>
      </w:r>
    </w:p>
    <w:p>
      <w:pPr>
        <w:jc w:val="right"/>
      </w:pPr>
      <w:r>
        <w:t>اب آپ جانتے ہیں کہ نماز جو ہے، پڑھی جاتی ہے کعبہ کے رخ پر۔ یعنی یہ کعبہ ہے تو چاروں طرف لوگ نماز پڑھتے ہیں۔</w:t>
      </w:r>
    </w:p>
    <w:p>
      <w:r>
        <w:rPr>
          <w:b/>
        </w:rPr>
        <w:t xml:space="preserve">[18:01] </w:t>
      </w:r>
      <w:r>
        <w:t>har ek ka jo direction Kaba hota hai, idhar se bhi Kaba, idhar se bhi Kaba, idhar se bhi Kaba, idhar se bhi Kaba. ab aap sochiye ke chaaron taraf namaz padhne wale jab aise apna face kar ke aur aise face kar ke karein to poore globe ke liye hogi yeh baat.</w:t>
      </w:r>
    </w:p>
    <w:p>
      <w:pPr>
        <w:jc w:val="right"/>
      </w:pPr>
      <w:r>
        <w:t>ہر ایک کا جو ڈائریکشن کعبہ ہوتا ہے، ادھر سے بھی کعبہ، ادھر سے بھی کعبہ، ادھر سے بھی کعبہ، ادھر سے بھی کعبہ۔ اب آپ سوچیے کہ چاروں طرف نماز پڑھنے والے جب ایسے اپنا فیس کر کے اور ایسے فیس کر کے کریں تو پورے گلوب کے لیے ہوگی یہ بات۔</w:t>
      </w:r>
    </w:p>
    <w:p>
      <w:r>
        <w:rPr>
          <w:b/>
        </w:rPr>
        <w:t xml:space="preserve">[18:21] </w:t>
      </w:r>
      <w:r>
        <w:t>wo yahan jo aadmi hai, wo bhi idhar udhar kar raha hai, yahan jo hai, wo wo bhi kar raha hai, idhar jo hai, wo bhi kar raha hai. to poore globe par jab isi tarah se namaz padh rahe hain log to aap mila kar dekhein to goya ke namazi log 24 ghante poori poori humanity ke liye,</w:t>
      </w:r>
    </w:p>
    <w:p>
      <w:pPr>
        <w:jc w:val="right"/>
      </w:pPr>
      <w:r>
        <w:t>وہ یہاں جو آدمی ہے، وہ بھی ادھر ادھر کر رہا ہے، یہاں جو ہے، وہ وہ بھی کر رہا ہے، ادھر جو ہے، وہ بھی کر رہا ہے۔ تو پورے گلوب پر جب اسی طرح سے نماز پڑھ رہے ہیں لوگ تو آپ ملا کر دیکھیں تو گویا کہ نمازی لوگ 24 گھنٹے پوری پوری ہیومینٹی کے لیے،</w:t>
      </w:r>
    </w:p>
    <w:p>
      <w:r>
        <w:rPr>
          <w:b/>
        </w:rPr>
        <w:t xml:space="preserve">[18:43] </w:t>
      </w:r>
      <w:r>
        <w:t>globe par basne wale saare insano ke liye keh rahe hain ke tumhare upar blessing ho Khuda ki, tumhare upar peace ho Khuda ki.</w:t>
      </w:r>
    </w:p>
    <w:p>
      <w:pPr>
        <w:jc w:val="right"/>
      </w:pPr>
      <w:r>
        <w:t>گلوب پر بسنے والے سارے انسانوں کے لیے کہہ رہے ہیں کہ تمہارے اوپر بلیسنگ ہو خدا کی، تمہارے اوپر پیس ہو خدا کی۔</w:t>
      </w:r>
    </w:p>
    <w:p>
      <w:r>
        <w:rPr>
          <w:b/>
        </w:rPr>
        <w:t xml:space="preserve">[18:55] </w:t>
      </w:r>
      <w:r>
        <w:t>ab kitni badi spirit jagati hai namaz ke ek taraf aur bhi baatein namaz mein hain. inhi do ko le lijiye aap ke ek taraf</w:t>
      </w:r>
    </w:p>
    <w:p>
      <w:pPr>
        <w:jc w:val="right"/>
      </w:pPr>
      <w:r>
        <w:t>اب کتنی بڑی سپرٹ جگاتی ہے نماز کہ ایک طرف اور بھی باتیں نماز میں ہیں۔ انہی دو کو لے لیجئے آپ کہ ایک طرف</w:t>
      </w:r>
    </w:p>
    <w:p>
      <w:r>
        <w:rPr>
          <w:b/>
        </w:rPr>
        <w:t xml:space="preserve">[19:09] </w:t>
      </w:r>
      <w:r>
        <w:t>insaan ke andar yeh spirit jagati hai ke bada to sirf Khuda hai, main us ke under mein hoon, mujhe Khuda ki baat maankar, us ke aage submit, submission kar ke mujhe rehna hai duniya mein,</w:t>
      </w:r>
    </w:p>
    <w:p>
      <w:pPr>
        <w:jc w:val="right"/>
      </w:pPr>
      <w:r>
        <w:t>انسان کے اندر یہ سپرٹ جگاتی ہے کہ بڑا تو صرف خدا ہے، میں اس کے انڈر میں ہوں، مجھے خدا کی بات مان کر، اس کے آگے سبمٹ، سبمیشن کر کے مجھے رہنا ہے دنیا میں،</w:t>
      </w:r>
    </w:p>
    <w:p>
      <w:r>
        <w:rPr>
          <w:b/>
        </w:rPr>
        <w:t xml:space="preserve">[19:25] </w:t>
      </w:r>
      <w:r>
        <w:t>modesty ke saath rehna hai duniya mein. ek yeh spirit hai. doosri spirit yeh hai ke saare insano ke liye us ke andar rehmat ka jazba, saare insano ke liye mohabbat ka jazba.</w:t>
      </w:r>
    </w:p>
    <w:p>
      <w:pPr>
        <w:jc w:val="right"/>
      </w:pPr>
      <w:r>
        <w:t>ماڈیسٹی کے ساتھ رہنا ہے دنیا میں۔ ایک یہ سپرٹ ہے۔ دوسری سپرٹ یہ ہے کہ سارے انسانوں کے لیے اس کے اندر رحمت کا جذبہ، سارے انسانوں کے لیے محبت کا جذبہ۔</w:t>
      </w:r>
    </w:p>
    <w:p>
      <w:r>
        <w:rPr>
          <w:b/>
        </w:rPr>
        <w:t xml:space="preserve">[19:39] </w:t>
      </w:r>
      <w:r>
        <w:t>to ek muhaddis the, scholar, ek bade scholar the, Islamic scholar, un ka naam tha Ibn Uyaynah.</w:t>
      </w:r>
    </w:p>
    <w:p>
      <w:pPr>
        <w:jc w:val="right"/>
      </w:pPr>
      <w:r>
        <w:t>تو ایک محدث تھے، اسکالر، ایک بڑے اسکالر تھے، اسلامک اسکالر، ان کا نام تھا ابن عوینہ۔</w:t>
      </w:r>
    </w:p>
    <w:p>
      <w:r>
        <w:rPr>
          <w:b/>
        </w:rPr>
        <w:t xml:space="preserve">[19:49] </w:t>
      </w:r>
      <w:r>
        <w:t>Ibn Uyaynah, ain ye ye no hai. to Ibn Uyaynah ne kaha, is ki, is ke, is ko un ka interpretation dete hue ke "hal tudribu assalam".</w:t>
      </w:r>
    </w:p>
    <w:p>
      <w:pPr>
        <w:jc w:val="right"/>
      </w:pPr>
      <w:r>
        <w:t>ابن عوینہ، عین یے یے نو ہے۔ تو ابن عوینہ نے کہا، اس کی، اس کے، اس کو ان کا انٹرپریشن دیتے ہوئے کہ "حل تدری مسلام"۔</w:t>
      </w:r>
    </w:p>
    <w:p>
      <w:r>
        <w:rPr>
          <w:b/>
        </w:rPr>
        <w:t xml:space="preserve">[20:07] </w:t>
      </w:r>
      <w:r>
        <w:t>kya tum jaante ho ke yeh salam karna kya hai?</w:t>
      </w:r>
    </w:p>
    <w:p>
      <w:pPr>
        <w:jc w:val="right"/>
      </w:pPr>
      <w:r>
        <w:t>کیا تم جانتے ہو کہ یہ سلام کرنا کیا ہے؟</w:t>
      </w:r>
    </w:p>
    <w:p>
      <w:r>
        <w:rPr>
          <w:b/>
        </w:rPr>
        <w:t xml:space="preserve">[20:14] </w:t>
      </w:r>
      <w:r>
        <w:t>jab ek aadmi kehta hai "Assalam o Alaikum wa Rahmatullahi", "Assalam o Alaikum wa Rahmatullahi" to yeh salam karna kya hai?</w:t>
      </w:r>
    </w:p>
    <w:p>
      <w:pPr>
        <w:jc w:val="right"/>
      </w:pPr>
      <w:r>
        <w:t>جب ایک آدمی کہتا ہے "السلام علیکم ورحمۃ اللہ"، "السلام علیکم ورحمۃ اللہ" تو یہ سلام کرنا کیا ہے؟</w:t>
      </w:r>
    </w:p>
    <w:p>
      <w:r>
        <w:rPr>
          <w:b/>
        </w:rPr>
        <w:t xml:space="preserve">[20:26] </w:t>
      </w:r>
      <w:r>
        <w:t>"hal tudribu assalam". to batate hain ke "yaqulu anta aminun minni", "yaqulu anta aminun minni".</w:t>
      </w:r>
    </w:p>
    <w:p>
      <w:pPr>
        <w:jc w:val="right"/>
      </w:pPr>
      <w:r>
        <w:t>"حل تدریب السلام"۔ تو بتاتے ہیں کہ "یقول انت امن منی"، "یقول انت امن منی"۔</w:t>
      </w:r>
    </w:p>
    <w:p>
      <w:r>
        <w:rPr>
          <w:b/>
        </w:rPr>
        <w:t xml:space="preserve">[20:37] </w:t>
      </w:r>
      <w:r>
        <w:t>yaani wo kehta hai ke ae logon!</w:t>
      </w:r>
    </w:p>
    <w:p>
      <w:pPr>
        <w:jc w:val="right"/>
      </w:pPr>
      <w:r>
        <w:t>یعنی وہ کہتا ہے کہ اے لوگوں!</w:t>
      </w:r>
    </w:p>
    <w:p>
      <w:r>
        <w:rPr>
          <w:b/>
        </w:rPr>
        <w:t xml:space="preserve">[20:43] </w:t>
      </w:r>
      <w:r>
        <w:t>tum meri taraf se mehfooz ho, tum meri taraf se mehfooz ho. yaani tumhara maal, tumhari abru, tumhari izzat, tumhari property,</w:t>
      </w:r>
    </w:p>
    <w:p>
      <w:pPr>
        <w:jc w:val="right"/>
      </w:pPr>
      <w:r>
        <w:t>تم میری طرف سے محفوظ ہو، تم میری طرف سے محفوظ ہو۔ یعنی تمہارا مال، تمہاری ابرو، تمہاری عزت، تمہاری پراپرٹی،</w:t>
      </w:r>
    </w:p>
    <w:p>
      <w:r>
        <w:rPr>
          <w:b/>
        </w:rPr>
        <w:t xml:space="preserve">[21:00] </w:t>
      </w:r>
      <w:r>
        <w:t>har cheez mujh se tum ko koi khatra nahin. main ek aisa aadmi hoon jo tumhare liye ek no problem insaan aadmi hoon.</w:t>
      </w:r>
    </w:p>
    <w:p>
      <w:pPr>
        <w:jc w:val="right"/>
      </w:pPr>
      <w:r>
        <w:t>ہر چیز مجھ سے تم کو کوئی خطرہ نہیں۔ میں ایک ایسا آدمی ہوں جو تمہارے لیے ایک نو پرابلم انسان آدمی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