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and Quran July 18, 2010</w:t>
      </w:r>
    </w:p>
    <w:p>
      <w:r>
        <w:t>https://youtu.be/TSjqSQEb0EQ</w:t>
      </w:r>
    </w:p>
    <w:p>
      <w:r>
        <w:rPr>
          <w:b/>
        </w:rPr>
        <w:t xml:space="preserve">[00:13] </w:t>
      </w:r>
      <w:r>
        <w:t>bismillah-hir-rehman-nir-rahim, wa sallallahu 'ala nabiyyi al-kareem. rab-bish-rahli sadri, wa yassir li amri, wah-lul-'uqdatan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roze ka mahina bohat qareeb aa gaya hai, to</w:t>
      </w:r>
    </w:p>
    <w:p>
      <w:pPr>
        <w:jc w:val="right"/>
      </w:pPr>
      <w:r>
        <w:t>روزے کا مہینہ بہت قریب آ گیا ہے، تو</w:t>
      </w:r>
    </w:p>
    <w:p>
      <w:r>
        <w:rPr>
          <w:b/>
        </w:rPr>
        <w:t xml:space="preserve">[00:44] </w:t>
      </w:r>
      <w:r>
        <w:t>is ki nisbat se aaj ka topic hai: roza aur Quran.</w:t>
      </w:r>
    </w:p>
    <w:p>
      <w:pPr>
        <w:jc w:val="right"/>
      </w:pPr>
      <w:r>
        <w:t>اس کی نسبت سے آج کا ٹاپک ہے: روزہ اور قرآن۔</w:t>
      </w:r>
    </w:p>
    <w:p>
      <w:r>
        <w:rPr>
          <w:b/>
        </w:rPr>
        <w:t xml:space="preserve">[00:56] </w:t>
      </w:r>
      <w:r>
        <w:t>Quran mein Surah Al-Baqarah mein ek poora ruku' hai jo roza yaani fasting ke baray mein hai.</w:t>
      </w:r>
    </w:p>
    <w:p>
      <w:pPr>
        <w:jc w:val="right"/>
      </w:pPr>
      <w:r>
        <w:t>قرآن میں سورہ البقرہ میں ایک پورا رکوع ہے جو روزہ یعنی فاسٹنگ کے بارے میں ہے۔</w:t>
      </w:r>
    </w:p>
    <w:p>
      <w:r>
        <w:rPr>
          <w:b/>
        </w:rPr>
        <w:t xml:space="preserve">[01:07] </w:t>
      </w:r>
      <w:r>
        <w:t>is mein yeh ayat hai: shahru ramadan alladhi unzila fihil quranu hudan linnasi wa bayyinatin min al-huda wal furqan, fa man shahida minkumush shariqa yaani Ramzan ka mahina</w:t>
      </w:r>
    </w:p>
    <w:p>
      <w:pPr>
        <w:jc w:val="right"/>
      </w:pPr>
      <w:r>
        <w:t>اس میں یہ آیت ہے: شهر رمضان الذي أنزل فيه القرآن هدى للناس وبينات من الهدى والفرقان فمن شهد منكم الشارق یعنی رمضان کا مہینہ</w:t>
      </w:r>
    </w:p>
    <w:p>
      <w:r>
        <w:rPr>
          <w:b/>
        </w:rPr>
        <w:t xml:space="preserve">[01:25] </w:t>
      </w:r>
      <w:r>
        <w:t>woh mahina hai jab ke Quran utara gaya. to is mahine mein tum roza rakho.</w:t>
      </w:r>
    </w:p>
    <w:p>
      <w:pPr>
        <w:jc w:val="right"/>
      </w:pPr>
      <w:r>
        <w:t>وہ مہینہ ہے جب کہ قرآن اتارا گیا۔ تو اس مہینے میں تم روزہ رکھو۔</w:t>
      </w:r>
    </w:p>
    <w:p>
      <w:r>
        <w:rPr>
          <w:b/>
        </w:rPr>
        <w:t xml:space="preserve">[01:35] </w:t>
      </w:r>
      <w:r>
        <w:t>dekhen, yeh jo andaaz hai baat karne ka, is se yeh nikalta hai ke roze mein aur Quran mein koi khaas ta'alluq hai.</w:t>
      </w:r>
    </w:p>
    <w:p>
      <w:pPr>
        <w:jc w:val="right"/>
      </w:pPr>
      <w:r>
        <w:t>دیکھیں، یہ جو انداز ہے بات کرنے کا، اس سے یہ نکلتا ہے کہ روزہ میں اور قرآن میں کوئی خاص تعلق ہے۔</w:t>
      </w:r>
    </w:p>
    <w:p>
      <w:r>
        <w:rPr>
          <w:b/>
        </w:rPr>
        <w:t xml:space="preserve">[01:50] </w:t>
      </w:r>
      <w:r>
        <w:t>woh ta'alluq kya hai?</w:t>
      </w:r>
    </w:p>
    <w:p>
      <w:pPr>
        <w:jc w:val="right"/>
      </w:pPr>
      <w:r>
        <w:t>وہ تعلق کیا ہے؟</w:t>
      </w:r>
    </w:p>
    <w:p>
      <w:r>
        <w:rPr>
          <w:b/>
        </w:rPr>
        <w:t xml:space="preserve">[01:54] </w:t>
      </w:r>
      <w:r>
        <w:t>woh ta'alluq yeh hai ke har amal se pehle ek</w:t>
      </w:r>
    </w:p>
    <w:p>
      <w:pPr>
        <w:jc w:val="right"/>
      </w:pPr>
      <w:r>
        <w:t>وہ تعلق یہ ہے کہ ہر عمل سے پہلے ایک</w:t>
      </w:r>
    </w:p>
    <w:p>
      <w:r>
        <w:rPr>
          <w:b/>
        </w:rPr>
        <w:t xml:space="preserve">[02:04] </w:t>
      </w:r>
      <w:r>
        <w:t>preparatory course hota hai. koi bhi kaam aap karen, jaise aap khana khane jaate hain hotel mein, to wahan aap ko starter diya jaata hai.</w:t>
      </w:r>
    </w:p>
    <w:p>
      <w:pPr>
        <w:jc w:val="right"/>
      </w:pPr>
      <w:r>
        <w:t>پریپریٹری کورس ہوتا ہے۔ کوئی بھی کام آپ کریں، جیسے آپ کھانا کھانے جاتے ہیں ہوٹل میں، تو وہاں آپ کو اسٹارٹر دیا جاتا ہے۔</w:t>
      </w:r>
    </w:p>
    <w:p>
      <w:r>
        <w:rPr>
          <w:b/>
        </w:rPr>
        <w:t xml:space="preserve">[02:16] </w:t>
      </w:r>
      <w:r>
        <w:t>starter kya hai?</w:t>
      </w:r>
    </w:p>
    <w:p>
      <w:pPr>
        <w:jc w:val="right"/>
      </w:pPr>
      <w:r>
        <w:t>اسٹارٹر کیا ہے؟</w:t>
      </w:r>
    </w:p>
    <w:p>
      <w:r>
        <w:rPr>
          <w:b/>
        </w:rPr>
        <w:t xml:space="preserve">[02:18] </w:t>
      </w:r>
      <w:r>
        <w:t>woh pre-meal khana hai. pre-meal yaani meal se pehle meal, khane se pehle khana, woh hai starter.</w:t>
      </w:r>
    </w:p>
    <w:p>
      <w:pPr>
        <w:jc w:val="right"/>
      </w:pPr>
      <w:r>
        <w:t>وہ پری میل کھانا ہے۔ پری میل یعنی میل سے پہلے میل، کھانے سے پہلے کھانا، وہ ہے اسٹارٹر۔</w:t>
      </w:r>
    </w:p>
    <w:p>
      <w:r>
        <w:rPr>
          <w:b/>
        </w:rPr>
        <w:t xml:space="preserve">[02:33] </w:t>
      </w:r>
      <w:r>
        <w:t>to yeh har maamle mein, har maamle mein ke jab aap koi kaam karne ja rahe hote hain to is se pehle aap tayyari karte hain.</w:t>
      </w:r>
    </w:p>
    <w:p>
      <w:pPr>
        <w:jc w:val="right"/>
      </w:pPr>
      <w:r>
        <w:t>تو یہ ہر معاملے میں، ہر معاملے میں کہ جب آپ کوئی کام کرنے جا رہے ہوتے ہیں تو اس سے پہلے آپ تیاری کرتے ہیں۔</w:t>
      </w:r>
    </w:p>
    <w:p>
      <w:r>
        <w:rPr>
          <w:b/>
        </w:rPr>
        <w:t xml:space="preserve">[02:43] </w:t>
      </w:r>
      <w:r>
        <w:t>to Quran ki jo study hai, Quran ka jo muta'ala hai, is ke liye bhi ek tayyari chahiye. to Ramzan ka mahine mein roza rakhna yahi tayyari hai.</w:t>
      </w:r>
    </w:p>
    <w:p>
      <w:pPr>
        <w:jc w:val="right"/>
      </w:pPr>
      <w:r>
        <w:t>تو قرآن کی جو اسٹڈی ہے، قرآن کا جو مطالعہ ہے، اس کے لیے بھی ایک تیاری چاہیے۔ تو رمضان کا مہینے میں روزہ رکھنا یہی تیاری ہے۔</w:t>
      </w:r>
    </w:p>
    <w:p>
      <w:r>
        <w:rPr>
          <w:b/>
        </w:rPr>
        <w:t xml:space="preserve">[02:57] </w:t>
      </w:r>
      <w:r>
        <w:t>woh preparatory course hai Quran ko zyada samajhne ke liye. Ramzan mein kya hota hai?</w:t>
      </w:r>
    </w:p>
    <w:p>
      <w:pPr>
        <w:jc w:val="right"/>
      </w:pPr>
      <w:r>
        <w:t>وہ پریپریٹری کورس ہے قرآن کو زیادہ سمجھنے کے لیے۔ رمضان میں کیا ہوتا ہے؟</w:t>
      </w:r>
    </w:p>
    <w:p>
      <w:r>
        <w:rPr>
          <w:b/>
        </w:rPr>
        <w:t xml:space="preserve">[03:07] </w:t>
      </w:r>
      <w:r>
        <w:t>roze mein kya hota hai?</w:t>
      </w:r>
    </w:p>
    <w:p>
      <w:pPr>
        <w:jc w:val="right"/>
      </w:pPr>
      <w:r>
        <w:t>روزے میں کیا ہوتا ہے؟</w:t>
      </w:r>
    </w:p>
    <w:p>
      <w:r>
        <w:rPr>
          <w:b/>
        </w:rPr>
        <w:t xml:space="preserve">[03:10] </w:t>
      </w:r>
      <w:r>
        <w:t>aap apni zarooraton ko bohat kam karte hain. khana kam, pani kam, sona kam, aaram kam, har cheez mein kami.</w:t>
      </w:r>
    </w:p>
    <w:p>
      <w:pPr>
        <w:jc w:val="right"/>
      </w:pPr>
      <w:r>
        <w:t>آپ اپنی ضرورتوں کو بہت کم کرتے ہیں۔ کھانا کم، پانی کم، سونا کم، آرام کم، ہر چیز میں کمی۔</w:t>
      </w:r>
    </w:p>
    <w:p>
      <w:r>
        <w:rPr>
          <w:b/>
        </w:rPr>
        <w:t xml:space="preserve">[03:21] </w:t>
      </w:r>
      <w:r>
        <w:t>to maqsad kya hai is ka? yeh hai minimizing one's need to spare more time for the study of the Quran</w:t>
      </w:r>
    </w:p>
    <w:p>
      <w:pPr>
        <w:jc w:val="right"/>
      </w:pPr>
      <w:r>
        <w:t>تو مقصد کیا ہے اس کا؟ یہ ہے minimizing one's need to spare more time for the study of the Quran</w:t>
      </w:r>
    </w:p>
    <w:p>
      <w:r>
        <w:rPr>
          <w:b/>
        </w:rPr>
        <w:t xml:space="preserve">[03:37] </w:t>
      </w:r>
      <w:r>
        <w:t>yani apni jo zarooraten hain maadi, un mein bohat kami karna. itni kami ke bas bilkul need ke darje mein aa jana taake aap ko zyada time mile quran ko parhne ka.</w:t>
      </w:r>
    </w:p>
    <w:p>
      <w:pPr>
        <w:jc w:val="right"/>
      </w:pPr>
      <w:r>
        <w:t>یعنی اپنی جو ضرورتیں ہیں مادی، ان میں بہت کمی کرنا۔ اتنی کمی کہ بس بالکل نیڈ کے درجے میں آ جانا تاکہ آپ کو زیادہ ٹائم ملے قرآن کو پڑھنے کا۔</w:t>
      </w:r>
    </w:p>
    <w:p>
      <w:r>
        <w:rPr>
          <w:b/>
        </w:rPr>
        <w:t xml:space="preserve">[03:55] </w:t>
      </w:r>
      <w:r>
        <w:t>to quran ka matlab ramzan ka matlab log samajhte hain ke is mein quran ki tilawat ki jaye, yani is ko recite kiya jaye.</w:t>
      </w:r>
    </w:p>
    <w:p>
      <w:pPr>
        <w:jc w:val="right"/>
      </w:pPr>
      <w:r>
        <w:t>تو قرآن کا مطلب رمضان کا مطلب لوگ سمجھتے ہیں کہ اس میں قرآن کی تلاوت کی جائے، یعنی اس کو ریسیٹ کیا جائے۔</w:t>
      </w:r>
    </w:p>
    <w:p>
      <w:r>
        <w:rPr>
          <w:b/>
        </w:rPr>
        <w:t xml:space="preserve">[04:06] </w:t>
      </w:r>
      <w:r>
        <w:t>woh nahi hai. asal cheez kya hai? quran ki study. kyunke quran mein dekhen, ayat hai ke khuda ne utari yeh kitab quran litabbaru ayatihi taake log is ke ayaton par tadabbur karen.</w:t>
      </w:r>
    </w:p>
    <w:p>
      <w:pPr>
        <w:jc w:val="right"/>
      </w:pPr>
      <w:r>
        <w:t>وہ نہیں ہے۔ اصل چیز کیا ہے؟ قرآن کی اسٹڈی۔ کیونکہ قرآن میں دیکھیں، آیت ہے کہ خدا نے اتاری یہ کتاب قرآن لیتبر آیاتہ تاکہ لوگ اس کے آیتوں پر تدبر کریں۔</w:t>
      </w:r>
    </w:p>
    <w:p>
      <w:r>
        <w:rPr>
          <w:b/>
        </w:rPr>
        <w:t xml:space="preserve">[04:25] </w:t>
      </w:r>
      <w:r>
        <w:t>tadabbur ka matlab hota hai contemplation aur fikr, sochna.</w:t>
      </w:r>
    </w:p>
    <w:p>
      <w:pPr>
        <w:jc w:val="right"/>
      </w:pPr>
      <w:r>
        <w:t>تدبر کا مطلب ہوتا ہے کنٹمپلیشن اور فکر، سوچنا۔</w:t>
      </w:r>
    </w:p>
    <w:p>
      <w:r>
        <w:rPr>
          <w:b/>
        </w:rPr>
        <w:t xml:space="preserve">[04:32] </w:t>
      </w:r>
      <w:r>
        <w:t>to sochna jo hai, yahi aaghaz hai quran ko samajhne ka. to sochnay ke liye aap ko time chahiye, distraction se bachna chahiye.</w:t>
      </w:r>
    </w:p>
    <w:p>
      <w:pPr>
        <w:jc w:val="right"/>
      </w:pPr>
      <w:r>
        <w:t>تو سوچنا جو ہے، یہی آغاز ہے قرآن کو سمجھنے کا۔ تو سوچنے کے لیے آپ کو ٹائم چاہیے، ڈسٹریکشن سے بچنا چاہیے۔</w:t>
      </w:r>
    </w:p>
    <w:p>
      <w:r>
        <w:rPr>
          <w:b/>
        </w:rPr>
        <w:t xml:space="preserve">[04:46] </w:t>
      </w:r>
      <w:r>
        <w:t>to roza jo hai, aap ko distraction se bachata hai, aap ki need mein kami karta hai, aur zyada time nikalte hain aap quran ko samajhne ke liye.</w:t>
      </w:r>
    </w:p>
    <w:p>
      <w:pPr>
        <w:jc w:val="right"/>
      </w:pPr>
      <w:r>
        <w:t>تو روزہ جو ہے، آپ کو ڈسٹریکشن سے بچاتا ہے، آپ کی نیڈ میں کمی کرتا ہے، اور زیادہ ٹائم نکالتے ہیں آپ قرآن کو سمجھنے کے لیے۔</w:t>
      </w:r>
    </w:p>
    <w:p>
      <w:r>
        <w:rPr>
          <w:b/>
        </w:rPr>
        <w:t xml:space="preserve">[04:58] </w:t>
      </w:r>
      <w:r>
        <w:t>to ramzan ka mahina, saal ka ek mahina aisa rakha gaya hai ke is mahine mein log zyada se zyada quran ko parhen, zyada se zyada quran ki study karen,</w:t>
      </w:r>
    </w:p>
    <w:p>
      <w:pPr>
        <w:jc w:val="right"/>
      </w:pPr>
      <w:r>
        <w:t>تو رمضان کا مہینہ، سال کا ایک مہینہ ایسا رکھا گیا ہے کہ اس مہینے میں لوگ زیادہ سے زیادہ قرآن کو پڑھیں، زیادہ سے زیادہ قرآن کی اسٹڈی کریں،</w:t>
      </w:r>
    </w:p>
    <w:p>
      <w:r>
        <w:rPr>
          <w:b/>
        </w:rPr>
        <w:t xml:space="preserve">[05:12] </w:t>
      </w:r>
      <w:r>
        <w:t>zyada se zyada quran mein ghor o fikr karen. to roza isi ki tayyari hai.</w:t>
      </w:r>
    </w:p>
    <w:p>
      <w:pPr>
        <w:jc w:val="right"/>
      </w:pPr>
      <w:r>
        <w:t>زیادہ سے زیادہ قرآن میں غور و فکر کریں۔ تو روزہ اسی کی تیاری ہے۔</w:t>
      </w:r>
    </w:p>
    <w:p>
      <w:r>
        <w:rPr>
          <w:b/>
        </w:rPr>
        <w:t xml:space="preserve">[05:21] </w:t>
      </w:r>
      <w:r>
        <w:t>dekhen, har amal mein, islam mein jitne bhi amal hain, har cheez mein ek ek is amal se pehle ek ek cheez hoti hai. jaise iman hai, iman se pehle kya hai?</w:t>
      </w:r>
    </w:p>
    <w:p>
      <w:pPr>
        <w:jc w:val="right"/>
      </w:pPr>
      <w:r>
        <w:t>دیکھیں، ہر عمل میں، اسلام میں جتنے بھی عمل ہیں، ہر چیز میں ایک ایک اس عمل سے پہلے ایک ایک چیز ہوتی ہے۔ جیسے ایمان ہے، ایمان سے پہلے کیا ہے؟</w:t>
      </w:r>
    </w:p>
    <w:p>
      <w:r>
        <w:rPr>
          <w:b/>
        </w:rPr>
        <w:t xml:space="preserve">[05:33] </w:t>
      </w:r>
      <w:r>
        <w:t>ma'rifat. pehle aadmi ma'rifat ka</w:t>
      </w:r>
    </w:p>
    <w:p>
      <w:pPr>
        <w:jc w:val="right"/>
      </w:pPr>
      <w:r>
        <w:t>معرفت۔ پہلے آدمی معرفت کا</w:t>
      </w:r>
    </w:p>
    <w:p>
      <w:r>
        <w:rPr>
          <w:b/>
        </w:rPr>
        <w:t xml:space="preserve">[05:39] </w:t>
      </w:r>
      <w:r>
        <w:t>course karta hai, tab us ko iman hasil hota hai. namaz bhi dekhen, har farz namaz se pehle nafl namaz hai.</w:t>
      </w:r>
    </w:p>
    <w:p>
      <w:pPr>
        <w:jc w:val="right"/>
      </w:pPr>
      <w:r>
        <w:t>کورس کرتا ہے، تب اس کو ایمان حاصل ہوتا ہے۔ نماز بھی دیکھیں، ہر فرض نماز سے پہلے نفل نماز ہے۔</w:t>
      </w:r>
    </w:p>
    <w:p>
      <w:r>
        <w:rPr>
          <w:b/>
        </w:rPr>
        <w:t xml:space="preserve">[05:49] </w:t>
      </w:r>
      <w:r>
        <w:t>nafl namazen kya</w:t>
      </w:r>
    </w:p>
    <w:p>
      <w:pPr>
        <w:jc w:val="right"/>
      </w:pPr>
      <w:r>
        <w:t>نفل نمازیں کیا</w:t>
      </w:r>
    </w:p>
    <w:p>
      <w:r>
        <w:rPr>
          <w:b/>
        </w:rPr>
        <w:t xml:space="preserve">[05:50] </w:t>
      </w:r>
      <w:r>
        <w:t>hain? namaz ki tayyari hai. zakat se pehle infaq hai, hajj se pehle umrah hai.</w:t>
      </w:r>
    </w:p>
    <w:p>
      <w:pPr>
        <w:jc w:val="right"/>
      </w:pPr>
      <w:r>
        <w:t>ہیں؟ نماز کی تیاری ہے۔ زکوۃ سے پہلے انفاق ہے، حج سے پہلے عمرہ ہے۔</w:t>
      </w:r>
    </w:p>
    <w:p>
      <w:r>
        <w:rPr>
          <w:b/>
        </w:rPr>
        <w:t xml:space="preserve">[06:00] </w:t>
      </w:r>
      <w:r>
        <w:t>to jitne bhi aamal hain, hatta ke jaise maslan dawat ka kaam hai, to dawat ka bhi ek ek preparatory course hai.</w:t>
      </w:r>
    </w:p>
    <w:p>
      <w:pPr>
        <w:jc w:val="right"/>
      </w:pPr>
      <w:r>
        <w:t>تو جتنے بھی اعمال ہیں، حتیٰ کہ جیسے مثلاً دعوت کا کام ہے، تو دعوت کا بھی ایک ایک پریپریٹری کورس ہے۔</w:t>
      </w:r>
    </w:p>
    <w:p>
      <w:r>
        <w:rPr>
          <w:b/>
        </w:rPr>
        <w:t xml:space="preserve">[06:11] </w:t>
      </w:r>
      <w:r>
        <w:t>dawat se pehle ek cheez matloob hai, woh hai talif-e-qalb.</w:t>
      </w:r>
    </w:p>
    <w:p>
      <w:pPr>
        <w:jc w:val="right"/>
      </w:pPr>
      <w:r>
        <w:t>دعوت سے پہلے ایک چیز مطلوب ہے، وہ ہے تالیف قلب۔</w:t>
      </w:r>
    </w:p>
    <w:p>
      <w:r>
        <w:rPr>
          <w:b/>
        </w:rPr>
        <w:t xml:space="preserve">[06:16] </w:t>
      </w:r>
      <w:r>
        <w:t>talif-e-qalb ke baghair agar aap dawat denge aap, to is ka koi faida nahi hoga. abhi mere paas ek maqam se ek telephone aya, us se pehle bhi in ka telephone aya tha.</w:t>
      </w:r>
    </w:p>
    <w:p>
      <w:pPr>
        <w:jc w:val="right"/>
      </w:pPr>
      <w:r>
        <w:t>تالیف قلب کے بغیر اگر آپ دعوت دیں گے آپ، تو اس کا کوئی فائدہ نہیں ہوگا۔ ابھی میرے پاس ایک مقام سے ایک ٹیلی فون آیا، اس سے پہلے بھی ان کا ٹیلی فون آیا تھا۔</w:t>
      </w:r>
    </w:p>
    <w:p>
      <w:r>
        <w:rPr>
          <w:b/>
        </w:rPr>
        <w:t xml:space="preserve">[06:30] </w:t>
      </w:r>
      <w:r>
        <w:t>to woh jahan rehte hain, wahan par woh gaye ek doctor ke paas quran le kar, yani english ka jo chapa hai, hamara tarjuma us ko le kar.</w:t>
      </w:r>
    </w:p>
    <w:p>
      <w:pPr>
        <w:jc w:val="right"/>
      </w:pPr>
      <w:r>
        <w:t>تو وہ جہاں رہتے ہیں، وہاں پر وہ گئے ایک ڈاکٹر کے پاس قرآن لے کر، یعنی انگلش کا جو چھپا ہے، ہمارا ترجمہ اس کو لے کر۔</w:t>
      </w:r>
    </w:p>
    <w:p>
      <w:r>
        <w:rPr>
          <w:b/>
        </w:rPr>
        <w:t xml:space="preserve">[06:44] </w:t>
      </w:r>
      <w:r>
        <w:t>to jab doctor ko diya unhon ne, woh ek hindu doctor tha, to woh ghusa ho gaya. mere paas kyun laye ho? ja ke musalmanon ki islaah karo.</w:t>
      </w:r>
    </w:p>
    <w:p>
      <w:pPr>
        <w:jc w:val="right"/>
      </w:pPr>
      <w:r>
        <w:t>تو جب ڈاکٹر کو دیا انہوں نے، وہ ایک ہندو ڈاکٹر تھا، تو وہ غصہ ہو گیا۔ میرے پاس کیوں لائے ہو؟ جا کے مسلمانوں کی اصلاح کرو۔</w:t>
      </w:r>
    </w:p>
    <w:p>
      <w:r>
        <w:rPr>
          <w:b/>
        </w:rPr>
        <w:t xml:space="preserve">[06:54] </w:t>
      </w:r>
      <w:r>
        <w:t>to hua kya tha? us se pehle ek sahab wahan gaye, aur woh apni samajh ke mutabiq woh da'wati kaam karte hain.</w:t>
      </w:r>
    </w:p>
    <w:p>
      <w:pPr>
        <w:jc w:val="right"/>
      </w:pPr>
      <w:r>
        <w:t>تو ہوا کیا تھا؟ اس سے پہلے ایک صاحب وہاں گئے، اور وہ اپنی سمجھ کے مطابق وہ دعوتی کام کرتے ہیں۔</w:t>
      </w:r>
    </w:p>
    <w:p>
      <w:r>
        <w:rPr>
          <w:b/>
        </w:rPr>
        <w:t xml:space="preserve">[07:05] </w:t>
      </w:r>
      <w:r>
        <w:t>wahan gaye aur unhon ne kaha ke dekhen, main aap ko ek mantra dene aaya hoon. ek mantra dene aaya hoon.</w:t>
      </w:r>
    </w:p>
    <w:p>
      <w:pPr>
        <w:jc w:val="right"/>
      </w:pPr>
      <w:r>
        <w:t>وہاں گئے اور انہوں نے کہا کہ دیکھیں، میں آپ کو ایک منتر دینے آیا ہوں۔ ایک منتر دینے آیا ہوں۔</w:t>
      </w:r>
    </w:p>
    <w:p>
      <w:r>
        <w:rPr>
          <w:b/>
        </w:rPr>
        <w:t xml:space="preserve">[07:13] </w:t>
      </w:r>
      <w:r>
        <w:t>agar is mantra ko le len aap, to aap ko paradise mile gi. nahi to aap ko marne ke baad phir aap ko hell mein jana pare ga.</w:t>
      </w:r>
    </w:p>
    <w:p>
      <w:pPr>
        <w:jc w:val="right"/>
      </w:pPr>
      <w:r>
        <w:t>اگر اس منتر کو لے لیں آپ، تو آپ کو پارڈائز ملے گی۔ نہیں تو آپ کو مرنے کے بعد پھر آپ کو ہیل میں جانا پڑے گا۔</w:t>
      </w:r>
    </w:p>
    <w:p>
      <w:r>
        <w:rPr>
          <w:b/>
        </w:rPr>
        <w:t xml:space="preserve">[07:24] </w:t>
      </w:r>
      <w:r>
        <w:t>to us ne kaha ke woh mantra kya hai? to kaha ke yeh mantra yeh hai: la ilaha illallah muhammadur rasulullah woh ghusa hoga ke tum is ko musalman banane aaye ho.</w:t>
      </w:r>
    </w:p>
    <w:p>
      <w:pPr>
        <w:jc w:val="right"/>
      </w:pPr>
      <w:r>
        <w:t>تو اس نے کہا کہ وہ منتر کیا ہے؟ تو کہا کہ یہ منتر یہ ہے: لا الہ الا اللہ محمد رسول اللہ وہ غصہ ہوگا کہ تم اس کو مسلمان بنانے آئے ہو۔</w:t>
      </w:r>
    </w:p>
    <w:p>
      <w:r>
        <w:rPr>
          <w:b/>
        </w:rPr>
        <w:t xml:space="preserve">[07:40] </w:t>
      </w:r>
      <w:r>
        <w:t>ja ke musalmanon ko musalman banao,</w:t>
      </w:r>
    </w:p>
    <w:p>
      <w:pPr>
        <w:jc w:val="right"/>
      </w:pPr>
      <w:r>
        <w:t>جا کے مسلمانوں کو مسلمان بناؤ،</w:t>
      </w:r>
    </w:p>
    <w:p>
      <w:r>
        <w:rPr>
          <w:b/>
        </w:rPr>
        <w:t xml:space="preserve">[07:42] </w:t>
      </w:r>
      <w:r>
        <w:t>wo bigre hue hain. ab is ke chand din ke baad ye pahunche, to samjhe ke ye bhi isi type ke aadmi hain. to un ko bhi, un par bhi ghussa ho gaya wo.</w:t>
      </w:r>
    </w:p>
    <w:p>
      <w:pPr>
        <w:jc w:val="right"/>
      </w:pPr>
      <w:r>
        <w:t>وہ بگڑے ہوئے ہیں۔ اب اس کے چند دن کے بعد یہ پہنچے، تو سمجھے کہ یہ بھی اسی ٹائپ کے آدمی ہیں۔ تو ان کو بھی، ان پر بھی غصہ ہو گیا وہ۔</w:t>
      </w:r>
    </w:p>
    <w:p>
      <w:r>
        <w:rPr>
          <w:b/>
        </w:rPr>
        <w:t xml:space="preserve">[07:55] </w:t>
      </w:r>
      <w:r>
        <w:t>to main ne kaha ke dekhen, ye tareeqa galat tha. pehle talif-e-qalb hai, is ke baad dawat. to main ne un ko samjhaya.</w:t>
      </w:r>
    </w:p>
    <w:p>
      <w:pPr>
        <w:jc w:val="right"/>
      </w:pPr>
      <w:r>
        <w:t>تو میں نے کہا کہ دیکھیں، یہ طریقہ غلط تھا۔ پہلے تالیف قلب ہے، اس کے بعد دعوت۔ تو میں نے ان کو سمجھایا۔</w:t>
      </w:r>
    </w:p>
    <w:p>
      <w:r>
        <w:rPr>
          <w:b/>
        </w:rPr>
        <w:t xml:space="preserve">[08:06] </w:t>
      </w:r>
      <w:r>
        <w:t>to kya hua? is ke baad wo wahin par qareeb mein ek ek college hai, inter college.</w:t>
      </w:r>
    </w:p>
    <w:p>
      <w:pPr>
        <w:jc w:val="right"/>
      </w:pPr>
      <w:r>
        <w:t>تو کیا ہوا؟ اس کے بعد وہ وہیں پر قریب میں ایک ایک کالج ہے، انٹر کالج۔</w:t>
      </w:r>
    </w:p>
    <w:p>
      <w:r>
        <w:rPr>
          <w:b/>
        </w:rPr>
        <w:t xml:space="preserve">[08:15] </w:t>
      </w:r>
      <w:r>
        <w:t>wo sara hindu log is ko minus karte hain, is ka principal bhi. ye wahan gaye principal ke paas.</w:t>
      </w:r>
    </w:p>
    <w:p>
      <w:pPr>
        <w:jc w:val="right"/>
      </w:pPr>
      <w:r>
        <w:t>وہ سارا ہندو لوگ اس کو مائنس کرتے ہیں، اس کا پرنسپل بھی۔ یہ وہاں گئے پرنسپل کے پاس۔</w:t>
      </w:r>
    </w:p>
    <w:p>
      <w:r>
        <w:rPr>
          <w:b/>
        </w:rPr>
        <w:t xml:space="preserve">[08:26] </w:t>
      </w:r>
      <w:r>
        <w:t>to principal se unhon ne kaha ke bohat hi adab ke sath sar jhuka kar kaha ke main aap ki blessing lene aaya hoon.</w:t>
      </w:r>
    </w:p>
    <w:p>
      <w:pPr>
        <w:jc w:val="right"/>
      </w:pPr>
      <w:r>
        <w:t>تو پرنسپل سے انہوں نے کہا کہ بہت ہی ادب کے ساتھ سر جھکا کر کہا کہ میں آپ کی بلیسنگ لینے آیا ہوں۔</w:t>
      </w:r>
    </w:p>
    <w:p>
      <w:r>
        <w:rPr>
          <w:b/>
        </w:rPr>
        <w:t xml:space="preserve">[08:35] </w:t>
      </w:r>
      <w:r>
        <w:t>unhon ne kaha tha ke kalma parhwane aaya hoon. unhon ne kaha ke main aap ki blessing lene aaya hoon. to unhon ne kaha kya baat hai? unhon ne kaha ke main peace aur spirituality ka mission chala raha hoon.</w:t>
      </w:r>
    </w:p>
    <w:p>
      <w:pPr>
        <w:jc w:val="right"/>
      </w:pPr>
      <w:r>
        <w:t>انہوں نے کہا تھا کہ کلمہ پڑھوانے آیا ہوں۔ انہوں نے کہا کہ میں آپ کی بلیسنگ لینے آیا ہوں۔ تو انہوں نے کہا کیا بات ہے؟ انہوں نے کہا کہ میں پیس اور اسپریچولیٹی کا مشن چلا رہا ہوں۔</w:t>
      </w:r>
    </w:p>
    <w:p>
      <w:r>
        <w:rPr>
          <w:b/>
        </w:rPr>
        <w:t xml:space="preserve">[08:50] </w:t>
      </w:r>
      <w:r>
        <w:t>to main chahta hoon ke mujhe aap blessing den taake ye mission main achhe tareeqe se chala sakoon. is tarah jab unhon ne baat ki to bohat khush ho gaya ke achha hai.</w:t>
      </w:r>
    </w:p>
    <w:p>
      <w:pPr>
        <w:jc w:val="right"/>
      </w:pPr>
      <w:r>
        <w:t>تو میں چاہتا ہوں کہ مجھے آپ بلیسنگ دیں تاکہ یہ مشن میں اچھے طریقے سے چلا سکوں۔ اس طرح جب انہوں نے بات کی تو بہت خوش ہو گیا کہ اچھا ہے۔</w:t>
      </w:r>
    </w:p>
    <w:p>
      <w:r>
        <w:rPr>
          <w:b/>
        </w:rPr>
        <w:t xml:space="preserve">[09:03] </w:t>
      </w:r>
      <w:r>
        <w:t>musalmanon mein aise bhi log hain jo peace ka aur spirituality ka mission chala rahe hain. is ne bulaya doosre teachers ko ke dekho bhai, yahan ek aisa musalman aaya hai.</w:t>
      </w:r>
    </w:p>
    <w:p>
      <w:pPr>
        <w:jc w:val="right"/>
      </w:pPr>
      <w:r>
        <w:t>مسلمانوں میں ایسے بھی لوگ ہیں جو پیس کا اور اسپریچولیٹی کا مشن چلا رہے ہیں۔ اس نے بلایا دوسرے ٹیچروں کو کہ دیکھو بھائی، یہاں ایک ایسا مسلمان آیا ہے۔</w:t>
      </w:r>
    </w:p>
    <w:p>
      <w:r>
        <w:rPr>
          <w:b/>
        </w:rPr>
        <w:t xml:space="preserve">[09:13] </w:t>
      </w:r>
      <w:r>
        <w:t>ab is ke baad khud apne hath se sab ko quran diya us ne ke lo, is ke sath parho. ye peaceful transmission of the quran hai.</w:t>
      </w:r>
    </w:p>
    <w:p>
      <w:pPr>
        <w:jc w:val="right"/>
      </w:pPr>
      <w:r>
        <w:t>اب اس کے بعد خود اپنے ہاتھ سے سب کو قرآن دیا اس نے کہ لو، اس کے ساتھ پڑھو۔ یہ پیس فل ٹرانسمیشن آف دا قرآن ہے۔</w:t>
      </w:r>
    </w:p>
    <w:p>
      <w:r>
        <w:rPr>
          <w:b/>
        </w:rPr>
        <w:t xml:space="preserve">[09:23] </w:t>
      </w:r>
      <w:r>
        <w:t>phir is ne kaha ke aap hamare haan, main phir bulayenge aap ko yahan par, aa ke lecture dijiye aap.</w:t>
      </w:r>
    </w:p>
    <w:p>
      <w:pPr>
        <w:jc w:val="right"/>
      </w:pPr>
      <w:r>
        <w:t>پھر اس نے کہا کہ آپ ہمارے ہاں، میں پھر بلائیں گے آپ کو یہاں پر، آ کے لیکچر دیجیے آپ۔</w:t>
      </w:r>
    </w:p>
    <w:p>
      <w:r>
        <w:rPr>
          <w:b/>
        </w:rPr>
        <w:t xml:space="preserve">[09:32] </w:t>
      </w:r>
      <w:r>
        <w:t>to ye hai, yaani dawat se pehle jo kaam karna tha, jis ne wo pehle kaam wo nahi kiya to wo sunne wala ghussa ho gaya.</w:t>
      </w:r>
    </w:p>
    <w:p>
      <w:pPr>
        <w:jc w:val="right"/>
      </w:pPr>
      <w:r>
        <w:t>تو یہ ہے، یعنی دعوت سے پہلے جو کام کرنا تھا، جس نے وہ پہلے کام وہ نہیں کیا تو وہ سننے والا غصہ ہو گیا۔</w:t>
      </w:r>
    </w:p>
    <w:p>
      <w:r>
        <w:rPr>
          <w:b/>
        </w:rPr>
        <w:t xml:space="preserve">[09:46] </w:t>
      </w:r>
      <w:r>
        <w:t>unhon ne dawat se pehle jo kaam karna tha, yaani talif-e-qalb. talif-e-qalb ka matlab hai soft training of the heart, dil ko naram karna.</w:t>
      </w:r>
    </w:p>
    <w:p>
      <w:pPr>
        <w:jc w:val="right"/>
      </w:pPr>
      <w:r>
        <w:t>انہوں نے دعوت سے پہلے جو کام کرنا تھا، یعنی تالیف قلب۔ تالیف قلب کا مطلب ہے سافٹ ٹریننگ آف دا ہارٹ، دل کو نرم کرنا۔</w:t>
      </w:r>
    </w:p>
    <w:p>
      <w:r>
        <w:rPr>
          <w:b/>
        </w:rPr>
        <w:t xml:space="preserve">[09:58] </w:t>
      </w:r>
      <w:r>
        <w:t>to sare maamle mein dekhiye, jis tarah se khane mein starter hota hai, har cheez mein pehle kuch karna padta hai.</w:t>
      </w:r>
    </w:p>
    <w:p>
      <w:pPr>
        <w:jc w:val="right"/>
      </w:pPr>
      <w:r>
        <w:t>تو سارے معاملے میں دیکھیے، جس طرح سے کھانے میں سٹارٹر ہوتا ہے، ہر چیز میں پہلے کچھ کرنا پڑتا ہے۔</w:t>
      </w:r>
    </w:p>
    <w:p>
      <w:r>
        <w:rPr>
          <w:b/>
        </w:rPr>
        <w:t xml:space="preserve">[10:09] </w:t>
      </w:r>
      <w:r>
        <w:t>to ye hai roze ka aur quran ka taluq. ab dekhiye,</w:t>
      </w:r>
    </w:p>
    <w:p>
      <w:pPr>
        <w:jc w:val="right"/>
      </w:pPr>
      <w:r>
        <w:t>تو یہ ہے روزے کا اور قرآن کا تعلق۔ اب دیکھیے،</w:t>
      </w:r>
    </w:p>
    <w:p>
      <w:r>
        <w:rPr>
          <w:b/>
        </w:rPr>
        <w:t xml:space="preserve">[10:20] </w:t>
      </w:r>
      <w:r>
        <w:t>main ek sahib, ek ek ek business management ke ek expert hain.</w:t>
      </w:r>
    </w:p>
    <w:p>
      <w:pPr>
        <w:jc w:val="right"/>
      </w:pPr>
      <w:r>
        <w:t>میں ایک صاحب، ایک ایک ایک بزنس مینجمنٹ کے ایک ایکسپرٹ ہیں۔</w:t>
      </w:r>
    </w:p>
    <w:p>
      <w:r>
        <w:rPr>
          <w:b/>
        </w:rPr>
        <w:t xml:space="preserve">[10:27] </w:t>
      </w:r>
      <w:r>
        <w:t>to un ki main ne ek kitab padhi, is mein likha tha: "Think, think, think; there must be a better way." "Think, think, think; there must be a better way." sochne se achhe raaste nikalte hain.</w:t>
      </w:r>
    </w:p>
    <w:p>
      <w:pPr>
        <w:jc w:val="right"/>
      </w:pPr>
      <w:r>
        <w:t>تو ان کی میں نے ایک کتاب پڑھی، اس میں لکھا تھا: "Think, think, think; there must be a better way." "Think, think, think; there must be a better way." سوچنے سے اچھے راستے نکلتے ہیں۔</w:t>
      </w:r>
    </w:p>
    <w:p>
      <w:r>
        <w:rPr>
          <w:b/>
        </w:rPr>
        <w:t xml:space="preserve">[10:46] </w:t>
      </w:r>
      <w:r>
        <w:t>wo yahan bhi hai: "Think, think, think; and you will be able to discover the truth." to quran ko padhna</w:t>
      </w:r>
    </w:p>
    <w:p>
      <w:pPr>
        <w:jc w:val="right"/>
      </w:pPr>
      <w:r>
        <w:t>وہ یہاں بھی ہے: "Think, think, think; and you will be able to discover the truth." تو قرآن کو پڑھنا</w:t>
      </w:r>
    </w:p>
    <w:p>
      <w:r>
        <w:rPr>
          <w:b/>
        </w:rPr>
        <w:t xml:space="preserve">[10:56] </w:t>
      </w:r>
      <w:r>
        <w:t>kya hai? quran par sochna, quran ki baaton ko le kar sochna. jab aap sochenge, tab hi aap quran ko discover karenge. aur agar sirf recite karenge to kuch bhi nahi milega.</w:t>
      </w:r>
    </w:p>
    <w:p>
      <w:pPr>
        <w:jc w:val="right"/>
      </w:pPr>
      <w:r>
        <w:t>کیا ہے؟ قرآن پر سوچنا، قرآن کی باتوں کو لے کر سوچنا۔ جب آپ سوچیں گے، تب ہی آپ قرآن کو ڈسکور کریں گے۔ اور اگر صرف ریسیٹ کریں گے تو کچھ بھی نہیں ملے گا۔</w:t>
      </w:r>
    </w:p>
    <w:p>
      <w:r>
        <w:rPr>
          <w:b/>
        </w:rPr>
        <w:t xml:space="preserve">[11:07] </w:t>
      </w:r>
      <w:r>
        <w:t>ye to wahi hoga jo Hazrat Aisha ne kaha tha aise logon ke bare mein ke "اولئك قروا ولم يقروا" . unhon ne parha magar unhon ne nahi parha. unhon ne parha magar unhon ne nahi parha.</w:t>
      </w:r>
    </w:p>
    <w:p>
      <w:pPr>
        <w:jc w:val="right"/>
      </w:pPr>
      <w:r>
        <w:t>یہ تو وہی ہوگا جو حضرت عائشہ نے کہا تھا ایسے لوگوں کے بارے میں کہ "اولئك قروا ولم يقروا" ۔ انہوں نے پڑھا مگر انہوں نے نہیں پڑھا۔ انہوں نے پڑھا مگر انہوں نے نہیں پڑھا۔</w:t>
      </w:r>
    </w:p>
    <w:p>
      <w:r>
        <w:rPr>
          <w:b/>
        </w:rPr>
        <w:t xml:space="preserve">[11:21] </w:t>
      </w:r>
      <w:r>
        <w:t>to ye bohat hi zyada aham baat hai, ye samjha jaye ke quran ya koi bhi kitab sochne se samajh mein aati hai.</w:t>
      </w:r>
    </w:p>
    <w:p>
      <w:pPr>
        <w:jc w:val="right"/>
      </w:pPr>
      <w:r>
        <w:t>تو یہ بہت ہی زیادہ اہم بات ہے، یہ سمجھا جائے کہ قرآن یا کوئی بھی کتاب سوچنے سے سمجھ میں آتی ہے۔</w:t>
      </w:r>
    </w:p>
    <w:p>
      <w:r>
        <w:rPr>
          <w:b/>
        </w:rPr>
        <w:t xml:space="preserve">[11:32] </w:t>
      </w:r>
      <w:r>
        <w:t>aur quran dekhiye kya hai? ek shakhs ne ek musannif se bare un ko khat likha ke main aap se milna chahta hoon kyunke mujhe aap ko dekhne ka shauq hai, aap ka naam bohat suna hai.</w:t>
      </w:r>
    </w:p>
    <w:p>
      <w:pPr>
        <w:jc w:val="right"/>
      </w:pPr>
      <w:r>
        <w:t>اور قرآن دیکھیں کیا ہے؟ ایک شخص نے ایک مصنف سے بڑے ان کو خط لکھا کہ میں آپ سے ملنا چاہتا ہوں کیونکہ مجھے آپ کو دیکھنے کا شوق ہے، آپ کا نام بہت سنا ہے۔</w:t>
      </w:r>
    </w:p>
    <w:p>
      <w:r>
        <w:rPr>
          <w:b/>
        </w:rPr>
        <w:t xml:space="preserve">[11:47] </w:t>
      </w:r>
      <w:r>
        <w:t>to is ne jawab diya ke mujh se mil kar mujhe kya</w:t>
      </w:r>
    </w:p>
    <w:p>
      <w:pPr>
        <w:jc w:val="right"/>
      </w:pPr>
      <w:r>
        <w:t>تو اس نے جواب دیا کہ مجھ سے مل کر مجھے کیا</w:t>
      </w:r>
    </w:p>
    <w:p>
      <w:r>
        <w:rPr>
          <w:b/>
        </w:rPr>
        <w:t xml:space="preserve">[11:50] </w:t>
      </w:r>
      <w:r>
        <w:t>payenge aap? meri kitabon ko padhiye. meri kitabon mein mera taaruf hai. isi tarah ki baat ek shayar ne kahi, un ka naam tha Asghar.</w:t>
      </w:r>
    </w:p>
    <w:p>
      <w:pPr>
        <w:jc w:val="right"/>
      </w:pPr>
      <w:r>
        <w:t>پائیں گے آپ؟ میری کتابوں کو پڑھیے۔ میری کتابوں میں میرا تعارف ہے۔ اسی طرح کی بات ایک شاعر نے کہی، ان کا نام تھا اصغر۔</w:t>
      </w:r>
    </w:p>
    <w:p>
      <w:r>
        <w:rPr>
          <w:b/>
        </w:rPr>
        <w:t xml:space="preserve">[12:02] </w:t>
      </w:r>
      <w:r>
        <w:t>ke Asghar se mile lekin Asghar ko nahi dekha. sunte hain ke sheron mein kuch kuch wo numayan hai.</w:t>
      </w:r>
    </w:p>
    <w:p>
      <w:pPr>
        <w:jc w:val="right"/>
      </w:pPr>
      <w:r>
        <w:t>کہ اصغر سے ملے لیکن اصغر کو نہیں دیکھا۔ سنتے ہیں کہ شعروں میں کچھ کچھ وہ نمایاں ہے۔</w:t>
      </w:r>
    </w:p>
    <w:p>
      <w:r>
        <w:rPr>
          <w:b/>
        </w:rPr>
        <w:t xml:space="preserve">[12:13] </w:t>
      </w:r>
      <w:r>
        <w:t>to quran kya hai? "Quran is an introduction to its author."</w:t>
      </w:r>
    </w:p>
    <w:p>
      <w:pPr>
        <w:jc w:val="right"/>
      </w:pPr>
      <w:r>
        <w:t>تو قرآن کیا ہے؟ "Quran is an introduction to its author."</w:t>
      </w:r>
    </w:p>
    <w:p>
      <w:r>
        <w:rPr>
          <w:b/>
        </w:rPr>
        <w:t xml:space="preserve">[12:22] </w:t>
      </w:r>
      <w:r>
        <w:t>quran ka musannif khud Allah taala hai, khud Khuda hai. to quran jab aayega, padhega to is mein us ko Khuda ka taaruf milega, Khuda ka taaruf milega.</w:t>
      </w:r>
    </w:p>
    <w:p>
      <w:pPr>
        <w:jc w:val="right"/>
      </w:pPr>
      <w:r>
        <w:t>قرآن کا مصنف خود اللہ تعالیٰ ہے، خود خدا ہے۔ تو قرآن جب آئے گا، پڑھے گا تو اس میں اس کو خدا کا تعارف ملے گا، خدا کا تعارف ملے گا۔</w:t>
      </w:r>
    </w:p>
    <w:p>
      <w:r>
        <w:rPr>
          <w:b/>
        </w:rPr>
        <w:t xml:space="preserve">[12:34] </w:t>
      </w:r>
      <w:r>
        <w:t>mein samajhta hoon ke yeh jo hamare jo aas paas ki duniya hai, woh kya hai? woh non verbal introduction of God hai.</w:t>
      </w:r>
    </w:p>
    <w:p>
      <w:pPr>
        <w:jc w:val="right"/>
      </w:pPr>
      <w:r>
        <w:t>میں سمجھتا ہوں کہ یہ جو ہمارے جو آس پاس کی دنیا ہے، وہ کیا ہے؟ وہ نان وربل انٹروڈکشن آف گاڈ ہے۔</w:t>
      </w:r>
    </w:p>
    <w:p>
      <w:r>
        <w:rPr>
          <w:b/>
        </w:rPr>
        <w:t xml:space="preserve">[12:46] </w:t>
      </w:r>
      <w:r>
        <w:t>aur quran jo hai, verbal introduction of God hai.</w:t>
      </w:r>
    </w:p>
    <w:p>
      <w:pPr>
        <w:jc w:val="right"/>
      </w:pPr>
      <w:r>
        <w:t>اور قرآن جو ہے، وربل انٹروڈکشن آف گاڈ ہے۔</w:t>
      </w:r>
    </w:p>
    <w:p>
      <w:r>
        <w:rPr>
          <w:b/>
        </w:rPr>
        <w:t xml:space="preserve">[12:53] </w:t>
      </w:r>
      <w:r>
        <w:t>yeh poori yeh jo nature hai, poori yeh duniya hai, woh sab bhi Khuda ka taaruf hai. lekin woh non verbal hai. jab aap dekhte hain kashish ko to aap ko Khuda ki shaan yaad aati hai.</w:t>
      </w:r>
    </w:p>
    <w:p>
      <w:pPr>
        <w:jc w:val="right"/>
      </w:pPr>
      <w:r>
        <w:t>یہ پوری یہ جو نیچر ہے، پوری یہ دنیا ہے، وہ سب بھی خدا کا تعارف ہے۔ لیکن وہ نان وربل ہے۔ جب آپ دیکھتے ہیں کہکشاں کو تو آپ کو خدا کی شان یاد آتی ہے۔</w:t>
      </w:r>
    </w:p>
    <w:p>
      <w:r>
        <w:rPr>
          <w:b/>
        </w:rPr>
        <w:t xml:space="preserve">[13:10] </w:t>
      </w:r>
      <w:r>
        <w:t>jab aap dekhte hain suraj ki roshni ko to Khuda ki rehmaton ka aap ko is mein tasawwur milta hai.</w:t>
      </w:r>
    </w:p>
    <w:p>
      <w:pPr>
        <w:jc w:val="right"/>
      </w:pPr>
      <w:r>
        <w:t>جب آپ دیکھتے ہیں سورج کی روشنی کو تو خدا کی رحمتوں کا آپ کو اس میں تصور ملتا ہے۔</w:t>
      </w:r>
    </w:p>
    <w:p>
      <w:r>
        <w:rPr>
          <w:b/>
        </w:rPr>
        <w:t xml:space="preserve">[13:21] </w:t>
      </w:r>
      <w:r>
        <w:t>aap dekhte hain ke hawaein chal rahi hain, aap ko aasteen supply kar rahi hain. to lagta hai ke Khuda kitna meherban hai. to poori poori kainat jo hai, woh taaruf kara rahi hai.</w:t>
      </w:r>
    </w:p>
    <w:p>
      <w:pPr>
        <w:jc w:val="right"/>
      </w:pPr>
      <w:r>
        <w:t>آپ دیکھتے ہیں کہ ہوائیں چل رہی ہیں، آپ کو آستین سپلائی کر رہی ہیں۔ تو لگتا ہے کہ خدا کتنا مہربان ہے۔ تو پوری پوری کائنات جو ہے، وہ تعارف کرا رہی ہے۔</w:t>
      </w:r>
    </w:p>
    <w:p>
      <w:r>
        <w:rPr>
          <w:b/>
        </w:rPr>
        <w:t xml:space="preserve">[13:35] </w:t>
      </w:r>
      <w:r>
        <w:t>phir jab aap aur study karte hain, aap jante hain ke kitni maeni khez hai, kitni maeni khez hai yeh lafz. kitni maeni khez hai yeh lafz.</w:t>
      </w:r>
    </w:p>
    <w:p>
      <w:pPr>
        <w:jc w:val="right"/>
      </w:pPr>
      <w:r>
        <w:t>پھر جب آپ اور اسٹڈی کرتے ہیں، آپ جانتے ہیں کہ کتنی معنی خیز ہے، کتنی معنی خیز ہے یہ لفظ۔ کتنی معنی خیز ہے یہ لفظ۔</w:t>
      </w:r>
    </w:p>
    <w:p>
      <w:r>
        <w:rPr>
          <w:b/>
        </w:rPr>
        <w:t xml:space="preserve">[13:47] </w:t>
      </w:r>
      <w:r>
        <w:t>to aap us waqt daryaft karte hain Khuda ko.</w:t>
      </w:r>
    </w:p>
    <w:p>
      <w:pPr>
        <w:jc w:val="right"/>
      </w:pPr>
      <w:r>
        <w:t>تو آپ اس وقت دریافت کرتے ہیں خدا کو۔</w:t>
      </w:r>
    </w:p>
    <w:p>
      <w:r>
        <w:rPr>
          <w:b/>
        </w:rPr>
        <w:t xml:space="preserve">[13:52] </w:t>
      </w:r>
      <w:r>
        <w:t>Einstein ne kaha tha ke aap jante hain ke Einstein bohat bara scientist tha, sari zindagi woh study karta raha nature ki aur yeh duniya jo hai, hamare aas paas hai is ki.</w:t>
      </w:r>
    </w:p>
    <w:p>
      <w:pPr>
        <w:jc w:val="right"/>
      </w:pPr>
      <w:r>
        <w:t>آئنسٹائن نے کہا تھا کہ آپ جانتے ہیں کہ آئنسٹائن بہت بڑا سائنسدان تھا، ساری زندگی وہ اسٹڈی کرتا رہا نیچر کی اور یہ دنیا جو ہے، ہمارے آس پاس ہے اس کی۔</w:t>
      </w:r>
    </w:p>
    <w:p>
      <w:r>
        <w:rPr>
          <w:b/>
        </w:rPr>
        <w:t xml:space="preserve">[14:05] </w:t>
      </w:r>
      <w:r>
        <w:t>to us ne kaha ke apne aakhri zamane mein ke "the most incomprehensible fact about nature is that it is comprehensible."</w:t>
      </w:r>
    </w:p>
    <w:p>
      <w:pPr>
        <w:jc w:val="right"/>
      </w:pPr>
      <w:r>
        <w:t>تو اس نے کہا کہ اپنے آخری زمانے میں کہ "the most incomprehensible fact about nature is that it is comprehensible."</w:t>
      </w:r>
    </w:p>
    <w:p>
      <w:r>
        <w:rPr>
          <w:b/>
        </w:rPr>
        <w:t xml:space="preserve">[14:19] </w:t>
      </w:r>
      <w:r>
        <w:t>yani sab se ziyada na qabil e fahm baat nature ke bare mein yeh hai ke woh qabil e fahm hai. to yeh kyun kaha is ne?</w:t>
      </w:r>
    </w:p>
    <w:p>
      <w:pPr>
        <w:jc w:val="right"/>
      </w:pPr>
      <w:r>
        <w:t>یعنی سب سے زیادہ ناقابل فہم بات نیچر کے بارے میں یہ ہے کہ وہ قابل فہم ہے۔ تو یہ کیوں کہا اس نے؟</w:t>
      </w:r>
    </w:p>
    <w:p>
      <w:r>
        <w:rPr>
          <w:b/>
        </w:rPr>
        <w:t xml:space="preserve">[14:27] </w:t>
      </w:r>
      <w:r>
        <w:t>kyun ke Khuda ko maane baghair woh chahta tha explain karna. to woh samajh mein aata hai ke kaise mein explain karoon is ko?</w:t>
      </w:r>
    </w:p>
    <w:p>
      <w:pPr>
        <w:jc w:val="right"/>
      </w:pPr>
      <w:r>
        <w:t>کیونکہ خدا کو مانے بغیر وہ چاہتا تھا ایکسپلین کرنا۔ تو وہ سمجھ میں آتا ہے کہ کیسے میں ایکسپلین کروں اس کو؟</w:t>
      </w:r>
    </w:p>
    <w:p>
      <w:r>
        <w:rPr>
          <w:b/>
        </w:rPr>
        <w:t xml:space="preserve">[14:37] </w:t>
      </w:r>
      <w:r>
        <w:t>itni maeni khez kainat, jis mein itni hikmat hai, itna design hai, itni khoobsurat designed kainat, duniya</w:t>
      </w:r>
    </w:p>
    <w:p>
      <w:pPr>
        <w:jc w:val="right"/>
      </w:pPr>
      <w:r>
        <w:t>اتنی معنی خیز کائنات، جس میں اتنی حکمت ہے، اتنا ڈیزائن ہے، اتنی خوبصورت ڈیزائنڈ کائنات، دنیا</w:t>
      </w:r>
    </w:p>
    <w:p>
      <w:r>
        <w:rPr>
          <w:b/>
        </w:rPr>
        <w:t xml:space="preserve">[14:46] </w:t>
      </w:r>
      <w:r>
        <w:t>, yeh kaise kaise hai? yeh kaun is ko control kar raha hai? kis ne is ko takhleeq kiya? kis ne is ki planning ki?</w:t>
      </w:r>
    </w:p>
    <w:p>
      <w:pPr>
        <w:jc w:val="right"/>
      </w:pPr>
      <w:r>
        <w:t>، یہ کیسے کیسے ہے؟ یہ کون اس کو کنٹرول کر رہا ہے؟ کس نے اس کو تخلیق کیا؟ کس نے اس کی پلاننگ کی؟</w:t>
      </w:r>
    </w:p>
    <w:p>
      <w:r>
        <w:rPr>
          <w:b/>
        </w:rPr>
        <w:t xml:space="preserve">[14:57] </w:t>
      </w:r>
      <w:r>
        <w:t>koi insan ke bari bari companies jo banati hain factory, is mein kuch na kuch nuqs hota hai, kuch na kuch nuqs hota hai.</w:t>
      </w:r>
    </w:p>
    <w:p>
      <w:pPr>
        <w:jc w:val="right"/>
      </w:pPr>
      <w:r>
        <w:t>کوئی انسان کہ بڑی بڑی کمپنیاں جو بناتی ہیں فیکٹری، اس میں کچھ نہ کچھ نقص ہوتا ہے، کچھ نہ کچھ نقص ہوتا ہے۔</w:t>
      </w:r>
    </w:p>
    <w:p>
      <w:r>
        <w:rPr>
          <w:b/>
        </w:rPr>
        <w:t xml:space="preserve">[15:10] </w:t>
      </w:r>
      <w:r>
        <w:t>ab bar bar is mein tarah tarah ke masail paida hote hain. aur yeh jo kainat hai, billion billion saal chali ja rahi hai, is mein koi nuqs nahi.</w:t>
      </w:r>
    </w:p>
    <w:p>
      <w:pPr>
        <w:jc w:val="right"/>
      </w:pPr>
      <w:r>
        <w:t>اب بار بار اس میں طرح طرح کے مسائل پیدا ہوتے ہیں۔ اور یہ جو کائنات ہے، بلین بلین سال چلی جا رہی ہے، اس میں کوئی نقص نہیں۔</w:t>
      </w:r>
    </w:p>
    <w:p>
      <w:r>
        <w:rPr>
          <w:b/>
        </w:rPr>
        <w:t xml:space="preserve">[15:23] </w:t>
      </w:r>
      <w:r>
        <w:t>to woh sochta tha ke aakhir kya mamla hai? itni khoobsurat design, itni khoobsurat planned, itni maeni khez duniya.</w:t>
      </w:r>
    </w:p>
    <w:p>
      <w:pPr>
        <w:jc w:val="right"/>
      </w:pPr>
      <w:r>
        <w:t>تو وہ سوچتا تھا کہ آخر کیا معاملہ ہے؟ اتنی خوبصورت ڈیزائن، اتنی خوبصورت پلانڈ، اتنی معنی خیز دنیا۔</w:t>
      </w:r>
    </w:p>
    <w:p>
      <w:r>
        <w:rPr>
          <w:b/>
        </w:rPr>
        <w:t xml:space="preserve">[15:33] </w:t>
      </w:r>
      <w:r>
        <w:t>to Khuda ko maane baghair chunke samajhna chah raha tha, to us ne kaha ke yeh to samajh mein nahi aata.</w:t>
      </w:r>
    </w:p>
    <w:p>
      <w:pPr>
        <w:jc w:val="right"/>
      </w:pPr>
      <w:r>
        <w:t>تو خدا کو مانے بغیر چونکہ سمجھنا چاہ رہا تھا، تو اس نے کہا کہ یہ تو سمجھ میں نہیں آتا۔</w:t>
      </w:r>
    </w:p>
    <w:p>
      <w:r>
        <w:rPr>
          <w:b/>
        </w:rPr>
        <w:t xml:space="preserve">[15:42] </w:t>
      </w:r>
      <w:r>
        <w:t>"the most incomprehensible fact about nature is that it is comprehensible." mein kahoon ga ke aadhi sachai paai, aadhi sachai nahi paai is ne.</w:t>
      </w:r>
    </w:p>
    <w:p>
      <w:pPr>
        <w:jc w:val="right"/>
      </w:pPr>
      <w:r>
        <w:t>"the most incomprehensible fact about nature is that it is comprehensible." میں کہوں گا کہ آدھی سچائی پائی، آدھی سچائی نہیں پائی اس نے۔</w:t>
      </w:r>
    </w:p>
    <w:p>
      <w:r>
        <w:rPr>
          <w:b/>
        </w:rPr>
        <w:t xml:space="preserve">[15:54] </w:t>
      </w:r>
      <w:r>
        <w:t>abhi aur sochta, aur sochta, aur sochta. to use samajh mein aa jata. itni maeni khez is liye hai ke aik aik Khuda e mutlaq hai, us ne banaya hai is ko.</w:t>
      </w:r>
    </w:p>
    <w:p>
      <w:pPr>
        <w:jc w:val="right"/>
      </w:pPr>
      <w:r>
        <w:t>ابھی اور سوچتا، اور سوچتا، اور سوچتا۔ تو اسے سمجھ میں آ جاتا۔ اتنی معنی خیز اس لیے ہے کہ ایک ایک خدا مطلق ہے، اس نے بنایا ہے اس کو۔</w:t>
      </w:r>
    </w:p>
    <w:p>
      <w:r>
        <w:rPr>
          <w:b/>
        </w:rPr>
        <w:t xml:space="preserve">[16:05] </w:t>
      </w:r>
      <w:r>
        <w:t>aik maeni khez Khuda ne is ko banaya hai.</w:t>
      </w:r>
    </w:p>
    <w:p>
      <w:pPr>
        <w:jc w:val="right"/>
      </w:pPr>
      <w:r>
        <w:t>ایک معنی خیز خدا نے اس کو بنایا ہے۔</w:t>
      </w:r>
    </w:p>
    <w:p>
      <w:r>
        <w:rPr>
          <w:b/>
        </w:rPr>
        <w:t xml:space="preserve">[16:12] </w:t>
      </w:r>
      <w:r>
        <w:t>to woh woh link miss kar rahi thi, woh woh us ko us ke dimagh mein tasawwur tha na Khuda ka. to jab aap mutala karte hain to aap ko yeh duniya yani qabil e fahm ban jati hai aap ke liye.</w:t>
      </w:r>
    </w:p>
    <w:p>
      <w:pPr>
        <w:jc w:val="right"/>
      </w:pPr>
      <w:r>
        <w:t>تو وہ وہ لنک مس کر رہی تھی، وہ وہ اس کو اس کے دماغ میں تصور تھا نا خدا کا۔ تو جب آپ مطالعہ کرتے ہیں تو آپ کو یہ دنیا یعنی قابل فہم بن جاتی ہے آپ کے لیے۔</w:t>
      </w:r>
    </w:p>
    <w:p>
      <w:r>
        <w:rPr>
          <w:b/>
        </w:rPr>
        <w:t xml:space="preserve">[16:29] </w:t>
      </w:r>
      <w:r>
        <w:t>isi ko mein ne kaha ke yeh jo duniya hai, woh hai non verbal introduction of God. aur quran jo hai, woh verbal introduction of God hai.</w:t>
      </w:r>
    </w:p>
    <w:p>
      <w:pPr>
        <w:jc w:val="right"/>
      </w:pPr>
      <w:r>
        <w:t>اسی کو میں نے کہا کہ یہ جو دنیا ہے، وہ ہے نان وربل انٹروڈکشن آف گاڈ۔ اور قرآن جو ہے، وہ وربل انٹروڈکشن آف گاڈ ہے۔</w:t>
      </w:r>
    </w:p>
    <w:p>
      <w:r>
        <w:rPr>
          <w:b/>
        </w:rPr>
        <w:t xml:space="preserve">[16:42] </w:t>
      </w:r>
      <w:r>
        <w:t>ab jab aap dekhiye, ab jab aap apne zehan ko sach much yani jis tarah Ramzan mein aap kam khana, kam sona, kam aaram karna, apni zarooraton ko ghatana, yeh sab karte hain aur ziyada tar waqt kharch paate hain quran ko samajhne ke liye, quran ko padhne ke liye.</w:t>
      </w:r>
    </w:p>
    <w:p>
      <w:pPr>
        <w:jc w:val="right"/>
      </w:pPr>
      <w:r>
        <w:t>اب جب آپ دیکھیے، اب جب آپ اپنے ذہن کو سچ مچ یعنی جس طرح رمضان میں آپ کم کھانا، کم سونا، کم آرام کرنا، اپنی ضرورتوں کو گھٹانا، یہ سب کرتے ہیں اور زیادہ تر وقت خرچ کر پاتے ہیں قرآن کو سمجھنے کے لیے، قرآن کو پڑھنے کے لیے۔</w:t>
      </w:r>
    </w:p>
    <w:p>
      <w:r>
        <w:rPr>
          <w:b/>
        </w:rPr>
        <w:t xml:space="preserve">[17:04] </w:t>
      </w:r>
      <w:r>
        <w:t>to kiya hota hai? ajeeb ajeeb baatein aap ko samajh mein aati hain.</w:t>
      </w:r>
    </w:p>
    <w:p>
      <w:pPr>
        <w:jc w:val="right"/>
      </w:pPr>
      <w:r>
        <w:t>تو کیا ہوتا ہے؟ عجیب عجیب باتیں آپ کو سمجھ میں آتی ہیں۔</w:t>
      </w:r>
    </w:p>
    <w:p>
      <w:r>
        <w:rPr>
          <w:b/>
        </w:rPr>
        <w:t xml:space="preserve">[17:08] </w:t>
      </w:r>
      <w:r>
        <w:t>mislan dekhiye, jo quran ki pehli ayat hai "alhamdu lillahi rabbil alameen" . ab isi ko aap sochne lagte hain.</w:t>
      </w:r>
    </w:p>
    <w:p>
      <w:pPr>
        <w:jc w:val="right"/>
      </w:pPr>
      <w:r>
        <w:t>مثلاً دیکھیے، جو قرآن کی پہلی آیت ہے "الحمد لله رب العالمين" ۔ اب اسی کو آپ سوچنے لگتے ہیں۔</w:t>
      </w:r>
    </w:p>
    <w:p>
      <w:r>
        <w:rPr>
          <w:b/>
        </w:rPr>
        <w:t xml:space="preserve">[17:19] </w:t>
      </w:r>
      <w:r>
        <w:t>hamd ke mani hote hain bohat ziyada, jab kisi ko aap tasleem karein to us ko hamd kehte hain.</w:t>
      </w:r>
    </w:p>
    <w:p>
      <w:pPr>
        <w:jc w:val="right"/>
      </w:pPr>
      <w:r>
        <w:t>حمد کے معنی ہوتے ہیں بہت زیادہ، جب کسی کو آپ تسلیم کریں تو اس کو حمد کہتے ہیں۔</w:t>
      </w:r>
    </w:p>
    <w:p>
      <w:r>
        <w:rPr>
          <w:b/>
        </w:rPr>
        <w:t xml:space="preserve">[17:28] </w:t>
      </w:r>
      <w:r>
        <w:t>to</w:t>
      </w:r>
    </w:p>
    <w:p>
      <w:pPr>
        <w:jc w:val="right"/>
      </w:pPr>
      <w:r>
        <w:t>تو</w:t>
      </w:r>
    </w:p>
    <w:p>
      <w:r>
        <w:rPr>
          <w:b/>
        </w:rPr>
        <w:t xml:space="preserve">[17:31] </w:t>
      </w:r>
      <w:r>
        <w:t>aadmi sochega ke rabbul alameen, is ke zehan mein yeh saari agar data hai, saari maloomat hain.</w:t>
      </w:r>
    </w:p>
    <w:p>
      <w:pPr>
        <w:jc w:val="right"/>
      </w:pPr>
      <w:r>
        <w:t>آدمی سوچے گا کہ رب العالمین، اس کے ذہن میں یہ ساری اگر ڈیٹا ہے، ساری معلومات ہیں۔</w:t>
      </w:r>
    </w:p>
    <w:p>
      <w:r>
        <w:rPr>
          <w:b/>
        </w:rPr>
        <w:t xml:space="preserve">[17:42] </w:t>
      </w:r>
      <w:r>
        <w:t>kyun ke waqai khuda is qabil hai ke sab se ziyada hamd usi ki ho. sab se ziyada shan usi ki bayan ki jaye. sab se ziyada tasleem usi ko kiya jaye.</w:t>
      </w:r>
    </w:p>
    <w:p>
      <w:pPr>
        <w:jc w:val="right"/>
      </w:pPr>
      <w:r>
        <w:t>کیونکہ واقعی خدا اس قابل ہے کہ سب سے زیادہ حمد اسی کی جائے۔ سب سے زیادہ شان اسی کی بیان کی جائے۔ سب سے زیادہ تسلیم اسی کو کیا جائے۔</w:t>
      </w:r>
    </w:p>
    <w:p>
      <w:r>
        <w:rPr>
          <w:b/>
        </w:rPr>
        <w:t xml:space="preserve">[17:51] </w:t>
      </w:r>
      <w:r>
        <w:t>to ek ayat mein aap ko ek poori yaani poori ek woh ek bohat bari kainat daryaft ho jayegi.</w:t>
      </w:r>
    </w:p>
    <w:p>
      <w:pPr>
        <w:jc w:val="right"/>
      </w:pPr>
      <w:r>
        <w:t>تو ایک آیت میں آپ کو ایک پوری یعنی پوری ایک وہ ایک بہت بڑی کائنات دریافت ہو جائے گی۔</w:t>
      </w:r>
    </w:p>
    <w:p>
      <w:r>
        <w:rPr>
          <w:b/>
        </w:rPr>
        <w:t xml:space="preserve">[18:06] </w:t>
      </w:r>
      <w:r>
        <w:t>aise hi aap parh rahe hain, parh rahe hain, aap pohnchte hain ke "afalam yakun shakkun fil fatiris samawati wal arz" .</w:t>
      </w:r>
    </w:p>
    <w:p>
      <w:pPr>
        <w:jc w:val="right"/>
      </w:pPr>
      <w:r>
        <w:t>ایسے ہی آپ پڑھ رہے ہیں، پڑھ رہے ہیں، آپ پہنچتے ہیں کہ "أَفِلَّا شَكُّوا الْفَاطِرِ السَّمٰوَاتِ وَالْأَرْضِ" ۔</w:t>
      </w:r>
    </w:p>
    <w:p>
      <w:r>
        <w:rPr>
          <w:b/>
        </w:rPr>
        <w:t xml:space="preserve">[18:15] </w:t>
      </w:r>
      <w:r>
        <w:t>yeh quran ki ek ayat hai "</w:t>
      </w:r>
    </w:p>
    <w:p>
      <w:pPr>
        <w:jc w:val="right"/>
      </w:pPr>
      <w:r>
        <w:t>یہ قرآن کی ایک آیت ہے "</w:t>
      </w:r>
    </w:p>
    <w:p>
      <w:r>
        <w:rPr>
          <w:b/>
        </w:rPr>
        <w:t xml:space="preserve">[18:18] </w:t>
      </w:r>
      <w:r>
        <w:t>afalam yakun shakkun fil fatiris samawati wal arz" . kiya tum ko shak hai is khuda ke bare mein jis ne zameen aasman ko phara?</w:t>
      </w:r>
    </w:p>
    <w:p>
      <w:pPr>
        <w:jc w:val="right"/>
      </w:pPr>
      <w:r>
        <w:t>أَفِلَّا شَكُّوا الْفَاطِرِ السَّمٰوَاتِ وَالْأَرْضِ" ۔ کیا تم کو شک ہے اس خدا کے بارے میں جس نے زمین آسمان کو پھاڑا؟</w:t>
      </w:r>
    </w:p>
    <w:p>
      <w:r>
        <w:rPr>
          <w:b/>
        </w:rPr>
        <w:t xml:space="preserve">[18:29] </w:t>
      </w:r>
      <w:r>
        <w:t>phadne ke mani hote hain aadmi koi cheez aisi ho, phir us ko aise kar diya jaye. to aap us waqt sochte hain ke kiya matlab hai is ayat ka?</w:t>
      </w:r>
    </w:p>
    <w:p>
      <w:pPr>
        <w:jc w:val="right"/>
      </w:pPr>
      <w:r>
        <w:t>پھاڑنے کے معنی ہوتے ہیں آدمی کوئی چیز ایسی ہو، پھر اس کو ایسے کر دیا جائے۔ تو آپ اس وقت سوچتے ہیں کہ کیا مطلب ہے اس آیت کا؟</w:t>
      </w:r>
    </w:p>
    <w:p>
      <w:r>
        <w:rPr>
          <w:b/>
        </w:rPr>
        <w:t xml:space="preserve">[18:40] </w:t>
      </w:r>
      <w:r>
        <w:t>ke kiya tum ko shak hai, shak hai tum ko is khuda ke bare mein</w:t>
      </w:r>
    </w:p>
    <w:p>
      <w:pPr>
        <w:jc w:val="right"/>
      </w:pPr>
      <w:r>
        <w:t>کہ کیا تم کو شک ہے، شک ہے تم کو اس خدا کے بارے میں</w:t>
      </w:r>
    </w:p>
    <w:p>
      <w:r>
        <w:rPr>
          <w:b/>
        </w:rPr>
        <w:t xml:space="preserve">[18:45] </w:t>
      </w:r>
      <w:r>
        <w:t>jis ne zameen aasman ko phara? to sochte sochte aap pohnchte hain kahan? big bang theory tak. big bang theory batati hai ke tera billion saal pehle saari kainat jo hai, aise hi compact halat mein thi.</w:t>
      </w:r>
    </w:p>
    <w:p>
      <w:pPr>
        <w:jc w:val="right"/>
      </w:pPr>
      <w:r>
        <w:t>جس نے زمین آسمان کو پھاڑا؟ تو سوچتے سوچتے آپ پہنچتے ہیں کہاں؟ بگ بینگ تھیوری تک۔ بگ بینگ تھیوری بتاتی ہے کہ تیرہ بلین سال پہلے ساری کائنات جو ہے، ایسے ہی کمپیکٹ حالت میں تھی۔</w:t>
      </w:r>
    </w:p>
    <w:p>
      <w:r>
        <w:rPr>
          <w:b/>
        </w:rPr>
        <w:t xml:space="preserve">[19:04] </w:t>
      </w:r>
      <w:r>
        <w:t>jitne bhi zarrat hain dunya mein, jitne bhi sayare hain, sitare hain, sab is tarah se jure hue the.</w:t>
      </w:r>
    </w:p>
    <w:p>
      <w:pPr>
        <w:jc w:val="right"/>
      </w:pPr>
      <w:r>
        <w:t>جتنے بھی ذرات ہیں دنیا میں، جتنے بھی سیارے ہیں، ستارے ہیں، سب اس طرح سے جڑے ہوئے تھے۔</w:t>
      </w:r>
    </w:p>
    <w:p>
      <w:r>
        <w:rPr>
          <w:b/>
        </w:rPr>
        <w:t xml:space="preserve">[19:13] </w:t>
      </w:r>
      <w:r>
        <w:t>ek super atom tha. super atom the, bohat hi compact halat mein the. phir wahan par kiya hua?</w:t>
      </w:r>
    </w:p>
    <w:p>
      <w:pPr>
        <w:jc w:val="right"/>
      </w:pPr>
      <w:r>
        <w:t>ایک سپر ایٹم تھا۔ سپر ایٹم تھے، بہت ہی کمپیکٹ حالت میں تھے۔ پھر وہاں پر کیا ہوا؟</w:t>
      </w:r>
    </w:p>
    <w:p>
      <w:r>
        <w:rPr>
          <w:b/>
        </w:rPr>
        <w:t xml:space="preserve">[19:23] </w:t>
      </w:r>
      <w:r>
        <w:t>ek dhamaka hua. aur woh zarrat phail gaye. aur phir wahi phir sitare bane. kahkashan bani.</w:t>
      </w:r>
    </w:p>
    <w:p>
      <w:pPr>
        <w:jc w:val="right"/>
      </w:pPr>
      <w:r>
        <w:t>ایک دھماکہ ہوا۔ اور وہ ذرات پھیل گئے۔ اور پھر وہی پھر ستارے بنے۔ کہکشاں بنی۔</w:t>
      </w:r>
    </w:p>
    <w:p>
      <w:r>
        <w:rPr>
          <w:b/>
        </w:rPr>
        <w:t xml:space="preserve">[19:34] </w:t>
      </w:r>
      <w:r>
        <w:t>sayara bana. hamari zameen bani. bante chale gaye.</w:t>
      </w:r>
    </w:p>
    <w:p>
      <w:pPr>
        <w:jc w:val="right"/>
      </w:pPr>
      <w:r>
        <w:t>سیارہ بنا۔ ہماری زمین بنی۔ بنتے چلے گئے۔</w:t>
      </w:r>
    </w:p>
    <w:p>
      <w:r>
        <w:rPr>
          <w:b/>
        </w:rPr>
        <w:t xml:space="preserve">[19:38] </w:t>
      </w:r>
      <w:r>
        <w:t>to ab yeh jo dhamaka hua, yeh apne aap mein is baat ka saboot hai ke kisi ne dhamaka kiya?</w:t>
      </w:r>
    </w:p>
    <w:p>
      <w:pPr>
        <w:jc w:val="right"/>
      </w:pPr>
      <w:r>
        <w:t>تو اب یہ جو دھماکہ ہوا، یہ اپنے آپ میں اس بات کا ثبوت ہے کہ کسی نے دھماکہ کیا؟</w:t>
      </w:r>
    </w:p>
    <w:p>
      <w:r>
        <w:rPr>
          <w:b/>
        </w:rPr>
        <w:t xml:space="preserve">[19:48] </w:t>
      </w:r>
      <w:r>
        <w:t>koi karne wala hai? baghair is ke to dhamaka nahi ho sakta hai. to is ayat mein aap ko ek poori, ek poori yaani ek dunya mil jayegi.</w:t>
      </w:r>
    </w:p>
    <w:p>
      <w:pPr>
        <w:jc w:val="right"/>
      </w:pPr>
      <w:r>
        <w:t>کوئی کرنے والا ہے؟ بغیر اس کے تو دھماکہ نہیں ہو سکتا ہے۔ تو اس آیت میں آپ کو ایک پوری، ایک پوری یعنی ایک دنیا مل جائے گی۔</w:t>
      </w:r>
    </w:p>
    <w:p>
      <w:r>
        <w:rPr>
          <w:b/>
        </w:rPr>
        <w:t xml:space="preserve">[20:02] </w:t>
      </w:r>
      <w:r>
        <w:t>"afalam yakun shakkun fil fatiris samawati wal arz" . aap sajde mein gir padenge.</w:t>
      </w:r>
    </w:p>
    <w:p>
      <w:pPr>
        <w:jc w:val="right"/>
      </w:pPr>
      <w:r>
        <w:t>"أَفِلَّا شَكُّوا الْفَاطِرِ السَّمٰوَاتِ وَالْأَرْضِ" ۔ آپ سجدے میں گر پڑیں گے۔</w:t>
      </w:r>
    </w:p>
    <w:p>
      <w:r>
        <w:rPr>
          <w:b/>
        </w:rPr>
        <w:t xml:space="preserve">[20:07] </w:t>
      </w:r>
      <w:r>
        <w:t>ke waqai koi shak nahi ke khuda hai is kainat ka. koi shak nahi hai.</w:t>
      </w:r>
    </w:p>
    <w:p>
      <w:pPr>
        <w:jc w:val="right"/>
      </w:pPr>
      <w:r>
        <w:t>کہ واقعی کوئی شک نہیں کہ خدا ہے اس کائنات کا۔ کوئی شک نہیں ہے۔</w:t>
      </w:r>
    </w:p>
    <w:p>
      <w:r>
        <w:rPr>
          <w:b/>
        </w:rPr>
        <w:t xml:space="preserve">[20:17] </w:t>
      </w:r>
      <w:r>
        <w:t>aise hi aap parhte parhte pohnchte hain is ayat tak "marajal bahrayni yaltaqiyan bainahuma farzakhu allahi yabghiyan" .</w:t>
      </w:r>
    </w:p>
    <w:p>
      <w:pPr>
        <w:jc w:val="right"/>
      </w:pPr>
      <w:r>
        <w:t>ایسے ہی آپ پڑھتے پڑھتے پہنچتے ہیں اس آیت تک "مَرَجًا بَهْرَيْنِ يَلْتَقِيَانَ بَيْنَهُمَّا فَرْزَخُ اللَّهُ يَبْغِيَانَ" ۔</w:t>
      </w:r>
    </w:p>
    <w:p>
      <w:r>
        <w:rPr>
          <w:b/>
        </w:rPr>
        <w:t xml:space="preserve">[20:28] </w:t>
      </w:r>
      <w:r>
        <w:t>yaani do samandar hain, do samandar hain, un ke pani aapas mein milte nahi.</w:t>
      </w:r>
    </w:p>
    <w:p>
      <w:pPr>
        <w:jc w:val="right"/>
      </w:pPr>
      <w:r>
        <w:t>یعنی دو سمندر ہیں، دو سمندر ہیں، ان کے پانی آپس میں ملتے نہیں۔</w:t>
      </w:r>
    </w:p>
    <w:p>
      <w:r>
        <w:rPr>
          <w:b/>
        </w:rPr>
        <w:t xml:space="preserve">[20:37] </w:t>
      </w:r>
      <w:r>
        <w:t>dekhiye, agar aap wahan ilahabad gaye hon to wahan par ganga aur jamuna aa kar milte hain. wahan aap dekhein ke ganga pani alag behta hai, jamuna ka pani alag behta hai.</w:t>
      </w:r>
    </w:p>
    <w:p>
      <w:pPr>
        <w:jc w:val="right"/>
      </w:pPr>
      <w:r>
        <w:t>دیکھیے، اگر آپ وہاں الہ آباد گئے ہوں تو وہاں پر گنگا اور جموں آ کر ملتے ہیں۔ وہاں آپ دیکھیں کہ گنگا پانی الگ بہتا ہے، جموں کا پانی الگ بہتا ہے۔</w:t>
      </w:r>
    </w:p>
    <w:p>
      <w:r>
        <w:rPr>
          <w:b/>
        </w:rPr>
        <w:t xml:space="preserve">[20:49] </w:t>
      </w:r>
      <w:r>
        <w:t>beech mein ek dhari chali jati hai. to kaisi ajeeb baat hai. is ko scientiston ne daryaft kiya hai ke jo kehte hain surface tension.</w:t>
      </w:r>
    </w:p>
    <w:p>
      <w:pPr>
        <w:jc w:val="right"/>
      </w:pPr>
      <w:r>
        <w:t>بیچ میں ایک دھاری چلی جاتی ہے۔ تو کیسی عجیب بات ہے۔ اس کو سائنسدانوں نے دریافت کیا ہے کہ جو کہتے ہیں سرفس ٹینشن۔</w:t>
      </w:r>
    </w:p>
    <w:p>
      <w:r>
        <w:rPr>
          <w:b/>
        </w:rPr>
        <w:t xml:space="preserve">[21:02] </w:t>
      </w:r>
      <w:r>
        <w:t>yani pani ke upar ek surface tension, ek bohat hi na dikhai dene wali ek ek ek ek teh aa jati hai. Jaise is mein yeh pani hai.</w:t>
      </w:r>
    </w:p>
    <w:p>
      <w:pPr>
        <w:jc w:val="right"/>
      </w:pPr>
      <w:r>
        <w:t>یعنی پانی کے اوپر ایک سرفس ٹینشن، ایک بہت ہی نہ دکھائی دینے والی ایک ایک ایک ایک تہہ آ جاتی ہے۔ جیسے اس میں یہ پانی ہے۔</w:t>
      </w:r>
    </w:p>
    <w:p>
      <w:r>
        <w:rPr>
          <w:b/>
        </w:rPr>
        <w:t xml:space="preserve">[21:14] </w:t>
      </w:r>
      <w:r>
        <w:t>Agar pani dalen aap to us ko bharne ke baad bhi kuch upar tak woh behega nahin. Koi cheez us ko roke rahe gi.</w:t>
      </w:r>
    </w:p>
    <w:p>
      <w:pPr>
        <w:jc w:val="right"/>
      </w:pPr>
      <w:r>
        <w:t>اگر پانی ڈالیں آپ تو اس کو بھرنے کے بعد بھی کچھ اوپر تک وہ بہے گا نہیں۔ کوئی چیز اس کو روکے رہے گی۔</w:t>
      </w:r>
    </w:p>
    <w:p>
      <w:r>
        <w:rPr>
          <w:b/>
        </w:rPr>
        <w:t xml:space="preserve">[21:25] </w:t>
      </w:r>
      <w:r>
        <w:t>Woh kya hai? Woh surface tension hai.</w:t>
      </w:r>
    </w:p>
    <w:p>
      <w:pPr>
        <w:jc w:val="right"/>
      </w:pPr>
      <w:r>
        <w:t>وہ کیا ہے؟ وہ سرفس ٹینشن ہے۔</w:t>
      </w:r>
    </w:p>
    <w:p>
      <w:r>
        <w:rPr>
          <w:b/>
        </w:rPr>
        <w:t xml:space="preserve">[21:29] </w:t>
      </w:r>
      <w:r>
        <w:t>To pani jaisi cheez jo ke seyal hai, yani maie hai, kaise do dhare mil nahin paate?</w:t>
      </w:r>
    </w:p>
    <w:p>
      <w:pPr>
        <w:jc w:val="right"/>
      </w:pPr>
      <w:r>
        <w:t>تو پانی جیسی چیز جو کہ سیال ہے، یعنی مائع ہے، کیسے دو دھارے مل نہیں پاتے؟</w:t>
      </w:r>
    </w:p>
    <w:p>
      <w:r>
        <w:rPr>
          <w:b/>
        </w:rPr>
        <w:t xml:space="preserve">[21:38] </w:t>
      </w:r>
      <w:r>
        <w:t>Alag alag behte hain. Jhelum alag beh rahi hai, Ganga alag beh rahi hai.</w:t>
      </w:r>
    </w:p>
    <w:p>
      <w:pPr>
        <w:jc w:val="right"/>
      </w:pPr>
      <w:r>
        <w:t>الگ الگ بہتے ہیں۔ جموں الگ بہہ رہی ہے، گنگا الگ بہہ رہی ہے۔</w:t>
      </w:r>
    </w:p>
    <w:p>
      <w:r>
        <w:rPr>
          <w:b/>
        </w:rPr>
        <w:t xml:space="preserve">[21:45] </w:t>
      </w:r>
      <w:r>
        <w:t>To aap kahan uthenge? Waqai is duniya ko koi paida karne wala hai? Aisi billion billion, trillion trillion cheezain hain jo aap sochenge.</w:t>
      </w:r>
    </w:p>
    <w:p>
      <w:pPr>
        <w:jc w:val="right"/>
      </w:pPr>
      <w:r>
        <w:t>تو آپ کہاں اٹھیں گے؟ واقعی اس دنیا کو کوئی پیدا کرنے والا ہے؟ ایسی بلین بلین، ٹریلین ٹریلین چیزیں ہیں جو آپ سوچیں گے۔</w:t>
      </w:r>
    </w:p>
    <w:p>
      <w:r>
        <w:rPr>
          <w:b/>
        </w:rPr>
        <w:t xml:space="preserve">[21:57] </w:t>
      </w:r>
      <w:r>
        <w:t>To Quran kya hai? Quran ek kitab-e-hawala jaat hai. Quran mein dekhiye, jo pani ka jo nizam hai, us ka hawala hai, zameen ka hawala hai,</w:t>
      </w:r>
    </w:p>
    <w:p>
      <w:pPr>
        <w:jc w:val="right"/>
      </w:pPr>
      <w:r>
        <w:t>تو قرآن کیا ہے؟ قرآن ایک کتابِ حوالہ جات ہے۔ قرآن میں دیکھیے، جو پانی کا جو نظام ہے، اس کا حوالہ ہے، زمین کا حوالہ ہے،</w:t>
      </w:r>
    </w:p>
    <w:p>
      <w:r>
        <w:rPr>
          <w:b/>
        </w:rPr>
        <w:t xml:space="preserve">[22:13] </w:t>
      </w:r>
      <w:r>
        <w:t>Sitaron ka hawala hai. Yeh jo nature jis mein hum rehte hain, us ke hawala jaat se Quran bhara hua hai.</w:t>
      </w:r>
    </w:p>
    <w:p>
      <w:pPr>
        <w:jc w:val="right"/>
      </w:pPr>
      <w:r>
        <w:t>ستاروں کا حوالہ ہے۔ یہ جو نیچر جس میں ہم رہتے ہیں، اس کے حوالہ جات سے قرآن بھرا ہوا ہے۔</w:t>
      </w:r>
    </w:p>
    <w:p>
      <w:r>
        <w:rPr>
          <w:b/>
        </w:rPr>
        <w:t xml:space="preserve">[22:24] </w:t>
      </w:r>
      <w:r>
        <w:t>Is ko le kar hum sochte hain. Tareekh ke bhi hawala jaat hain. Jaise misaal ke taur par Quran mein hai ke Firon jab samandar mein Allah taala ne us ko gharaq kiya, woh doob kar mara.</w:t>
      </w:r>
    </w:p>
    <w:p>
      <w:pPr>
        <w:jc w:val="right"/>
      </w:pPr>
      <w:r>
        <w:t>اس کو لے کر ہم سوچتے ہیں۔ تاریخ کے بھی حوالہ جات ہیں۔ جیسے مثال کے طور پر قرآن میں ہے کہ فرعون جب سمندر میں اللہ تعالیٰ نے اس کو غرق کیا، وہ ڈوب کر مرا۔</w:t>
      </w:r>
    </w:p>
    <w:p>
      <w:r>
        <w:rPr>
          <w:b/>
        </w:rPr>
        <w:t xml:space="preserve">[22:45] </w:t>
      </w:r>
      <w:r>
        <w:t>To us waqt Allah taala ne kaha ke "اليوم ننجيك ببدنك لتكون لمن خلفك آية" .</w:t>
      </w:r>
    </w:p>
    <w:p>
      <w:pPr>
        <w:jc w:val="right"/>
      </w:pPr>
      <w:r>
        <w:t>تو اس وقت اللہ تعالیٰ نے کہا کہ "اليوم ننجيك ببدنك لتكون لمن خلفك آية" ۔</w:t>
      </w:r>
    </w:p>
    <w:p>
      <w:r>
        <w:rPr>
          <w:b/>
        </w:rPr>
        <w:t xml:space="preserve">[22:57] </w:t>
      </w:r>
      <w:r>
        <w:t>Aaj hum tumhare jism ko mehfooz kar ke rakhenge. Taa ke baad wale dekhen us ko aur us se un ke liye nishaniyan banen.</w:t>
      </w:r>
    </w:p>
    <w:p>
      <w:pPr>
        <w:jc w:val="right"/>
      </w:pPr>
      <w:r>
        <w:t>آج ہم تمہارے جسم کو محفوظ کر کے رکھیں گے۔ تاکہ بعد والے دیکھیں اس کو اور اس سے ان کے لیے نشانیاں بنیں۔</w:t>
      </w:r>
    </w:p>
    <w:p>
      <w:r>
        <w:rPr>
          <w:b/>
        </w:rPr>
        <w:t xml:space="preserve">[23:08] </w:t>
      </w:r>
      <w:r>
        <w:t>Ab yeh waqea hua chaar hazar saal pehle. Kisi ko pata nahin tha ke woh jism kahan hai. Yani jab Quran utra hai, saatvin sadi ke pehle se maahi mein, tab tak kisi ko pata nahin tha ke jism, Firon ka jism, kahin hai.</w:t>
      </w:r>
    </w:p>
    <w:p>
      <w:pPr>
        <w:jc w:val="right"/>
      </w:pPr>
      <w:r>
        <w:t>اب یہ واقعہ ہوا چار ہزار سال پہلے۔ کسی کو پتہ نہیں تھا کہ وہ جسم کہاں ہے۔ یعنی جب قرآن اترا ہے، ساتویں صدی کے پہلے سہ ماہی میں، تب تک کسی کو پتہ نہیں تھا کہ جسم، فیرعون کا جسم، کہیں ہے۔</w:t>
      </w:r>
    </w:p>
    <w:p>
      <w:r>
        <w:rPr>
          <w:b/>
        </w:rPr>
        <w:t xml:space="preserve">[23:27] </w:t>
      </w:r>
      <w:r>
        <w:t>Aur Quran mein likha hua tha ke woh mehfooz hai, mehfooz kar diya gaya hai.</w:t>
      </w:r>
    </w:p>
    <w:p>
      <w:pPr>
        <w:jc w:val="right"/>
      </w:pPr>
      <w:r>
        <w:t>اور قرآن میں لکھا ہوا تھا کہ وہ محفوظ ہے، محفوظ کر دیا گیا ہے۔</w:t>
      </w:r>
    </w:p>
    <w:p>
      <w:r>
        <w:rPr>
          <w:b/>
        </w:rPr>
        <w:t xml:space="preserve">[23:33] </w:t>
      </w:r>
      <w:r>
        <w:t>Ab yahan par ek tareekh ka hawala aata hai, yahan par.</w:t>
      </w:r>
    </w:p>
    <w:p>
      <w:pPr>
        <w:jc w:val="right"/>
      </w:pPr>
      <w:r>
        <w:t>اب یہاں پر ایک تاریخ کا حوالہ آتا ہے، یہاں پر۔</w:t>
      </w:r>
    </w:p>
    <w:p>
      <w:r>
        <w:rPr>
          <w:b/>
        </w:rPr>
        <w:t xml:space="preserve">[23:39] </w:t>
      </w:r>
      <w:r>
        <w:t>To yeh uneesvin sadi ke aakhir mein kuch France aur Germany ke mahireen-e-ilm gaye Misr.</w:t>
      </w:r>
    </w:p>
    <w:p>
      <w:pPr>
        <w:jc w:val="right"/>
      </w:pPr>
      <w:r>
        <w:t>تو یہ انیسویں صدی کے آخر میں کچھ فرانس اور جرمنی کے ماہرینِ علم گئے مصر۔</w:t>
      </w:r>
    </w:p>
    <w:p>
      <w:r>
        <w:rPr>
          <w:b/>
        </w:rPr>
        <w:t xml:space="preserve">[23:48] </w:t>
      </w:r>
      <w:r>
        <w:t>Wahan par ahraam hote hain. Aur is size ki, bohat bari imarat hai, is size ki.</w:t>
      </w:r>
    </w:p>
    <w:p>
      <w:pPr>
        <w:jc w:val="right"/>
      </w:pPr>
      <w:r>
        <w:t>وہاں پر احرام ہوتے ہیں۔ اور اس سائز کی، بہت بڑی عمارت ہے، اس سائز کی۔</w:t>
      </w:r>
    </w:p>
    <w:p>
      <w:r>
        <w:rPr>
          <w:b/>
        </w:rPr>
        <w:t xml:space="preserve">[23:58] </w:t>
      </w:r>
      <w:r>
        <w:t>To is mein koi jata nahin tha, us ke andar. Is mein gate the, is mein, lekin koi jata nahin tha. Kyun?</w:t>
      </w:r>
    </w:p>
    <w:p>
      <w:pPr>
        <w:jc w:val="right"/>
      </w:pPr>
      <w:r>
        <w:t>تو اس میں کوئی جاتا نہیں تھا، اس کے اندر۔ اس میں گیٹ تھے، اس میں، لیکن کوئی جاتا نہیں تھا۔ کیوں؟</w:t>
      </w:r>
    </w:p>
    <w:p>
      <w:r>
        <w:rPr>
          <w:b/>
        </w:rPr>
        <w:t xml:space="preserve">[24:06] </w:t>
      </w:r>
      <w:r>
        <w:t>Kabhi koi jana chaha kisi ne to us ke andar bohat zyada, yani us ko mar gaya woh, jati.</w:t>
      </w:r>
    </w:p>
    <w:p>
      <w:pPr>
        <w:jc w:val="right"/>
      </w:pPr>
      <w:r>
        <w:t>کبھی کوئی جانا چاہا کسی نے تو اس کے اندر بہت زیادہ، یعنی اس کو مر گیا وہ، جاتی۔</w:t>
      </w:r>
    </w:p>
    <w:p>
      <w:r>
        <w:rPr>
          <w:b/>
        </w:rPr>
        <w:t xml:space="preserve">[24:16] </w:t>
      </w:r>
      <w:r>
        <w:t>Samjhein ke us ke andar, un ka mashhoor tha wahan ke is mein laanat al-Firaunah hai. Firon ki laanat. Kyun ke woh Firon ke zamane ke, yani Firon ke zamane ki imaratein hain woh.</w:t>
      </w:r>
    </w:p>
    <w:p>
      <w:pPr>
        <w:jc w:val="right"/>
      </w:pPr>
      <w:r>
        <w:t>سمجھیں کہ اس کے اندر، ان کا مشہور تھا وہاں کہ اس میں لعنت الفراعنہ ہے۔ فرعون کی لعنت۔ کیونکہ وہ فرعون کے زمانے کے، یعنی فیرعون کے زمانے کی عمارتیں ہیں وہ۔</w:t>
      </w:r>
    </w:p>
    <w:p>
      <w:r>
        <w:rPr>
          <w:b/>
        </w:rPr>
        <w:t xml:space="preserve">[24:29] </w:t>
      </w:r>
      <w:r>
        <w:t>Kai imaratein hain, maine dekha hai wahan. Sehra mein. To in logon ne kya kiya? In ke paas jadeed technique thi.</w:t>
      </w:r>
    </w:p>
    <w:p>
      <w:pPr>
        <w:jc w:val="right"/>
      </w:pPr>
      <w:r>
        <w:t>کئی عمارتیں ہیں، میں نے دیکھا ہے وہاں۔ صحرا میں۔ تو ان لوگوں نے کیا کیا؟ ان کے پاس جدید تکنیک تھی۔</w:t>
      </w:r>
    </w:p>
    <w:p>
      <w:r>
        <w:rPr>
          <w:b/>
        </w:rPr>
        <w:t xml:space="preserve">[24:40] </w:t>
      </w:r>
      <w:r>
        <w:t>Gate khol kar ke unhon ne pata kiya to un ko samajh mein aaya ke is mein gases bhari hui hain. Is ke andar chidiyan bohat zyada thin, jo ke hum kehte hain ababeel.</w:t>
      </w:r>
    </w:p>
    <w:p>
      <w:pPr>
        <w:jc w:val="right"/>
      </w:pPr>
      <w:r>
        <w:t>گیٹ کھول کر کے انہوں نے پتہ کیا تو ان کو سمجھ میں آیا کہ اس میں گیسیں بھری ہوئی ہیں۔ اس کے اندر چڑیاں بہت زیادہ تھیں، جو کہ ہم کہتے ہیں ابابیل۔</w:t>
      </w:r>
    </w:p>
    <w:p>
      <w:r>
        <w:rPr>
          <w:b/>
        </w:rPr>
        <w:t xml:space="preserve">[24:52] </w:t>
      </w:r>
      <w:r>
        <w:t>Jo chidiyan shuru hoti hain, bohat hain, hazaron hazar.</w:t>
      </w:r>
    </w:p>
    <w:p>
      <w:pPr>
        <w:jc w:val="right"/>
      </w:pPr>
      <w:r>
        <w:t>جو چڑیاں شروع ہوتی ہیں، بہت ہیں، ہزاروں ہزار۔</w:t>
      </w:r>
    </w:p>
    <w:p>
      <w:r>
        <w:rPr>
          <w:b/>
        </w:rPr>
        <w:t xml:space="preserve">[24:56] </w:t>
      </w:r>
      <w:r>
        <w:t>To un ki peeth se woh, us ki gases bhar gayi thin us ke andar. To jab koi saans leta tha to mar jata tha.</w:t>
      </w:r>
    </w:p>
    <w:p>
      <w:pPr>
        <w:jc w:val="right"/>
      </w:pPr>
      <w:r>
        <w:t>تو ان کی پیٹھ سے وہ، اس کی گیسیں بھر گئی تھیں اس کے اندر۔ تو جب کوئی سانس لیتا تھا تو مر جاتا تھا۔</w:t>
      </w:r>
    </w:p>
    <w:p>
      <w:r>
        <w:rPr>
          <w:b/>
        </w:rPr>
        <w:t xml:space="preserve">[25:09] </w:t>
      </w:r>
      <w:r>
        <w:t>To unhon ne kya kiya? Ke machine lagai thi. Machine laga kar us ko exhale kiya, us ki gases bahar nikali. To gases se jab khali ho gaya woh, to us mein dakhil hui hai woh.</w:t>
      </w:r>
    </w:p>
    <w:p>
      <w:pPr>
        <w:jc w:val="right"/>
      </w:pPr>
      <w:r>
        <w:t>تو انہوں نے کیا کیا؟ کہ مشین لگائی تھی۔ مشین لگا کر اس کو ایکس ہیل کیا، اس کی گیسیں باہر نکالی۔ تو گیسوں سے جب خالی ہو گیا وہ، تو اس میں داخل ہوئی ہے وہ۔</w:t>
      </w:r>
    </w:p>
    <w:p>
      <w:r>
        <w:rPr>
          <w:b/>
        </w:rPr>
        <w:t xml:space="preserve">[25:21] </w:t>
      </w:r>
      <w:r>
        <w:t>To is mein Firon ke woh rakhe hue the,</w:t>
      </w:r>
    </w:p>
    <w:p>
      <w:pPr>
        <w:jc w:val="right"/>
      </w:pPr>
      <w:r>
        <w:t>تو اس میں فیرعون کے وہ رکھے ہوئے تھے،</w:t>
      </w:r>
    </w:p>
    <w:p>
      <w:r>
        <w:rPr>
          <w:b/>
        </w:rPr>
        <w:t xml:space="preserve">[25:26] </w:t>
      </w:r>
      <w:r>
        <w:t>yani jism. Is zamane mein misr mein ek tha, ek technique, jis ko kehte hain momyai karna.</w:t>
      </w:r>
    </w:p>
    <w:p>
      <w:pPr>
        <w:jc w:val="right"/>
      </w:pPr>
      <w:r>
        <w:t>یعنی جسم۔ اس زمانے میں مصر میں ایک تھا، ایک تکنیک، جس کو کہتے ہیں مومیائی کرنا۔</w:t>
      </w:r>
    </w:p>
    <w:p>
      <w:r>
        <w:rPr>
          <w:b/>
        </w:rPr>
        <w:t xml:space="preserve">[25:40] </w:t>
      </w:r>
      <w:r>
        <w:t>momyification shayad kehte hain is ko, momyai karna. To kuch khaas tarah ka is par lagate the, kuch cheezen. Woh jism ko mehfooz kar dete the woh.</w:t>
      </w:r>
    </w:p>
    <w:p>
      <w:pPr>
        <w:jc w:val="right"/>
      </w:pPr>
      <w:r>
        <w:t>مومیفیکیشن شاید کہتے ہیں اس کو، مومیائی کرنا۔ تو کچھ خاص طرح کا اس پر لگاتے تھے، کچھ چیزیں۔ وہ جسم کو محفوظ کر دیتے تھے وہ۔</w:t>
      </w:r>
    </w:p>
    <w:p>
      <w:r>
        <w:rPr>
          <w:b/>
        </w:rPr>
        <w:t xml:space="preserve">[25:52] </w:t>
      </w:r>
      <w:r>
        <w:t>To is ke andar jism mili,</w:t>
      </w:r>
    </w:p>
    <w:p>
      <w:pPr>
        <w:jc w:val="right"/>
      </w:pPr>
      <w:r>
        <w:t>تو اس کے اندر جسم ملی،</w:t>
      </w:r>
    </w:p>
    <w:p>
      <w:r>
        <w:rPr>
          <w:b/>
        </w:rPr>
        <w:t xml:space="preserve">[25:57] </w:t>
      </w:r>
      <w:r>
        <w:t>jo mehfooz kar ke rakhi hui thi. To nikaal kar laaye woh. Aur phir is ko jo unhon ne, jo jadeed technique hai, carbon 14 dating, jis se ke period ka jo maloom hota hai, zamana.</w:t>
      </w:r>
    </w:p>
    <w:p>
      <w:pPr>
        <w:jc w:val="right"/>
      </w:pPr>
      <w:r>
        <w:t>جو محفوظ کر کے رکھی ہوئی تھی۔ تو نکال کر لائے وہ۔ اور پھر اس کو جو انہوں نے، جو جدید تکنیک ہے، کاربن 14 ڈیٹنگ، جس سے کہ پیریڈ کا جو معلوم ہوتا ہے، زمانہ۔</w:t>
      </w:r>
    </w:p>
    <w:p>
      <w:r>
        <w:rPr>
          <w:b/>
        </w:rPr>
        <w:t xml:space="preserve">[26:14] </w:t>
      </w:r>
      <w:r>
        <w:t>To maloom hua ke wahi zamana is ka hai jo hath boosa, yani moosa ka zamana aur firon ka zamana, ek hi nikla.</w:t>
      </w:r>
    </w:p>
    <w:p>
      <w:pPr>
        <w:jc w:val="right"/>
      </w:pPr>
      <w:r>
        <w:t>تو معلوم ہوا کہ وہی زمانہ اس کا ہے جو ہتھ بوسہ، یعنی معجز کا زمانہ اور فیرعون کا زمانہ، ایک ہی نکلا۔</w:t>
      </w:r>
    </w:p>
    <w:p>
      <w:r>
        <w:rPr>
          <w:b/>
        </w:rPr>
        <w:t xml:space="preserve">[26:24] </w:t>
      </w:r>
      <w:r>
        <w:t>To maloom hua ke yeh to wahi hai firon. Jis ke baray mein quran mein tha ke woh mehfooz hai is ki jism. To kisi ko pata nahi tha.</w:t>
      </w:r>
    </w:p>
    <w:p>
      <w:pPr>
        <w:jc w:val="right"/>
      </w:pPr>
      <w:r>
        <w:t>تو معلوم ہوا کہ یہ تو وہی ہے فرعون۔ جس کے بارے میں قرآن میں تھا کہ وہ محفوظ ہے اس کی جسم۔ تو کسی کو پتہ نہیں تھا۔</w:t>
      </w:r>
    </w:p>
    <w:p>
      <w:r>
        <w:rPr>
          <w:b/>
        </w:rPr>
        <w:t xml:space="preserve">[26:33] </w:t>
      </w:r>
      <w:r>
        <w:t>To yahan par dekhiye, ek tareekh ka hawala. Jo aap sochen ge, sochen ge to aap ka dil gawahi de ga ke saatveen sadi mein jab yeh kitaab utri to sari duniya mein koi janta bhi nahi tha, kuch bhi nahi.</w:t>
      </w:r>
    </w:p>
    <w:p>
      <w:pPr>
        <w:jc w:val="right"/>
      </w:pPr>
      <w:r>
        <w:t>تو یہاں پر دیکھیے، ایک تاریخ کا حوالہ۔ جو آپ سوچیں گے، سوچیں گے تو آپ کا دل گواہی دے گا کہ ساتویں صدی میں جب یہ کتاب اتری تو ساری دنیا میں کوئی جانتا بھی نہیں تھا، کچھ بھی نہیں۔</w:t>
      </w:r>
    </w:p>
    <w:p>
      <w:r>
        <w:rPr>
          <w:b/>
        </w:rPr>
        <w:t xml:space="preserve">[26:51] </w:t>
      </w:r>
      <w:r>
        <w:t>To kaise yeh hawala aaya is ka is mein? Tab aap daryaft karen ge ke yeh kitaab jo hai, kitaab-e-khuda hai. Jo hai "alamul ghaibi wash shahadah".</w:t>
      </w:r>
    </w:p>
    <w:p>
      <w:pPr>
        <w:jc w:val="right"/>
      </w:pPr>
      <w:r>
        <w:t>تو کیسے یہ حوالہ آیا اس کا اس میں؟ تب آپ دریافت کریں گے کہ یہ کتاب جو ہے، کتابِ خدا ہے۔ جو ہے "عَلَمُ الْغَيْبِ وَالشَّهَادَةِ" ۔</w:t>
      </w:r>
    </w:p>
    <w:p>
      <w:r>
        <w:rPr>
          <w:b/>
        </w:rPr>
        <w:t xml:space="preserve">[27:02] </w:t>
      </w:r>
      <w:r>
        <w:t>Yani khuda ke baray mein quran mein hai ke woh maazi ko bhi janta hai, haal ko bhi janta hai, mustaqbil ko bhi janta hai. To woh janta tha maazi ko, jo ke koi insaan nahi janta tha.</w:t>
      </w:r>
    </w:p>
    <w:p>
      <w:pPr>
        <w:jc w:val="right"/>
      </w:pPr>
      <w:r>
        <w:t>یعنی خدا کے بارے میں قرآن میں ہے کہ وہ ماضی کو بھی جانتا ہے، حال کو بھی جانتا ہے، مستقبل کو بھی جانتا ہے۔ تو وہ جانتا تھا ماضی کو، جو کہ کوئی انسان نہیں جانتا تھا۔</w:t>
      </w:r>
    </w:p>
    <w:p>
      <w:r>
        <w:rPr>
          <w:b/>
        </w:rPr>
        <w:t xml:space="preserve">[27:15] </w:t>
      </w:r>
      <w:r>
        <w:t>To us ne bataya. E</w:t>
      </w:r>
    </w:p>
    <w:p>
      <w:pPr>
        <w:jc w:val="right"/>
      </w:pPr>
      <w:r>
        <w:t>تو اس نے بتایا۔ ای</w:t>
      </w:r>
    </w:p>
    <w:p>
      <w:r>
        <w:rPr>
          <w:b/>
        </w:rPr>
        <w:t xml:space="preserve">[27:19] </w:t>
      </w:r>
      <w:r>
        <w:t>se hawala jaat wahan quran mein baar baar milen ge aap ko. To aap ka yaqeen barhe ga ke bilashuba yeh khuda ki kitaab hai.</w:t>
      </w:r>
    </w:p>
    <w:p>
      <w:pPr>
        <w:jc w:val="right"/>
      </w:pPr>
      <w:r>
        <w:t>سے حوالہ جات وہاں قرآن میں بار بار ملیں گے آپ کو۔ تو آپ کا یقین بڑھے گا کہ بلاشبہ یہ خدا کی کتاب ہے۔</w:t>
      </w:r>
    </w:p>
    <w:p>
      <w:r>
        <w:rPr>
          <w:b/>
        </w:rPr>
        <w:t xml:space="preserve">[27:29] </w:t>
      </w:r>
      <w:r>
        <w:t>Isi liye maine kaha ke quran jo hai, apne musannif ka, apne musannif ka yani taaruf hai.</w:t>
      </w:r>
    </w:p>
    <w:p>
      <w:pPr>
        <w:jc w:val="right"/>
      </w:pPr>
      <w:r>
        <w:t>اسی لیے میں نے کہا کہ قرآن جو ہے، اپنے مصنف کا، اپنے مصنف کا یعنی تعارف ہے۔</w:t>
      </w:r>
    </w:p>
    <w:p>
      <w:r>
        <w:rPr>
          <w:b/>
        </w:rPr>
        <w:t xml:space="preserve">[27:41] </w:t>
      </w:r>
      <w:r>
        <w:t>To jaisa ke maine arz kiya ke woh ek kahawat hai "Think, think, think; there must be a better way" . To</w:t>
      </w:r>
    </w:p>
    <w:p>
      <w:pPr>
        <w:jc w:val="right"/>
      </w:pPr>
      <w:r>
        <w:t>تو جیسا کہ میں نے عرض کیا کہ وہ ایک کہاوت ہے "Think, think, think; there must be a better way" ۔ تو</w:t>
      </w:r>
    </w:p>
    <w:p>
      <w:r>
        <w:rPr>
          <w:b/>
        </w:rPr>
        <w:t xml:space="preserve">[27:48] </w:t>
      </w:r>
      <w:r>
        <w:t>sochne se baaten maloom hoti hain. Sochne se. Main abhi apna ek tajruba bataoon. Abhi do chaar din hue, maine ek article parha ke India mein railway kaise aayi, kaise bichhai gayi, is ke baray mein tha woh.</w:t>
      </w:r>
    </w:p>
    <w:p>
      <w:pPr>
        <w:jc w:val="right"/>
      </w:pPr>
      <w:r>
        <w:t>سوچنے سے باتیں معلوم ہوتی ہیں۔ سوچنے سے۔ میں ابھی اپنا ایک تجربہ بتاؤں۔ ابھی دو چار دن ہوئے، میں نے ایک آرٹیکل پڑھا کہ انڈیا میں ریلوے کیسے آئی، کیسے بچھائی گئی، اس کے بارے میں تھا وہ۔</w:t>
      </w:r>
    </w:p>
    <w:p>
      <w:r>
        <w:rPr>
          <w:b/>
        </w:rPr>
        <w:t xml:space="preserve">[28:11] </w:t>
      </w:r>
      <w:r>
        <w:t>To is mein bataya gaya tha ke 1853 mein, yani 1853</w:t>
      </w:r>
    </w:p>
    <w:p>
      <w:pPr>
        <w:jc w:val="right"/>
      </w:pPr>
      <w:r>
        <w:t>تو اس میں بتایا گیا تھا کہ 1853 میں، یعنی 1853</w:t>
      </w:r>
    </w:p>
    <w:p>
      <w:r>
        <w:rPr>
          <w:b/>
        </w:rPr>
        <w:t xml:space="preserve">[28:22] </w:t>
      </w:r>
      <w:r>
        <w:t>mein, London se ek angrez fauji afsar, jo lieutenant tha, Robert, aaya woh.</w:t>
      </w:r>
    </w:p>
    <w:p>
      <w:pPr>
        <w:jc w:val="right"/>
      </w:pPr>
      <w:r>
        <w:t>میں، لندن سے ایک انگریز فوجی افسر، جو لیفٹیننٹ تھا، رابرٹ، آیا وہ۔</w:t>
      </w:r>
    </w:p>
    <w:p>
      <w:r>
        <w:rPr>
          <w:b/>
        </w:rPr>
        <w:t xml:space="preserve">[28:31] </w:t>
      </w:r>
      <w:r>
        <w:t>To us zamane mein log jahaz se aate the, Calcutta utarte the.</w:t>
      </w:r>
    </w:p>
    <w:p>
      <w:pPr>
        <w:jc w:val="right"/>
      </w:pPr>
      <w:r>
        <w:t>تو اس زمانے میں لوگ جہاز سے آتے تھے، کلکتہ اترتے تھے۔</w:t>
      </w:r>
    </w:p>
    <w:p>
      <w:r>
        <w:rPr>
          <w:b/>
        </w:rPr>
        <w:t xml:space="preserve">[28:37] </w:t>
      </w:r>
      <w:r>
        <w:t>Is ki jo, is ko jana tha Peshawar, Calcutta se Peshawar. Woh Peshawar ke liye bheja gaya tha, woh lieutenant, woh British lieutenant, Robert.</w:t>
      </w:r>
    </w:p>
    <w:p>
      <w:pPr>
        <w:jc w:val="right"/>
      </w:pPr>
      <w:r>
        <w:t>اس کی جو، اس کو جانا تھا پشاور، کلکتہ سے پشاور۔ وہ پشاور کے لیے بھیجا گیا تھا، وہ لیفٹیننٹ، وہ برٹش لیفٹیننٹ، رابرٹ۔</w:t>
      </w:r>
    </w:p>
    <w:p>
      <w:r>
        <w:rPr>
          <w:b/>
        </w:rPr>
        <w:t xml:space="preserve">[28:52] </w:t>
      </w:r>
      <w:r>
        <w:t>To 1853 mein abhi railway bichhai nahi gayi thi.</w:t>
      </w:r>
    </w:p>
    <w:p>
      <w:pPr>
        <w:jc w:val="right"/>
      </w:pPr>
      <w:r>
        <w:t>تو 1853 میں ابھی ریلوے بچھائی نہیں گئی تھی۔</w:t>
      </w:r>
    </w:p>
    <w:p>
      <w:r>
        <w:rPr>
          <w:b/>
        </w:rPr>
        <w:t xml:space="preserve">[29:01] </w:t>
      </w:r>
      <w:r>
        <w:t>Pehli railway jab thori si bichhai gayi Bombay mein, woh 1856 mein bichhai gayi thi.</w:t>
      </w:r>
    </w:p>
    <w:p>
      <w:pPr>
        <w:jc w:val="right"/>
      </w:pPr>
      <w:r>
        <w:t>پہلی ریلوے جب تھوڑی سی بچھائی گئی بمبئی میں، وہ 1856 میں بچھائی گئی تھی۔</w:t>
      </w:r>
    </w:p>
    <w:p>
      <w:r>
        <w:rPr>
          <w:b/>
        </w:rPr>
        <w:t xml:space="preserve">[29:07] </w:t>
      </w:r>
      <w:r>
        <w:t>To 1853 mein yahan railway thi hi nahi. To Calcutta se Peshawar jo gaya woh, is mein is ko teen mahine laga, teen mahine.</w:t>
      </w:r>
    </w:p>
    <w:p>
      <w:pPr>
        <w:jc w:val="right"/>
      </w:pPr>
      <w:r>
        <w:t>تو 1853 میں یہاں ریلوے تھی ہی نہیں۔ تو کلکتہ سے پشاور جو گیا وہ، اس میں اس کو تین مہینے لگا، تین مہینے۔</w:t>
      </w:r>
    </w:p>
    <w:p>
      <w:r>
        <w:rPr>
          <w:b/>
        </w:rPr>
        <w:t xml:space="preserve">[29:18] </w:t>
      </w:r>
      <w:r>
        <w:t>Ke Calcutta se aaya Banaras tak Ganga mein kashti ke zariye. Phir wahan se safar kiya kuch door tak ghore ke zariye.</w:t>
      </w:r>
    </w:p>
    <w:p>
      <w:pPr>
        <w:jc w:val="right"/>
      </w:pPr>
      <w:r>
        <w:t>کہ کلکتہ سے آیا بنارس تک گنگا میں کشتی کے ذریعے۔ پھر وہاں سے سفر کیا کچھ دور تک گھوڑے کے ذریعے۔</w:t>
      </w:r>
    </w:p>
    <w:p>
      <w:r>
        <w:rPr>
          <w:b/>
        </w:rPr>
        <w:t xml:space="preserve">[29:29] </w:t>
      </w:r>
      <w:r>
        <w:t>Phir woh kuch dinon tak woh palki ke zariye. Kahin paidal chalna para is ko.</w:t>
      </w:r>
    </w:p>
    <w:p>
      <w:pPr>
        <w:jc w:val="right"/>
      </w:pPr>
      <w:r>
        <w:t>پھر وہ کچھ دنوں تک وہ پالکی کے ذریعے۔ کہیں پیدل چلنا پڑا اس کو۔</w:t>
      </w:r>
    </w:p>
    <w:p>
      <w:r>
        <w:rPr>
          <w:b/>
        </w:rPr>
        <w:t xml:space="preserve">[29:35] </w:t>
      </w:r>
      <w:r>
        <w:t>Is tarah se ek bohat hi museebat ka safar tha. Jo teen mahine mein ja kar poora hua.</w:t>
      </w:r>
    </w:p>
    <w:p>
      <w:pPr>
        <w:jc w:val="right"/>
      </w:pPr>
      <w:r>
        <w:t>اس طرح سے ایک بہت ہی مصیبت کا سفر تھا۔ جو تین مہینے میں جا کر پورا ہوا۔</w:t>
      </w:r>
    </w:p>
    <w:p>
      <w:r>
        <w:rPr>
          <w:b/>
        </w:rPr>
        <w:t xml:space="preserve">[29:44] </w:t>
      </w:r>
      <w:r>
        <w:t>Ab kya hai? Jab woh chaalees saal ke baad wahan se wapas hua dobara, to Peshawar se Calcutta tak sirf teen din pohancha woh.</w:t>
      </w:r>
    </w:p>
    <w:p>
      <w:pPr>
        <w:jc w:val="right"/>
      </w:pPr>
      <w:r>
        <w:t>اب کیا ہے؟ جب وہ چالیس سال کے بعد وہاں سے واپس ہوا دوبارہ، تو پشاور سے کلکتہ تک صرف تین دن پہنچا وہ۔</w:t>
      </w:r>
    </w:p>
    <w:p>
      <w:r>
        <w:rPr>
          <w:b/>
        </w:rPr>
        <w:t xml:space="preserve">[29:53] </w:t>
      </w:r>
      <w:r>
        <w:t>sirf teen din. kyon? tab tak railway bichh chuki thi. railway line.</w:t>
      </w:r>
    </w:p>
    <w:p>
      <w:pPr>
        <w:jc w:val="right"/>
      </w:pPr>
      <w:r>
        <w:t>صرف تین دن۔ کیوں؟ تب تک ریلوے بچھ چکی تھی۔ ریلوے لائن۔</w:t>
      </w:r>
    </w:p>
    <w:p>
      <w:r>
        <w:rPr>
          <w:b/>
        </w:rPr>
        <w:t xml:space="preserve">[29:59] </w:t>
      </w:r>
      <w:r>
        <w:t>to is ko parh kar maine socha ke main khud isi saal se safar karta hoon train mein.</w:t>
      </w:r>
    </w:p>
    <w:p>
      <w:pPr>
        <w:jc w:val="right"/>
      </w:pPr>
      <w:r>
        <w:t>تو اس کو پڑھ کر میں نے سوچا کہ میں خود اسی سال سے سفر کرتا ہوں ٹرین میں۔</w:t>
      </w:r>
    </w:p>
    <w:p>
      <w:r>
        <w:rPr>
          <w:b/>
        </w:rPr>
        <w:t xml:space="preserve">[30:08] </w:t>
      </w:r>
      <w:r>
        <w:t>ghaaliban pehla safar maine unnis so tees mein kiya tha. jab chhota tha main. aaj tak mere zehen mein nahi tha yeh baat.</w:t>
      </w:r>
    </w:p>
    <w:p>
      <w:pPr>
        <w:jc w:val="right"/>
      </w:pPr>
      <w:r>
        <w:t>غالباً پہلا سفر میں نے انیس سو تیس میں کیا تھا۔ جب چھوٹا تھا میں۔ آج تک میرے ذہن میں نہیں تھا یہ بات۔</w:t>
      </w:r>
    </w:p>
    <w:p>
      <w:r>
        <w:rPr>
          <w:b/>
        </w:rPr>
        <w:t xml:space="preserve">[30:19] </w:t>
      </w:r>
      <w:r>
        <w:t>kyon ke socha nahi tha maine. ke kolkata se peshawar ka safar mein ek aala afsar ko lagta tha teen mahine.</w:t>
      </w:r>
    </w:p>
    <w:p>
      <w:pPr>
        <w:jc w:val="right"/>
      </w:pPr>
      <w:r>
        <w:t>کیوں کہ سوچا نہیں تھا میں نے۔ کہ کلکتہ سے پشاور کا سفر میں ایک اعلیٰ افسر کو لگتا تھا تین مہینے۔</w:t>
      </w:r>
    </w:p>
    <w:p>
      <w:r>
        <w:rPr>
          <w:b/>
        </w:rPr>
        <w:t xml:space="preserve">[30:28] </w:t>
      </w:r>
      <w:r>
        <w:t>to aam aadmi to pata nahi kitna waqt lagega is ko. yeh is ke liye kashti thi, is ke liye ghore the, is ke liye palki thi, is ke liye madadgar the, jo ke woh aala afsar tha woh.</w:t>
      </w:r>
    </w:p>
    <w:p>
      <w:pPr>
        <w:jc w:val="right"/>
      </w:pPr>
      <w:r>
        <w:t>تو عام آدمی تو پتہ نہیں کتنا وقت لگے گا اس کو۔ یہ اس کے لیے کشتی تھی، اس کے لیے گھوڑے تھے، اس کے لیے پالکی تھی، اس کے لیے مددگار تھے، جو کہ وہ اعلیٰ افسر تھا وہ۔</w:t>
      </w:r>
    </w:p>
    <w:p>
      <w:r>
        <w:rPr>
          <w:b/>
        </w:rPr>
        <w:t xml:space="preserve">[30:43] </w:t>
      </w:r>
      <w:r>
        <w:t>british daur mein. to itne saare saaman ke bawajood is ko lage teen mahine. to aam aadmi ko to pata nahi kitna lagta hoga waqt, bohat ziyada.</w:t>
      </w:r>
    </w:p>
    <w:p>
      <w:pPr>
        <w:jc w:val="right"/>
      </w:pPr>
      <w:r>
        <w:t>برٹش دور میں۔ تو اتنے سارے سامان کے باوجود اس کو لگے تین مہینے۔ تو عام آدمی کو تو پتہ نہیں کتنا لگتا ہوگا وقت، بہت زیادہ۔</w:t>
      </w:r>
    </w:p>
    <w:p>
      <w:r>
        <w:rPr>
          <w:b/>
        </w:rPr>
        <w:t xml:space="preserve">[30:54] </w:t>
      </w:r>
      <w:r>
        <w:t>lekin maine socha nahi tha yeh baat.</w:t>
      </w:r>
    </w:p>
    <w:p>
      <w:pPr>
        <w:jc w:val="right"/>
      </w:pPr>
      <w:r>
        <w:t>لیکن میں نے سوچا نہیں تھا یہ بات۔</w:t>
      </w:r>
    </w:p>
    <w:p>
      <w:r>
        <w:rPr>
          <w:b/>
        </w:rPr>
        <w:t xml:space="preserve">[30:58] </w:t>
      </w:r>
      <w:r>
        <w:t>to agarchay main isi baras se train mein baithta raha hoon, lekin mujhe is ki khabar nahi thi. ke kya museebat hoti thi is zamane mein jab ke yahan railway nahi thi.</w:t>
      </w:r>
    </w:p>
    <w:p>
      <w:pPr>
        <w:jc w:val="right"/>
      </w:pPr>
      <w:r>
        <w:t>تو اگرچہ میں اسی برس سے ٹرین میں بیٹھتا رہا ہوں، لیکن مجھے اس کی خبر نہیں تھی۔ کہ کیا مصیبت ہوتی تھی اس زمانے میں جب کہ یہاں ریلوے نہیں تھی۔</w:t>
      </w:r>
    </w:p>
    <w:p>
      <w:r>
        <w:rPr>
          <w:b/>
        </w:rPr>
        <w:t xml:space="preserve">[31:09] </w:t>
      </w:r>
      <w:r>
        <w:t>aur ab kitni aasani ho gayi hai. aur ab to aap jante hain ke teen, teen yani pehle lage the agar teen mahine, aur phir wapsi mein is ko lage teen din.</w:t>
      </w:r>
    </w:p>
    <w:p>
      <w:pPr>
        <w:jc w:val="right"/>
      </w:pPr>
      <w:r>
        <w:t>اور اب کتنی آسانی ہو گئی ہے۔ اور اب تو آپ جانتے ہیں کہ تین، تین یعنی پہلے لگے تھے اگر تین مہینے، اور پھر واپسی میں اس کو لگے تین دن۔</w:t>
      </w:r>
    </w:p>
    <w:p>
      <w:r>
        <w:rPr>
          <w:b/>
        </w:rPr>
        <w:t xml:space="preserve">[31:23] </w:t>
      </w:r>
      <w:r>
        <w:t>ab to aap teen ghante bhi kam waqt mein aap hawai jahaz puhanch jate hain yahan se wahan. to chunke maine socha nahi tha, to mere zehen mein yeh baat thi bhi nahi.</w:t>
      </w:r>
    </w:p>
    <w:p>
      <w:pPr>
        <w:jc w:val="right"/>
      </w:pPr>
      <w:r>
        <w:t>اب تو آپ تین گھنٹے بھی کم وقت میں آپ ہوائی جہاز پہنچ جاتے ہیں یہاں سے وہاں۔ تو چونکہ میں نے سوچا نہیں تھا، تو میرے ذہن میں یہ بات تھی بھی نہیں۔</w:t>
      </w:r>
    </w:p>
    <w:p>
      <w:r>
        <w:rPr>
          <w:b/>
        </w:rPr>
        <w:t xml:space="preserve">[31:35] </w:t>
      </w:r>
      <w:r>
        <w:t>sochne se baatein maloom hoti hain. sochna jo hai wohi, wohi ki hai baaton ko janne ka. sochna.</w:t>
      </w:r>
    </w:p>
    <w:p>
      <w:pPr>
        <w:jc w:val="right"/>
      </w:pPr>
      <w:r>
        <w:t>سوچنے سے باتیں معلوم ہوتی ہیں۔ سوچنا جو ہے وہی، وہی کی ہے باتوں کو جاننے کا۔ سوچنا۔</w:t>
      </w:r>
    </w:p>
    <w:p>
      <w:r>
        <w:rPr>
          <w:b/>
        </w:rPr>
        <w:t xml:space="preserve">[31:46] </w:t>
      </w:r>
      <w:r>
        <w:t>kisi bhi cheez ko aap sochein.</w:t>
      </w:r>
    </w:p>
    <w:p>
      <w:pPr>
        <w:jc w:val="right"/>
      </w:pPr>
      <w:r>
        <w:t>کسی بھی چیز کو آپ سوچیں۔</w:t>
      </w:r>
    </w:p>
    <w:p>
      <w:r>
        <w:rPr>
          <w:b/>
        </w:rPr>
        <w:t xml:space="preserve">[31:49] </w:t>
      </w:r>
      <w:r>
        <w:t>jaise main subah baitha tha apne ghar, to maine dekha ke log park mein chal rahe hain, daud rahe hain. to achaanak mere zehen mein aaya ke log daud rahe hain is tareeqay se, chal rahe hain khoob.</w:t>
      </w:r>
    </w:p>
    <w:p>
      <w:pPr>
        <w:jc w:val="right"/>
      </w:pPr>
      <w:r>
        <w:t>جیسے میں صبح بیٹھا تھا اپنے گھر، تو میں نے دیکھا کہ لوگ پارک میں چل رہے ہیں، دوڑ رہے ہیں۔ تو اچانک میرے ذہن میں آیا کہ لوگ دوڑ رہے ہیں اس طریقے سے، چل رہے ہیں خوب۔</w:t>
      </w:r>
    </w:p>
    <w:p>
      <w:r>
        <w:rPr>
          <w:b/>
        </w:rPr>
        <w:t xml:space="preserve">[32:04] </w:t>
      </w:r>
      <w:r>
        <w:t>aur har lamhe un ko oxygen mil rahi hai. oxygen ki theli koi nahi li hui hai.</w:t>
      </w:r>
    </w:p>
    <w:p>
      <w:pPr>
        <w:jc w:val="right"/>
      </w:pPr>
      <w:r>
        <w:t>اور ہر لمحے ان کو آکسیجن مل رہی ہے۔ آکسیجن کی تھیلی کوئی نہیں لی ہوئی ہے۔</w:t>
      </w:r>
    </w:p>
    <w:p>
      <w:r>
        <w:rPr>
          <w:b/>
        </w:rPr>
        <w:t xml:space="preserve">[32:15] </w:t>
      </w:r>
      <w:r>
        <w:t>kisi ke paas bhi oxygen ki theli nahi</w:t>
      </w:r>
    </w:p>
    <w:p>
      <w:pPr>
        <w:jc w:val="right"/>
      </w:pPr>
      <w:r>
        <w:t>کسی کے پاس بھی آکسیجن کی تھیلی نہیں</w:t>
      </w:r>
    </w:p>
    <w:p>
      <w:r>
        <w:rPr>
          <w:b/>
        </w:rPr>
        <w:t xml:space="preserve">[32:17] </w:t>
      </w:r>
      <w:r>
        <w:t>hai. to kyon? har taraf hawa Allah taala ne chala rakhi hai. to hawaein aap ko oxygen faraham kar rahi hain.</w:t>
      </w:r>
    </w:p>
    <w:p>
      <w:pPr>
        <w:jc w:val="right"/>
      </w:pPr>
      <w:r>
        <w:t>ہے۔ تو کیوں؟ ہر طرف ہوا اللہ تعالیٰ نے چلا رکھی ہے۔ تو ہوائیں آپ کو آکسیجن فراہم کر رہی ہیں۔</w:t>
      </w:r>
    </w:p>
    <w:p>
      <w:r>
        <w:rPr>
          <w:b/>
        </w:rPr>
        <w:t xml:space="preserve">[32:27] </w:t>
      </w:r>
      <w:r>
        <w:t>aap chalte hain, daurte hain, yahan se wahan, wahan se wahan. aur hawa har jagah aap ko oxygen faraham kar rahi hai. to kaisi ajeeb cheez hai yeh.</w:t>
      </w:r>
    </w:p>
    <w:p>
      <w:pPr>
        <w:jc w:val="right"/>
      </w:pPr>
      <w:r>
        <w:t>آپ چلتے ہیں، دوڑتے ہیں، یہاں سے وہاں، وہاں سے وہاں۔ اور ہوا ہر جگہ آپ کو آکسیجن فراہم کر رہی ہے۔ تو کیسی عجیب چیز ہے یہ۔</w:t>
      </w:r>
    </w:p>
    <w:p>
      <w:r>
        <w:rPr>
          <w:b/>
        </w:rPr>
        <w:t xml:space="preserve">[32:37] </w:t>
      </w:r>
      <w:r>
        <w:t>to yeh socha jaye to ek thrill paida hota hai, thrill. ke kaisa ajeeb hai woh Khuda ke mujhe oxygen ki theli le kar nahi chalna parta.</w:t>
      </w:r>
    </w:p>
    <w:p>
      <w:pPr>
        <w:jc w:val="right"/>
      </w:pPr>
      <w:r>
        <w:t>تو یہ سوچا جائے تو ایک تھرل پیدا ہوتا ہے، تھرل۔ کہ کیسا عجیب ہے وہ خدا کہ مجھے آکسیجن کی تھیلی لے کر نہیں چلنا پڑتا۔</w:t>
      </w:r>
    </w:p>
    <w:p>
      <w:r>
        <w:rPr>
          <w:b/>
        </w:rPr>
        <w:t xml:space="preserve">[32:50] </w:t>
      </w:r>
      <w:r>
        <w:t>mujh se pehle hi hawaon mein oxygen daal di gayi hai. jahan jaon wohi oxygen, jahan jaon wohi oxygen. to sochne se baatein maloom hoti hain.</w:t>
      </w:r>
    </w:p>
    <w:p>
      <w:pPr>
        <w:jc w:val="right"/>
      </w:pPr>
      <w:r>
        <w:t>مجھ سے پہلے ہی ہواؤں میں آکسیجن ڈال دی گئی ہے۔ جہاں جاؤں وہی آکسیجن، جہاں جاؤں وہی آکسیجن۔ تو سوچنے سے باتیں معلوم ہوتی ہیں۔</w:t>
      </w:r>
    </w:p>
    <w:p>
      <w:r>
        <w:rPr>
          <w:b/>
        </w:rPr>
        <w:t xml:space="preserve">[33:04] </w:t>
      </w:r>
      <w:r>
        <w:t>to Ramzan ka mahina Quran mein tadabbur karne ka mahina hai. Quran mein sochne ka mahina hai. Quran kya hai?</w:t>
      </w:r>
    </w:p>
    <w:p>
      <w:pPr>
        <w:jc w:val="right"/>
      </w:pPr>
      <w:r>
        <w:t>تو رمضان کا مہینہ قرآن میں تدبر کرنے کا مہینہ ہے۔ قرآن میں سوچنے کا مہینہ ہے۔ قرآن کیا ہے؟</w:t>
      </w:r>
    </w:p>
    <w:p>
      <w:r>
        <w:rPr>
          <w:b/>
        </w:rPr>
        <w:t xml:space="preserve">[33:13] </w:t>
      </w:r>
      <w:r>
        <w:t>Quran jo hai khaliq ki kitab hai. jis ne yeh duniya banai hai,</w:t>
      </w:r>
    </w:p>
    <w:p>
      <w:pPr>
        <w:jc w:val="right"/>
      </w:pPr>
      <w:r>
        <w:t>قرآن جو ہے خالق کی کتاب ہے۔ جس نے یہ دنیا بنائی ہے،</w:t>
      </w:r>
    </w:p>
    <w:p>
      <w:r>
        <w:rPr>
          <w:b/>
        </w:rPr>
        <w:t xml:space="preserve">[33:21] </w:t>
      </w:r>
      <w:r>
        <w:t>isi ne Quran bheja hai. to is takhleeq ki poori kahani maujood hai.</w:t>
      </w:r>
    </w:p>
    <w:p>
      <w:pPr>
        <w:jc w:val="right"/>
      </w:pPr>
      <w:r>
        <w:t>اسی نے قرآن بھیجا ہے۔ تو اس تخلیق کی پوری کہانی موجود ہے۔</w:t>
      </w:r>
    </w:p>
    <w:p>
      <w:r>
        <w:rPr>
          <w:b/>
        </w:rPr>
        <w:t xml:space="preserve">[33:31] </w:t>
      </w:r>
      <w:r>
        <w:t>jitna sochenge, jitna sochenge, utna aap jante chale aayenge is baat ko.</w:t>
      </w:r>
    </w:p>
    <w:p>
      <w:pPr>
        <w:jc w:val="right"/>
      </w:pPr>
      <w:r>
        <w:t>جتنا سوچیں گے، جتنا سوچیں گے، اتنا آپ جانتے چلے آئیں گے اس بات کو۔</w:t>
      </w:r>
    </w:p>
    <w:p>
      <w:r>
        <w:rPr>
          <w:b/>
        </w:rPr>
        <w:t xml:space="preserve">[33:39] </w:t>
      </w:r>
      <w:r>
        <w:t>ab aaj main subah ghore kar raha tha ek cheez.</w:t>
      </w:r>
    </w:p>
    <w:p>
      <w:pPr>
        <w:jc w:val="right"/>
      </w:pPr>
      <w:r>
        <w:t>اب آج میں صبح غور کر رہا تھا ایک چیز۔</w:t>
      </w:r>
    </w:p>
    <w:p>
      <w:r>
        <w:rPr>
          <w:b/>
        </w:rPr>
        <w:t xml:space="preserve">[33:49] </w:t>
      </w:r>
      <w:r>
        <w:t>ke poori tareekh mein ek bohat bari tabdeeli hui hai. aur abhi bhi wahi hai. poori tareekh mein. kabhi bhi Khuda insaan ke focus mein nahi aaya.</w:t>
      </w:r>
    </w:p>
    <w:p>
      <w:pPr>
        <w:jc w:val="right"/>
      </w:pPr>
      <w:r>
        <w:t>کہ پوری تاریخ میں ایک بہت بڑی تبدیلی ہوئی ہے۔ اور ابھی بھی وہی ہے۔ پوری تاریخ میں۔ کبھی بھی خدا انسان کے فوکس میں نہیں آیا۔</w:t>
      </w:r>
    </w:p>
    <w:p>
      <w:r>
        <w:rPr>
          <w:b/>
        </w:rPr>
        <w:t xml:space="preserve">[34:01] </w:t>
      </w:r>
      <w:r>
        <w:t>bas mante hain log. As a ritual jaise aap ka beta aap ke focus mein hota hai.</w:t>
      </w:r>
    </w:p>
    <w:p>
      <w:pPr>
        <w:jc w:val="right"/>
      </w:pPr>
      <w:r>
        <w:t>بس مانتے ہیں لوگ۔ As a ritual جیسے آپ کا بیٹا آپ کے فوکس میں ہوتا ہے۔</w:t>
      </w:r>
    </w:p>
    <w:p>
      <w:r>
        <w:rPr>
          <w:b/>
        </w:rPr>
        <w:t xml:space="preserve">[34:10] </w:t>
      </w:r>
      <w:r>
        <w:t>aap ka karobar aap ke focus mein hota hai. aap ka job aap ke focus mein hota hai. har waqt aap ke zehan mein chhaya hua hai. is se aap ko jazbati wabastagi hoti hai.</w:t>
      </w:r>
    </w:p>
    <w:p>
      <w:pPr>
        <w:jc w:val="right"/>
      </w:pPr>
      <w:r>
        <w:t>آپ کا کاروبار آپ کے فوکس میں ہوتا ہے۔ آپ کا جاب آپ کے فوکس میں ہوتا ہے۔ ہر وقت آپ کے ذہن میں چھایا ہوا ہے۔ اس سے آپ کو جذباتی وابستگی ہوتی ہے۔</w:t>
      </w:r>
    </w:p>
    <w:p>
      <w:r>
        <w:rPr>
          <w:b/>
        </w:rPr>
        <w:t xml:space="preserve">[34:20] </w:t>
      </w:r>
      <w:r>
        <w:t>kisi ko main kehta hoon focus mein hona.</w:t>
      </w:r>
    </w:p>
    <w:p>
      <w:pPr>
        <w:jc w:val="right"/>
      </w:pPr>
      <w:r>
        <w:t>کسی کو میں کہتا ہوں فوکس میں ہونا۔</w:t>
      </w:r>
    </w:p>
    <w:p>
      <w:r>
        <w:rPr>
          <w:b/>
        </w:rPr>
        <w:t xml:space="preserve">[34:24] </w:t>
      </w:r>
      <w:r>
        <w:t>aap dekhiye. kisi ko bhi dekhiye, uska koi bohat hi bara fikr hoga, jis se usko jazbati wabastagi hogi. isi par sochega, isi ko chahega, isi se mohabbat karega.</w:t>
      </w:r>
    </w:p>
    <w:p>
      <w:pPr>
        <w:jc w:val="right"/>
      </w:pPr>
      <w:r>
        <w:t>آپ دیکھیے۔ کسی کو بھی دیکھیے، اس کا کوئی بہت ہی بڑا فکر ہوگا، جس سے اس کو جذباتی وابستگی ہوگا۔ اسی پر سوچے گا، اسی کو چاہے گا، اسی سے محبت کرے گا۔</w:t>
      </w:r>
    </w:p>
    <w:p>
      <w:r>
        <w:rPr>
          <w:b/>
        </w:rPr>
        <w:t xml:space="preserve">[34:39] </w:t>
      </w:r>
      <w:r>
        <w:t>is mani mein Khuda kabhi bhi insan ke focus mein nahi aaya. bas, bas maan liya hai.</w:t>
      </w:r>
    </w:p>
    <w:p>
      <w:pPr>
        <w:jc w:val="right"/>
      </w:pPr>
      <w:r>
        <w:t>اس معنی میں خدا کبھی بھی انسان کے فوکس میں نہیں آیا۔ بس، بس مان لیا ہے۔</w:t>
      </w:r>
    </w:p>
    <w:p>
      <w:r>
        <w:rPr>
          <w:b/>
        </w:rPr>
        <w:t xml:space="preserve">[34:47] </w:t>
      </w:r>
      <w:r>
        <w:t>aap dekhiye pehle kya hota tha. yeh fitrat insan ke focus mein tha.</w:t>
      </w:r>
    </w:p>
    <w:p>
      <w:pPr>
        <w:jc w:val="right"/>
      </w:pPr>
      <w:r>
        <w:t>آپ دیکھیے پہلے کیا ہوتا تھا۔ یہ فطرت انسان کے فوکس میں تھا۔</w:t>
      </w:r>
    </w:p>
    <w:p>
      <w:r>
        <w:rPr>
          <w:b/>
        </w:rPr>
        <w:t xml:space="preserve">[34:53] </w:t>
      </w:r>
      <w:r>
        <w:t>us ne samjha ke chand jo hai wahi devta hai, suraj jo hai woh devta hai, samandar jo hai woh devta hai, pahad jo hai woh devta hai.</w:t>
      </w:r>
    </w:p>
    <w:p>
      <w:pPr>
        <w:jc w:val="right"/>
      </w:pPr>
      <w:r>
        <w:t>اس نے سمجھا کہ چاند جو ہے وہی دیوتا ہے، سورج جو ہے وہ دیوتا ہے، سمندر جو ہے وہ دیوتا ہے، پہاڑ جو ہے وہ دیوتا ہے۔</w:t>
      </w:r>
    </w:p>
    <w:p>
      <w:r>
        <w:rPr>
          <w:b/>
        </w:rPr>
        <w:t xml:space="preserve">[35:04] </w:t>
      </w:r>
      <w:r>
        <w:t>yeh sari cheezein dikhai padti thi. to dekhi hui duniya insan ke focus mein rahi. an dekhi duniya, an dekha Khuda, us ke focus hi mein nahi aaya.</w:t>
      </w:r>
    </w:p>
    <w:p>
      <w:pPr>
        <w:jc w:val="right"/>
      </w:pPr>
      <w:r>
        <w:t>یہ ساری چیزیں دکھائی پڑتی تھیں۔ تو دیکھی ہوئی دنیا انسان کے فوکس میں رہی۔ ان دیکھی دنیا، ان دیکھی خدا، اس کے فوکس ہی میں نہیں آیا۔</w:t>
      </w:r>
    </w:p>
    <w:p>
      <w:r>
        <w:rPr>
          <w:b/>
        </w:rPr>
        <w:t xml:space="preserve">[35:19] </w:t>
      </w:r>
      <w:r>
        <w:t>yahan tak ke dekhiye, main sochne laga ke khud Muhammad ko, jaise Musalman mante hain, bohat bara paighambar, to Muhammad to un ke focus mein hain.</w:t>
      </w:r>
    </w:p>
    <w:p>
      <w:pPr>
        <w:jc w:val="right"/>
      </w:pPr>
      <w:r>
        <w:t>یہاں تک کہ دیکھیے، میں سوچنے لگا کہ خود محمد کو، جیسے مسلمان مانتے ہیں، بہت بڑا پیغمبر، تو محمد تو ان کے فوکس میں ہیں۔</w:t>
      </w:r>
    </w:p>
    <w:p>
      <w:r>
        <w:rPr>
          <w:b/>
        </w:rPr>
        <w:t xml:space="preserve">[35:30] </w:t>
      </w:r>
      <w:r>
        <w:t>Khuda un ke focus mein kahan hai? yeh sare Musalman jo Islam ko mante hain, Quran ko mante hain, un ke focus mein Khuda nahi hai. un ka apna paighambar hai.</w:t>
      </w:r>
    </w:p>
    <w:p>
      <w:pPr>
        <w:jc w:val="right"/>
      </w:pPr>
      <w:r>
        <w:t>خدا ان کے فوکس میں کہاں ہے؟ یہ سارے مسلمان جو اسلام کو مانتے ہیں، قرآن کو مانتے ہیں، ان کے فوکس میں خدا نہیں ہے۔ ان کا اپنا پیغمبر ہے۔</w:t>
      </w:r>
    </w:p>
    <w:p>
      <w:r>
        <w:rPr>
          <w:b/>
        </w:rPr>
        <w:t xml:space="preserve">[35:42] </w:t>
      </w:r>
      <w:r>
        <w:t>to mujhe ek qissa yaad aaya.</w:t>
      </w:r>
    </w:p>
    <w:p>
      <w:pPr>
        <w:jc w:val="right"/>
      </w:pPr>
      <w:r>
        <w:t>تو مجھے ایک قصہ یاد آیا۔</w:t>
      </w:r>
    </w:p>
    <w:p>
      <w:r>
        <w:rPr>
          <w:b/>
        </w:rPr>
        <w:t xml:space="preserve">[35:46] </w:t>
      </w:r>
      <w:r>
        <w:t>Pakistan se ek kitab chhapi hai, uska naam hai "Shahab Nama". wahan par sadar Ayub ke zamane mein ek secretary hua karte the, un ka naam tha Qudratullah Shahab.</w:t>
      </w:r>
    </w:p>
    <w:p>
      <w:pPr>
        <w:jc w:val="right"/>
      </w:pPr>
      <w:r>
        <w:t>پاکستان سے ایک کتاب چھپی ہے، اس کا نام ہے "شہاب نامہ"۔ وہاں پر صدر ایوب کے زمانے میں ایک سیکرٹری ہوا کرتے تھے، ان کا نام تھا قدرت اللہ شہاب۔</w:t>
      </w:r>
    </w:p>
    <w:p>
      <w:r>
        <w:rPr>
          <w:b/>
        </w:rPr>
        <w:t xml:space="preserve">[36:01] </w:t>
      </w:r>
      <w:r>
        <w:t>woh ghaliban jo aap un ke sadar Ayub Khan ke private secretary the.</w:t>
      </w:r>
    </w:p>
    <w:p>
      <w:pPr>
        <w:jc w:val="right"/>
      </w:pPr>
      <w:r>
        <w:t>وہ غالباً جو آپ ان کے صدر ایوب خان کے پرائیویٹ سیکرٹری تھے۔</w:t>
      </w:r>
    </w:p>
    <w:p>
      <w:r>
        <w:rPr>
          <w:b/>
        </w:rPr>
        <w:t xml:space="preserve">[36:10] </w:t>
      </w:r>
      <w:r>
        <w:t>to un ki zindagi ke jo bohat sare tajrubaat hain, us ko likha hai unhon ne. moti si kitab hai. bohat sare tajrubaat, bohat sare tajrubaat.</w:t>
      </w:r>
    </w:p>
    <w:p>
      <w:pPr>
        <w:jc w:val="right"/>
      </w:pPr>
      <w:r>
        <w:t>تو ان کی زندگی کے جو بہت سارے تجربات ہیں، اس کو لکھا ہے انہوں نے۔ موٹی سی کتاب ہے۔ بہت سارے تجربات، بہت سارے تجربات۔</w:t>
      </w:r>
    </w:p>
    <w:p>
      <w:r>
        <w:rPr>
          <w:b/>
        </w:rPr>
        <w:t xml:space="preserve">[36:19] </w:t>
      </w:r>
      <w:r>
        <w:t>yani poori kitab tajrubaat se bhari hui hai. shayad un ki yaad-dasht bohat achhi thi, ek ek baat un ko yaad rehti thi. is mein woh likhte hain ke jab main naujawan tha aur school mein padhne jaya karta tha, apne gaon se kuch door,</w:t>
      </w:r>
    </w:p>
    <w:p>
      <w:pPr>
        <w:jc w:val="right"/>
      </w:pPr>
      <w:r>
        <w:t>یعنی پوری کتاب تجربات سے بھری ہوئی ہے۔ شاید ان کی یادداشت بہت اچھی تھی، ایک ایک بات ان کو یاد رہتی تھی۔ اس میں وہ لکھتے ہیں کہ جب میں نوجوان تھا اور اسکول میں پڑھنے جایا کرتا تھا، اپنے گاؤں سے کچھ دور،</w:t>
      </w:r>
    </w:p>
    <w:p>
      <w:r>
        <w:rPr>
          <w:b/>
        </w:rPr>
        <w:t xml:space="preserve">[36:39] </w:t>
      </w:r>
      <w:r>
        <w:t>to rastay mein ek ek faqeer ya jis ko kehte hain majzoob kehte hain, rehta tha, sadak ke kinare. to woh kuch bhi ulti seedhi baatein kiya karta tha woh.</w:t>
      </w:r>
    </w:p>
    <w:p>
      <w:pPr>
        <w:jc w:val="right"/>
      </w:pPr>
      <w:r>
        <w:t>تو راستے میں ایک ایک فقیر یا جس کو کہتے ہیں مجذوب کہتے ہیں، رہتا تھا، سڑک کے کنارے۔ تو وہ کچھ بھی الٹی سیدھی باتیں کیا کرتا تھا وہ۔</w:t>
      </w:r>
    </w:p>
    <w:p>
      <w:r>
        <w:rPr>
          <w:b/>
        </w:rPr>
        <w:t xml:space="preserve">[36:53] </w:t>
      </w:r>
      <w:r>
        <w:t>maslan Khuda ke bare mein keh raha hai ke kaisa Khuda hai? aur barish hi nahi barsai. phir barish ho gayi to kaha kaisa Khuda hai ke barish kiye chala ja raha hai?</w:t>
      </w:r>
    </w:p>
    <w:p>
      <w:pPr>
        <w:jc w:val="right"/>
      </w:pPr>
      <w:r>
        <w:t>مثلاً خدا کے بارے میں کہہ رہا ہے کہ کیسا خدا ہے؟ اور بارش ہی نہیں برسائی۔ پھر بارش ہو گئی تو کہا کیسا خدا ہے کہ بارش کیے چلا جا رہا ہے؟</w:t>
      </w:r>
    </w:p>
    <w:p>
      <w:r>
        <w:rPr>
          <w:b/>
        </w:rPr>
        <w:t xml:space="preserve">[37:04] </w:t>
      </w:r>
      <w:r>
        <w:t>yani Khuda ko kaisa Khuda hai ke bhai</w:t>
      </w:r>
    </w:p>
    <w:p>
      <w:pPr>
        <w:jc w:val="right"/>
      </w:pPr>
      <w:r>
        <w:t>یعنی خدا کو کیسا خدا ہے کہ بھئی</w:t>
      </w:r>
    </w:p>
    <w:p>
      <w:r>
        <w:rPr>
          <w:b/>
        </w:rPr>
        <w:t xml:space="preserve">[37:08] </w:t>
      </w:r>
      <w:r>
        <w:t>yeh kar dala, us ne kaisa Khuda, us ne woh kar dala. yani Khuda ko bura bhala kehta rehta tha. to unhon ne likha hai ke hum log hanste the sun kar ke us ko.</w:t>
      </w:r>
    </w:p>
    <w:p>
      <w:pPr>
        <w:jc w:val="right"/>
      </w:pPr>
      <w:r>
        <w:t>یہ کر ڈالا، اس نے کیسا خدا، اس نے وہ کر ڈالا۔ یعنی خدا کو برا بھلا کہتا رہتا تھا۔ تو انہوں نے لکھا ہے کہ ہم لوگ ہنستے تھے سن کر کے اس کو۔</w:t>
      </w:r>
    </w:p>
    <w:p>
      <w:r>
        <w:rPr>
          <w:b/>
        </w:rPr>
        <w:t xml:space="preserve">[37:19] </w:t>
      </w:r>
      <w:r>
        <w:t>yani wahin se guzarte the, Khuda ko bura bhala kehta tha woh, to hanste the.</w:t>
      </w:r>
    </w:p>
    <w:p>
      <w:pPr>
        <w:jc w:val="right"/>
      </w:pPr>
      <w:r>
        <w:t>یعنی وہیں سے گزرتے تھے، خدا کو برا بھلا کہتا تھا وہ، تو ہنستے تھے۔</w:t>
      </w:r>
    </w:p>
    <w:p>
      <w:r>
        <w:rPr>
          <w:b/>
        </w:rPr>
        <w:t xml:space="preserve">[37:29] </w:t>
      </w:r>
      <w:r>
        <w:t>main ne khud bhi is ke tajrubaat kiye hain. ek martaba main Faizabad mein tha.</w:t>
      </w:r>
    </w:p>
    <w:p>
      <w:pPr>
        <w:jc w:val="right"/>
      </w:pPr>
      <w:r>
        <w:t>میں نے خود بھی اس کے تجربے کیے ہیں۔ ایک مرتبہ میں فیض آباد میں تھا۔</w:t>
      </w:r>
    </w:p>
    <w:p>
      <w:r>
        <w:rPr>
          <w:b/>
        </w:rPr>
        <w:t xml:space="preserve">[37:33] </w:t>
      </w:r>
      <w:r>
        <w:t>to woh barsat ka zamana nahi tha, aise hi tha. achaanak barish hone lagi. to ek sahib baithe the wahan, un ke haan, yani be mausam ki barish.</w:t>
      </w:r>
    </w:p>
    <w:p>
      <w:pPr>
        <w:jc w:val="right"/>
      </w:pPr>
      <w:r>
        <w:t>تو وہ برسات کا زمانہ نہیں تھا، ایسے ہی تھا۔ اچانک بارش ہونے لگی۔ تو ایک صاحب بیٹھے تھے وہاں، ان کے ہاں، یعنی بے موسم کی بارش۔</w:t>
      </w:r>
    </w:p>
    <w:p>
      <w:r>
        <w:rPr>
          <w:b/>
        </w:rPr>
        <w:t xml:space="preserve">[37:48] </w:t>
      </w:r>
      <w:r>
        <w:t>to kehte hain kya? Allah miyan baraste baraste boorhe ho gaye, barsna nahi aaya. is tarah ki baatein woh kaha karta tha Khuda ke bare mein.</w:t>
      </w:r>
    </w:p>
    <w:p>
      <w:pPr>
        <w:jc w:val="right"/>
      </w:pPr>
      <w:r>
        <w:t>تو کہتے کیا ہیں؟ اللہ میاں برستے برستے بوڑھے ہو گئے، برسنا نہیں آیا۔ اس طرح کی باتیں وہ کہا کرتا تھا خدا کے بارے میں۔</w:t>
      </w:r>
    </w:p>
    <w:p>
      <w:r>
        <w:rPr>
          <w:b/>
        </w:rPr>
        <w:t xml:space="preserve">[38:01] </w:t>
      </w:r>
      <w:r>
        <w:t>to Qudratullah Shahab kehte hain ke main hans ke hum log guzar jate the. ek din aisa hua ke unhon ne Muhammad ko bura keh diya, Rasool Allah ko.</w:t>
      </w:r>
    </w:p>
    <w:p>
      <w:pPr>
        <w:jc w:val="right"/>
      </w:pPr>
      <w:r>
        <w:t>تو قدرت اللہ شہاب کہتے ہیں کہ میں ہنس کے ہم لوگ گزر جاتے تھے۔ ایک دن ایسا ہوا کہ انہوں نے محمد کو برا کہہ دیا، رسول اللہ کو۔</w:t>
      </w:r>
    </w:p>
    <w:p>
      <w:r>
        <w:rPr>
          <w:b/>
        </w:rPr>
        <w:t xml:space="preserve">[38:15] </w:t>
      </w:r>
      <w:r>
        <w:t>to woh kehte hain ke main ek dam hi ghusse mein aa gaya aur ek pathar le kar mara us ko.</w:t>
      </w:r>
    </w:p>
    <w:p>
      <w:pPr>
        <w:jc w:val="right"/>
      </w:pPr>
      <w:r>
        <w:t>تو وہ کہتے ہیں کہ میں ایک دم ہی غصے میں آ گیا اور ایک پتھر لے کر مارا اس کو۔</w:t>
      </w:r>
    </w:p>
    <w:p>
      <w:r>
        <w:rPr>
          <w:b/>
        </w:rPr>
        <w:t xml:space="preserve">[38:22] </w:t>
      </w:r>
      <w:r>
        <w:t>to is kitab mein woh sawal karte hain ke kya wajah hai ke Allah par woh baatein karta tha ulti seedhi, to mujhe ghussa nahi aata tha.</w:t>
      </w:r>
    </w:p>
    <w:p>
      <w:pPr>
        <w:jc w:val="right"/>
      </w:pPr>
      <w:r>
        <w:t>تو اس کتاب میں وہ سوال کرتے ہیں کہ کیا وجہ ہے کہ اللہ پر وہ باتیں کرتا تھا الٹی سیدھی، تو مجھے غصہ نہیں آتا تھا۔</w:t>
      </w:r>
    </w:p>
    <w:p>
      <w:r>
        <w:rPr>
          <w:b/>
        </w:rPr>
        <w:t xml:space="preserve">[38:31] </w:t>
      </w:r>
      <w:r>
        <w:t>aur Muhammad ko keh diya to mujhe ghussa aaya, aap ne pathar mara is ko.</w:t>
      </w:r>
    </w:p>
    <w:p>
      <w:pPr>
        <w:jc w:val="right"/>
      </w:pPr>
      <w:r>
        <w:t>اور محمد کو کہہ دیا تو مجھے غصہ آیا، آپ نے پتھر مارا اس کو۔</w:t>
      </w:r>
    </w:p>
    <w:p>
      <w:r>
        <w:rPr>
          <w:b/>
        </w:rPr>
        <w:t xml:space="preserve">[38:40] </w:t>
      </w:r>
      <w:r>
        <w:t>to is par unhon ne koi jawab to nahi diya, lekin main kehta hoon aap ghor karne ke baad meri samajh mein baat aati hai ke Muhammad ek numayan shakhsiyat thay, jis ne Rasool Allah ko dekha, unhon ne dekha.</w:t>
      </w:r>
    </w:p>
    <w:p>
      <w:pPr>
        <w:jc w:val="right"/>
      </w:pPr>
      <w:r>
        <w:t>تو اس پر انہوں نے کوئی جواب تو نہیں دیا، لیکن میں کہتا ہوں آپ غور کرنے کے بعد میری سمجھ میں بات آتی ہے کہ محمد ایک نمایاں شخصیت تھے، جس نے رسول اللہ کو دیکھا، انہوں نے دیکھا۔</w:t>
      </w:r>
    </w:p>
    <w:p>
      <w:r>
        <w:rPr>
          <w:b/>
        </w:rPr>
        <w:t xml:space="preserve">[38:54] </w:t>
      </w:r>
      <w:r>
        <w:t>aur dekhne walon ne bayan kiya, woh record ho gaya.</w:t>
      </w:r>
    </w:p>
    <w:p>
      <w:pPr>
        <w:jc w:val="right"/>
      </w:pPr>
      <w:r>
        <w:t>اور دیکھنے والوں نے بیان کیا، وہ ریکارڈ ہو گیا۔</w:t>
      </w:r>
    </w:p>
    <w:p>
      <w:r>
        <w:rPr>
          <w:b/>
        </w:rPr>
        <w:t xml:space="preserve">[38:58] </w:t>
      </w:r>
      <w:r>
        <w:t>aaj jo hum parhte hain hadith, seerat, to dekhe hue batate hain ke aisa aisa ek insan paida hua. to Muhammad goya ek numayan mazhar hai, ek ek dikhai dene wala zahira.</w:t>
      </w:r>
    </w:p>
    <w:p>
      <w:pPr>
        <w:jc w:val="right"/>
      </w:pPr>
      <w:r>
        <w:t>آج جو ہم پڑھتے ہیں حدیث، سیرت، تو دیکھے ہوئے بتاتے ہیں کہ ایسا ایسا ایک انسان پیدا ہوا۔ تو محمد گویا ایک نمایاں مظہر ہے، ایک ایک دکھائی دینے والا ظاہرہ۔</w:t>
      </w:r>
    </w:p>
    <w:p>
      <w:r>
        <w:rPr>
          <w:b/>
        </w:rPr>
        <w:t xml:space="preserve">[39:15] </w:t>
      </w:r>
      <w:r>
        <w:t>jo is dunya mein paida hua, chala phira, bohat sare waqiat is se jud gaye waghera waghera. ek tareekh bani, us ki gurori qaim hui.</w:t>
      </w:r>
    </w:p>
    <w:p>
      <w:pPr>
        <w:jc w:val="right"/>
      </w:pPr>
      <w:r>
        <w:t>جو اس دنیا میں پیدا ہوا، چلا پھرا، بہت سارے واقعات اس سے جڑ گئے وغیرہ وغیرہ۔ ایک تاریخ بنی، اس کی گروری قائم ہوئی۔</w:t>
      </w:r>
    </w:p>
    <w:p>
      <w:r>
        <w:rPr>
          <w:b/>
        </w:rPr>
        <w:t xml:space="preserve">[39:26] </w:t>
      </w:r>
      <w:r>
        <w:t>to Muhammad ek yani tareekh ka ek numayan mazhar hai, qabil e zikr mazhar.</w:t>
      </w:r>
    </w:p>
    <w:p>
      <w:pPr>
        <w:jc w:val="right"/>
      </w:pPr>
      <w:r>
        <w:t>تو محمد ایک یعنی تاریخ کا ایک نمایاں مظہر ہے، قابلِ ذکر مظہر۔</w:t>
      </w:r>
    </w:p>
    <w:p>
      <w:r>
        <w:rPr>
          <w:b/>
        </w:rPr>
        <w:t xml:space="preserve">[39:35] </w:t>
      </w:r>
      <w:r>
        <w:t>is ko hum jante hain. achha, Khuda to is mani mein numayan mazhar hai hi nahi, woh to kahin dikhai nahi deta. to khud Musalman bhi jo mante hain, woh Muhammad ko mante hain, Allah ko bas ritual sense mein mante hain.</w:t>
      </w:r>
    </w:p>
    <w:p>
      <w:pPr>
        <w:jc w:val="right"/>
      </w:pPr>
      <w:r>
        <w:t>اس کو ہم جانتے ہیں۔ اچھا، خدا تو اس معنی میں نمایاں مظہر ہے ہی نہیں، وہ تو کہیں دکھائی نہیں دیتا۔ تو خود مسلمان بھی جو مانتے ہیں، وہ محمد کو مانتے ہیں، اللہ کو بس رچول سینس میں مانتے ہیں۔</w:t>
      </w:r>
    </w:p>
    <w:p>
      <w:r>
        <w:rPr>
          <w:b/>
        </w:rPr>
        <w:t xml:space="preserve">[39:50] </w:t>
      </w:r>
      <w:r>
        <w:t>abhi bhi dekhiye aap, Rasool Allah ke bare mein koi cartoon chhap jaye, koi kitab chhap jaye, sari dunya hungama khara ho jata hai. aur Khuda ke bare mein kitabein roz chhap rahi hain.</w:t>
      </w:r>
    </w:p>
    <w:p>
      <w:pPr>
        <w:jc w:val="right"/>
      </w:pPr>
      <w:r>
        <w:t>ابھی بھی دیکھیے آپ، رسول اللہ کے بارے میں کوئی کارٹون چھپ جائے، کوئی کتاب چھپ جائے، ساری دنیا ہنگامہ کھڑا ہو جاتا ہے۔ اور خدا کے بارے میں کتابیں روز چھپ رہی ہیں۔</w:t>
      </w:r>
    </w:p>
    <w:p>
      <w:r>
        <w:rPr>
          <w:b/>
        </w:rPr>
        <w:t xml:space="preserve">[40:01] </w:t>
      </w:r>
      <w:r>
        <w:t>God is dead ek kitab chhapi is ka naam hai God</w:t>
      </w:r>
    </w:p>
    <w:p>
      <w:pPr>
        <w:jc w:val="right"/>
      </w:pPr>
      <w:r>
        <w:t>God is dead ایک کتاب چھپی اس کا نام ہے God</w:t>
      </w:r>
    </w:p>
    <w:p>
      <w:r>
        <w:rPr>
          <w:b/>
        </w:rPr>
        <w:t xml:space="preserve">[40:04] </w:t>
      </w:r>
      <w:r>
        <w:t>is dead tab koi hungama nahi hua. is kitab ka unwan yahi hai God is dead koi hungama nahi.</w:t>
      </w:r>
    </w:p>
    <w:p>
      <w:pPr>
        <w:jc w:val="right"/>
      </w:pPr>
      <w:r>
        <w:t>is dead تب کوئی ہنگامہ نہیں ہوا۔ اس کتاب کا عنوان یہی ہے God is dead کوئی ہنگامہ نہیں۔</w:t>
      </w:r>
    </w:p>
    <w:p>
      <w:r>
        <w:rPr>
          <w:b/>
        </w:rPr>
        <w:t xml:space="preserve">[40:15] </w:t>
      </w:r>
      <w:r>
        <w:t>isi tarah ek kitab chhappti hai Rasool Allah ke bare mein, cartoon chhappta hai, to sari dunya hungama ho jata hai. kyun? Musalmanon ko Muhammad ka pata hai, Musalmanon ko Allah ka pata nahi hai.</w:t>
      </w:r>
    </w:p>
    <w:p>
      <w:pPr>
        <w:jc w:val="right"/>
      </w:pPr>
      <w:r>
        <w:t>اسی طرح ایک کتاب چھپتی ہے رسول اللہ کے بارے میں، کارٹون چھپتا ہے، تو ساری دنیا ہنگامہ ہو جاتا ہے۔ کیوں؟ مسلمانوں کو محمد کا پتہ ہے، مسلمانوں کو اللہ کا پتہ نہیں ہے۔</w:t>
      </w:r>
    </w:p>
    <w:p>
      <w:r>
        <w:rPr>
          <w:b/>
        </w:rPr>
        <w:t xml:space="preserve">[40:27] </w:t>
      </w:r>
      <w:r>
        <w:t>bas ek mante hain. jise arabi mein ek lafz hai أنقى</w:t>
      </w:r>
    </w:p>
    <w:p>
      <w:pPr>
        <w:jc w:val="right"/>
      </w:pPr>
      <w:r>
        <w:t>بس ایک مانتے ہیں۔ جسے عربی میں ایک لفظ ہے أنقى</w:t>
      </w:r>
    </w:p>
    <w:p>
      <w:r>
        <w:rPr>
          <w:b/>
        </w:rPr>
        <w:t xml:space="preserve">[40:32] </w:t>
      </w:r>
      <w:r>
        <w:t>أنقى kehte hain ek chidiya. woh chidiya kahin hai nahi. bas ek ek farz kar liya jaye koi ek chidiya. أنقى بلندة آسیان</w:t>
      </w:r>
    </w:p>
    <w:p>
      <w:pPr>
        <w:jc w:val="right"/>
      </w:pPr>
      <w:r>
        <w:t>أنقى کہتے ہیں ایک چڑیا۔ وہ چڑیا کہیں ہے نہیں۔ بس ایک ایک فرض کر لیا جائے کوئی ایک چڑیا۔ أنقى بلندة آسیان</w:t>
      </w:r>
    </w:p>
    <w:p>
      <w:r>
        <w:rPr>
          <w:b/>
        </w:rPr>
        <w:t xml:space="preserve">[40:43] </w:t>
      </w:r>
      <w:r>
        <w:t>to jo log bhi yeh jante hain, yani أنقى ka lafz jo un ki lughat mein hai, to woh mante hain أنقى.</w:t>
      </w:r>
    </w:p>
    <w:p>
      <w:pPr>
        <w:jc w:val="right"/>
      </w:pPr>
      <w:r>
        <w:t>تو جو لوگ بھی یہ جانتے ہیں، یعنی أنقى کا لفظ جو ان کی لغت میں ہے، تو وہ مانتے ہیں أنقى۔</w:t>
      </w:r>
    </w:p>
    <w:p>
      <w:r>
        <w:rPr>
          <w:b/>
        </w:rPr>
        <w:t xml:space="preserve">[40:53] </w:t>
      </w:r>
      <w:r>
        <w:t>lekin is se kuch bhi nahi samajhte, hai ya nahi pata nahi. to</w:t>
      </w:r>
    </w:p>
    <w:p>
      <w:pPr>
        <w:jc w:val="right"/>
      </w:pPr>
      <w:r>
        <w:t>لیکن اس سے کچھ بھی نہیں سمجھتے، ہے یا نہیں پتہ نہیں۔ تو</w:t>
      </w:r>
    </w:p>
    <w:p>
      <w:r>
        <w:rPr>
          <w:b/>
        </w:rPr>
        <w:t xml:space="preserve">[41:02] </w:t>
      </w:r>
      <w:r>
        <w:t>Musalman jo hain, kya wajah hai ke woh mohabbat par bhadakte hain? Muhammad se un ko jazbati wabastagi hai. aur Allah par bhadakte nahi?</w:t>
      </w:r>
    </w:p>
    <w:p>
      <w:pPr>
        <w:jc w:val="right"/>
      </w:pPr>
      <w:r>
        <w:t>مسلمان جو ہیں، کیا وجہ ہے کہ وہ محبت پر بھڑکتے ہیں؟ محمد سے ان کو جذباتی وابستگی ہے۔ اور اللہ پر بھڑکتے نہیں؟</w:t>
      </w:r>
    </w:p>
    <w:p>
      <w:r>
        <w:rPr>
          <w:b/>
        </w:rPr>
        <w:t xml:space="preserve">[41:13] </w:t>
      </w:r>
      <w:r>
        <w:t>Allah se un ko jazbati wabastagi nahi. to farq kya hai? Muhammad ek numayan mazhar hai. aur Khuda ek ghair numayan mazhar hai.</w:t>
      </w:r>
    </w:p>
    <w:p>
      <w:pPr>
        <w:jc w:val="right"/>
      </w:pPr>
      <w:r>
        <w:t>اللہ سے ان کو جذباتی وابستگی نہیں۔ تو فرق کیا ہے؟ محمد ایک نمایاں مظہر ہے۔ اور خدا ایک غیر نمایاں مظہر ہے۔</w:t>
      </w:r>
    </w:p>
    <w:p>
      <w:r>
        <w:rPr>
          <w:b/>
        </w:rPr>
        <w:t xml:space="preserve">[41:27] </w:t>
      </w:r>
      <w:r>
        <w:t>to poori tareekh mein yahi raha hai, poori tareekh mein. to</w:t>
      </w:r>
    </w:p>
    <w:p>
      <w:pPr>
        <w:jc w:val="right"/>
      </w:pPr>
      <w:r>
        <w:t>تو پوری تاریخ میں یہی رہا ہے، پوری تاریخ میں۔ تو</w:t>
      </w:r>
    </w:p>
    <w:p>
      <w:r>
        <w:rPr>
          <w:b/>
        </w:rPr>
        <w:t xml:space="preserve">[41:32] </w:t>
      </w:r>
      <w:r>
        <w:t>to yeh main samajhta hoon ke Quran jo hai, is liye hai is ki is tarah ki aayat hai. ek taake Khuda bhi aap ke liye jaisi cheez dikhai de rahi ho, aisi cheez ki tarah aap ke liye ho jaye.</w:t>
      </w:r>
    </w:p>
    <w:p>
      <w:pPr>
        <w:jc w:val="right"/>
      </w:pPr>
      <w:r>
        <w:t>تو یہ میں سمجھتا ہوں کہ قرآن جو ہے، اس لیے ہے اس کی اس طریقے کی آتی ہے۔ ایک تاکہ خدا بھی آپ کے لیے جیسی چیز دکھائی دے رہی ہو، ایسی چیز کی طرح آپ کے لیے ہو جائے۔</w:t>
      </w:r>
    </w:p>
    <w:p>
      <w:r>
        <w:rPr>
          <w:b/>
        </w:rPr>
        <w:t xml:space="preserve">[41:43] </w:t>
      </w:r>
      <w:r>
        <w:t>jaise Quran hadith mein aata hai ke اعبدوا الله كن كتراه yani Khuda ki ibadat karo is tarah jaise ke tum us ko dekh rahe ho.</w:t>
      </w:r>
    </w:p>
    <w:p>
      <w:pPr>
        <w:jc w:val="right"/>
      </w:pPr>
      <w:r>
        <w:t>جیسے قرآن حدیث میں آتا ہے کہ اعبدوا الله كن كتراه یعنی خدا کی عبادت کرو اس طرح جیسے کہ تم اس کو دیکھ رہے ہو۔</w:t>
      </w:r>
    </w:p>
    <w:p>
      <w:r>
        <w:rPr>
          <w:b/>
        </w:rPr>
        <w:t xml:space="preserve">[41:54] </w:t>
      </w:r>
      <w:r>
        <w:t>to yeh dekhne wali کیفیت kaise hasil hogi aap ko?</w:t>
      </w:r>
    </w:p>
    <w:p>
      <w:pPr>
        <w:jc w:val="right"/>
      </w:pPr>
      <w:r>
        <w:t>تو یہ دیکھنے والی کیفیت کیسے حاصل ہوگی آپ کو؟</w:t>
      </w:r>
    </w:p>
    <w:p>
      <w:r>
        <w:rPr>
          <w:b/>
        </w:rPr>
        <w:t xml:space="preserve">[42:01] </w:t>
      </w:r>
      <w:r>
        <w:t>yani Khuda ki ibadat is tarah karo jaise ke tum us ko dekh rahe ho. is se pehle ek tayari ka marhala hamein guzarna parega.</w:t>
      </w:r>
    </w:p>
    <w:p>
      <w:pPr>
        <w:jc w:val="right"/>
      </w:pPr>
      <w:r>
        <w:t>یعنی خدا کی عبادت اس طرح کرو جیسے کہ تم اس کو دیکھ رہے ہو۔ اس سے پہلے ایک تیاری کا مرحلہ ہمیں گزرنا پڑے گا۔</w:t>
      </w:r>
    </w:p>
    <w:p>
      <w:r>
        <w:rPr>
          <w:b/>
        </w:rPr>
        <w:t xml:space="preserve">[42:11] </w:t>
      </w:r>
      <w:r>
        <w:t>ibadat se pehle. yani ibadat se pehle hum jab mutala karein ge kainat ki, fitrat ki, is mein Khuda ki jhalakiyan dekhein ge.</w:t>
      </w:r>
    </w:p>
    <w:p>
      <w:pPr>
        <w:jc w:val="right"/>
      </w:pPr>
      <w:r>
        <w:t>عبادت سے پہلے۔ یعنی عبادت سے پہلے ہم جب مطالعہ کریں گے کائنات کی، فطرت کی، اس میں خدا کی جھلکیاں دیکھیں گے۔</w:t>
      </w:r>
    </w:p>
    <w:p>
      <w:r>
        <w:rPr>
          <w:b/>
        </w:rPr>
        <w:t xml:space="preserve">[42:24] </w:t>
      </w:r>
      <w:r>
        <w:t>mutala kar rahe hain Quran ki, jo ke yani kitab Khuda hai, yani is ka musannif Khuda hai, is ki mutala karein ge.</w:t>
      </w:r>
    </w:p>
    <w:p>
      <w:pPr>
        <w:jc w:val="right"/>
      </w:pPr>
      <w:r>
        <w:t>مطالعہ کر رہے ہیں قرآن کی، جو کہ یعنی کتاب خدا ہے، یعنی اس کا مصنف خدا ہے، اس کی مطالعہ کریں گے۔</w:t>
      </w:r>
    </w:p>
    <w:p>
      <w:r>
        <w:rPr>
          <w:b/>
        </w:rPr>
        <w:t xml:space="preserve">[42:35] </w:t>
      </w:r>
      <w:r>
        <w:t>to hamare paas soch paida hogi, soch. doosri cheezein aap dekh kar mante hain. Khuda ko aap ko soch kar manna hai.</w:t>
      </w:r>
    </w:p>
    <w:p>
      <w:pPr>
        <w:jc w:val="right"/>
      </w:pPr>
      <w:r>
        <w:t>تو ہمارے پاس سوچ پیدا ہوگی، سوچ۔ دوسری چیزیں آپ دیکھ کر مانتے ہیں۔ خدا کو آپ کو سوچ کر ماننا ہے۔</w:t>
      </w:r>
    </w:p>
    <w:p>
      <w:r>
        <w:rPr>
          <w:b/>
        </w:rPr>
        <w:t xml:space="preserve">[42:48] </w:t>
      </w:r>
      <w:r>
        <w:t>jo aur cheezein hain, woh aap mante hain dekh kar ke. Lekin Khuda ko aap ko soch kar manna hai. Aur ab science ne maloom hua hai ke sirf Khuda ka mamla nahi hai.</w:t>
      </w:r>
    </w:p>
    <w:p>
      <w:pPr>
        <w:jc w:val="right"/>
      </w:pPr>
      <w:r>
        <w:t>جو اور چیزیں ہیں، وہ آپ مانتے ہیں دیکھ کر کے۔ لیکن خدا کو آپ کو سوچ کر ماننا ہے۔ اور اب سائنس نے معلوم ہوا ہے کہ صرف خدا کا معاملہ نہیں ہے۔</w:t>
      </w:r>
    </w:p>
    <w:p>
      <w:r>
        <w:rPr>
          <w:b/>
        </w:rPr>
        <w:t xml:space="preserve">[43:02] </w:t>
      </w:r>
      <w:r>
        <w:t>madah ko bhi aap soch kar manna parta hai. Jaise electron hai. Electron to koi dikhai deta nahi. Electron jo hai, jismani mani mein aik ghair maujooda hai.</w:t>
      </w:r>
    </w:p>
    <w:p>
      <w:pPr>
        <w:jc w:val="right"/>
      </w:pPr>
      <w:r>
        <w:t>مادہ کو بھی آپ سوچ کر ماننا پڑتا ہے۔ جیسے الیکٹران ہے۔ الیکٹران تو کوئی دکھائی دیتا نہیں۔ الیکٹران جو ہے، جسمانی معنی میں ایک غیر موجودہ ہے۔</w:t>
      </w:r>
    </w:p>
    <w:p>
      <w:r>
        <w:rPr>
          <w:b/>
        </w:rPr>
        <w:t xml:space="preserve">[43:16] </w:t>
      </w:r>
      <w:r>
        <w:t>Soch kar hum mante hain electron hai. Electron koi cheez hai jo hum ne soch kar ke jana, dekh kar nahi jana.</w:t>
      </w:r>
    </w:p>
    <w:p>
      <w:pPr>
        <w:jc w:val="right"/>
      </w:pPr>
      <w:r>
        <w:t>سوچ کر ہم مانتے ہیں الیکٹران ہے۔ الیکٹران کوئی چیز ہے جو ہم نے سوچ کر کے جانا، دیکھ کر نہیں جانا۔</w:t>
      </w:r>
    </w:p>
    <w:p>
      <w:r>
        <w:rPr>
          <w:b/>
        </w:rPr>
        <w:t xml:space="preserve">[43:27] </w:t>
      </w:r>
      <w:r>
        <w:t>Lekin sab log is ko mante hain ke aik is ko is ko maujood kar raha hai electron. Ab science ne aik farq ko mita diya hai.</w:t>
      </w:r>
    </w:p>
    <w:p>
      <w:pPr>
        <w:jc w:val="right"/>
      </w:pPr>
      <w:r>
        <w:t>لیکن سب لوگ اس کو مانتے ہیں کہ ایک اس کو اس کو موجود کر رہا ہے الیکٹران۔ اب سائنس نے ایک فرق کو مٹا دیا ہے۔</w:t>
      </w:r>
    </w:p>
    <w:p>
      <w:r>
        <w:rPr>
          <w:b/>
        </w:rPr>
        <w:t xml:space="preserve">[43:39] </w:t>
      </w:r>
      <w:r>
        <w:t>Ab science ne farq ko mita diya hai.</w:t>
      </w:r>
    </w:p>
    <w:p>
      <w:pPr>
        <w:jc w:val="right"/>
      </w:pPr>
      <w:r>
        <w:t>اب سائنس نے فرق کو مٹا دیا ہے۔</w:t>
      </w:r>
    </w:p>
    <w:p>
      <w:r>
        <w:rPr>
          <w:b/>
        </w:rPr>
        <w:t xml:space="preserve">[43:41] </w:t>
      </w:r>
      <w:r>
        <w:t>Is par aik kitaab hai, is ki woh Dr. Eddington ki. Isi par is ka is ka kitaab ka unwaan hai Unseen World Unseen World.</w:t>
      </w:r>
    </w:p>
    <w:p>
      <w:pPr>
        <w:jc w:val="right"/>
      </w:pPr>
      <w:r>
        <w:t>اس پر ایک کتاب ہے، اس کی وہ ڈاکٹر ایڈنگٹن کی۔ اسی پر اس کا اس کا کتاب کا عنوان ہے Unseen World Unseen World۔</w:t>
      </w:r>
    </w:p>
    <w:p>
      <w:r>
        <w:rPr>
          <w:b/>
        </w:rPr>
        <w:t xml:space="preserve">[43:55] </w:t>
      </w:r>
      <w:r>
        <w:t>Is mein yeh dikhata hai ke numayan aur ghair numayan ka farq hi mit gaya.</w:t>
      </w:r>
    </w:p>
    <w:p>
      <w:pPr>
        <w:jc w:val="right"/>
      </w:pPr>
      <w:r>
        <w:t>اس میں یہ دکھاتا ہے کہ نمایاں اور غیر نمایاں کا فرق ہی مٹ گیا۔</w:t>
      </w:r>
    </w:p>
    <w:p>
      <w:r>
        <w:rPr>
          <w:b/>
        </w:rPr>
        <w:t xml:space="preserve">[44:02] </w:t>
      </w:r>
      <w:r>
        <w:t>Is ne misaal di hai ke jaise mein aik aik table par kaam kar raha hoon. Table ke saamne baitha hua hoon. To aik table woh hai jis ko mein dekh raha hoon.</w:t>
      </w:r>
    </w:p>
    <w:p>
      <w:pPr>
        <w:jc w:val="right"/>
      </w:pPr>
      <w:r>
        <w:t>اس نے مثال دی ہے کہ جیسے میں ایک ایک ٹیبل پر کام کر رہا ہوں۔ ٹیبل کے سامنے بیٹھا ہوا ہوں۔ تو ایک ٹیبل وہ ہے جس کو میں دیکھ رہا ہوں۔</w:t>
      </w:r>
    </w:p>
    <w:p>
      <w:r>
        <w:rPr>
          <w:b/>
        </w:rPr>
        <w:t xml:space="preserve">[44:11] </w:t>
      </w:r>
      <w:r>
        <w:t>Jo thos hai, aik madi cheez hai, dikhai dene wali cheez hai. Lekin aik aur table hai. Jab is ko aage barhaen, aage barhaen, aage barhaen to aakhir mein kya hai woh table?</w:t>
      </w:r>
    </w:p>
    <w:p>
      <w:pPr>
        <w:jc w:val="right"/>
      </w:pPr>
      <w:r>
        <w:t>جو ٹھوس ہے، ایک مادی چیز ہے، دکھائی دینے والی چیز ہے۔ لیکن ایک اور ٹیبل ہے۔ جب اس کو آگے بڑھائیں، آگے بڑھائیں، آگے بڑھائیں تو آخر میں کیا ہے وہ ٹیبل؟</w:t>
      </w:r>
    </w:p>
    <w:p>
      <w:r>
        <w:rPr>
          <w:b/>
        </w:rPr>
        <w:t xml:space="preserve">[44:24] </w:t>
      </w:r>
      <w:r>
        <w:t>Sirf Matte dance of electron hai woh. Electron. Electron kya hain? Waves hain. Aik scientist ne kaha ke electron kya hain?</w:t>
      </w:r>
    </w:p>
    <w:p>
      <w:pPr>
        <w:jc w:val="right"/>
      </w:pPr>
      <w:r>
        <w:t>صرف Matte dance of electron ہے وہ۔ الیکٹران۔ الیکٹران کیا ہیں؟ ویوز ہیں۔ ایک سائنسدان نے کہا کہ الیکٹران کیا ہیں؟</w:t>
      </w:r>
    </w:p>
    <w:p>
      <w:r>
        <w:rPr>
          <w:b/>
        </w:rPr>
        <w:t xml:space="preserve">[44:35] </w:t>
      </w:r>
      <w:r>
        <w:t>Waves of probabilities electron ko mutayyan kiya is ne.</w:t>
      </w:r>
    </w:p>
    <w:p>
      <w:pPr>
        <w:jc w:val="right"/>
      </w:pPr>
      <w:r>
        <w:t>Waves of probabilities الیکٹران کو متعین کیا اس نے۔</w:t>
      </w:r>
    </w:p>
    <w:p>
      <w:r>
        <w:rPr>
          <w:b/>
        </w:rPr>
        <w:t xml:space="preserve">[44:41] </w:t>
      </w:r>
      <w:r>
        <w:t>Waves of probabilities to ab ab jo science jahan tak taraqqi kar ke pohnchi hai, woh farq hi mit gaya.</w:t>
      </w:r>
    </w:p>
    <w:p>
      <w:pPr>
        <w:jc w:val="right"/>
      </w:pPr>
      <w:r>
        <w:t>Waves of probabilities تو اب اب جو سائنس جہاں تک ترقی کر کے پہنچی ہے، وہ فرق ہی مٹ گیا۔</w:t>
      </w:r>
    </w:p>
    <w:p>
      <w:r>
        <w:rPr>
          <w:b/>
        </w:rPr>
        <w:t xml:space="preserve">[44:51] </w:t>
      </w:r>
      <w:r>
        <w:t>Lekin log jante hain, is ko bhi nahi jante log.</w:t>
      </w:r>
    </w:p>
    <w:p>
      <w:pPr>
        <w:jc w:val="right"/>
      </w:pPr>
      <w:r>
        <w:t>لیکن لوگ جانتے ہیں، اس کو بھی نہیں جانتے لوگ۔</w:t>
      </w:r>
    </w:p>
    <w:p>
      <w:r>
        <w:rPr>
          <w:b/>
        </w:rPr>
        <w:t xml:space="preserve">[44:57] </w:t>
      </w:r>
      <w:r>
        <w:t>Aik sahab ne jo Khuda ko nahi mante the, unhon ne mujh se poocha ke Khuda ke liye ke kaise aap sabit karein ge Khuda hai</w:t>
      </w:r>
    </w:p>
    <w:p>
      <w:pPr>
        <w:jc w:val="right"/>
      </w:pPr>
      <w:r>
        <w:t>ایک صاحب نے جو خدا کو نہیں مانتے تھے، انہوں نے مجھ سے پوچھا کہ خدا کے لیے کہ کیسے آپ ثابت کریں گے خدا ہے</w:t>
      </w:r>
    </w:p>
    <w:p>
      <w:r>
        <w:rPr>
          <w:b/>
        </w:rPr>
        <w:t xml:space="preserve">[45:07] </w:t>
      </w:r>
      <w:r>
        <w:t>? Main ne kaha wohi sabit karein ge jaise ke scientist electron ko sabit karta hai. Electron ko baghair dekhe aap mante hain, acha Khuda ko hi baghair dekhe mante hain?</w:t>
      </w:r>
    </w:p>
    <w:p>
      <w:pPr>
        <w:jc w:val="right"/>
      </w:pPr>
      <w:r>
        <w:t>؟ میں نے کہا وہی ثابت کریں گے جیسے کہ سائنسدان الیکٹران کو ثابت کرتا ہے۔ الیکٹران کو بغیر دیکھے آپ مانتے ہیں، اچھا خدا کو ہی بغیر دیکھے مانتے ہیں؟</w:t>
      </w:r>
    </w:p>
    <w:p>
      <w:r>
        <w:rPr>
          <w:b/>
        </w:rPr>
        <w:t xml:space="preserve">[45:17] </w:t>
      </w:r>
      <w:r>
        <w:t>Isi tareeqay ko yahan laagu kijiye aap. To chounke logon ko pata hi nahi ke scientific taraqqi kahan tak pohnchi hai.</w:t>
      </w:r>
    </w:p>
    <w:p>
      <w:pPr>
        <w:jc w:val="right"/>
      </w:pPr>
      <w:r>
        <w:t>اسی طریقے کو یہاں لاگو کیجیے آپ۔ تو چونکہ لوگوں کو پتہ ہی نہیں کہ سائنسی ترقی کہاں تک پہنچی ہے۔</w:t>
      </w:r>
    </w:p>
    <w:p>
      <w:r>
        <w:rPr>
          <w:b/>
        </w:rPr>
        <w:t xml:space="preserve">[45:30] </w:t>
      </w:r>
      <w:r>
        <w:t>To agar mutala karain, yaani aap ko science ki mutala karni hogi, fitrat ki mutala karni hogi, phir Quran ki mutala karni hogi.</w:t>
      </w:r>
    </w:p>
    <w:p>
      <w:pPr>
        <w:jc w:val="right"/>
      </w:pPr>
      <w:r>
        <w:t>تو اگر مطالعہ کریں، یعنی آپ کو سائنس کی مطالعہ کرنی ہوگی، فطرت کی مطالعہ کرنی ہوگی، پھر قرآن کی مطالعہ کرنی ہوگی۔</w:t>
      </w:r>
    </w:p>
    <w:p>
      <w:r>
        <w:rPr>
          <w:b/>
        </w:rPr>
        <w:t xml:space="preserve">[45:40] </w:t>
      </w:r>
      <w:r>
        <w:t>To aap ko Khuda par yaqeen, Khuda par yaqeen is se bhi zyada ho jaye ga jitna ke aap ko hamare pahaar pe hota hai.</w:t>
      </w:r>
    </w:p>
    <w:p>
      <w:pPr>
        <w:jc w:val="right"/>
      </w:pPr>
      <w:r>
        <w:t>تو آپ کو خدا پر یقین، خدا پر یقین اس سے بھی زیادہ ہو جائے گا جتنا کہ آپ کو ہمارے پہاڑ پہ ہوتا ہے۔</w:t>
      </w:r>
    </w:p>
    <w:p>
      <w:r>
        <w:rPr>
          <w:b/>
        </w:rPr>
        <w:t xml:space="preserve">[45:51] </w:t>
      </w:r>
      <w:r>
        <w:t>Hamare pahaar ya behr-ul-kahl ya suraj aur chand ko dekh kar aap yaqeen karte hain ke woh maujood kar rahe hain woh. To</w:t>
      </w:r>
    </w:p>
    <w:p>
      <w:pPr>
        <w:jc w:val="right"/>
      </w:pPr>
      <w:r>
        <w:t>ہمارے پہاڑ یا بحرالکاہل یا سورج اور چاند کو دیکھ کر آپ یقین کرتے ہیں کہ وہ موجود کر رہے ہیں وہ۔ تو</w:t>
      </w:r>
    </w:p>
    <w:p>
      <w:r>
        <w:rPr>
          <w:b/>
        </w:rPr>
        <w:t xml:space="preserve">[46:00] </w:t>
      </w:r>
      <w:r>
        <w:t>Is se bhi zyada aap ko yaqeen ho jaye ga Khuda ke baray mein. Aise jab sochein aap.</w:t>
      </w:r>
    </w:p>
    <w:p>
      <w:pPr>
        <w:jc w:val="right"/>
      </w:pPr>
      <w:r>
        <w:t>اس سے بھی زیادہ آپ کو یقین ہو جائے گا خدا کے بارے میں۔ ایسے جب سوچیں آپ۔</w:t>
      </w:r>
    </w:p>
    <w:p>
      <w:r>
        <w:rPr>
          <w:b/>
        </w:rPr>
        <w:t xml:space="preserve">[46:11] </w:t>
      </w:r>
      <w:r>
        <w:t>To wohi laagu isi formula ko yahan laagu kijiye, isi formula ko. Ke Think, think, think, there must be a better way. Think, think, think, and you will discover the truth.</w:t>
      </w:r>
    </w:p>
    <w:p>
      <w:pPr>
        <w:jc w:val="right"/>
      </w:pPr>
      <w:r>
        <w:t>تو وہی لاگو اسی فارمولے کو یہاں لاگو کیجیے، اسی فارمولے کو۔ کہ Think, think, think, there must be a better way. Think, think, think, and you will discover the truth.</w:t>
      </w:r>
    </w:p>
    <w:p>
      <w:r>
        <w:rPr>
          <w:b/>
        </w:rPr>
        <w:t xml:space="preserve">[46:27] </w:t>
      </w:r>
      <w:r>
        <w:t>Yeh Quran ko zyada parhne ka matlab yeh hai ke soch ko apna zyada istemal karna.</w:t>
      </w:r>
    </w:p>
    <w:p>
      <w:pPr>
        <w:jc w:val="right"/>
      </w:pPr>
      <w:r>
        <w:t>یہ قرآن کو زیادہ پڑھنے کا مطلب یہ ہے کہ سوچ کو اپنا زیادہ استعمال کرنا۔</w:t>
      </w:r>
    </w:p>
    <w:p>
      <w:r>
        <w:rPr>
          <w:b/>
        </w:rPr>
        <w:t xml:space="preserve">[46:36] </w:t>
      </w:r>
      <w:r>
        <w:t>Soch ko zyada istemal karna.</w:t>
      </w:r>
    </w:p>
    <w:p>
      <w:pPr>
        <w:jc w:val="right"/>
      </w:pPr>
      <w:r>
        <w:t>سوچ کو زیادہ استعمال کرنا۔</w:t>
      </w:r>
    </w:p>
    <w:p>
      <w:r>
        <w:rPr>
          <w:b/>
        </w:rPr>
        <w:t xml:space="preserve">[46:40] </w:t>
      </w:r>
      <w:r>
        <w:t>Ab dekhiye, Ramadan mein, yaani Quran mein jo woh hai, woh rukoo, us mein aaya hai ke la'allakum tashkuroon yaani roza jo rakha gaya hai,</w:t>
      </w:r>
    </w:p>
    <w:p>
      <w:pPr>
        <w:jc w:val="right"/>
      </w:pPr>
      <w:r>
        <w:t>اب دیکھیے، رمضان میں، یعنی قرآن میں جو وہ ہے، وہ رکوع، اس میں آیا ہے کہ لعلكم تشكرون یعنی روزہ جو رکھا گیا ہے،</w:t>
      </w:r>
    </w:p>
    <w:p>
      <w:r>
        <w:rPr>
          <w:b/>
        </w:rPr>
        <w:t xml:space="preserve">[46:55] </w:t>
      </w:r>
      <w:r>
        <w:t>is liye ke tumhare andar shukr paida ho. shukr mani hai tasleem karna, eteraaf karna. to yeh kaise hota hai?</w:t>
      </w:r>
    </w:p>
    <w:p>
      <w:pPr>
        <w:jc w:val="right"/>
      </w:pPr>
      <w:r>
        <w:t>اس لیے کہ تمہارے اندر شکر پیدا ہو۔ شکر معنی ہے تسلیم کرنا، اعتراف کرنا۔ تو یہ کیسے ہوتا ہے؟</w:t>
      </w:r>
    </w:p>
    <w:p>
      <w:r>
        <w:rPr>
          <w:b/>
        </w:rPr>
        <w:t xml:space="preserve">[47:07] </w:t>
      </w:r>
      <w:r>
        <w:t>aap rozana subah shaam khate rehte hain, to aap ko ehsaas nahi hota khana kya cheez hai. lekin jab aap din ko bhooke rahen, pyaase rahen,</w:t>
      </w:r>
    </w:p>
    <w:p>
      <w:pPr>
        <w:jc w:val="right"/>
      </w:pPr>
      <w:r>
        <w:t>آپ روزانہ صبح شام کھاتے رہتے ہیں، تو آپ کو احساس نہیں ہوتا کھانا کیا چیز ہے۔ لیکن جب آپ دن کو بھوکے رہیں، پیاسے رہیں،</w:t>
      </w:r>
    </w:p>
    <w:p>
      <w:r>
        <w:rPr>
          <w:b/>
        </w:rPr>
        <w:t xml:space="preserve">[47:21] </w:t>
      </w:r>
      <w:r>
        <w:t>to ek poora din aap ne guzara bhook pyaas mein. aur shaam ko aap ke saamne paani aaya, khana aaya, ab aap ne khaya piya.</w:t>
      </w:r>
    </w:p>
    <w:p>
      <w:pPr>
        <w:jc w:val="right"/>
      </w:pPr>
      <w:r>
        <w:t>تو ایک پورا دن آپ نے گزارا بھوک پیاس میں۔ اور شام کو آپ کے سامنے پانی آیا، کھانا آیا، اب آپ نے کھایا پیا۔</w:t>
      </w:r>
    </w:p>
    <w:p>
      <w:r>
        <w:rPr>
          <w:b/>
        </w:rPr>
        <w:t xml:space="preserve">[47:32] </w:t>
      </w:r>
      <w:r>
        <w:t>to us waqt aap daryaft karenge kitni qeemti cheez hai yeh.</w:t>
      </w:r>
    </w:p>
    <w:p>
      <w:pPr>
        <w:jc w:val="right"/>
      </w:pPr>
      <w:r>
        <w:t>تو اس وقت آپ دریافت کریں گے کتنی قیمتی چیز ہے یہ۔</w:t>
      </w:r>
    </w:p>
    <w:p>
      <w:r>
        <w:rPr>
          <w:b/>
        </w:rPr>
        <w:t xml:space="preserve">[47:37] </w:t>
      </w:r>
      <w:r>
        <w:t>daryaft hoti hai hamesha mehroomi ke baad. jab kisi cheez ko aap khote hain, aur phir us ke baad jab paani aata hai, tab us ki qadar samajh mein aati hai.</w:t>
      </w:r>
    </w:p>
    <w:p>
      <w:pPr>
        <w:jc w:val="right"/>
      </w:pPr>
      <w:r>
        <w:t>دریافت ہوتی ہے ہمیشہ محرومی کے بعد۔ جب کسی چیز کو آپ کھوتے ہیں، اور پھر اس کے بعد جب پانی آتا ہے، تب اس کی قدر سمجھ میں آتی ہے۔</w:t>
      </w:r>
    </w:p>
    <w:p>
      <w:r>
        <w:rPr>
          <w:b/>
        </w:rPr>
        <w:t xml:space="preserve">[47:51] </w:t>
      </w:r>
      <w:r>
        <w:t>nahi to kuch nahi. jis ne kabhi khoya nahi, woh paani ki qadar bhi nahi samjhega. dekhiye, roza aur quran dono mein bohat gehra ta'alluq hai.</w:t>
      </w:r>
    </w:p>
    <w:p>
      <w:pPr>
        <w:jc w:val="right"/>
      </w:pPr>
      <w:r>
        <w:t>نہیں تو کچھ نہیں۔ جس نے کبھی کھویا نہیں، وہ پانی کی قدر بھی نہیں سمجھے گا۔ دیکھیے، روزہ اور قرآن دونوں میں بہت گہرا تعلق ہے۔</w:t>
      </w:r>
    </w:p>
    <w:p>
      <w:r>
        <w:rPr>
          <w:b/>
        </w:rPr>
        <w:t xml:space="preserve">[48:06] </w:t>
      </w:r>
      <w:r>
        <w:t>woh kya hai? quran ek aisi kitaab hai jis ki mutaala kiya jaye, jis par socha jaye, jis par ghore kiya jaye.</w:t>
      </w:r>
    </w:p>
    <w:p>
      <w:pPr>
        <w:jc w:val="right"/>
      </w:pPr>
      <w:r>
        <w:t>وہ کیا ہے؟ قرآن ایک ایسی کتاب ہے جس کی مطالعہ کیا جائے، جس پر سوچا جائے، جس پر غور کیا جائے۔</w:t>
      </w:r>
    </w:p>
    <w:p>
      <w:r>
        <w:rPr>
          <w:b/>
        </w:rPr>
        <w:t xml:space="preserve">[48:17] </w:t>
      </w:r>
      <w:r>
        <w:t>aur is ke jo andar gehre jo maani hain, jo maani hain, is ko daryaft kiya jaye. lekin yeh kaise hoga? is ke liye ek tayyari ka marhala is mein guzarna padega.</w:t>
      </w:r>
    </w:p>
    <w:p>
      <w:pPr>
        <w:jc w:val="right"/>
      </w:pPr>
      <w:r>
        <w:t>اور اس کے جو اندر گہرے جو معنی ہیں، جو معنی ہیں، اس کو دریافت کیا جائے۔ لیکن یہ کیسے ہوگا؟ اس کے لیے ایک تیاری کا مرحلہ اس میں گزرنا پڑے گا۔</w:t>
      </w:r>
    </w:p>
    <w:p>
      <w:r>
        <w:rPr>
          <w:b/>
        </w:rPr>
        <w:t xml:space="preserve">[48:28] </w:t>
      </w:r>
      <w:r>
        <w:t>woh hai roza. roza ka matlab kya hai? roza ka matlab yeh bhook pyaas ki rasam nahi hai, roza.</w:t>
      </w:r>
    </w:p>
    <w:p>
      <w:pPr>
        <w:jc w:val="right"/>
      </w:pPr>
      <w:r>
        <w:t>وہ ہے روزہ۔ روزہ کا مطلب کیا ہے؟ روزہ کا مطلب یہ بھوک پیاس کی رسم نہیں ہے، روزہ۔</w:t>
      </w:r>
    </w:p>
    <w:p>
      <w:r>
        <w:rPr>
          <w:b/>
        </w:rPr>
        <w:t xml:space="preserve">[48:37] </w:t>
      </w:r>
      <w:r>
        <w:t>roza jo hai, koi bhook pyaas ki rasam nahi hai. roza ka matlab hai apni zarooraton ko baghair kam az kam par le jana. apne ko tangi se bachana.</w:t>
      </w:r>
    </w:p>
    <w:p>
      <w:pPr>
        <w:jc w:val="right"/>
      </w:pPr>
      <w:r>
        <w:t>روزہ جو ہے، کوئی بھوک پیاس کی رسم نہیں ہے۔ روزہ کا مطلب ہے اپنی ضرورتوں کو بغیر کم از کم پر لے جانا۔ اپنے کو تنگی سے بچانا۔</w:t>
      </w:r>
    </w:p>
    <w:p>
      <w:r>
        <w:rPr>
          <w:b/>
        </w:rPr>
        <w:t xml:space="preserve">[48:48] </w:t>
      </w:r>
      <w:r>
        <w:t>apna zyada waqt bachana. yeh matlab hai roze ka. to yeh hai quran se pehle ka marhala.</w:t>
      </w:r>
    </w:p>
    <w:p>
      <w:pPr>
        <w:jc w:val="right"/>
      </w:pPr>
      <w:r>
        <w:t>اپنا زیادہ وقت بچانا۔ یہ مطلب ہے روزے کا۔ تو یہ ہے قرآن سے پہلے کا مرحلہ۔</w:t>
      </w:r>
    </w:p>
    <w:p>
      <w:r>
        <w:rPr>
          <w:b/>
        </w:rPr>
        <w:t xml:space="preserve">[49:00] </w:t>
      </w:r>
      <w:r>
        <w:t>to jab ek aadmi sahi rooh ke saath roza rakhta hai, sahi rooh ke saath, aur sach much apne ko tayyar karta hai, is maqsad ke liye jo roze ka maqsad hai,</w:t>
      </w:r>
    </w:p>
    <w:p>
      <w:pPr>
        <w:jc w:val="right"/>
      </w:pPr>
      <w:r>
        <w:t>تو جب ایک آدمی صحیح روح کے ساتھ روزہ رکھتا ہے، صحیح روح کے ساتھ، اور سچ مچ اپنے کو تیار کرتا ہے، اس مقصد کے لیے جو روزے کا مقصد ہے،</w:t>
      </w:r>
    </w:p>
    <w:p>
      <w:r>
        <w:rPr>
          <w:b/>
        </w:rPr>
        <w:t xml:space="preserve">[49:14] </w:t>
      </w:r>
      <w:r>
        <w:t>to woh is qabil ho jata hai ke woh quran ko pehle to samjhe.</w:t>
      </w:r>
    </w:p>
    <w:p>
      <w:pPr>
        <w:jc w:val="right"/>
      </w:pPr>
      <w:r>
        <w:t>تو وہ اس قابل ہو جاتا ہے کہ وہ قرآن کو پہلے تو سمجھے۔</w:t>
      </w:r>
    </w:p>
    <w:p>
      <w:r>
        <w:rPr>
          <w:b/>
        </w:rPr>
        <w:t xml:space="preserve">[49:20] </w:t>
      </w:r>
      <w:r>
        <w:t>baghair tayyari ke jab koi is ko quran ka padhega to kuch is ko milega nahi is mein se kuch.</w:t>
      </w:r>
    </w:p>
    <w:p>
      <w:pPr>
        <w:jc w:val="right"/>
      </w:pPr>
      <w:r>
        <w:t>بغیر تیاری کے جب کوئی اس کو قرآن کا پڑھے گا تو کچھ اس کو ملے گا نہیں اس میں سے کچھ۔</w:t>
      </w:r>
    </w:p>
    <w:p>
      <w:r>
        <w:rPr>
          <w:b/>
        </w:rPr>
        <w:t xml:space="preserve">[49:27] </w:t>
      </w:r>
      <w:r>
        <w:t>to koi bhi cheez se pehle ek tayyari ka marhala hota hai. to quran ko yani tadabbur ke saath padhne ke liye, yani quran ki gehri mutaala karne ke liye, hamein apne ko tayyar karna padega.</w:t>
      </w:r>
    </w:p>
    <w:p>
      <w:pPr>
        <w:jc w:val="right"/>
      </w:pPr>
      <w:r>
        <w:t>تو کوئی بھی چیز سے پہلے ایک تیاری کا مرحلہ ہوتا ہے۔ تو قرآن کو یعنی تدبر کے ساتھ پڑھنے کے لیے، یعنی قرآن کی گہری مطالعہ کرنے کے لیے، ہمیں اپنے کو تیار کرنا پڑے گا۔</w:t>
      </w:r>
    </w:p>
    <w:p>
      <w:r>
        <w:rPr>
          <w:b/>
        </w:rPr>
        <w:t xml:space="preserve">[49:44] </w:t>
      </w:r>
      <w:r>
        <w:t>tayyar karna padega. to woh hai roze ka maqsad.</w:t>
      </w:r>
    </w:p>
    <w:p>
      <w:pPr>
        <w:jc w:val="right"/>
      </w:pPr>
      <w:r>
        <w:t>تیار کرنا پڑے گا۔ تو وہ ہے روزے کا مق</w:t>
      </w:r>
    </w:p>
    <w:p>
      <w:r>
        <w:rPr>
          <w:b/>
        </w:rPr>
        <w:t xml:space="preserve">[49:48] </w:t>
      </w:r>
      <w:r>
        <w:t>saad. yeh sirf ramzan hi ki baat nahi hai. yani ramzan ke ilawa bhi hum ko aise hi karna padega. ke apne ko eksoo karna hoga.</w:t>
      </w:r>
    </w:p>
    <w:p>
      <w:pPr>
        <w:jc w:val="right"/>
      </w:pPr>
      <w:r>
        <w:t>صد۔ یہ صرف رمضان ہی کی بات نہیں ہے۔ یعنی رمضان کے علاوہ بھی ہم کو ایسے ہی کرنا پڑے گا۔ کہ اپنے کو ایکسو کرنا ہوگا۔</w:t>
      </w:r>
    </w:p>
    <w:p>
      <w:r>
        <w:rPr>
          <w:b/>
        </w:rPr>
        <w:t xml:space="preserve">[49:57] </w:t>
      </w:r>
      <w:r>
        <w:t>apne ko yani tawajjuh se bachana hoga. tab hum quran ko samajh payenge. to jab quran ko aadmi gehrai ke saath padhega to wahan Khuda jo hai, ghair numayan Khuda numayan ban jayega.</w:t>
      </w:r>
    </w:p>
    <w:p>
      <w:pPr>
        <w:jc w:val="right"/>
      </w:pPr>
      <w:r>
        <w:t>اپنے کو یعنی توجہ سے بچانا ہوگا۔ تب ہم قرآن کو سمجھ پائیں گے۔ تو جب قرآن کو آدمی گہرائی کے ساتھ پڑھے گا تو وہاں خدا جو ہے، غیر نمایاں خدا نمایاں بن جائے گا۔</w:t>
      </w:r>
    </w:p>
    <w:p>
      <w:r>
        <w:rPr>
          <w:b/>
        </w:rPr>
        <w:t xml:space="preserve">[50:11] </w:t>
      </w:r>
      <w:r>
        <w:t>aap Khuda ko daryaft karenge wahan par.</w:t>
      </w:r>
    </w:p>
    <w:p>
      <w:pPr>
        <w:jc w:val="right"/>
      </w:pPr>
      <w:r>
        <w:t>آپ خدا کو دریافت کریں گے وہاں پر۔</w:t>
      </w:r>
    </w:p>
    <w:p>
      <w:r>
        <w:rPr>
          <w:b/>
        </w:rPr>
        <w:t xml:space="preserve">[50:15] </w:t>
      </w:r>
      <w:r>
        <w:t>jis tareeqe se electron hamesha se the, lekin koi janta nahi tha. woh ghair numayan bana hua tha logon ke liye. electron to hamesha se the is duniya mein.</w:t>
      </w:r>
    </w:p>
    <w:p>
      <w:pPr>
        <w:jc w:val="right"/>
      </w:pPr>
      <w:r>
        <w:t>جس طریقے سے الیکٹران ہمیشہ سے تھے، لیکن کوئی جانتا نہیں تھا۔ وہ غیر نمایاں بنا ہوا تھا لوگوں کے لیے۔ الیکٹران تو ہمیشہ سے تھے اس دنیا میں۔</w:t>
      </w:r>
    </w:p>
    <w:p>
      <w:r>
        <w:rPr>
          <w:b/>
        </w:rPr>
        <w:t xml:space="preserve">[50:25] </w:t>
      </w:r>
      <w:r>
        <w:t>woh janta koi bhi nahi tha. scientiston ne jab ghore kiya, ghore kiya, ghore kiya, to ab daryaft kiya unhone ke haan, electron hain. aur yahi science ban gayi.</w:t>
      </w:r>
    </w:p>
    <w:p>
      <w:pPr>
        <w:jc w:val="right"/>
      </w:pPr>
      <w:r>
        <w:t>وہ جانتا کوئی بھی نہیں تھا۔ سائنسدانوں نے جب غور کیا، غور کیا، غور کیا، تو اب دریافت کیا انہوں نے کہ ہاں، الیکٹران ہیں۔ اور یہی سائنس بن گئی۔</w:t>
      </w:r>
    </w:p>
    <w:p>
      <w:r>
        <w:rPr>
          <w:b/>
        </w:rPr>
        <w:t xml:space="preserve">[50:37] </w:t>
      </w:r>
      <w:r>
        <w:t>aise hi jab aap quran par mutaala karenge, bohat gehrai ke saath, to aap ko daryaft hi hogi ke is duniya ka khaliq hai.</w:t>
      </w:r>
    </w:p>
    <w:p>
      <w:pPr>
        <w:jc w:val="right"/>
      </w:pPr>
      <w:r>
        <w:t>ایسے ہی جب آپ قرآن پر مطالعہ کریں گے، بہت گہرائی کے ساتھ، تو آپ کو دریافت ہی ہوگی کہ اس دنیا کا خالق ہے۔</w:t>
      </w:r>
    </w:p>
    <w:p>
      <w:r>
        <w:rPr>
          <w:b/>
        </w:rPr>
        <w:t xml:space="preserve">[50:49] </w:t>
      </w:r>
      <w:r>
        <w:t>is quran ka ek musannif hai. aur mera ek paida karne wala hai. jo ek hai jo poore alam ko control kar raha hai.</w:t>
      </w:r>
    </w:p>
    <w:p>
      <w:pPr>
        <w:jc w:val="right"/>
      </w:pPr>
      <w:r>
        <w:t>اس قرآن کا ایک مصنف ہے۔ اور میرا ایک پیدا کرنے والا ہے۔ جو ایک ہے جو پورے عالم کو کنٹرول کر رہا ہے۔</w:t>
      </w:r>
    </w:p>
    <w:p>
      <w:r>
        <w:rPr>
          <w:b/>
        </w:rPr>
        <w:t xml:space="preserve">[51:01] </w:t>
      </w:r>
      <w:r>
        <w:t>yeh sari baatein nikalti chali jayengi. aur jab aap bohat zyada is mein aage badhenge, aage badhenge to kya hoga?</w:t>
      </w:r>
    </w:p>
    <w:p>
      <w:pPr>
        <w:jc w:val="right"/>
      </w:pPr>
      <w:r>
        <w:t>یہ ساری باتیں نکلتی چلی جائیں گی۔ اور جب آپ بہت زیادہ اس میں آگے بڑھیں گے، آگے بڑھیں گے تو کیا ہوگا؟</w:t>
      </w:r>
    </w:p>
    <w:p>
      <w:r>
        <w:rPr>
          <w:b/>
        </w:rPr>
        <w:t xml:space="preserve">[51:12] </w:t>
      </w:r>
      <w:r>
        <w:t>to ghair numayan Khuda numayan ban jayega. jaise main jis zamane mein Adam Bhaṛh mein tha aur woh kitaab jo hamari yeh jo angrezi mein God Rises hai ke naam se hai, urdu mein Mazhab aur Yeh Challenge hai.</w:t>
      </w:r>
    </w:p>
    <w:p>
      <w:pPr>
        <w:jc w:val="right"/>
      </w:pPr>
      <w:r>
        <w:t>تو غیر نمایاں خدا نمایاں بن جائے گا۔ جیسے میں جس زمانے میں آدم بڑھ میں تھا اور وہ کتاب جو ہماری یہ جو انگریزی میں God Rises ہے کے نام سے ہے، اردو میں مذہب اور یہ چیلنج ہے۔</w:t>
      </w:r>
    </w:p>
    <w:p>
      <w:r>
        <w:rPr>
          <w:b/>
        </w:rPr>
        <w:t xml:space="preserve">[51:27] </w:t>
      </w:r>
      <w:r>
        <w:t>to jab mein mutala kar raha tha science waghera ka is zamane mein,</w:t>
      </w:r>
    </w:p>
    <w:p>
      <w:pPr>
        <w:jc w:val="right"/>
      </w:pPr>
      <w:r>
        <w:t>تو جب میں مطالعہ کر رہا تھا سائنس وغیرہ کا اس زمانے میں،</w:t>
      </w:r>
    </w:p>
    <w:p>
      <w:r>
        <w:rPr>
          <w:b/>
        </w:rPr>
        <w:t xml:space="preserve">[51:30] </w:t>
      </w:r>
      <w:r>
        <w:t>to aisa lagta tha ke jaise ke mein Khuda ko dekh raha hoon. to is zamane mein wahan par ek sahib aaye mere paas, un ka naam tha Shah Naseer sahib.</w:t>
      </w:r>
    </w:p>
    <w:p>
      <w:pPr>
        <w:jc w:val="right"/>
      </w:pPr>
      <w:r>
        <w:t>تو ایسا لگتا تھا کہ جیسے کہ میں خدا کو دیکھ رہا ہوں۔ تو اس زمانے میں وہاں پر ایک صاحب آئے میرے پاس، ان کا نام تھا شاہ نصیر صاحب۔</w:t>
      </w:r>
    </w:p>
    <w:p>
      <w:r>
        <w:rPr>
          <w:b/>
        </w:rPr>
        <w:t xml:space="preserve">[51:41] </w:t>
      </w:r>
      <w:r>
        <w:t>to unhon ne, mein baitha tha, khare kar ke poocha unhon ne, kya insan Khuda ko dekh sakta hai? to achaanak meri zuban se nikla, kya aap ne abhi tak Khuda ko nahin dekha?</w:t>
      </w:r>
    </w:p>
    <w:p>
      <w:pPr>
        <w:jc w:val="right"/>
      </w:pPr>
      <w:r>
        <w:t>تو انہوں نے، میں بیٹھا تھا، کھڑے کر کے پوچھا انہوں نے، کیا انسان خدا کو دیکھ سکتا ہے؟ تو اچانک میری زبان سے نکلا، کیا آپ نے ابھی تک خدا کو نہیں دیکھا؟</w:t>
      </w:r>
    </w:p>
    <w:p>
      <w:r>
        <w:rPr>
          <w:b/>
        </w:rPr>
        <w:t xml:space="preserve">[51:54] </w:t>
      </w:r>
      <w:r>
        <w:t>to jab mein ne gehri mutala ki Quran mein, science mein, aur jo mutaliqa mazameen hain is mein, to sach much aisa laga jaise Khuda ko mein dekh raha hoon.</w:t>
      </w:r>
    </w:p>
    <w:p>
      <w:pPr>
        <w:jc w:val="right"/>
      </w:pPr>
      <w:r>
        <w:t>تو جب میں نے گہری مطالعہ کی قرآن میں، سائنس میں، اور جو متعلقہ مضامین ہیں اس میں، تو سچ مچ ایسا لگا جیسے خدا کو میں دیکھ رہا ہوں۔</w:t>
      </w:r>
    </w:p>
    <w:p>
      <w:r>
        <w:rPr>
          <w:b/>
        </w:rPr>
        <w:t xml:space="preserve">[52:07] </w:t>
      </w:r>
      <w:r>
        <w:t>ghair numayan Khuda mere liye numayan Khuda ban gaya. yeh maqsad hai yani rozay ka.</w:t>
      </w:r>
    </w:p>
    <w:p>
      <w:pPr>
        <w:jc w:val="right"/>
      </w:pPr>
      <w:r>
        <w:t>غیر نمایاں خدا میرے لیے نمایاں خدا بن گیا۔ یہ مقصد ہے یعنی روزے کا۔</w:t>
      </w:r>
    </w:p>
    <w:p>
      <w:r>
        <w:rPr>
          <w:b/>
        </w:rPr>
        <w:t xml:space="preserve">[52:19] </w:t>
      </w:r>
      <w:r>
        <w:t>yani Khuda aap ke focus mein aajaye.</w:t>
      </w:r>
    </w:p>
    <w:p>
      <w:pPr>
        <w:jc w:val="right"/>
      </w:pPr>
      <w:r>
        <w:t>یعنی خدا آپ کے فوکس میں آجائے۔</w:t>
      </w:r>
    </w:p>
    <w:p>
      <w:r>
        <w:rPr>
          <w:b/>
        </w:rPr>
        <w:t xml:space="preserve">[52:22] </w:t>
      </w:r>
      <w:r>
        <w:t>abhi to do hi cheezein aap ke focus mein hain. Khuda focus mein hai hi nahin. poori poori tareekh mein insan mehroom reh gaya is se ke Khuda is ke focus mein aaye.</w:t>
      </w:r>
    </w:p>
    <w:p>
      <w:pPr>
        <w:jc w:val="right"/>
      </w:pPr>
      <w:r>
        <w:t>ابھی تو دو ہی چیزیں آپ کے فوکس میں ہیں۔ خدا فوکس میں ہے ہی نہیں۔ پوری پوری تاریخ میں انسان محروم رہ گیا اس سے کہ خدا اس کے فوکس میں آئے۔</w:t>
      </w:r>
    </w:p>
    <w:p>
      <w:r>
        <w:rPr>
          <w:b/>
        </w:rPr>
        <w:t xml:space="preserve">[52:31] </w:t>
      </w:r>
      <w:r>
        <w:t>kyun ke uljha raha ho aadmi dekhne wali cheezon mein. numayan duniya mein uljha raha ho.</w:t>
      </w:r>
    </w:p>
    <w:p>
      <w:pPr>
        <w:jc w:val="right"/>
      </w:pPr>
      <w:r>
        <w:t>کیونکہ الجھا رہا ہو آدمی دیکھنے والی چیزوں میں۔ نمایاں دنیا میں الجھا رہا ہو۔</w:t>
      </w:r>
    </w:p>
    <w:p>
      <w:r>
        <w:rPr>
          <w:b/>
        </w:rPr>
        <w:t xml:space="preserve">[52:38] </w:t>
      </w:r>
      <w:r>
        <w:t>to mutala ke zariye se, ghore o fikr ke zariye se, woh aadmi ko woh darja milta hai jab Khuda is ko jaise dikhai dene wali cheez ki tarah ho jaye is ke liye.</w:t>
      </w:r>
    </w:p>
    <w:p>
      <w:pPr>
        <w:jc w:val="right"/>
      </w:pPr>
      <w:r>
        <w:t>تو مطالعہ کے ذریعے سے، غور و فکر کے ذریعے سے، وہ آدمی کو وہ درجہ ملتا ہے جب خدا اس کو جیسے دکھائی دینے والی چیز کی طرح ہو جائے اس کے لیے۔</w:t>
      </w:r>
    </w:p>
    <w:p>
      <w:r>
        <w:rPr>
          <w:b/>
        </w:rPr>
        <w:t xml:space="preserve">[52:58] </w:t>
      </w:r>
      <w:r>
        <w:t>to yeh hai rozay ka maqsad. rozay ka maqsad yahi hai. ke aadmi ko tayyar kar ke Quran parhne ka mauqa dena.</w:t>
      </w:r>
    </w:p>
    <w:p>
      <w:pPr>
        <w:jc w:val="right"/>
      </w:pPr>
      <w:r>
        <w:t>تو یہ ہے روزے کا مقصد۔ روزے کا مقصد یہی ہے۔ کہ آدمی کو تیار کر کے قرآن پڑھنے کا موقع دینا۔</w:t>
      </w:r>
    </w:p>
    <w:p>
      <w:r>
        <w:rPr>
          <w:b/>
        </w:rPr>
        <w:t xml:space="preserve">[53:08] </w:t>
      </w:r>
      <w:r>
        <w:t>aap jante hain ke rozay mein Quran bohat parha jata hai. yani tilawat ki jati hai, namazon mein parha jata hai, aur phir taraveeh ki shakal mein poora poora Quran jo hai woh dohrata jata hai.</w:t>
      </w:r>
    </w:p>
    <w:p>
      <w:pPr>
        <w:jc w:val="right"/>
      </w:pPr>
      <w:r>
        <w:t>آپ جانتے ہیں کہ روزے میں قرآن بہت پڑھا جاتا ہے۔ یعنی تلاوت کی جاتی ہے، نمازوں میں پڑھا جاتا ہے، اور پھر تراویح کی شکل میں پورا پورا قرآن جو ہے وہ دہرایا جاتا ہے۔</w:t>
      </w:r>
    </w:p>
    <w:p>
      <w:r>
        <w:rPr>
          <w:b/>
        </w:rPr>
        <w:t xml:space="preserve">[53:21] </w:t>
      </w:r>
      <w:r>
        <w:t>goya woh ek ijtamai mutala hota hai Quran ka. taraveeh ko mein ijtamai mutala kehta hoon. lekin abhi to rasam ke taur par ho raha hai.</w:t>
      </w:r>
    </w:p>
    <w:p>
      <w:pPr>
        <w:jc w:val="right"/>
      </w:pPr>
      <w:r>
        <w:t>گویا وہ ایک اجتماعی مطالعہ ہوتا ہے قرآن کا۔ تراویح کو میں اجتماعی مطالعہ کہتا ہوں۔ لیکن ابھی تو رسم کے طور پر ہو رہا ہے۔</w:t>
      </w:r>
    </w:p>
    <w:p>
      <w:r>
        <w:rPr>
          <w:b/>
        </w:rPr>
        <w:t xml:space="preserve">[53:31] </w:t>
      </w:r>
      <w:r>
        <w:t>in logon ko kuch milta nahin.</w:t>
      </w:r>
    </w:p>
    <w:p>
      <w:pPr>
        <w:jc w:val="right"/>
      </w:pPr>
      <w:r>
        <w:t>ان لوگوں کو کچھ ملتا نہیں۔</w:t>
      </w:r>
    </w:p>
    <w:p>
      <w:r>
        <w:rPr>
          <w:b/>
        </w:rPr>
        <w:t xml:space="preserve">[53:34] </w:t>
      </w:r>
      <w:r>
        <w:t>agar sach much woh ijtamai mutale ki taur par ho, sach much woh Quran par ghore o fikr ke liye ho, to rozay mein aadmi, rozay se aadmi jab is course se bahar aaye to Khuda is ke focus mein aa chuka hoga.</w:t>
      </w:r>
    </w:p>
    <w:p>
      <w:pPr>
        <w:jc w:val="right"/>
      </w:pPr>
      <w:r>
        <w:t>اگر سچ مچ وہ اجتماعی مطالعے کی طور پر ہو، سچ مچ وہ قرآن پر غور و فکر کے لیے ہو، تو روزے میں آدمی، روزے سے آدمی جب اس کورس سے باہر آئے تو خدا اس کے فوکس میں آ چکا ہوگا۔</w:t>
      </w:r>
    </w:p>
    <w:p>
      <w:r>
        <w:rPr>
          <w:b/>
        </w:rPr>
        <w:t xml:space="preserve">[53:50] </w:t>
      </w:r>
      <w:r>
        <w:t>is qabil ho jayega ke woh is hadees ke mutabiq تَعْبُدُ اللَّهَ كَانَكَ تَرَى is tarah ibadat karne lage jaise ke woh Khuda ko dekh raha hai.</w:t>
      </w:r>
    </w:p>
    <w:p>
      <w:pPr>
        <w:jc w:val="right"/>
      </w:pPr>
      <w:r>
        <w:t>اس قابل ہو جائے گا کہ وہ اس حدیث کے مطابق تَعْبُدُ اللَّهَ كَانَكَ تَرَى اس طرح عبادت کرنے لگے جیسے کہ وہ خدا کو دیکھ رہا ہے۔</w:t>
      </w:r>
    </w:p>
    <w:p>
      <w:r>
        <w:rPr>
          <w:b/>
        </w:rPr>
        <w:t xml:space="preserve">[53:59] </w:t>
      </w:r>
      <w:r>
        <w:t>yeh sab ho jayega.</w:t>
      </w:r>
    </w:p>
    <w:p>
      <w:pPr>
        <w:jc w:val="right"/>
      </w:pPr>
      <w:r>
        <w:t>یہ سب ہو جائے گا۔</w:t>
      </w:r>
    </w:p>
    <w:p>
      <w:r>
        <w:rPr>
          <w:b/>
        </w:rPr>
        <w:t xml:space="preserve">[54:03] </w:t>
      </w:r>
      <w:r>
        <w:t>to kitni bari nemmat hai yeh. kitni bari nemmat hai yeh. lekin abhi is nemmat se kuch bhi, ek feesad bhi musalmanon ko faida nahin ho raha hai.</w:t>
      </w:r>
    </w:p>
    <w:p>
      <w:pPr>
        <w:jc w:val="right"/>
      </w:pPr>
      <w:r>
        <w:t>تو کتنی بڑی نعمت ہے یہ۔ کتنی بڑی نعمت ہے یہ۔ لیکن ابھی اس نعمت سے کچھ بھی، ایک فیصد بھی مسلمانوں کو فائدہ نہیں ہو رہا ہے۔</w:t>
      </w:r>
    </w:p>
    <w:p>
      <w:r>
        <w:rPr>
          <w:b/>
        </w:rPr>
        <w:t xml:space="preserve">[54:13] </w:t>
      </w:r>
      <w:r>
        <w:t>kyun? is ko bator rasam liye hue hain. rasam. farsi ka ek sher hai ke تَنْ پَرْوَرِيَ خَلْقْ فُضُوْسُ ذَا رِعَاظَةٍ jis garmi hai iftar, nazarat, ramzan, haj.</w:t>
      </w:r>
    </w:p>
    <w:p>
      <w:pPr>
        <w:jc w:val="right"/>
      </w:pPr>
      <w:r>
        <w:t>کیوں؟ اس کو بطور رسم لیے ہوئے ہیں۔ رسم۔ فارسی کا ایک شعر ہے کہ تَنْ پَرْوَرِيَ خَلْقْ فُضُوْسُ ذَا رِعَاظَةٍ جس گرمی ہے افطار، نذارت، رمضان، حج۔</w:t>
      </w:r>
    </w:p>
    <w:p>
      <w:r>
        <w:rPr>
          <w:b/>
        </w:rPr>
        <w:t xml:space="preserve">[54:30] </w:t>
      </w:r>
      <w:r>
        <w:t>is ka matlab yeh hai ke roza rakha gaya tha ke log kam khayein. bhook pyas ka tajurba un ko ho aur ahmiyat maloom ho ke khana kitni bari cheez hai, pani kitni bari cheez hai.</w:t>
      </w:r>
    </w:p>
    <w:p>
      <w:pPr>
        <w:jc w:val="right"/>
      </w:pPr>
      <w:r>
        <w:t>اس کا مطلب یہ ہے کہ روزہ رکھا گیا تھا کہ لوگ کم کھائیں۔ بھوک پیاس کا تجربہ ان کو ہو۔ اور اہمیت معلوم ہو کہ کھانا کتنی بڑی چیز ہے، پانی کتنی بڑی چیز ہے۔</w:t>
      </w:r>
    </w:p>
    <w:p>
      <w:r>
        <w:rPr>
          <w:b/>
        </w:rPr>
        <w:t xml:space="preserve">[54:42] </w:t>
      </w:r>
      <w:r>
        <w:t>lekin dhoom machate hain khane peene ki. yani aur zyada dhoom marti hai rozay mein.</w:t>
      </w:r>
    </w:p>
    <w:p>
      <w:pPr>
        <w:jc w:val="right"/>
      </w:pPr>
      <w:r>
        <w:t>لیکن دھوم مچاتے ہیں کھانے پینے کی۔ یعنی اور زیادہ دھوم مچتی ہے روزے میں۔</w:t>
      </w:r>
    </w:p>
    <w:p>
      <w:r>
        <w:rPr>
          <w:b/>
        </w:rPr>
        <w:t xml:space="preserve">[54:52] </w:t>
      </w:r>
      <w:r>
        <w:t>yahan tak mein America mein ek bar gaya to wahan par ek rozay ke bare mein wahan meri taqreer thi.</w:t>
      </w:r>
    </w:p>
    <w:p>
      <w:pPr>
        <w:jc w:val="right"/>
      </w:pPr>
      <w:r>
        <w:t>یہاں تک میں امریکہ میں ایک بار گیا تو وہاں پر ایک روزے کے بارے میں وہاں میری تقریر تھی۔</w:t>
      </w:r>
    </w:p>
    <w:p>
      <w:r>
        <w:rPr>
          <w:b/>
        </w:rPr>
        <w:t xml:space="preserve">[54:58] </w:t>
      </w:r>
      <w:r>
        <w:t>to yeh baatein mein ne kahin ke is sher ko le kar ke rozay mein khane peene ki dhoom machai jati hai. to ek sahib jo wahan America mein rehte the woh unhon ne kaha ke aap aap kaise aise kar rahe hain?</w:t>
      </w:r>
    </w:p>
    <w:p>
      <w:pPr>
        <w:jc w:val="right"/>
      </w:pPr>
      <w:r>
        <w:t>تو یہ باتیں میں نے کہیں کہ اس شعر کو لے کر کہ روزے میں کھانے پینے کی دھوم مچائی جاتی ہے۔ تو ایک صاحب جو وہاں امریکہ میں رہتے تھے وہ انہوں نے کہا کہ آپ آپ کیسے ایسے کر رہے ہیں؟</w:t>
      </w:r>
    </w:p>
    <w:p>
      <w:r>
        <w:rPr>
          <w:b/>
        </w:rPr>
        <w:t xml:space="preserve">[55:12] </w:t>
      </w:r>
      <w:r>
        <w:t>yahan to baqayda roza rakha jata hai. to wohin ka ek senior aadmi jo America mein bohat pehle se rehta tha woh woh khara hua us ne kaha ke tum hi nahin mein bhi America mein rehta hoon.</w:t>
      </w:r>
    </w:p>
    <w:p>
      <w:pPr>
        <w:jc w:val="right"/>
      </w:pPr>
      <w:r>
        <w:t>یہاں تو باقاعدہ روزہ رکھا جاتا ہے۔ تو وہیں کا ایک سینئر آدمی جو امریکہ میں بہت پہلے سے رہتا تھا وہ وہ کھڑا ہوا اس نے کہا کہ تم ہی نہیں میں بھی امریکہ میں رہتا ہوں۔</w:t>
      </w:r>
    </w:p>
    <w:p>
      <w:r>
        <w:rPr>
          <w:b/>
        </w:rPr>
        <w:t xml:space="preserve">[55:24] </w:t>
      </w:r>
      <w:r>
        <w:t>mein janta hoon tum logon ka haal kya hai.</w:t>
      </w:r>
    </w:p>
    <w:p>
      <w:pPr>
        <w:jc w:val="right"/>
      </w:pPr>
      <w:r>
        <w:t>میں جانتا ہوں تم لوگوں کا حال کیا ہے۔</w:t>
      </w:r>
    </w:p>
    <w:p>
      <w:r>
        <w:rPr>
          <w:b/>
        </w:rPr>
        <w:t xml:space="preserve">[55:26] </w:t>
      </w:r>
      <w:r>
        <w:t>to us ne challenge ki zuban mein kaha ke mein aap se kehta hoon ke rozay ke shuru mein aap wazan le lijiye. weight kar lijiye. aur aakhir mein weight kijiye.</w:t>
      </w:r>
    </w:p>
    <w:p>
      <w:pPr>
        <w:jc w:val="right"/>
      </w:pPr>
      <w:r>
        <w:t>تو اس نے چیلنج کی زبان میں کہا کہ میں آپ سے کہتا ہوں کہ روزے کے شروع میں آپ وزن لے لیجیے۔ ویٹ کر لیجیے۔ اور آخر میں ویٹ کیجیے۔</w:t>
      </w:r>
    </w:p>
    <w:p>
      <w:r>
        <w:rPr>
          <w:b/>
        </w:rPr>
        <w:t xml:space="preserve">[55:36] </w:t>
      </w:r>
      <w:r>
        <w:t>sab ka wazan barh jata hai roze ke aakhir mein. sab chup ho gaye woh. is ne kaha ke main bhi isi amreeka mein rehta hoon.</w:t>
      </w:r>
    </w:p>
    <w:p>
      <w:pPr>
        <w:jc w:val="right"/>
      </w:pPr>
      <w:r>
        <w:t>سب کا وزن بڑھ جاتا ہے روزے کے آخر میں۔ سب چپ ہو گئے وہ۔ اس نے کہا کہ میں بھی اسی امریکہ میں رہتا ہوں۔</w:t>
      </w:r>
    </w:p>
    <w:p>
      <w:r>
        <w:rPr>
          <w:b/>
        </w:rPr>
        <w:t xml:space="preserve">[55:44] </w:t>
      </w:r>
      <w:r>
        <w:t>utaar buk dhoom machate hain khane peene ki roze mein. ke aap logon ka wazan barh jata hai.</w:t>
      </w:r>
    </w:p>
    <w:p>
      <w:pPr>
        <w:jc w:val="right"/>
      </w:pPr>
      <w:r>
        <w:t>اتار بک دھوم مچاتے ہیں کھانے پینے کی روزے میں۔ کہ آپ لوگوں کا وزن بڑھ جاتا ہے۔</w:t>
      </w:r>
    </w:p>
    <w:p>
      <w:r>
        <w:rPr>
          <w:b/>
        </w:rPr>
        <w:t xml:space="preserve">[55:52] </w:t>
      </w:r>
      <w:r>
        <w:t>aur phir kisi ki himmat nahi pad rahi bolne ki.</w:t>
      </w:r>
    </w:p>
    <w:p>
      <w:pPr>
        <w:jc w:val="right"/>
      </w:pPr>
      <w:r>
        <w:t>اور پھر کسی کی ہمت نہیں پڑ رہی بولنے کی۔</w:t>
      </w:r>
    </w:p>
    <w:p>
      <w:r>
        <w:rPr>
          <w:b/>
        </w:rPr>
        <w:t xml:space="preserve">[55:55] </w:t>
      </w:r>
      <w:r>
        <w:t>to yeh haal hai sab musalmanon ki. roza tha ke bhook pyas ka tajurba karein aadmi. lekin overeating itni karte hain ke unhein bhook hi nahi lagti in ko.</w:t>
      </w:r>
    </w:p>
    <w:p>
      <w:pPr>
        <w:jc w:val="right"/>
      </w:pPr>
      <w:r>
        <w:t>تو یہ حال ہے سب مسلمانوں کی۔ روزہ تھا کہ بھوک پیاس کا تجربہ کریں آدمی۔ لیکن اوور ایٹنگ اتنی کرتے ہیں کہ انہیں بھوک ہی نہیں لگتی ان کو۔</w:t>
      </w:r>
    </w:p>
    <w:p>
      <w:r>
        <w:rPr>
          <w:b/>
        </w:rPr>
        <w:t xml:space="preserve">[56:08] </w:t>
      </w:r>
      <w:r>
        <w:t>overeating itni karte hain ke unhein bhook nahi lagti, pyas nahi lagti. air condition kamre mein sote rehte hain. yeh roza nahi hai, yeh to ek rasam hai, ek rasam hai.</w:t>
      </w:r>
    </w:p>
    <w:p>
      <w:pPr>
        <w:jc w:val="right"/>
      </w:pPr>
      <w:r>
        <w:t>اوور ایٹنگ اتنی کرتے ہیں کہ انہیں بھوک نہیں لگتی، پیاس نہیں لگتی۔ ایئر کنڈیشن کمرے میں سوتے رہتے ہیں۔ یہ روزہ نہیں ہے، یہ تو ایک رسم ہے، ایک رسم ہے۔</w:t>
      </w:r>
    </w:p>
    <w:p>
      <w:r>
        <w:rPr>
          <w:b/>
        </w:rPr>
        <w:t xml:space="preserve">[56:23] </w:t>
      </w:r>
      <w:r>
        <w:t>yeh har giz roza nahi hai.</w:t>
      </w:r>
    </w:p>
    <w:p>
      <w:pPr>
        <w:jc w:val="right"/>
      </w:pPr>
      <w:r>
        <w:t>یہ ہرگز روزہ نہیں ہے۔</w:t>
      </w:r>
    </w:p>
    <w:p>
      <w:r>
        <w:rPr>
          <w:b/>
        </w:rPr>
        <w:t xml:space="preserve">[56:26] </w:t>
      </w:r>
      <w:r>
        <w:t>hadees mein aata hai ke kam min saimin laisa lahu min samin la al-zama'</w:t>
      </w:r>
    </w:p>
    <w:p>
      <w:pPr>
        <w:jc w:val="right"/>
      </w:pPr>
      <w:r>
        <w:t>حدیث میں آتا ہے کہ كَمْ مِنْ سَائِمٍ لَيَسْ لُهُ مِنْ سَامِعٍ لَا الْزَمَعِ</w:t>
      </w:r>
    </w:p>
    <w:p>
      <w:r>
        <w:rPr>
          <w:b/>
        </w:rPr>
        <w:t xml:space="preserve">[56:36] </w:t>
      </w:r>
      <w:r>
        <w:t>kitne rozedar aise hain ke un ko apne roze se bhook pyas ke siwa kuch aur nahi milta.</w:t>
      </w:r>
    </w:p>
    <w:p>
      <w:pPr>
        <w:jc w:val="right"/>
      </w:pPr>
      <w:r>
        <w:t>کتنے روزے دار ایسے ہیں کہ ان کو اپنے روزے سے بھوک پیاس کے سوا کچھ اور نہیں ملتا۔</w:t>
      </w:r>
    </w:p>
    <w:p>
      <w:r>
        <w:rPr>
          <w:b/>
        </w:rPr>
        <w:t xml:space="preserve">[56:46] </w:t>
      </w:r>
      <w:r>
        <w:t>kam min saimin laisa lahu min samin illa al-juwab la tashra' ke kitne rozedar aise hain ke un ko apne roze se bhook pyas ke siwa kuch aur nahi milta.</w:t>
      </w:r>
    </w:p>
    <w:p>
      <w:pPr>
        <w:jc w:val="right"/>
      </w:pPr>
      <w:r>
        <w:t>كَمْ مِنْ سَائِمٍ لَيَسْ لُهُ مِنْ سَامِعٍ إِلَّا الْجُوَبَ لَا تَشْرِعُ کہ کتنے روزے دار ایسے ہیں کہ ان کو اپنے روزے سے بھوک پیاس کے سوا کچھ اور نہیں ملتا۔</w:t>
      </w:r>
    </w:p>
    <w:p>
      <w:r>
        <w:rPr>
          <w:b/>
        </w:rPr>
        <w:t xml:space="preserve">[56:59] </w:t>
      </w:r>
      <w:r>
        <w:t>to roza ek rasam nahi hai, ek rasam nahi hai. woh ek bohat bari haqeeqat hai. aur roze ka ta'alluq juda hua hai quran majeed se.</w:t>
      </w:r>
    </w:p>
    <w:p>
      <w:pPr>
        <w:jc w:val="right"/>
      </w:pPr>
      <w:r>
        <w:t>تو روزہ ایک رسم نہیں ہے، ایک رسم نہیں ہے۔ وہ ایک بہت بڑی حقیقت ہے۔ اور روزہ کا تعلق جڑا ہوا ہے قرآن مجید سے۔</w:t>
      </w:r>
    </w:p>
    <w:p>
      <w:r>
        <w:rPr>
          <w:b/>
        </w:rPr>
        <w:t xml:space="preserve">[57:12] </w:t>
      </w:r>
      <w:r>
        <w:t>roze ko agar sachi rooh ke sath rakha jaye to ek roohaniyat paida hogi. ek naya shaoor jaagega.</w:t>
      </w:r>
    </w:p>
    <w:p>
      <w:pPr>
        <w:jc w:val="right"/>
      </w:pPr>
      <w:r>
        <w:t>روزے کو اگر سچی روح کے ساتھ رکھا جائے تو ایک روحانیت پیدا ہوگی۔ ایک نیا شعور جاگے گا۔</w:t>
      </w:r>
    </w:p>
    <w:p>
      <w:r>
        <w:rPr>
          <w:b/>
        </w:rPr>
        <w:t xml:space="preserve">[57:22] </w:t>
      </w:r>
      <w:r>
        <w:t>ek nayi shakhsiyat aap ke andar ubharegi aap ke andar se. ek nayi shakhsiyat aap ke andar ubharegi is ke nateejay mein.</w:t>
      </w:r>
    </w:p>
    <w:p>
      <w:pPr>
        <w:jc w:val="right"/>
      </w:pPr>
      <w:r>
        <w:t>ایک نئی شخصیت آپ کے اندر ابھرے گی آپ کے اندر سے۔ ایک نئی شخصیت آپ کے اندر ابھرے گی اس کے نتیجے میں۔</w:t>
      </w:r>
    </w:p>
    <w:p>
      <w:r>
        <w:rPr>
          <w:b/>
        </w:rPr>
        <w:t xml:space="preserve">[57:31] </w:t>
      </w:r>
      <w:r>
        <w:t>aur phir jab aap quran ko padhenge to quran ke mani khulenge aap ke upar.</w:t>
      </w:r>
    </w:p>
    <w:p>
      <w:pPr>
        <w:jc w:val="right"/>
      </w:pPr>
      <w:r>
        <w:t>اور پھر جب آپ قرآن کو پڑھیں گے تو قرآن کے معنی کھلیں گے آپ کے اوپر۔</w:t>
      </w:r>
    </w:p>
    <w:p>
      <w:r>
        <w:rPr>
          <w:b/>
        </w:rPr>
        <w:t xml:space="preserve">[57:37] </w:t>
      </w:r>
      <w:r>
        <w:t>naye naye pehlu se aap quran ko samajh paayenge. aur phir woh waqt aajayega ke aap khuda aap ke focus mein aajayega.</w:t>
      </w:r>
    </w:p>
    <w:p>
      <w:pPr>
        <w:jc w:val="right"/>
      </w:pPr>
      <w:r>
        <w:t>نئے نئے پہلو سے آپ قرآن کو سمجھ پائیں گے۔ اور پھر وہ وقت آجائے گا کہ آپ خدا آپ کے فوکس میں آجائے گا۔</w:t>
      </w:r>
    </w:p>
    <w:p>
      <w:r>
        <w:rPr>
          <w:b/>
        </w:rPr>
        <w:t xml:space="preserve">[57:47] </w:t>
      </w:r>
      <w:r>
        <w:t>ghair numayan khuda aap ka numayan khuda ban jayega.</w:t>
      </w:r>
    </w:p>
    <w:p>
      <w:pPr>
        <w:jc w:val="right"/>
      </w:pPr>
      <w:r>
        <w:t>غیر نمایاں خدا آپ کا نمایاں خدا بن جائے گا۔</w:t>
      </w:r>
    </w:p>
    <w:p>
      <w:r>
        <w:rPr>
          <w:b/>
        </w:rPr>
        <w:t xml:space="preserve">[57:55] </w:t>
      </w:r>
      <w:r>
        <w:t>quran majeed mein hai ke man kan fi hazih amata fa huwa fil akhirah amata bohat bohat hi sakht ayat hai yeh</w:t>
      </w:r>
    </w:p>
    <w:p>
      <w:pPr>
        <w:jc w:val="right"/>
      </w:pPr>
      <w:r>
        <w:t>قرآن مجید میں ہے کہ مَنْ كَانَ فِي هٰذِه عَامَةٍ فَهُوَ فِي الْآخِرَةِ عَامَةٍ بہت بہت ہی سخت آیت ہے یہ</w:t>
      </w:r>
    </w:p>
    <w:p>
      <w:r>
        <w:rPr>
          <w:b/>
        </w:rPr>
        <w:t xml:space="preserve">[58:06] </w:t>
      </w:r>
      <w:r>
        <w:t>. man kan fi hazih amata fa huwa fil akhirah amata jo is dunya mein andha raha wahan bhi woh andha rahega woh.</w:t>
      </w:r>
    </w:p>
    <w:p>
      <w:pPr>
        <w:jc w:val="right"/>
      </w:pPr>
      <w:r>
        <w:t>۔ مَنْ كَانَ فِي هٰذِه عَامَةٍ فَهُوَ فِي الْآخِرَةِ عَامَةٍ جو اس دنیا میں اندھا رہا وہاں بھی وہ اندھا رہے گا وہ۔</w:t>
      </w:r>
    </w:p>
    <w:p>
      <w:r>
        <w:rPr>
          <w:b/>
        </w:rPr>
        <w:t xml:space="preserve">[58:16] </w:t>
      </w:r>
      <w:r>
        <w:t>yani jis ne is dunya mein khuda ko nahi dekha wahan bhi us ko khuda ko dekhna naseeb nahi hoga. kaisi ajeeb ayat hai yeh sakht.</w:t>
      </w:r>
    </w:p>
    <w:p>
      <w:pPr>
        <w:jc w:val="right"/>
      </w:pPr>
      <w:r>
        <w:t>یعنی جس نے اس دنیا میں خدا کو نہیں دیکھا وہاں بھی اس کو خدا کو دیکھنا نصیب نہیں ہوگا۔ کیسی عجیب آیت ہے یہ سخت۔</w:t>
      </w:r>
    </w:p>
    <w:p>
      <w:r>
        <w:rPr>
          <w:b/>
        </w:rPr>
        <w:t xml:space="preserve">[58:26] </w:t>
      </w:r>
      <w:r>
        <w:t>ke jis ne is dunya mein jo is dunya mein andha raha wahan bhi woh andha rahega.</w:t>
      </w:r>
    </w:p>
    <w:p>
      <w:pPr>
        <w:jc w:val="right"/>
      </w:pPr>
      <w:r>
        <w:t>کہ جس نے اس دنیا میں جو اس دنیا میں اندھا رہا وہاں بھی وہ اندھا رہے گا۔</w:t>
      </w:r>
    </w:p>
    <w:p>
      <w:r>
        <w:rPr>
          <w:b/>
        </w:rPr>
        <w:t xml:space="preserve">[58:34] </w:t>
      </w:r>
      <w:r>
        <w:t>to is dunya mein aisa karna padega aap ko ke khuda aap ke focus mein aaye. ghayb lil lah aap ka numayan khuda ban jaye. yani huzoor khuda ka har waqt aap ko tajurba hone lage.</w:t>
      </w:r>
    </w:p>
    <w:p>
      <w:pPr>
        <w:jc w:val="right"/>
      </w:pPr>
      <w:r>
        <w:t>تو اس دنیا میں ایسا کرنا پڑے گا آپ کو کہ خدا آپ کے فوکس میں آئے۔ غَيْبٌ لِلَّهِ آپ کا نمایاں خدا بن جائے۔ یعنی حضورِ خدا کا ہر وقت آپ کو تجربہ ہونے لگے۔</w:t>
      </w:r>
    </w:p>
    <w:p>
      <w:r>
        <w:rPr>
          <w:b/>
        </w:rPr>
        <w:t xml:space="preserve">[58:47] </w:t>
      </w:r>
      <w:r>
        <w:t>yani woh kaifiyat paida ho jaye jo dekhne se paida hoti hai insaan ke andar. tab aap ko yeh barkat milegi khuda aap ke samne apne aap ko anchor karega.</w:t>
      </w:r>
    </w:p>
    <w:p>
      <w:pPr>
        <w:jc w:val="right"/>
      </w:pPr>
      <w:r>
        <w:t>یعنی وہ کیفیت پیدا ہو جائے جو دیکھنے سے پیدا ہوتی ہے انسان کے اندر۔ تب آپ کو یہ برکت ملے گی خدا آپ کے سامنے اپنے آپ کو انکور کرے گا۔</w:t>
      </w:r>
    </w:p>
    <w:p>
      <w:r>
        <w:rPr>
          <w:b/>
        </w:rPr>
        <w:t xml:space="preserve">[58:59] </w:t>
      </w:r>
      <w:r>
        <w:t>aap dekhenge us ko. nahi to unhon ne yahan dekha na wahan dekha.</w:t>
      </w:r>
    </w:p>
    <w:p>
      <w:pPr>
        <w:jc w:val="right"/>
      </w:pPr>
      <w:r>
        <w:t>آپ دیکھیں گے اس کو۔ نہیں تو انہوں نے یہاں دیکھا نہ وہاں دیکھا۔</w:t>
      </w:r>
    </w:p>
    <w:p>
      <w:r>
        <w:rPr>
          <w:b/>
        </w:rPr>
        <w:t xml:space="preserve">[59:06] </w:t>
      </w:r>
      <w:r>
        <w:t>yahan hi maroof wahan hi maroof. allah taala hum ko aur aap ko is se tofeeq de ke hum yeh dunya ko sahi tor par istemal karein yahan ke mawaqe ko.</w:t>
      </w:r>
    </w:p>
    <w:p>
      <w:pPr>
        <w:jc w:val="right"/>
      </w:pPr>
      <w:r>
        <w:t>یہاں ہی معروف وہاں ہی معروف۔ اللہ تعالیٰ ہم کو اور آپ کو اس سے توفیق دے کہ ہم یہ دنیا کو صحیح طور پر استعمال کریں یہاں کے مواقع کو۔</w:t>
      </w:r>
    </w:p>
    <w:p>
      <w:r>
        <w:rPr>
          <w:b/>
        </w:rPr>
        <w:t xml:space="preserve">[59:17] </w:t>
      </w:r>
      <w:r>
        <w:t>allah taala ke haan pahunche to hamein wahan allah taala apna inaam de. aqool qawli haza wa astaghfirullah li wa lakum ajmaeen.</w:t>
      </w:r>
    </w:p>
    <w:p>
      <w:pPr>
        <w:jc w:val="right"/>
      </w:pPr>
      <w:r>
        <w:t>اللہ تعالیٰ کے ہاں پہنچے تو ہمیں وہاں اللہ تعالیٰ اپنا انعام دے۔ أقول قولي هذا وأستغفر الله لي ولكم أجمعين.</w:t>
      </w:r>
    </w:p>
    <w:p>
      <w:r>
        <w:rPr>
          <w:b/>
        </w:rPr>
        <w:t xml:space="preserve">[59:38] </w:t>
      </w:r>
      <w:r>
        <w:t>maulana, yeh sawal aaya hai mister khalid ansari ka, nai dilli se. unhon ne likha hai ke "Muslims practicing mysticism claim that when they reach the higher state of maraqbah or meditation,</w:t>
      </w:r>
    </w:p>
    <w:p>
      <w:pPr>
        <w:jc w:val="right"/>
      </w:pPr>
      <w:r>
        <w:t>مولانا، یہ سوال آیا ہے مسٹر خالد انصاری کا، نئی دلی سے۔ انہوں نے لکھا ہے کہ "Muslims practicing mysticism claim that when they reach the higher state of maraqbah or meditation,</w:t>
      </w:r>
    </w:p>
    <w:p>
      <w:r>
        <w:rPr>
          <w:b/>
        </w:rPr>
        <w:t xml:space="preserve">[59:54] </w:t>
      </w:r>
      <w:r>
        <w:t>they see God. And not only they see Him, but have a dialogue as well." Maulana, according to you, what is the reality of this phenom</w:t>
      </w:r>
    </w:p>
    <w:p>
      <w:pPr>
        <w:jc w:val="right"/>
      </w:pPr>
      <w:r>
        <w:t>they see God. And not only they see Him, but have a dialogue as well." مولانا، according to you, what is the reality of this phenom</w:t>
      </w:r>
    </w:p>
    <w:p>
      <w:r>
        <w:rPr>
          <w:b/>
        </w:rPr>
        <w:t xml:space="preserve">[1:00:06] </w:t>
      </w:r>
      <w:r>
        <w:t>ena? Dekhen, yeh sab superstition hai. Jo Sufiya the, Sufiya, unhon ne jo bol banaya woh tha deedar elahi, Khuda ko dekhna.</w:t>
      </w:r>
    </w:p>
    <w:p>
      <w:pPr>
        <w:jc w:val="right"/>
      </w:pPr>
      <w:r>
        <w:t>ena? دیکھیں، یہ سب superstition ہے۔ جو صوفیاء تھے، صوفیاء، انہوں نے جو بول بنایا وہ تھا دیدار الہی، خدا کو دیکھنا۔</w:t>
      </w:r>
    </w:p>
    <w:p>
      <w:r>
        <w:rPr>
          <w:b/>
        </w:rPr>
        <w:t xml:space="preserve">[1:00:19] </w:t>
      </w:r>
      <w:r>
        <w:t>Toh woh kya karte the? Kisi band jagah pe baith gaye, kisi kothri mein gaye, chadar odh liya, aankh band kar ke murakba kar rahe hain.</w:t>
      </w:r>
    </w:p>
    <w:p>
      <w:pPr>
        <w:jc w:val="right"/>
      </w:pPr>
      <w:r>
        <w:t>تو وہ کیا کرتے تھے؟ کسی بند جگہ پہ بیٹھ گئے، کسی کوٹھری میں گئے، چادر اوڑھ لیا، آنکھ بند کر کے مراقبہ کر رہے ہیں۔</w:t>
      </w:r>
    </w:p>
    <w:p>
      <w:r>
        <w:rPr>
          <w:b/>
        </w:rPr>
        <w:t xml:space="preserve">[1:00:28] </w:t>
      </w:r>
      <w:r>
        <w:t>Toh aap kabhi bhi aisa kijiye toh aap ko kuch cheezein, yaani lage ke kuch badal odh rahe hain, kuch roshni idhar se udhar ja rahi hai. Toh us ko samajh lein ke woh Khuda, Khuda, Khuda ko dekh rahe hain.</w:t>
      </w:r>
    </w:p>
    <w:p>
      <w:pPr>
        <w:jc w:val="right"/>
      </w:pPr>
      <w:r>
        <w:t>تو آپ کبھی بھی ایسا کیجیے تو آپ کو کچھ چیزیں، یعنی لگے کہ کچھ بادل اوڑھ رہے ہیں، کچھ روشنی ادھر سے ادھر جا رہی ہے۔ تو اس کو سمجھ لیں کہ وہ خدا، خدا، خدا کو دیکھ رہے ہیں۔</w:t>
      </w:r>
    </w:p>
    <w:p>
      <w:r>
        <w:rPr>
          <w:b/>
        </w:rPr>
        <w:t xml:space="preserve">[1:00:41] </w:t>
      </w:r>
      <w:r>
        <w:t>Woh hai, us ko angrezi mein kehte hain hallucination. Yaani Khuda hi ka tasawwur nahi, aap kisi cheez ka tasawwur kijiye toh aap ko woh hoga.</w:t>
      </w:r>
    </w:p>
    <w:p>
      <w:pPr>
        <w:jc w:val="right"/>
      </w:pPr>
      <w:r>
        <w:t>وہ ہے، اس کو انگریزی میں کہتے ہیں ہیلوسینیشن۔ یعنی خدا ہی کا تصور نہیں، آپ کسی چیز کا تصور کیجیے تو آپ کو وہ ہوگا۔</w:t>
      </w:r>
    </w:p>
    <w:p>
      <w:r>
        <w:rPr>
          <w:b/>
        </w:rPr>
        <w:t xml:space="preserve">[1:00:49] </w:t>
      </w:r>
      <w:r>
        <w:t>Woh</w:t>
      </w:r>
    </w:p>
    <w:p>
      <w:pPr>
        <w:jc w:val="right"/>
      </w:pPr>
      <w:r>
        <w:t>وہ</w:t>
      </w:r>
    </w:p>
    <w:p>
      <w:r>
        <w:rPr>
          <w:b/>
        </w:rPr>
        <w:t xml:space="preserve">[1:00:50] </w:t>
      </w:r>
      <w:r>
        <w:t>Yaani der tak baith kar aap ko agar aap tasawwur karein ghore ka ya yeh pahaad ka, kisi bhi cheez ka, toh aap dekhen kuch ajeeb qism ke, yaani jhalakiyan aap ko dikhai dengi.</w:t>
      </w:r>
    </w:p>
    <w:p>
      <w:pPr>
        <w:jc w:val="right"/>
      </w:pPr>
      <w:r>
        <w:t>یعنی دیر تک بیٹھ کر آپ کو اگر آپ تصور کریں گھوڑے کا یا یہ پہاڑ کا، کسی بھی چیز کا، تو آپ دیکھیں کچھ عجیب قسم کے، یعنی جھلکیاں آپ کو دکھائی دیں گی۔</w:t>
      </w:r>
    </w:p>
    <w:p>
      <w:r>
        <w:rPr>
          <w:b/>
        </w:rPr>
        <w:t xml:space="preserve">[1:01:07] </w:t>
      </w:r>
      <w:r>
        <w:t>Toh unhon ne samajh liya ke hum toh Khuda ko dekh rahe hain. Yeh bilkul false, falsehood hai. Is ka koi talluq Khuda ko dekhne se nahi</w:t>
      </w:r>
    </w:p>
    <w:p>
      <w:pPr>
        <w:jc w:val="right"/>
      </w:pPr>
      <w:r>
        <w:t>تو انہوں نے سمجھ لیا کہ ہم تو خدا کو دیکھ رہے ہیں۔ یہ بالکل فالس، فالس ہڈ ہے۔ اس کا کوئی تعلق خدا کو دیکھنے سے نہیں</w:t>
      </w:r>
    </w:p>
    <w:p>
      <w:r>
        <w:rPr>
          <w:b/>
        </w:rPr>
        <w:t xml:space="preserve">[1:01:16] </w:t>
      </w:r>
      <w:r>
        <w:t>hai. Baqi yeh jo claim karte hain Khuda se baat cheet, yeh bilkul, bilkul hi baseless hai. Yeh jo hallucination ka jo research hui hai, us se yeh prove hoti hai ke woh apne hi mind ko dekhte hain, apne hi mind se baat karte hain.</w:t>
      </w:r>
    </w:p>
    <w:p>
      <w:pPr>
        <w:jc w:val="right"/>
      </w:pPr>
      <w:r>
        <w:t>ہے۔ باقی یہ جو کلیم کرتے ہیں خدا سے بات چیت، یہ بالکل، بالکل ہی بیس لیس ہے۔ یہ جو ہیلوسینیشن کا جو ریسرچ ہوئی ہے، اس سے یہ پروف ہوتی ہے کہ وہ اپنے ہی مائنڈ کو دیکھتے ہیں، اپنے ہی مائنڈ سے بات کرتے ہیں۔</w:t>
      </w:r>
    </w:p>
    <w:p>
      <w:r>
        <w:rPr>
          <w:b/>
        </w:rPr>
        <w:t xml:space="preserve">[1:01:36] </w:t>
      </w:r>
      <w:r>
        <w:t>Khuda is duniya mein kisi ko bhi dikhai nahi de sakta. Yeh impossible hai. Yeh aakhirat mumkin hog</w:t>
      </w:r>
    </w:p>
    <w:p>
      <w:pPr>
        <w:jc w:val="right"/>
      </w:pPr>
      <w:r>
        <w:t>خدا اس دنیا میں کسی کو بھی دکھائی نہیں دے سکتا۔ یہ امپاسیبل ہے۔ یہ آخرت ممکن ہوگ</w:t>
      </w:r>
    </w:p>
    <w:p>
      <w:r>
        <w:rPr>
          <w:b/>
        </w:rPr>
        <w:t xml:space="preserve">[1:01:45] </w:t>
      </w:r>
      <w:r>
        <w:t>a. Jo log aisa sochte hain, bilashuba woh, yaani bhatke hue log hain.</w:t>
      </w:r>
    </w:p>
    <w:p>
      <w:pPr>
        <w:jc w:val="right"/>
      </w:pPr>
      <w:r>
        <w:t>ا۔ جو لوگ ایسا سوچتے ہیں، بلاشبہ وہ، یعنی بھٹکے ہوئے لوگ ہیں۔</w:t>
      </w:r>
    </w:p>
    <w:p>
      <w:r>
        <w:rPr>
          <w:b/>
        </w:rPr>
        <w:t xml:space="preserve">[1:01:55] </w:t>
      </w:r>
      <w:r>
        <w:t>Maulana, agla sawal Mr. Chaudhry Akbar ka hai, Haryana se. He has written: "I have visited almost every village of India.</w:t>
      </w:r>
    </w:p>
    <w:p>
      <w:pPr>
        <w:jc w:val="right"/>
      </w:pPr>
      <w:r>
        <w:t>مولانا، اگلا سوال مسٹر چوہدری اکبر کا ہے، ہریانہ سے۔ He has written: "I have visited almost every village of India.</w:t>
      </w:r>
    </w:p>
    <w:p>
      <w:r>
        <w:rPr>
          <w:b/>
        </w:rPr>
        <w:t xml:space="preserve">[1:02:06] </w:t>
      </w:r>
      <w:r>
        <w:t>Muslims living in the villages read Quran, retain it in their memory, but without any understanding."</w:t>
      </w:r>
    </w:p>
    <w:p>
      <w:pPr>
        <w:jc w:val="right"/>
      </w:pPr>
      <w:r>
        <w:t>Muslims living in the villages read Quran, retain it in their memory, but without any understanding."</w:t>
      </w:r>
    </w:p>
    <w:p>
      <w:r>
        <w:rPr>
          <w:b/>
        </w:rPr>
        <w:t xml:space="preserve">[1:02:14] </w:t>
      </w:r>
      <w:r>
        <w:t>Maulana sahib, my question is: how can the importance of understanding Quran be conveyed to such conditioned minds?</w:t>
      </w:r>
    </w:p>
    <w:p>
      <w:pPr>
        <w:jc w:val="right"/>
      </w:pPr>
      <w:r>
        <w:t>مولانا صاحب، my question is: how can the importance of understanding Quran be conveyed to such conditioned minds?</w:t>
      </w:r>
    </w:p>
    <w:p>
      <w:r>
        <w:rPr>
          <w:b/>
        </w:rPr>
        <w:t xml:space="preserve">[1:02:25] </w:t>
      </w:r>
      <w:r>
        <w:t>Abhi mein ne bataya na ke ayat Aisha se kaha gaya hai kuch logon ke bare mein ke is tarah se far far far far Quran padhte hain. Baghair samjhe jab padhenge toh aap far far padhenge.</w:t>
      </w:r>
    </w:p>
    <w:p>
      <w:pPr>
        <w:jc w:val="right"/>
      </w:pPr>
      <w:r>
        <w:t>ابھی میں نے بتایا نا کہ آیت عائشہ سے کہا گیا ہے کچھ لوگوں کے بارے میں کہ اس طرح سے فر فر فر فر قرآن پڑھتے ہیں۔ بغیر سمجھے جب پڑھیں گے تو آپ فر فر پڑھیں گے۔</w:t>
      </w:r>
    </w:p>
    <w:p>
      <w:r>
        <w:rPr>
          <w:b/>
        </w:rPr>
        <w:t xml:space="preserve">[1:02:34] </w:t>
      </w:r>
      <w:r>
        <w:t>Aap toh unhon ne kaha ke ulahaka qara'uhu wa lam yaqra'u unhon ne padha magar nahi padha. Yeh jab hadithain sunai jayen,</w:t>
      </w:r>
    </w:p>
    <w:p>
      <w:pPr>
        <w:jc w:val="right"/>
      </w:pPr>
      <w:r>
        <w:t>آپ تو انہوں نے کہا کہ اُلَٰهَكَ قَرْءُهُ وَلَمْ يَقْرَأُ انہوں نے پڑھا مگر نہیں پڑھا۔ یہ جب حدیثیں سنائی جائیں،</w:t>
      </w:r>
    </w:p>
    <w:p>
      <w:r>
        <w:rPr>
          <w:b/>
        </w:rPr>
        <w:t xml:space="preserve">[1:02:44] </w:t>
      </w:r>
      <w:r>
        <w:t>Sahaba ke waqiat sunaye jayen ke woh ek Sahabi teen saal tak Surah Al-Baqarah pe sochte rahe, sirf Surah Al-Baqarah pe teen saal tak ghor karte rahe.</w:t>
      </w:r>
    </w:p>
    <w:p>
      <w:pPr>
        <w:jc w:val="right"/>
      </w:pPr>
      <w:r>
        <w:t>صحابہ کے واقعات سنائے جائیں کہ وہ ایک صحابی تین سال تک سورہ البقرہ پر سوچتے رہے، صرف سورہ البقرہ پر تین سال تک غور کرتے رہے۔</w:t>
      </w:r>
    </w:p>
    <w:p>
      <w:r>
        <w:rPr>
          <w:b/>
        </w:rPr>
        <w:t xml:space="preserve">[1:02:57] </w:t>
      </w:r>
      <w:r>
        <w:t>Yeh bataya jaye ke Quran utra hai tadabbur ke liye liyadabbaru ayatihi aaj kal hota kya hai ke kuch log ja ke fazail sunate hain.</w:t>
      </w:r>
    </w:p>
    <w:p>
      <w:pPr>
        <w:jc w:val="right"/>
      </w:pPr>
      <w:r>
        <w:t>یہ بتایا جائے کہ قرآن اترا ہے تدبر کے لیے لِيَدَّبِّرُوا آَيَاتِهِ آج کل ہوتا کیا ہے کہ کچھ لوگ جا کے فضائل سناتے ہیں۔</w:t>
      </w:r>
    </w:p>
    <w:p>
      <w:r>
        <w:rPr>
          <w:b/>
        </w:rPr>
        <w:t xml:space="preserve">[1:03:07] </w:t>
      </w:r>
      <w:r>
        <w:t>Fazail jo hain woh banawati kahaniyan hoti hain. Yaani yeh jo padhte hain baghair soche samjhe aur yaad karte hain is ko toh us ki kahaniyan banayi gayi hain.</w:t>
      </w:r>
    </w:p>
    <w:p>
      <w:pPr>
        <w:jc w:val="right"/>
      </w:pPr>
      <w:r>
        <w:t>فضائل جو ہیں وہ بناوٹی کہانیاں ہوتی ہیں۔ یعنی یہ جو پڑھتے ہیں بغیر سوچے سمجھے اور یاد کرتے ہیں اس کو تو اس کی کہانیاں بنائی گئی ہیں۔</w:t>
      </w:r>
    </w:p>
    <w:p>
      <w:r>
        <w:rPr>
          <w:b/>
        </w:rPr>
        <w:t xml:space="preserve">[1:03:19] </w:t>
      </w:r>
      <w:r>
        <w:t>Woh khoob sunate hain ja kar un ko. Woh sab bilkul baseless kahaniyan hoti hain.</w:t>
      </w:r>
    </w:p>
    <w:p>
      <w:pPr>
        <w:jc w:val="right"/>
      </w:pPr>
      <w:r>
        <w:t>وہ خوب سناتے ہیں جا کر ان کو۔ وہ سب بالکل بیس لیس کہانیاں ہوتی ہیں۔</w:t>
      </w:r>
    </w:p>
    <w:p>
      <w:r>
        <w:rPr>
          <w:b/>
        </w:rPr>
        <w:t xml:space="preserve">[1:03:24] </w:t>
      </w:r>
      <w:r>
        <w:t>Un ko bataya jaye Quran utra hai tadabbur ke liye. Un ko bataya jaye ke Sahaba kis tarah se padhte the, study kar ke padhte the. Aur bataya jaye ke unhon ne kis tarah se kaha ke jo bila ghor o fikr padhe, use padha hi nahi Quran majeed ko.</w:t>
      </w:r>
    </w:p>
    <w:p>
      <w:pPr>
        <w:jc w:val="right"/>
      </w:pPr>
      <w:r>
        <w:t>ان کو بتایا جائے قرآن اترا ہے تدبر کے لیے۔ ان کو بتایا جائے کہ صحابہ کس طرح سے پڑھتے تھے، اسٹڈی کر کے پڑھتے تھے۔ اور بتایا جائے کہ کہ انہوں نے کس طرح سے کہا کہ جو بلا غور و فکر پڑھے، اسے پڑھا ہی نہیں قرآن مجید کو۔</w:t>
      </w:r>
    </w:p>
    <w:p>
      <w:r>
        <w:rPr>
          <w:b/>
        </w:rPr>
        <w:t xml:space="preserve">[1:03:40] </w:t>
      </w:r>
      <w:r>
        <w:t>Jitna zyada yeh baatein batayi jayengi, utni zyada un ke samne baat ayegi. Abhi toh kya hai? Abhi toh sirf fazail ki kahaniyan sunate hain log. Log jate hain masjidon mein aur aur wahan taqreerein karte hain, kahaniyan sunate hain.</w:t>
      </w:r>
    </w:p>
    <w:p>
      <w:pPr>
        <w:jc w:val="right"/>
      </w:pPr>
      <w:r>
        <w:t>جتنا زیادہ یہ باتیں بتائی جائیں گی، اتنی زیادہ ان کے سامنے بات آئے گی۔ ابھی تو کیا ہے؟ ابھی تو صرف فضائل کی کہانیاں سناتے ہیں لوگ۔ لوگ جاتے ہیں مسجدوں میں اور اور وہاں تقریریں کرتے ہیں، کہانیاں سناتے ہیں۔</w:t>
      </w:r>
    </w:p>
    <w:p>
      <w:r>
        <w:rPr>
          <w:b/>
        </w:rPr>
        <w:t xml:space="preserve">[1:03:54] </w:t>
      </w:r>
      <w:r>
        <w:t>Log samajhte hain ke sach much yeh baat sahi hai. Toh zaroorat hai ke ek ek movement chalayi jaye jin logon ko bataye sahi baat.</w:t>
      </w:r>
    </w:p>
    <w:p>
      <w:pPr>
        <w:jc w:val="right"/>
      </w:pPr>
      <w:r>
        <w:t>لوگ سمجھتے ہیں کہ سچ مچ یہ بات صحیح ہے۔ تو ضرورت ہے کہ ایک ایک موومنٹ چلائی جائے جن لوگوں کو بتائے صحیح بات۔</w:t>
      </w:r>
    </w:p>
    <w:p>
      <w:r>
        <w:rPr>
          <w:b/>
        </w:rPr>
        <w:t xml:space="preserve">[1:04:06] </w:t>
      </w:r>
      <w:r>
        <w:t>Toh inshallah is ka asar hoga. Zaroor asar hoga.</w:t>
      </w:r>
    </w:p>
    <w:p>
      <w:pPr>
        <w:jc w:val="right"/>
      </w:pPr>
      <w:r>
        <w:t>تو انشاءاللہ اس کا اثر ہوگا۔ ضرور اثر ہوگا۔</w:t>
      </w:r>
    </w:p>
    <w:p>
      <w:r>
        <w:rPr>
          <w:b/>
        </w:rPr>
        <w:t xml:space="preserve">[1:04:13] </w:t>
      </w:r>
      <w:r>
        <w:t>Maulana, yeh sawal hai Maulana Abdul Basit Omri ka, Doha, Qatar se</w:t>
      </w:r>
    </w:p>
    <w:p>
      <w:pPr>
        <w:jc w:val="right"/>
      </w:pPr>
      <w:r>
        <w:t>مولانا، یہ سوال ہے مولانا عبدالباسط عمری کا، دوحہ، قطر سے</w:t>
      </w:r>
    </w:p>
    <w:p>
      <w:r>
        <w:rPr>
          <w:b/>
        </w:rPr>
        <w:t xml:space="preserve">[1:04:19] </w:t>
      </w:r>
      <w:r>
        <w:t>. unhon ne likha hai ke "ajz" ko bator usool daryaft karna, is ka matlab kya hai?</w:t>
      </w:r>
    </w:p>
    <w:p>
      <w:pPr>
        <w:jc w:val="right"/>
      </w:pPr>
      <w:r>
        <w:t>۔ انہوں نے لکھا ہے کہ "عجز" کو بطور اصول دریافت کرنا، اس کا مطلب کیا ہے؟</w:t>
      </w:r>
    </w:p>
    <w:p>
      <w:r>
        <w:rPr>
          <w:b/>
        </w:rPr>
        <w:t xml:space="preserve">[1:04:37] </w:t>
      </w:r>
      <w:r>
        <w:t>is ka matlab yeh hai ke insaan ke paas khud koi taqat nahi hai, khud koi qudrat nahi hai. insaan ke bas mein kuch bhi nahi hai.</w:t>
      </w:r>
    </w:p>
    <w:p>
      <w:pPr>
        <w:jc w:val="right"/>
      </w:pPr>
      <w:r>
        <w:t>اس کا مطلب یہ ہے کہ انسان کے پاس خود کوئی طاقت نہیں ہے، خود کوئی قدرت نہیں ہے۔ انسان کے بس میں کچھ بھی نہیں ہے۔</w:t>
      </w:r>
    </w:p>
    <w:p>
      <w:r>
        <w:rPr>
          <w:b/>
        </w:rPr>
        <w:t xml:space="preserve">[1:04:48] </w:t>
      </w:r>
      <w:r>
        <w:t>jaise mein bol raha hoon, yeh bhi mere bas mein nahi hai. mein alwar gaya ek baar to wahan par ek thay molana ibrahim sahib, bade zabardast speaker thay.</w:t>
      </w:r>
    </w:p>
    <w:p>
      <w:pPr>
        <w:jc w:val="right"/>
      </w:pPr>
      <w:r>
        <w:t>جیسے میں بول رہا ہوں، یہ بھی میرے بس میں نہیں ہے۔ میں الور گیا ایک بار تو وہاں پر ایک تھے مولانا ابراہیم صاحب، بڑے زبردست اسپیکر تھے۔</w:t>
      </w:r>
    </w:p>
    <w:p>
      <w:r>
        <w:rPr>
          <w:b/>
        </w:rPr>
        <w:t xml:space="preserve">[1:04:58] </w:t>
      </w:r>
      <w:r>
        <w:t>woh bohat speaker bade thay. ek din bol rahe thay, woh is stage par bolte bolte gir gaye.</w:t>
      </w:r>
    </w:p>
    <w:p>
      <w:pPr>
        <w:jc w:val="right"/>
      </w:pPr>
      <w:r>
        <w:t>وہ بہت اسپیکر بڑے تھے۔ ایک دن بول رہے تھے، وہ اس اسٹیج پر بولتے بولتے گر گئے۔</w:t>
      </w:r>
    </w:p>
    <w:p>
      <w:r>
        <w:rPr>
          <w:b/>
        </w:rPr>
        <w:t xml:space="preserve">[1:05:09] </w:t>
      </w:r>
      <w:r>
        <w:t>zuban band ho gayi. is ke baad mein ne dekha hai un ko kursi par baithe rehte thay wahan par</w:t>
      </w:r>
    </w:p>
    <w:p>
      <w:pPr>
        <w:jc w:val="right"/>
      </w:pPr>
      <w:r>
        <w:t>زبان بند ہو گئی۔ اس کے بعد میں نے دیکھا ہے ان کو کرسی پر بیٹھے رہتے تھے وہاں پر</w:t>
      </w:r>
    </w:p>
    <w:p>
      <w:r>
        <w:rPr>
          <w:b/>
        </w:rPr>
        <w:t xml:space="preserve">[1:05:15] </w:t>
      </w:r>
      <w:r>
        <w:t>, ek tooti hui kursi par masjid mein. aise hi bol nahi paate thay. woh to hum hamare ikhtiyar mein kya hai? is baat ko discover karna.</w:t>
      </w:r>
    </w:p>
    <w:p>
      <w:pPr>
        <w:jc w:val="right"/>
      </w:pPr>
      <w:r>
        <w:t>، ایک ٹوٹی ہوئی کرسی پر مسجد میں۔ ایسے ہی بول نہیں پاتے تھے۔ وہ تو ہم ہمارے اختیار میں کیا ہے؟ اس بات کو ڈسکور کرنا۔</w:t>
      </w:r>
    </w:p>
    <w:p>
      <w:r>
        <w:rPr>
          <w:b/>
        </w:rPr>
        <w:t xml:space="preserve">[1:05:28] </w:t>
      </w:r>
      <w:r>
        <w:t>is baat ko discover karna ke jo kuch hai, woh Allah ki madad se ho raha hai. Allah ki madad uth jaye to sab khatam. to log is se bekhabar hain.</w:t>
      </w:r>
    </w:p>
    <w:p>
      <w:pPr>
        <w:jc w:val="right"/>
      </w:pPr>
      <w:r>
        <w:t>اس بات کو ڈسکور کرنا کہ جو کچھ ہے، وہ اللہ کی مدد سے ہو رہا ہے۔ اللہ کی مدد اٹھ جائے تو سب ختم۔ تو لوگ اس سے بے خبر ہیں۔</w:t>
      </w:r>
    </w:p>
    <w:p>
      <w:r>
        <w:rPr>
          <w:b/>
        </w:rPr>
        <w:t xml:space="preserve">[1:05:40] </w:t>
      </w:r>
      <w:r>
        <w:t>yani log har cheezon cheez ko guaranteed lete rehte hain.</w:t>
      </w:r>
    </w:p>
    <w:p>
      <w:pPr>
        <w:jc w:val="right"/>
      </w:pPr>
      <w:r>
        <w:t>یعنی لوگ ہر چیزوں چیز کو فار گارنٹیڈ لیتے رہتے ہیں۔</w:t>
      </w:r>
    </w:p>
    <w:p>
      <w:r>
        <w:rPr>
          <w:b/>
        </w:rPr>
        <w:t xml:space="preserve">[1:05:45] </w:t>
      </w:r>
      <w:r>
        <w:t>jo ho raha hai to aise hi hota rahega. aas paas aise waqiat hote hain ke jo ho raha hai, waise hi nahi ho raha hai. to yeh mizaj khatam agar ho jaye ke cheezon ko guaranteed na liya jaye, balke socha jaye, socha jaye, socha jaye.</w:t>
      </w:r>
    </w:p>
    <w:p>
      <w:pPr>
        <w:jc w:val="right"/>
      </w:pPr>
      <w:r>
        <w:t>جو ہو رہا ہے تو ایسے ہی ہوتا رہے گا۔ آس پاس ایسے واقعات ہوتے ہیں کہ جو ہو رہا ہے، ویسے ہی نہیں ہو رہا ہے۔ تو یہ مزاج ختم اگر ہو جائے کہ چیزوں کو فار گارنٹیڈ نہ لیا جائے، بلکہ سوچا جائے، سوچا جائے، سوچا جائے۔</w:t>
      </w:r>
    </w:p>
    <w:p>
      <w:r>
        <w:rPr>
          <w:b/>
        </w:rPr>
        <w:t xml:space="preserve">[1:06:04] </w:t>
      </w:r>
      <w:r>
        <w:t>aur is cheez ko matlab discovery daryaft kiya jaye ke Allah taala ki is se madad hai, tab hum is kaam kar paate hain.</w:t>
      </w:r>
    </w:p>
    <w:p>
      <w:pPr>
        <w:jc w:val="right"/>
      </w:pPr>
      <w:r>
        <w:t>اور اس چیز کو مطلب ڈسکوری دریافت کیا جائے کہ اللہ تعالیٰ کی اس سے مدد ہے، تب ہم اس کام کر پاتے ہیں۔</w:t>
      </w:r>
    </w:p>
    <w:p>
      <w:r>
        <w:rPr>
          <w:b/>
        </w:rPr>
        <w:t xml:space="preserve">[1:06:14] </w:t>
      </w:r>
      <w:r>
        <w:t>to insaan harkat mein paida hua, ajiz hi paida hua hai.</w:t>
      </w:r>
    </w:p>
    <w:p>
      <w:pPr>
        <w:jc w:val="right"/>
      </w:pPr>
      <w:r>
        <w:t>تو انسان حرکت میں پیدا ہوا، عاجز ہی پیدا ہوا ہے۔</w:t>
      </w:r>
    </w:p>
    <w:p>
      <w:r>
        <w:rPr>
          <w:b/>
        </w:rPr>
        <w:t xml:space="preserve">[1:06:19] </w:t>
      </w:r>
      <w:r>
        <w:t>yani apni harkat ke aitbar se ajiz hi, helpless hai. yeh to Khuda ke life support system hai, Khuda ki madad hai, yeh zameen hai, yeh sari cheezein hain.</w:t>
      </w:r>
    </w:p>
    <w:p>
      <w:pPr>
        <w:jc w:val="right"/>
      </w:pPr>
      <w:r>
        <w:t>یعنی اپنی حرکت کے اعتبار سے عاجز ہی، ہیلپ لیس ہے۔ یہ تو خدا کے لائف سپورٹ سسٹم ہے، خدا کی مدد ہے، یہ زمین ہے، یہ ساری چیزیں ہیں۔</w:t>
      </w:r>
    </w:p>
    <w:p>
      <w:r>
        <w:rPr>
          <w:b/>
        </w:rPr>
        <w:t xml:space="preserve">[1:06:29] </w:t>
      </w:r>
      <w:r>
        <w:t>tab hum yahan par zinda hain aur jee rahe hain. agar Khuda is ko wapas le le to ek dafa achaanak khatam sara maamla. to haqeeqat aitbar se hum ajiz hi hain.</w:t>
      </w:r>
    </w:p>
    <w:p>
      <w:pPr>
        <w:jc w:val="right"/>
      </w:pPr>
      <w:r>
        <w:t>تب ہم یہاں پر زندہ ہیں اور جی رہے ہیں۔ اگر خدا اس کو واپس لے لے تو ایک دفعہ اچانک ختم سارا معاملہ۔ تو حقیقت اعتبار سے ہم عاجز ہی ہیں۔</w:t>
      </w:r>
    </w:p>
    <w:p>
      <w:r>
        <w:rPr>
          <w:b/>
        </w:rPr>
        <w:t xml:space="preserve">[1:06:42] </w:t>
      </w:r>
      <w:r>
        <w:t>yeh to ek farzi baat hai ke hum apne ko ajiz nahi samajhte. cheezon ko guaranteed le rahe hote hain.</w:t>
      </w:r>
    </w:p>
    <w:p>
      <w:pPr>
        <w:jc w:val="right"/>
      </w:pPr>
      <w:r>
        <w:t>یہ تو ایک فرضی بات ہے کہ ہم اپنے کو عاجز نہیں سمجھتے۔ چیزوں کو فار گارنٹیڈ لے رہے ہوتے ہیں۔</w:t>
      </w:r>
    </w:p>
    <w:p>
      <w:r>
        <w:rPr>
          <w:b/>
        </w:rPr>
        <w:t xml:space="preserve">[1:06:51] </w:t>
      </w:r>
      <w:r>
        <w:t>molana, agla sawal mister faik ka hai, california se. unhon ne poocha hai ke "Is abortion allowed in Islam?</w:t>
      </w:r>
    </w:p>
    <w:p>
      <w:pPr>
        <w:jc w:val="right"/>
      </w:pPr>
      <w:r>
        <w:t>مولانا، اگلا سوال مسٹر فائق کا ہے، کیلیفورنیا سے۔ انہوں نے پوچھا ہے کہ "Is abortion allowed in Islam?</w:t>
      </w:r>
    </w:p>
    <w:p>
      <w:r>
        <w:rPr>
          <w:b/>
        </w:rPr>
        <w:t xml:space="preserve">[1:07:00] </w:t>
      </w:r>
      <w:r>
        <w:t>If during pregnancy genetic test it is revealed that child will have Down syndrome or similar complications, then is abortion allowed?"</w:t>
      </w:r>
    </w:p>
    <w:p>
      <w:pPr>
        <w:jc w:val="right"/>
      </w:pPr>
      <w:r>
        <w:t>If during pregnancy genetic test it is revealed that child will have Down syndrome or similar complications, then is abortion allowed?"</w:t>
      </w:r>
    </w:p>
    <w:p>
      <w:r>
        <w:rPr>
          <w:b/>
        </w:rPr>
        <w:t xml:space="preserve">[1:07:13] </w:t>
      </w:r>
      <w:r>
        <w:t>nahi, mein samajhta hoon ke yeh koi wajah nahi hai abortion ki. Islam mein abortion to jaiz nahi hai, jahan tak mein samajhta hoon. jaiz nahi hai, kyunke woh ek jaan ko maar nahi sakte aap.</w:t>
      </w:r>
    </w:p>
    <w:p>
      <w:pPr>
        <w:jc w:val="right"/>
      </w:pPr>
      <w:r>
        <w:t>نہیں، میں سمجھتا ہوں کہ یہ کوئی وجہ نہیں ہے abortion کی۔ اسلام میں abortion تو جائز نہیں ہے، جہاں تک میں سمجھتا ہوں۔ جائز نہیں ہے، کیونکہ وہ ایک جان کو مار نہیں سکتے آپ۔</w:t>
      </w:r>
    </w:p>
    <w:p>
      <w:r>
        <w:rPr>
          <w:b/>
        </w:rPr>
        <w:t xml:space="preserve">[1:07:27] </w:t>
      </w:r>
      <w:r>
        <w:t>ek jaan, yani agar woh ek zindagi ban chuki hai, ek zindagi ban chuki hai to aap us ko maarne ka haq nahi rakhte.</w:t>
      </w:r>
    </w:p>
    <w:p>
      <w:pPr>
        <w:jc w:val="right"/>
      </w:pPr>
      <w:r>
        <w:t>ایک جان، یعنی اگر وہ ایک زندگی بن چکی ہے، ایک زندگی بن چکی ہے تو آپ اس کو مارنے کا حق نہیں رکھتے۔</w:t>
      </w:r>
    </w:p>
    <w:p>
      <w:r>
        <w:rPr>
          <w:b/>
        </w:rPr>
        <w:t xml:space="preserve">[1:07:38] </w:t>
      </w:r>
      <w:r>
        <w:t>woh us ko paida hone dijiye. paida hone ke baad is ka jo kuch bhi karna hai, kijiye aap.</w:t>
      </w:r>
    </w:p>
    <w:p>
      <w:pPr>
        <w:jc w:val="right"/>
      </w:pPr>
      <w:r>
        <w:t>وہ اس کو پیدا ہونے دیجیے۔ پیدا ہونے کے بعد اس کا جو کچھ بھی کرنا ہے، کیجیے آپ۔</w:t>
      </w:r>
    </w:p>
    <w:p>
      <w:r>
        <w:rPr>
          <w:b/>
        </w:rPr>
        <w:t xml:space="preserve">[1:07:45] </w:t>
      </w:r>
      <w:r>
        <w:t>yani agar</w:t>
      </w:r>
    </w:p>
    <w:p>
      <w:pPr>
        <w:jc w:val="right"/>
      </w:pPr>
      <w:r>
        <w:t>یعنی اگر</w:t>
      </w:r>
    </w:p>
    <w:p>
      <w:r>
        <w:rPr>
          <w:b/>
        </w:rPr>
        <w:t xml:space="preserve">[1:07:49] </w:t>
      </w:r>
      <w:r>
        <w:t>jaan na bani ho, bilkul ibtedai stage mein hai, us waqt kisi medical wajah se is ko, yani kiya jaye to shayad is ka jawaz nikle.</w:t>
      </w:r>
    </w:p>
    <w:p>
      <w:pPr>
        <w:jc w:val="right"/>
      </w:pPr>
      <w:r>
        <w:t>جان نہ بنی ہو، بالکل ابتدائی اسٹیج میں ہے، اس وقت کسی میڈیکل وجہ سے اس کو، یعنی کیا جائے تو شاید اس کا جواز نکلے۔</w:t>
      </w:r>
    </w:p>
    <w:p>
      <w:r>
        <w:rPr>
          <w:b/>
        </w:rPr>
        <w:t xml:space="preserve">[1:08:00] </w:t>
      </w:r>
      <w:r>
        <w:t>lekin ek zindagi ban jaane ke baad us ko, is ka, is ka woh masnooi tareeqe se us ko nikaal kar khatam karna, yeh to mein samajhta hoon ke Islam mein jaiz nahi hai.</w:t>
      </w:r>
    </w:p>
    <w:p>
      <w:pPr>
        <w:jc w:val="right"/>
      </w:pPr>
      <w:r>
        <w:t>لیکن ایک زندگی بن جانے کے بعد اس کو، اس کا، اس کا وہ مصنوعی طریقے سے اس کو نکال کر ختم کرنا، یہ تو میں سمجھتا ہوں کہ اسلام میں جائز نہیں ہے۔</w:t>
      </w:r>
    </w:p>
    <w:p>
      <w:r>
        <w:rPr>
          <w:b/>
        </w:rPr>
        <w:t xml:space="preserve">[1:08:14] </w:t>
      </w:r>
      <w:r>
        <w:t>hum ko chahiye ke hum is ko paida hone dein, is ki taleem karein, is ki tarbiyat karein, is ka ilaaj karein, aur Khuda se dua karein ke woh Khuda is ko theek kar de.</w:t>
      </w:r>
    </w:p>
    <w:p>
      <w:pPr>
        <w:jc w:val="right"/>
      </w:pPr>
      <w:r>
        <w:t>ہم کو چاہیے کہ ہم اس کو پیدا ہونے دیں، اس کی تعلیم کریں، اس کی تربیت کریں، اس کا علاج کریں، اور خدا سے دعا کریں کہ وہ خدا اس کو ٹھیک کر دے۔</w:t>
      </w:r>
    </w:p>
    <w:p>
      <w:r>
        <w:rPr>
          <w:b/>
        </w:rPr>
        <w:t xml:space="preserve">[1:08:24] </w:t>
      </w:r>
      <w:r>
        <w:t>molana, kya mercy killing pe bhi Islam ka yahi stand hoga? haan, mercy killing Islam mein nahi hai. Islam mein nahi hai mercy killing. mercy killing Islam mein nahi hai.</w:t>
      </w:r>
    </w:p>
    <w:p>
      <w:pPr>
        <w:jc w:val="right"/>
      </w:pPr>
      <w:r>
        <w:t>مولانا، کیا مرسی کلنگ پہ بھی اسلام کا یہی سٹینڈ ہوگا؟ ہاں، مرسی کلنگ اسلام میں نہیں ہے۔ اسلام میں نہیں ہے مرسی کلنگ۔ مرسی کلنگ اسلام میں نہیں ہے۔</w:t>
      </w:r>
    </w:p>
    <w:p>
      <w:r>
        <w:rPr>
          <w:b/>
        </w:rPr>
        <w:t xml:space="preserve">[1:08:34] </w:t>
      </w:r>
      <w:r>
        <w:t>un ka ek aur sawal hai, molana, woh janna chahte hain ke kya organ donation Islam mein jaiz hai, allowed hai? haan, bilkul allowed hai.</w:t>
      </w:r>
    </w:p>
    <w:p>
      <w:pPr>
        <w:jc w:val="right"/>
      </w:pPr>
      <w:r>
        <w:t>ان کا ایک اور سوال ہے، مولانا، وہ جاننا چاہتے ہیں کہ کیا ارگن ڈونیشن اسلام میں جائز ہے، الاؤڈ ہے؟ ہاں، بالکل الاؤڈ ہے۔</w:t>
      </w:r>
    </w:p>
    <w:p>
      <w:r>
        <w:rPr>
          <w:b/>
        </w:rPr>
        <w:t xml:space="preserve">[1:08:44] </w:t>
      </w:r>
      <w:r>
        <w:t>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p>
    <w:p>
      <w:pPr>
        <w:jc w:val="right"/>
      </w:pPr>
      <w:r>
        <w:t>اس میں تو کوئی حرج ہی نہیں۔ وہ تو صدقہ جاریہ ہے۔ ایک آدمی مرنے والا ہے، اس سے پہلے اس نے ڈونیٹ کر دیا اپنی آنکھ کو، تو مرنے کے بعد آپ جانتے ہیں، کچھ دیر تک اس کی آنکھ جو ہے، اس حالت میں رہتی ہے کہ نکال لیا جائے، کسی اور اندھے کے اس کو استعمال کر ہو سکتی ہے۔</w:t>
      </w:r>
    </w:p>
    <w:p>
      <w:r>
        <w:rPr>
          <w:b/>
        </w:rPr>
        <w:t xml:space="preserve">[1:09:07] </w:t>
      </w:r>
      <w:r>
        <w:t>to is tarah se mein is ko sadqa-e-jaariya kehta hoon. is mein to koi haraaj nahin, mere nazdeek bilkul jaaiz hai yeh.</w:t>
      </w:r>
    </w:p>
    <w:p>
      <w:pPr>
        <w:jc w:val="right"/>
      </w:pPr>
      <w:r>
        <w:t>تو اس طرح سے میں اس کو صدقہ جاریہ کہتا ہوں۔ اس میں تو کوئی حرج نہیں، میرے نزدیک بالکل جائز ہے یہ۔</w:t>
      </w:r>
    </w:p>
    <w:p>
      <w:r>
        <w:rPr>
          <w:b/>
        </w:rPr>
        <w:t xml:space="preserve">[1:09:16] </w:t>
      </w:r>
      <w:r>
        <w:t>maulana, agla sawal mr. zahid mohammad ka hai, nai dilli se. unhon ne likha hai ke "During Ramadan, the entire Muslim world practices Islam so intensely, but after Ramadan is over, loses the spirit.</w:t>
      </w:r>
    </w:p>
    <w:p>
      <w:pPr>
        <w:jc w:val="right"/>
      </w:pPr>
      <w:r>
        <w:t>مولانا، اگلا سوال مسٹر زاہد محمد کا ہے، نئی دلی سے۔ انہوں نے لکھا ہے کہ "During Ramadan, the entire Muslim world practices Islam so intensely, but after Ramadan is over, loses the spirit.</w:t>
      </w:r>
    </w:p>
    <w:p>
      <w:r>
        <w:rPr>
          <w:b/>
        </w:rPr>
        <w:t xml:space="preserve">[1:09:33] </w:t>
      </w:r>
      <w:r>
        <w:t>why does this happen, and what is the remedy for it?" yeh baat sahi nahin hai ke intensely us ko follow karte hain.</w:t>
      </w:r>
    </w:p>
    <w:p>
      <w:pPr>
        <w:jc w:val="right"/>
      </w:pPr>
      <w:r>
        <w:t>Why does this happen, and what is the remedy for it?" یہ بات صحیح نہیں ہے کہ intensely اس کو فالو کرتے ہیں۔</w:t>
      </w:r>
    </w:p>
    <w:p>
      <w:r>
        <w:rPr>
          <w:b/>
        </w:rPr>
        <w:t xml:space="preserve">[1:09:42] </w:t>
      </w:r>
      <w:r>
        <w:t>sirf ritual karte hain, ritual bas. yeh spiritless roza hota hai in ka. yeh nahin sahi hai, bilkul sahi nahin hai.</w:t>
      </w:r>
    </w:p>
    <w:p>
      <w:pPr>
        <w:jc w:val="right"/>
      </w:pPr>
      <w:r>
        <w:t>صرف ritual کرتے ہیں، ritual بس۔ یہ spiritless روزہ ہوتا ہے ان کا۔ یہ نہیں صحیح ہے، بالکل صحیح نہیں ہے۔</w:t>
      </w:r>
    </w:p>
    <w:p>
      <w:r>
        <w:rPr>
          <w:b/>
        </w:rPr>
        <w:t xml:space="preserve">[1:09:51] </w:t>
      </w:r>
      <w:r>
        <w:t>agar koi sach much hi intensely follow kare to woh saal bhar khatam hi nahin hone wala. kabhi nahin khatam hoga. woh to ritual ki taraf hota hai, dhoom machate hain khane peene ki aur sehri aur iftar ki aur taraweeh ki dhoom, dhoom, dhoom.</w:t>
      </w:r>
    </w:p>
    <w:p>
      <w:pPr>
        <w:jc w:val="right"/>
      </w:pPr>
      <w:r>
        <w:t>اگر کوئی سچ مچ ہی intensely فالو کرے تو وہ سال بھر ختم ہی نہیں ہونے والا۔ کبھی نہیں ختم ہوگا۔ وہ تو ritual کی طرف ہوتا ہے، دھوم مچاتے ہیں کھانے پینے کی اور سحری اور افطار کی اور تراویح کی دھوم، دھوم، دھوم۔</w:t>
      </w:r>
    </w:p>
    <w:p>
      <w:r>
        <w:rPr>
          <w:b/>
        </w:rPr>
        <w:t xml:space="preserve">[1:10:07] </w:t>
      </w:r>
      <w:r>
        <w:t>woh nahin kahin ke in in ke woh ke follow kar rahe hain. woh kuch rituals hain, bas us ko poora kar rahe hain.</w:t>
      </w:r>
    </w:p>
    <w:p>
      <w:pPr>
        <w:jc w:val="right"/>
      </w:pPr>
      <w:r>
        <w:t>وہ نہیں کہیں کہ ان ان کہ وہ کہ فالو کر رہے ہیں۔ وہ کچھ rituals ہیں، بس اس کو پورا کر رہے ہیں۔</w:t>
      </w:r>
    </w:p>
    <w:p>
      <w:r>
        <w:rPr>
          <w:b/>
        </w:rPr>
        <w:t xml:space="preserve">[1:10:17] </w:t>
      </w:r>
      <w:r>
        <w:t>woh oopar oopar us ka un ke rooh se koi ta'alluq nahin, un ki spirit se koi ta'alluq nahin. to yeh mein nahin samajhta sahi ke aik mahine mein to khoob rakhte hain, baat par nahin hai.</w:t>
      </w:r>
    </w:p>
    <w:p>
      <w:pPr>
        <w:jc w:val="right"/>
      </w:pPr>
      <w:r>
        <w:t>وہ اوپر اوپر اس کا ان کے روح سے کوئی تعلق نہیں، ان کی spirit سے کوئی تعلق نہیں۔ تو یہ میں نہیں سمجھتا صحیح کہ ایک مہینے میں تو خوب رکھتے ہیں، بات پر نہیں ہے۔</w:t>
      </w:r>
    </w:p>
    <w:p>
      <w:r>
        <w:rPr>
          <w:b/>
        </w:rPr>
        <w:t xml:space="preserve">[1:10:29] </w:t>
      </w:r>
      <w:r>
        <w:t>aik mahine mein bhi nahin rakhte. woh asal baat yeh hai.</w:t>
      </w:r>
    </w:p>
    <w:p>
      <w:pPr>
        <w:jc w:val="right"/>
      </w:pPr>
      <w:r>
        <w:t>ایک مہینے میں بھی نہیں رکھتے۔ وہ اصل بات یہ ہے۔</w:t>
      </w:r>
    </w:p>
    <w:p>
      <w:r>
        <w:rPr>
          <w:b/>
        </w:rPr>
        <w:t xml:space="preserve">[1:10:36] </w:t>
      </w:r>
      <w:r>
        <w:t>maulana, agla sawal mr. mazhar ka hai, dilli se. unhon ne likha hai ke ramzan ke mahine mein jo masjid mein taraweeh padhai jati hai, us ka main maqsad kya hai?</w:t>
      </w:r>
    </w:p>
    <w:p>
      <w:pPr>
        <w:jc w:val="right"/>
      </w:pPr>
      <w:r>
        <w:t>مولانا، اگلا سوال مسٹر مظہر کا ہے، دہلی سے۔ انہوں نے لکھا ہے کہ رمضان کے مہینے میں جو مسجد میں تراویح پڑھائی جاتی ہے، اس کا مین مقصد کیا ہے؟</w:t>
      </w:r>
    </w:p>
    <w:p>
      <w:r>
        <w:rPr>
          <w:b/>
        </w:rPr>
        <w:t xml:space="preserve">[1:10:50] </w:t>
      </w:r>
      <w:r>
        <w:t>agar koi insaan use na parhe to kya gunaah hoga? kya taraweeh farz hai? nahin, dekhein, taraweeh na to farz hai na sunnat hai.</w:t>
      </w:r>
    </w:p>
    <w:p>
      <w:pPr>
        <w:jc w:val="right"/>
      </w:pPr>
      <w:r>
        <w:t>اگر کوئی انسان اسے نہ پڑھے تو کیا گناہ ہوگا؟ کیا تراویح فرض ہے؟ نہیں، دیکھیں، تراویح نہ تو فرض ہے نہ سنت ہے۔</w:t>
      </w:r>
    </w:p>
    <w:p>
      <w:r>
        <w:rPr>
          <w:b/>
        </w:rPr>
        <w:t xml:space="preserve">[1:11:02] </w:t>
      </w:r>
      <w:r>
        <w:t>aisa nahin hai. lekin taraweeh mein sawab hai, tareekh faida hai. taraweeh ko mein ijtimai mutaala-e-quran samajhta hoon.</w:t>
      </w:r>
    </w:p>
    <w:p>
      <w:pPr>
        <w:jc w:val="right"/>
      </w:pPr>
      <w:r>
        <w:t>ایسا نہیں ہے۔ لیکن تراویح میں ثواب ہے، تار فائدہ ہے۔ تراویح کو میں اجتماعی مطالعہ قرآن سمجھتا ہوں۔</w:t>
      </w:r>
    </w:p>
    <w:p>
      <w:r>
        <w:rPr>
          <w:b/>
        </w:rPr>
        <w:t xml:space="preserve">[1:11:13] </w:t>
      </w:r>
      <w:r>
        <w:t>yaani sab mil kar bohat se log quran ka mutaala karein to woh hai taraweeh. lekin yeh taraweeh sunana to koi cheez nahin hai. taraweeh sunana koi cheez nahin hai.</w:t>
      </w:r>
    </w:p>
    <w:p>
      <w:pPr>
        <w:jc w:val="right"/>
      </w:pPr>
      <w:r>
        <w:t>یعنی سب مل کر بہت سے لوگ قرآن کا مطالعہ کریں تو وہ ہے تراویح۔ لیکن یہ تراویح سنانا تو کوئی چیز نہیں ہے۔ تراویح سنانا کوئی چیز نہیں ہے۔</w:t>
      </w:r>
    </w:p>
    <w:p>
      <w:r>
        <w:rPr>
          <w:b/>
        </w:rPr>
        <w:t xml:space="preserve">[1:11:25] </w:t>
      </w:r>
      <w:r>
        <w:t>yeh woh hai ijtimai mutaala-e-quran. yaani jo parhe qari, bohat ruk ruk ke parhe, aik aik lafz sunai de aur aap ka dhyan laga rahe ke kya baat kahi gayi.</w:t>
      </w:r>
    </w:p>
    <w:p>
      <w:pPr>
        <w:jc w:val="right"/>
      </w:pPr>
      <w:r>
        <w:t>یہ وہ ہے اجتماعی مطالعہ قرآن۔ یعنی جو پڑھے قاری، بہت رک رک کے پڑھے، ایک ایک لفظ سنائی دے اور آپ کا دھیان لگا رہے کہ کیا بات کہی گئی۔</w:t>
      </w:r>
    </w:p>
    <w:p>
      <w:r>
        <w:rPr>
          <w:b/>
        </w:rPr>
        <w:t xml:space="preserve">[1:11:38] </w:t>
      </w:r>
      <w:r>
        <w:t>us us tukre mein jo taraweeh mein padha gaya, farz kiye ke log samajh nahin sakte to taraweeh se pehle ya taraweeh ke baad koi aalim wahan ho jo bataye ke aaj jo padha gaya, us ka kya us ka tarjuma sunaya jaye ya bataya jaye.</w:t>
      </w:r>
    </w:p>
    <w:p>
      <w:pPr>
        <w:jc w:val="right"/>
      </w:pPr>
      <w:r>
        <w:t>اس اس ٹکڑے میں جو تراویح میں پڑھا گیا، فرض کیے کہ لوگ سمجھ نہیں سکتے تو تراویح سے پہلے یا تراویح کے بعد کوئی عالم وہاں ہو جو بتائے کہ آج جو پڑھا گیا، اس کا کیا اس کا ترجمہ سنایا جائے یا بتایا جائے۔</w:t>
      </w:r>
    </w:p>
    <w:p>
      <w:r>
        <w:rPr>
          <w:b/>
        </w:rPr>
        <w:t xml:space="preserve">[1:11:54] </w:t>
      </w:r>
      <w:r>
        <w:t>to taraweeh bohat achhi cheez hai, lekin mo'ajza taraweeh to aik woh bhi aik rasam hai, bas rasam se zyada us ki koi haqeeqat nahin hai.</w:t>
      </w:r>
    </w:p>
    <w:p>
      <w:pPr>
        <w:jc w:val="right"/>
      </w:pPr>
      <w:r>
        <w:t>تو تراویح بہت اچھی چیز ہے، لیکن معجزہ تراویح تو ایک وہ بھی ایک رسم ہے، بس رسم سے زیادہ اس کی کوئی حقیقت نہیں ہے۔</w:t>
      </w:r>
    </w:p>
    <w:p>
      <w:r>
        <w:rPr>
          <w:b/>
        </w:rPr>
        <w:t xml:space="preserve">[1:12:04] </w:t>
      </w:r>
      <w:r>
        <w:t>maulana, agla sawal mr. niaz ahmad ka hai, jammu kashmir se. unhon ne likha hai ke aik ghair muslim ko ramzan ke bare mein kaise samjhaya jaye?</w:t>
      </w:r>
    </w:p>
    <w:p>
      <w:pPr>
        <w:jc w:val="right"/>
      </w:pPr>
      <w:r>
        <w:t>مولانا، اگلا سوال مسٹر نیاز احمد کا ہے، جموں کشمیر سے۔ انہوں نے لکھا ہے کہ ایک غیر مسلم کو رمضان کے بارے میں کیسے سمجھایا جائے؟</w:t>
      </w:r>
    </w:p>
    <w:p>
      <w:r>
        <w:rPr>
          <w:b/>
        </w:rPr>
        <w:t xml:space="preserve">[1:12:16] </w:t>
      </w:r>
      <w:r>
        <w:t>woh kehte hain ke aik mahine tak roza rakhne ka kya matlab hai?</w:t>
      </w:r>
    </w:p>
    <w:p>
      <w:pPr>
        <w:jc w:val="right"/>
      </w:pPr>
      <w:r>
        <w:t>وہ کہتے ہیں کہ ایک مہینے تک روزہ رکھنے کا کیا مطلب ہے؟</w:t>
      </w:r>
    </w:p>
    <w:p>
      <w:r>
        <w:rPr>
          <w:b/>
        </w:rPr>
        <w:t xml:space="preserve">[1:12:22] </w:t>
      </w:r>
      <w:r>
        <w:t>aap yahan se kyun is ko starting point ko banate hain ke roze par aap se us ko shuru karte hain? dawood, aap pehle us ko yaani jo aur baatein hain jo bataiye,</w:t>
      </w:r>
    </w:p>
    <w:p>
      <w:pPr>
        <w:jc w:val="right"/>
      </w:pPr>
      <w:r>
        <w:t>آپ یہاں سے کیوں اس کو سٹارٹنگ پوائنٹ کو بناتے ہیں کہ روزے پر آپ سے اس کو شروع کرتے ہیں؟ داؤد، آپ پہلے اس کو یعنی جو اور باتیں ہیں جو بتائیے،</w:t>
      </w:r>
    </w:p>
    <w:p>
      <w:r>
        <w:rPr>
          <w:b/>
        </w:rPr>
        <w:t xml:space="preserve">[1:12:39] </w:t>
      </w:r>
      <w:r>
        <w:t>yaani khuda ka wajood, sachai kya hai? quran aik book of god hai. yahan se shuru kijiye.</w:t>
      </w:r>
    </w:p>
    <w:p>
      <w:pPr>
        <w:jc w:val="right"/>
      </w:pPr>
      <w:r>
        <w:t>یعنی خدا کا وجود، سچائی کیا ہے؟ قرآن ایک بک آف گاڈ ہے۔ یہاں سے شروع کیجیے۔</w:t>
      </w:r>
    </w:p>
    <w:p>
      <w:r>
        <w:rPr>
          <w:b/>
        </w:rPr>
        <w:t xml:space="preserve">[1:12:49] </w:t>
      </w:r>
      <w:r>
        <w:t>mujhe to aisa koi ghair muslim nahin maloom, kyunke har har mazhab mein roza hai, kahin kisi kisi tareeqe se. sirf islam mein bhi thodi hai. har mazhab mein kahin kisi shakal mein roze maujood hain.</w:t>
      </w:r>
    </w:p>
    <w:p>
      <w:pPr>
        <w:jc w:val="right"/>
      </w:pPr>
      <w:r>
        <w:t>مجھے تو ایسا کوئی غیر مسلم نہیں معلوم، کیونکہ ہر ہر مذہب میں روزہ ہے، کہیں کسی کسی طریقے سے۔ صرف اسلام میں بھی تھوڑی ہے۔ ہر مذہب میں کہیں کسی شکل میں روزے موجود ہیں۔</w:t>
      </w:r>
    </w:p>
    <w:p>
      <w:r>
        <w:rPr>
          <w:b/>
        </w:rPr>
        <w:t xml:space="preserve">[1:13:01] </w:t>
      </w:r>
      <w:r>
        <w:t>to woh apne tareeqe karte hain, musalman apne tareeqe karte hain. lekin dawat ka nuqta-e-aaghaz yeh nahin hai. yahan se dawat nahin shuru ki jayegi.</w:t>
      </w:r>
    </w:p>
    <w:p>
      <w:pPr>
        <w:jc w:val="right"/>
      </w:pPr>
      <w:r>
        <w:t>تو وہ اپنے طریقے کرتے ہیں، مسلمان اپنے طریقے کرتے ہیں۔ لیکن دعوت کا نقطہ آغاز یہ نہیں ہے۔ یہاں سے دعوت نہیں شروع کی جائے گی۔</w:t>
      </w:r>
    </w:p>
    <w:p>
      <w:r>
        <w:rPr>
          <w:b/>
        </w:rPr>
        <w:t xml:space="preserve">[1:13:11] </w:t>
      </w:r>
      <w:r>
        <w:t>aap use kahiye ke aap abhi kitabein parho. roza to baad ko aayega, roze ka mas'ala</w:t>
      </w:r>
    </w:p>
    <w:p>
      <w:pPr>
        <w:jc w:val="right"/>
      </w:pPr>
      <w:r>
        <w:t>آپ اسے کہیے کہ آپ ابھی کتابیں پڑھو۔ روزہ تو بعد کو آئے گا، روزے کا مسئ</w:t>
      </w:r>
    </w:p>
    <w:p>
      <w:r>
        <w:rPr>
          <w:b/>
        </w:rPr>
        <w:t xml:space="preserve">[1:13:17] </w:t>
      </w:r>
      <w:r>
        <w:t>mas'ala baad ko aayega. abhi samjho jo us ki basic baatein hain, us ka jo main message hai, us ko pehle samjho.</w:t>
      </w:r>
    </w:p>
    <w:p>
      <w:pPr>
        <w:jc w:val="right"/>
      </w:pPr>
      <w:r>
        <w:t>لہ بعد کو آئے گا۔ ابھی سمجھو جو اس کی بیسک باتیں ہیں، اس کا جو مین میسج ہے، اس کو پہلے سمجھو۔</w:t>
      </w:r>
    </w:p>
    <w:p>
      <w:r>
        <w:rPr>
          <w:b/>
        </w:rPr>
        <w:t xml:space="preserve">[1:13:28] </w:t>
      </w:r>
      <w:r>
        <w:t>kyunke quran ke bare mein mein kehta hoon, quran jo hai woh christian plan of god ko batata hai. to sab se pehli cheez hai ke christian plan of god ko samjhe aadmi.</w:t>
      </w:r>
    </w:p>
    <w:p>
      <w:pPr>
        <w:jc w:val="right"/>
      </w:pPr>
      <w:r>
        <w:t>کیونکہ قرآن کے بارے میں میں کہتا ہوں، قرآن جو ہے وہ کرسچن پلان آف گاڈ کو بتاتا ہے۔ تو سب سے پہلی چیز ہے کہ کرسچن پلان آف گاڈ کو سمجھے آدمی۔</w:t>
      </w:r>
    </w:p>
    <w:p>
      <w:r>
        <w:rPr>
          <w:b/>
        </w:rPr>
        <w:t xml:space="preserve">[1:13:40] </w:t>
      </w:r>
      <w:r>
        <w:t>far higher as the starting point.</w:t>
      </w:r>
    </w:p>
    <w:p>
      <w:pPr>
        <w:jc w:val="right"/>
      </w:pPr>
      <w:r>
        <w:t>فار ہیر از دا سٹارٹنگ پوائنٹ۔</w:t>
      </w:r>
    </w:p>
    <w:p>
      <w:r>
        <w:rPr>
          <w:b/>
        </w:rPr>
        <w:t xml:space="preserve">[1:13:43] </w:t>
      </w:r>
      <w:r>
        <w:t>agla sawal hai Maulana Zikwan Nadvi ka, New Delhi se. unhon ne poocha hai ke "What is ghibbat, that is backbiting, and why it is prohibited in Islam?"</w:t>
      </w:r>
    </w:p>
    <w:p>
      <w:pPr>
        <w:jc w:val="right"/>
      </w:pPr>
      <w:r>
        <w:t>اگلا سوال ہے مولانا زکوان ندوی کا، نئی دہلی سے۔ انہوں نے پوچھا ہے کہ "What is ghibbat, that is backbiting, and why it is prohibited in Islam?"</w:t>
      </w:r>
    </w:p>
    <w:p>
      <w:r>
        <w:rPr>
          <w:b/>
        </w:rPr>
        <w:t xml:space="preserve">[1:14:03] </w:t>
      </w:r>
      <w:r>
        <w:t>quran mein hai ke ghibbat ke baray mein ke apne murda bhai ka gosht khana,</w:t>
      </w:r>
    </w:p>
    <w:p>
      <w:pPr>
        <w:jc w:val="right"/>
      </w:pPr>
      <w:r>
        <w:t>قرآن میں ہے کہ غیبت کے بارے میں کہ اپنے مردہ بھائی کا گوشت کھانا،</w:t>
      </w:r>
    </w:p>
    <w:p>
      <w:r>
        <w:rPr>
          <w:b/>
        </w:rPr>
        <w:t xml:space="preserve">[1:14:12] </w:t>
      </w:r>
      <w:r>
        <w:t>matlab ke woh shakhs maujood nahi hai wahan par, woh shakhs maujood nahi hai, aham is ke baray mein yani buri baatein bata rahe hain logon ko.</w:t>
      </w:r>
    </w:p>
    <w:p>
      <w:pPr>
        <w:jc w:val="right"/>
      </w:pPr>
      <w:r>
        <w:t>مطلب کہ وہ شخص موجود نہیں ہے وہاں پر، وہ شخص موجود نہیں ہے، اہم اس کے بارے میں یعنی بری باتیں بتا رہے ہیں لوگوں کو۔</w:t>
      </w:r>
    </w:p>
    <w:p>
      <w:r>
        <w:rPr>
          <w:b/>
        </w:rPr>
        <w:t xml:space="preserve">[1:14:24] </w:t>
      </w:r>
      <w:r>
        <w:t>to is ka naam ghibbat hai. is shakhs ki ghair maujoodgi mein is ki burai bayan karna, yeh ghibbat hai. yeh to Islam mein haram hai.</w:t>
      </w:r>
    </w:p>
    <w:p>
      <w:pPr>
        <w:jc w:val="right"/>
      </w:pPr>
      <w:r>
        <w:t>تو اس کا نام غیبت ہے۔ اس شخص کی غیر موجودگی میں اس کی برائی بیان کرنا، یہ غیبت ہے۔ یہ تو اسلام میں حرام ہے۔</w:t>
      </w:r>
    </w:p>
    <w:p>
      <w:r>
        <w:rPr>
          <w:b/>
        </w:rPr>
        <w:t xml:space="preserve">[1:14:35] </w:t>
      </w:r>
      <w:r>
        <w:t>kisi shakhs ki ghair maujoodgi mein is</w:t>
      </w:r>
    </w:p>
    <w:p>
      <w:pPr>
        <w:jc w:val="right"/>
      </w:pPr>
      <w:r>
        <w:t>کسی شخص کی غیر موجودگی میں اس</w:t>
      </w:r>
    </w:p>
    <w:p>
      <w:r>
        <w:rPr>
          <w:b/>
        </w:rPr>
        <w:t xml:space="preserve">[1:14:37] </w:t>
      </w:r>
      <w:r>
        <w:t>ki burai par, burai maujoodgi mein bhi galat hai. yani yani Islam mein dekhiye, reason based statement ka tareeqa hai.</w:t>
      </w:r>
    </w:p>
    <w:p>
      <w:pPr>
        <w:jc w:val="right"/>
      </w:pPr>
      <w:r>
        <w:t>کی برائی پر، برائی موجودگی میں بھی غلط ہے۔ یعنی یعنی اسلام میں دیکھیے، ریزن بیسڈ سٹیٹمنٹ کا طریقہ ہے۔</w:t>
      </w:r>
    </w:p>
    <w:p>
      <w:r>
        <w:rPr>
          <w:b/>
        </w:rPr>
        <w:t xml:space="preserve">[1:14:47] </w:t>
      </w:r>
      <w:r>
        <w:t>yeh jo allegation hota hai, ghibbat hamesha allegation ki zuban mein hoti hai. ab kisi shakhs ne farz kiye ke MA nahi kiya hai, to aap kahein ke us ne MA nahi kiya, us ne BA tak parha hai, to yeh ghibbat nahi hogi.</w:t>
      </w:r>
    </w:p>
    <w:p>
      <w:pPr>
        <w:jc w:val="right"/>
      </w:pPr>
      <w:r>
        <w:t>یہ جو ایلیگیشن ہوتا ہے، غیبت ہمیشہ ایلیگیشن کی زبان میں ہوتی ہے۔ اب کسی شخص نے فرض کیے کہ ایم اے نہیں کیا ہے، تو آپ کہیں کہ اس نے ایم اے نہیں کیا، اس نے بی اے تک پڑھا ہے، تو یہ غیبت نہیں ہوگی۔</w:t>
      </w:r>
    </w:p>
    <w:p>
      <w:r>
        <w:rPr>
          <w:b/>
        </w:rPr>
        <w:t xml:space="preserve">[1:15:00] </w:t>
      </w:r>
      <w:r>
        <w:t>yeh to ek waqia bayan karna hoga.</w:t>
      </w:r>
    </w:p>
    <w:p>
      <w:pPr>
        <w:jc w:val="right"/>
      </w:pPr>
      <w:r>
        <w:t>یہ تو ایک واقعہ بیان کرنا ہوگا۔</w:t>
      </w:r>
    </w:p>
    <w:p>
      <w:r>
        <w:rPr>
          <w:b/>
        </w:rPr>
        <w:t xml:space="preserve">[1:15:03] </w:t>
      </w:r>
      <w:r>
        <w:t>to ghibbat ka matlab hi hai allegation ki zuban bolna, ilzaam ki zuban bolna. ilzaam ki zuban samne bhi haram hai.</w:t>
      </w:r>
    </w:p>
    <w:p>
      <w:pPr>
        <w:jc w:val="right"/>
      </w:pPr>
      <w:r>
        <w:t>تو غیبت کا مطلب ہی ہے ایلیگیشن کی زبان بولنا، الزام کی زبان بولنا۔ الزام کی زبان سامنے بھی حرام ہے۔</w:t>
      </w:r>
    </w:p>
    <w:p>
      <w:r>
        <w:rPr>
          <w:b/>
        </w:rPr>
        <w:t xml:space="preserve">[1:15:14] </w:t>
      </w:r>
      <w:r>
        <w:t>yeh nahi ke woh maujood na ho to haram hai.</w:t>
      </w:r>
    </w:p>
    <w:p>
      <w:pPr>
        <w:jc w:val="right"/>
      </w:pPr>
      <w:r>
        <w:t>یہ نہیں کہ وہ موجود نہ ہو تو حرام ہے۔</w:t>
      </w:r>
    </w:p>
    <w:p>
      <w:r>
        <w:rPr>
          <w:b/>
        </w:rPr>
        <w:t xml:space="preserve">[1:15:19] </w:t>
      </w:r>
      <w:r>
        <w:t>ilzaam ki zuban to sarray se Islam mein haram hai. chahe chahe samne ho, na samne ho, kisi bhi haal mein</w:t>
      </w:r>
    </w:p>
    <w:p>
      <w:pPr>
        <w:jc w:val="right"/>
      </w:pPr>
      <w:r>
        <w:t>الزام کی زبان تو سرے سے اسلام میں حرام ہے۔ چاہے چاہے سامنے ہو، نہ سامنے ہو، کسی بھی حال میں</w:t>
      </w:r>
    </w:p>
    <w:p>
      <w:r>
        <w:rPr>
          <w:b/>
        </w:rPr>
        <w:t xml:space="preserve">[1:15:26] </w:t>
      </w:r>
      <w:r>
        <w:t>aap ko hadith mein hai ke man kan yoman billah falyaqul khayra awlais matlab thos baat kaho to kaho, nahi to chup raho.</w:t>
      </w:r>
    </w:p>
    <w:p>
      <w:pPr>
        <w:jc w:val="right"/>
      </w:pPr>
      <w:r>
        <w:t>آپ کو حدیث میں ہے کہ من کان یومن باللہ فلیقل خیرا اولیس مطلب ٹھوس بات کہو تو کہو، نہیں تو چپ رہو۔</w:t>
      </w:r>
    </w:p>
    <w:p>
      <w:r>
        <w:rPr>
          <w:b/>
        </w:rPr>
        <w:t xml:space="preserve">[1:15:39] </w:t>
      </w:r>
      <w:r>
        <w:t>yani woh baat jis ke liye aap par daleel maujood hai, woh baat boliye. nahi, daleel maujood hai to chup rahiye. isi tarah hai ilzaam. ilzaam to Islam mein bilkul hi yani bohat bara gunah hai.</w:t>
      </w:r>
    </w:p>
    <w:p>
      <w:pPr>
        <w:jc w:val="right"/>
      </w:pPr>
      <w:r>
        <w:t>یعنی وہ بات جس کے لیے آپ پر دلیل موجود ہے، وہ بات بولیے۔ نہیں، دلیل موجود ہے تو چپ رہیے۔ اسی طرح ہے الزام۔ الزام تو اسلام میں بالکل ہی یعنی بہت بڑا گناہ ہے۔</w:t>
      </w:r>
    </w:p>
    <w:p>
      <w:r>
        <w:rPr>
          <w:b/>
        </w:rPr>
        <w:t xml:space="preserve">[1:15:51] </w:t>
      </w:r>
      <w:r>
        <w:t>ilzaam ki zuban bolna.</w:t>
      </w:r>
    </w:p>
    <w:p>
      <w:pPr>
        <w:jc w:val="right"/>
      </w:pPr>
      <w:r>
        <w:t>الزام کی زبان بولنا۔</w:t>
      </w:r>
    </w:p>
    <w:p>
      <w:r>
        <w:rPr>
          <w:b/>
        </w:rPr>
        <w:t xml:space="preserve">[1:15:56] </w:t>
      </w:r>
      <w:r>
        <w:t>Maulana, agla sawal Mr Nafeez Shiraz ka, Delhi se hain. unhon ne likha hai ke maine aksar logon ko apni biwi ki buraiyan karte suna hai.</w:t>
      </w:r>
    </w:p>
    <w:p>
      <w:pPr>
        <w:jc w:val="right"/>
      </w:pPr>
      <w:r>
        <w:t>مولانا، اگلا سوال مسٹر نفیض شیراز کا، دہلی سے ہیں۔ انہوں نے لکھا ہے کہ میں نے اکثر لوگوں کو اپنی بیوی کی برائیاں کرتے سنا ہیں۔</w:t>
      </w:r>
    </w:p>
    <w:p>
      <w:r>
        <w:rPr>
          <w:b/>
        </w:rPr>
        <w:t xml:space="preserve">[1:16:07] </w:t>
      </w:r>
      <w:r>
        <w:t>kehte hain, "meri biwi mein falan kharabi hai, falan aib hai, is mein yeh baat achi nahi, woh baat achi nahi." magar jab baat aati hai us ki maa ki to use apni maa duniya ki sab se achi aurat nazar aati hai.</w:t>
      </w:r>
    </w:p>
    <w:p>
      <w:pPr>
        <w:jc w:val="right"/>
      </w:pPr>
      <w:r>
        <w:t>کہتے ہیں، "میری بیوی میں فلاں خرابی ہے، فلاں عیب ہے، اس میں یہ بات اچھی نہیں، وہ بات اچھی نہیں۔" مگر جب بات آتی ہے اس کی ماں کی تو اسے اپنی ماں دنیا کی سب سے اچھی عورت نظر آتی ہے۔</w:t>
      </w:r>
    </w:p>
    <w:p>
      <w:r>
        <w:rPr>
          <w:b/>
        </w:rPr>
        <w:t xml:space="preserve">[1:16:22] </w:t>
      </w:r>
      <w:r>
        <w:t>jabke us ki maa bhi ek aurat hai aur biwi bhi ek aurat hai. aurat ke liye mard ki yeh do tarah ki soch kyun hai?</w:t>
      </w:r>
    </w:p>
    <w:p>
      <w:pPr>
        <w:jc w:val="right"/>
      </w:pPr>
      <w:r>
        <w:t>جبکہ اس کی ماں بھی ایک عورت ہے اور بیوی بھی ایک عورت ہے۔ عورت کے لیے مرد کی یہ دو طرح کی سوچ کیوں ہے؟</w:t>
      </w:r>
    </w:p>
    <w:p>
      <w:r>
        <w:rPr>
          <w:b/>
        </w:rPr>
        <w:t xml:space="preserve">[1:16:31] </w:t>
      </w:r>
      <w:r>
        <w:t>jab aurat maa ke roop mein hai to use achi, use is mein achaiyan hi achaiyan nazar aati hain. aur jab aurat biwi ke roop mein hai to use is mein khamiyan hi khamiyan nazar aati hain.</w:t>
      </w:r>
    </w:p>
    <w:p>
      <w:pPr>
        <w:jc w:val="right"/>
      </w:pPr>
      <w:r>
        <w:t>جب عورت ماں کے روپ میں ہے تو اسے اچھی، اسے اس میں اچھائیاں ہی اچھائیاں نظر آتی ہیں۔ اور جب عورت بیوی کے روپ میں ہے تو اسے اس میں خامیاں ہی خامیاں نظر آتی ہیں۔</w:t>
      </w:r>
    </w:p>
    <w:p>
      <w:r>
        <w:rPr>
          <w:b/>
        </w:rPr>
        <w:t xml:space="preserve">[1:16:43] </w:t>
      </w:r>
      <w:r>
        <w:t>Maulana, is ko bataein, aisa kyun hai? main to dono gunah samajhta hoon. maa ki tareefein karna bhi gunah hai aur biwi ki burai karna bhi gunah hai.</w:t>
      </w:r>
    </w:p>
    <w:p>
      <w:pPr>
        <w:jc w:val="right"/>
      </w:pPr>
      <w:r>
        <w:t>مولانا، اس کو بتائیں، ایسا کیوں ہے؟ میں تو دونوں گناہ سمجھتا ہوں۔ ماں کی تعریفیں کرنا بھی گناہ ہے اور بیوی کی برائی کرنا بھی گناہ ہے۔</w:t>
      </w:r>
    </w:p>
    <w:p>
      <w:r>
        <w:rPr>
          <w:b/>
        </w:rPr>
        <w:t xml:space="preserve">[1:16:52] </w:t>
      </w:r>
      <w:r>
        <w:t>main dono ke ek sath gunah samajhta hoon. main bohat sakht is mamle mein hoon.</w:t>
      </w:r>
    </w:p>
    <w:p>
      <w:pPr>
        <w:jc w:val="right"/>
      </w:pPr>
      <w:r>
        <w:t>میں دونوں کے ایک ساتھ گناہ سمجھتا ہوں۔ میں بہت سخت اس معاملے میں ہوں۔</w:t>
      </w:r>
    </w:p>
    <w:p>
      <w:r>
        <w:rPr>
          <w:b/>
        </w:rPr>
        <w:t xml:space="preserve">[1:16:59] </w:t>
      </w:r>
      <w:r>
        <w:t>bohat sakht is mamle mein hoon. na maa ki achai bayan karo, na biwi ki burai bayan karo.</w:t>
      </w:r>
    </w:p>
    <w:p>
      <w:pPr>
        <w:jc w:val="right"/>
      </w:pPr>
      <w:r>
        <w:t>بہت سخت اس معاملے میں ہوں۔ نہ ماں کی اچھائی بیان کرو، نہ بیوی کی برائی بیان کرو۔</w:t>
      </w:r>
    </w:p>
    <w:p>
      <w:r>
        <w:rPr>
          <w:b/>
        </w:rPr>
        <w:t xml:space="preserve">[1:17:09] </w:t>
      </w:r>
      <w:r>
        <w:t>aur dono ko main gunah samajhta hoon. aur Allah taala ke sakht pakad hogi in logon ki nate ke upar samajhta hoon. yeh zuban ka galat istemal hai.</w:t>
      </w:r>
    </w:p>
    <w:p>
      <w:pPr>
        <w:jc w:val="right"/>
      </w:pPr>
      <w:r>
        <w:t>اور دونوں کو میں گناہ سمجھتا ہوں۔ اور اللہ تعالیٰ کے سخت پکڑ ہوگی ان لوگوں کی ناطے کے اوپر سمجھتا ہوں۔ یہ زبان کا غلط استعمال ہے۔</w:t>
      </w:r>
    </w:p>
    <w:p>
      <w:r>
        <w:rPr>
          <w:b/>
        </w:rPr>
        <w:t xml:space="preserve">[1:17:20] </w:t>
      </w:r>
      <w:r>
        <w:t>aur main samajhta hoon ke yeh yeh jo hamare desh mein jo riwaj hai, woh riwaj se aa</w:t>
      </w:r>
    </w:p>
    <w:p>
      <w:pPr>
        <w:jc w:val="right"/>
      </w:pPr>
      <w:r>
        <w:t>اور میں سمجھتا ہوں کہ یہ یہ جو ہمارے દેશ میں جو رواج ہے، وہ رواج سے آ</w:t>
      </w:r>
    </w:p>
    <w:p>
      <w:r>
        <w:rPr>
          <w:b/>
        </w:rPr>
        <w:t xml:space="preserve">[1:17:28] </w:t>
      </w:r>
      <w:r>
        <w:t>ya hai. yeh yani hamare desh mein is ka riwaj hai. yani maa ko yani devta ka darja diya jata hai.</w:t>
      </w:r>
    </w:p>
    <w:p>
      <w:pPr>
        <w:jc w:val="right"/>
      </w:pPr>
      <w:r>
        <w:t>یا ہے۔ یہ یعنی ہمارے દેશ میں اس کا رواج ہے۔ یعنی ماں کو یعنی دیوتا کا درجہ دیا جاتا ہے۔</w:t>
      </w:r>
    </w:p>
    <w:p>
      <w:r>
        <w:rPr>
          <w:b/>
        </w:rPr>
        <w:t xml:space="preserve">[1:17:37] </w:t>
      </w:r>
      <w:r>
        <w:t>yahan tak mein samajhta hoon. isi zamane mein yeh aaya hai. warna yeh baat jo doosre mulkon mein nahin hai. yeh sirf isi isi ilaqe mein hai. yeh</w:t>
      </w:r>
    </w:p>
    <w:p>
      <w:pPr>
        <w:jc w:val="right"/>
      </w:pPr>
      <w:r>
        <w:t>یہاں تک میں سمجھتا ہوں۔ اسی زمانے میں یہ آیا ہے۔ ورنہ یہ بات جو دوسرے ممالک میں نہیں ہے۔ یہ صرف اسی اسی علاقے میں ہے۔ یہ</w:t>
      </w:r>
    </w:p>
    <w:p>
      <w:r>
        <w:rPr>
          <w:b/>
        </w:rPr>
        <w:t xml:space="preserve">[1:17:50] </w:t>
      </w:r>
      <w:r>
        <w:t>maulana, agla sawal mister abdul rehman ka hai, new dehli se</w:t>
      </w:r>
    </w:p>
    <w:p>
      <w:pPr>
        <w:jc w:val="right"/>
      </w:pPr>
      <w:r>
        <w:t>مولانا، اگلا سوال مسٹر عبدالرحمن کا ہے، نیو دہلی سے</w:t>
      </w:r>
    </w:p>
    <w:p>
      <w:r>
        <w:rPr>
          <w:b/>
        </w:rPr>
        <w:t xml:space="preserve">[1:17:54] </w:t>
      </w:r>
      <w:r>
        <w:t>. unhon ne likha hai ke "While introducing and gifting Quran to a madhu, can we say that Quran is the latest edition of divine guidelines, and therefore it is obligatory for everyone to know and follow these instructions?" nahin, yeh latest ka lafz jo hai, mein is ko pasand nahin karta.</w:t>
      </w:r>
    </w:p>
    <w:p>
      <w:pPr>
        <w:jc w:val="right"/>
      </w:pPr>
      <w:r>
        <w:t>۔ انہوں نے لکھا ہے کہ "While introducing and gifting Quran to a madhu, can we say that Quran is the latest edition of divine guidelines, and therefore it is obligatory for everyone to know and follow these instructions?" نہیں، یہ latest کا لفظ جو ہے، میں اس کو پسند نہیں کرتا۔</w:t>
      </w:r>
    </w:p>
    <w:p>
      <w:r>
        <w:rPr>
          <w:b/>
        </w:rPr>
        <w:t xml:space="preserve">[1:18:16] </w:t>
      </w:r>
      <w:r>
        <w:t>saheeh to hai lekin pasand nahin karta. lekin is mein superlative nikalti hai. mein yeh lafz bolna pasand nahin karta</w:t>
      </w:r>
    </w:p>
    <w:p>
      <w:pPr>
        <w:jc w:val="right"/>
      </w:pPr>
      <w:r>
        <w:t>صحیح تو ہے لیکن پسند نہیں کرتا۔ لیکن اس میں superlative نکلتی ہے۔ میں یہ لفظ بولنا پسند نہیں کرتا</w:t>
      </w:r>
    </w:p>
    <w:p>
      <w:r>
        <w:rPr>
          <w:b/>
        </w:rPr>
        <w:t xml:space="preserve">[1:18:24] </w:t>
      </w:r>
      <w:r>
        <w:t>. mein kehta hoon preserved kalam, mehfooz kalam. yahan jab latest kehte hain to is mein apne aap aa jata hai ke yeh afzal hai woh.</w:t>
      </w:r>
    </w:p>
    <w:p>
      <w:pPr>
        <w:jc w:val="right"/>
      </w:pPr>
      <w:r>
        <w:t>۔ میں کہتا ہوں preserved کلام، محفوظ کلام۔ یہاں جب latest کہتے ہیں تو اس میں اپنے آپ آ جاتا ہے کہ یہ افضل ہے وہ۔</w:t>
      </w:r>
    </w:p>
    <w:p>
      <w:r>
        <w:rPr>
          <w:b/>
        </w:rPr>
        <w:t xml:space="preserve">[1:18:35] </w:t>
      </w:r>
      <w:r>
        <w:t>lekin aap kahein ke preserved kalam hai to sab log, sare woh scholar mante hain ke aur sab kitabein jo hain, apni preserved halat mein nahin hain.</w:t>
      </w:r>
    </w:p>
    <w:p>
      <w:pPr>
        <w:jc w:val="right"/>
      </w:pPr>
      <w:r>
        <w:t>لیکن آپ کہیں کہ preserved کلام ہے تو سب لوگ، سارے وہ scholar مانتے ہیں کہ اور سب کتابیں جو ہیں، اپنی preserved حالت میں نہیں ہیں۔</w:t>
      </w:r>
    </w:p>
    <w:p>
      <w:r>
        <w:rPr>
          <w:b/>
        </w:rPr>
        <w:t xml:space="preserve">[1:18:45] </w:t>
      </w:r>
      <w:r>
        <w:t>badal gayi hain. badal gayi hain. sare scholar mante hain.</w:t>
      </w:r>
    </w:p>
    <w:p>
      <w:pPr>
        <w:jc w:val="right"/>
      </w:pPr>
      <w:r>
        <w:t>بدل گئی ہیں۔ بدل گئی ہیں۔ سارے scholar مانتے ہیں۔</w:t>
      </w:r>
    </w:p>
    <w:p>
      <w:r>
        <w:rPr>
          <w:b/>
        </w:rPr>
        <w:t xml:space="preserve">[1:18:51] </w:t>
      </w:r>
      <w:r>
        <w:t>lekin quran ke bare mein sab log mante hain ke quran mein ek ayat ke barabar bhi koi tabdeeli nahin aayi hai. yeh ek historical fact hai.</w:t>
      </w:r>
    </w:p>
    <w:p>
      <w:pPr>
        <w:jc w:val="right"/>
      </w:pPr>
      <w:r>
        <w:t>لیکن قرآن کے بارے میں سب لوگ مانتے ہیں کہ قرآن میں ایک آیت کے برابر بھی کوئی تبدیلی نہیں آئی ہے۔ یہ ایک historical fact ہے۔</w:t>
      </w:r>
    </w:p>
    <w:p>
      <w:r>
        <w:rPr>
          <w:b/>
        </w:rPr>
        <w:t xml:space="preserve">[1:19:02] </w:t>
      </w:r>
      <w:r>
        <w:t>historical fact ki zaban mein boliye.</w:t>
      </w:r>
    </w:p>
    <w:p>
      <w:pPr>
        <w:jc w:val="right"/>
      </w:pPr>
      <w:r>
        <w:t>historical fact کی زبان میں بولیے۔</w:t>
      </w:r>
    </w:p>
    <w:p>
      <w:r>
        <w:rPr>
          <w:b/>
        </w:rPr>
        <w:t xml:space="preserve">[1:19:08] </w:t>
      </w:r>
      <w:r>
        <w:t>mein to zahiri taur par aise hi karta hoon.</w:t>
      </w:r>
    </w:p>
    <w:p>
      <w:pPr>
        <w:jc w:val="right"/>
      </w:pPr>
      <w:r>
        <w:t>میں تو ظاہری طور پر ایسے ہی کرتا ہوں۔</w:t>
      </w:r>
    </w:p>
    <w:p>
      <w:r>
        <w:rPr>
          <w:b/>
        </w:rPr>
        <w:t xml:space="preserve">[1:19:14] </w:t>
      </w:r>
      <w:r>
        <w:t>maulana, agla sawal mister shah imran hasan ka hai, munger bihar se.</w:t>
      </w:r>
    </w:p>
    <w:p>
      <w:pPr>
        <w:jc w:val="right"/>
      </w:pPr>
      <w:r>
        <w:t>مولانا، اگلا سوال مسٹر شاہ عمران حسن کا ہے، منگیر بہار سے۔</w:t>
      </w:r>
    </w:p>
    <w:p>
      <w:r>
        <w:rPr>
          <w:b/>
        </w:rPr>
        <w:t xml:space="preserve">[1:19:20] </w:t>
      </w:r>
      <w:r>
        <w:t>unhon ne likha hai ke aap lecture mein aksar muslim khalifa hazrat umar ka reference dete hain. is ka kya karan hai?</w:t>
      </w:r>
    </w:p>
    <w:p>
      <w:pPr>
        <w:jc w:val="right"/>
      </w:pPr>
      <w:r>
        <w:t>انہوں نے لکھا ہے کہ آپ lecture میں اکثر مسلم خلیفہ حضرت عمر کا reference دیتے ہیں۔ اس کا کیا कारण ہے؟</w:t>
      </w:r>
    </w:p>
    <w:p>
      <w:r>
        <w:rPr>
          <w:b/>
        </w:rPr>
        <w:t xml:space="preserve">[1:19:30] </w:t>
      </w:r>
      <w:r>
        <w:t>kya aap sab se zyada hazrat umar se prabhavit hain jabke sahaba bhi bohat zyada hain? kripya is ke bare mein batayein.</w:t>
      </w:r>
    </w:p>
    <w:p>
      <w:pPr>
        <w:jc w:val="right"/>
      </w:pPr>
      <w:r>
        <w:t>کیا آپ سب سے زیادہ حضرت عمر سے प्रभावیت ہیں جبکہ صحابہ بھی بہت زیادہ ہیں؟ कृپا اس کے بارے میں بتائیں۔</w:t>
      </w:r>
    </w:p>
    <w:p>
      <w:r>
        <w:rPr>
          <w:b/>
        </w:rPr>
        <w:t xml:space="preserve">[1:19:41] </w:t>
      </w:r>
      <w:r>
        <w:t>yeh koi bohat soojha samjha nahin hai. ab mein baat kar raha hoon, koi waqea yaad aa gaya hai to doosre sahabi</w:t>
      </w:r>
    </w:p>
    <w:p>
      <w:pPr>
        <w:jc w:val="right"/>
      </w:pPr>
      <w:r>
        <w:t>یہ کوئی بہت سوجھا سمجھا نہیں ہے۔ اب میں بات کر رہا ہوں، کوئی واقعہ یاد آ گیا ہے تو دوسرے صحابی</w:t>
      </w:r>
    </w:p>
    <w:p>
      <w:r>
        <w:rPr>
          <w:b/>
        </w:rPr>
        <w:t xml:space="preserve">[1:19:48] </w:t>
      </w:r>
      <w:r>
        <w:t>ko bhi kaha karta hoon. mein aisa to nahin hai. in ko bhi kehta hoon, doosre sahabi ko bhi kehta hoon. mere paas aisa nahin ke mein in ko, koi mein alag se in in ke liye, mein doosron ko chhod rakha hai.</w:t>
      </w:r>
    </w:p>
    <w:p>
      <w:pPr>
        <w:jc w:val="right"/>
      </w:pPr>
      <w:r>
        <w:t>کو بھی کہا کرتا ہوں۔ میں ایسا تو نہیں ہے۔ ان کو بھی کہتا ہوں، دوسرے صحابی کو بھی کہتا ہوں۔ میرے پاس ایسا نہیں کہ میں ان کو، کوئی میں الگ سے ان ان کے لیے، میں دوسروں کو چھوڑ رکھا ہے۔</w:t>
      </w:r>
    </w:p>
    <w:p>
      <w:r>
        <w:rPr>
          <w:b/>
        </w:rPr>
        <w:t xml:space="preserve">[1:20:01] </w:t>
      </w:r>
      <w:r>
        <w:t>aksar meri kitabein aap padhein to is mein sir sare sahaba ke waqeyat is mein hain. sare sahaba ke waqeyat hain.</w:t>
      </w:r>
    </w:p>
    <w:p>
      <w:pPr>
        <w:jc w:val="right"/>
      </w:pPr>
      <w:r>
        <w:t>اکثر میری کتابیں آپ پڑھیں تو اس میں سر سارے صحابہ کے واقعات اس میں ہیں۔ سارے صحابہ کے واقعات ہیں۔</w:t>
      </w:r>
    </w:p>
    <w:p>
      <w:r>
        <w:rPr>
          <w:b/>
        </w:rPr>
        <w:t xml:space="preserve">[1:20:12] </w:t>
      </w:r>
      <w:r>
        <w:t>maulana, agla sawal doctor farida khanoom ka hai, dehli se.</w:t>
      </w:r>
    </w:p>
    <w:p>
      <w:pPr>
        <w:jc w:val="right"/>
      </w:pPr>
      <w:r>
        <w:t>مولانا، اگلا سوال ڈاکٹر فریدہ خانم کا ہے، دہلی سے۔</w:t>
      </w:r>
    </w:p>
    <w:p>
      <w:r>
        <w:rPr>
          <w:b/>
        </w:rPr>
        <w:t xml:space="preserve">[1:20:17] </w:t>
      </w:r>
      <w:r>
        <w:t>unhon ne likha hai "What is the reason for very few people in human history who were able to achieve the realization of God at a higher level?</w:t>
      </w:r>
    </w:p>
    <w:p>
      <w:pPr>
        <w:jc w:val="right"/>
      </w:pPr>
      <w:r>
        <w:t>انہوں نے لکھا ہے "What is the reason for very few people in human history who were able to achieve the realization of God at a higher level?</w:t>
      </w:r>
    </w:p>
    <w:p>
      <w:r>
        <w:rPr>
          <w:b/>
        </w:rPr>
        <w:t xml:space="preserve">[1:20:28] </w:t>
      </w:r>
      <w:r>
        <w:t>What are the obstacles to this goal? Kindly explain."</w:t>
      </w:r>
    </w:p>
    <w:p>
      <w:pPr>
        <w:jc w:val="right"/>
      </w:pPr>
      <w:r>
        <w:t>What are the obstacles to this goal? Kindly explain."</w:t>
      </w:r>
    </w:p>
    <w:p>
      <w:r>
        <w:rPr>
          <w:b/>
        </w:rPr>
        <w:t xml:space="preserve">[1:20:39] </w:t>
      </w:r>
      <w:r>
        <w:t>bhai, mein to yeh samajhta hoon ke jo cheezein dikhai pad rahi theen, woh focus mein aati chali gayeen.</w:t>
      </w:r>
    </w:p>
    <w:p>
      <w:pPr>
        <w:jc w:val="right"/>
      </w:pPr>
      <w:r>
        <w:t>بھئی، میں تو یہ سمجھتا ہوں کہ جو چیزیں دکھائی پڑ رہی تھیں، وہ focus میں آتی چلی گئیں۔</w:t>
      </w:r>
    </w:p>
    <w:p>
      <w:r>
        <w:rPr>
          <w:b/>
        </w:rPr>
        <w:t xml:space="preserve">[1:20:46] </w:t>
      </w:r>
      <w:r>
        <w:t>matlab suraj, chand, pahad, samandar, woh dikhai de rahe the. aise hi hamare jo akabir hain, so-called bigs, woh dikhai dete hain.</w:t>
      </w:r>
    </w:p>
    <w:p>
      <w:pPr>
        <w:jc w:val="right"/>
      </w:pPr>
      <w:r>
        <w:t>مطلب سورج، چاند، پہاڑ، سمندر، وہ دکھائی دے رہے تھے۔ ایسے ہی ہمارے جو اکابر ہیں، so-called bigs، وہ دکھائی دیتے ہیں۔</w:t>
      </w:r>
    </w:p>
    <w:p>
      <w:r>
        <w:rPr>
          <w:b/>
        </w:rPr>
        <w:t xml:space="preserve">[1:20:57] </w:t>
      </w:r>
      <w:r>
        <w:t>hamari history jo hai, woh dikhai deti hai, woh focus mein rehti hai. isi ko log zyada badhate chadate hain. aur khuda dikhai nahin deta, is liye focus mein nahin aata.</w:t>
      </w:r>
    </w:p>
    <w:p>
      <w:pPr>
        <w:jc w:val="right"/>
      </w:pPr>
      <w:r>
        <w:t>ہماری history جو ہے، وہ دکھائی دیتی ہے، وہ focus میں رہتی ہے۔ اسی کو لوگ زیادہ بڑھاتے چڑھاتے ہیں۔ اور خدا دکھائی نہیں دیتا، اس لیے focus میں نہیں آتا۔</w:t>
      </w:r>
    </w:p>
    <w:p>
      <w:r>
        <w:rPr>
          <w:b/>
        </w:rPr>
        <w:t xml:space="preserve">[1:21:06] </w:t>
      </w:r>
      <w:r>
        <w:t>soch samajh kar aaye ga to sochta koi hai nahin. matlab poori history mein sab se zyada jo cheez kam hai, woh hai art of thinking.</w:t>
      </w:r>
    </w:p>
    <w:p>
      <w:pPr>
        <w:jc w:val="right"/>
      </w:pPr>
      <w:r>
        <w:t>سوچ سمجھ کر آئے گا تو سوچتا کوئی ہے نہیں۔ مطلب پوری history میں سب سے زیادہ جو چیز کم ہے، وہ ہے art of thinking۔</w:t>
      </w:r>
    </w:p>
    <w:p>
      <w:r>
        <w:rPr>
          <w:b/>
        </w:rPr>
        <w:t xml:space="preserve">[1:21:16] </w:t>
      </w:r>
      <w:r>
        <w:t>poori poori history mein art of thinking jo hai, is ka bohat hi kam logon ko is ki ahmiyat ka bhi pata hai. to soch na hone ki wajah se aisa hua.</w:t>
      </w:r>
    </w:p>
    <w:p>
      <w:pPr>
        <w:jc w:val="right"/>
      </w:pPr>
      <w:r>
        <w:t>پوری پوری history میں art of thinking جو ہے، اس کا بہت ہی کم لوگوں کو اس کی اہمیت کا بھی پتہ ہے۔ تو سوچ نہ ہونے کی وجہ سے ایسا ہوا۔</w:t>
      </w:r>
    </w:p>
    <w:p>
      <w:r>
        <w:rPr>
          <w:b/>
        </w:rPr>
        <w:t xml:space="preserve">[1:21:29] </w:t>
      </w:r>
      <w:r>
        <w:t>is liye hum apne mission mein bohat zyada zor dete hain, sochne, sochne, sochne.</w:t>
      </w:r>
    </w:p>
    <w:p>
      <w:pPr>
        <w:jc w:val="right"/>
      </w:pPr>
      <w:r>
        <w:t>اس لیے ہم اپنے مشن میں بہت زیادہ زور دیتے ہیں، سوچنے، سوچنے، سوچنے۔</w:t>
      </w:r>
    </w:p>
    <w:p>
      <w:r>
        <w:rPr>
          <w:b/>
        </w:rPr>
        <w:t xml:space="preserve">[1:21:38] </w:t>
      </w:r>
      <w:r>
        <w:t>jab sochen ge, tab khuda focus mein aa jayega. nahi to wahi cheezen focus mein rahen gi jo dikhai deti hain.</w:t>
      </w:r>
    </w:p>
    <w:p>
      <w:pPr>
        <w:jc w:val="right"/>
      </w:pPr>
      <w:r>
        <w:t>جب سوچیں گے، تب خدا focus میں آ جائے گا۔ نہیں تو وہی چیزیں focus میں رہیں گی جو دکھائی دیتی ہیں۔</w:t>
      </w:r>
    </w:p>
    <w:p>
      <w:r>
        <w:rPr>
          <w:b/>
        </w:rPr>
        <w:t xml:space="preserve">[1:21:45] </w:t>
      </w:r>
      <w:r>
        <w:t>mein to yeh samajhta hoon ke yahi waja hai is ki.</w:t>
      </w:r>
    </w:p>
    <w:p>
      <w:pPr>
        <w:jc w:val="right"/>
      </w:pPr>
      <w:r>
        <w:t>میں تو یہ سمجھتا ہوں کہ یہی وجہ ہے اس کی۔</w:t>
      </w:r>
    </w:p>
    <w:p>
      <w:r>
        <w:rPr>
          <w:b/>
        </w:rPr>
        <w:t xml:space="preserve">[1:21:50] </w:t>
      </w:r>
      <w:r>
        <w:t>maulana, agla sawal miss ayesha ka hai, nai dilli se. unhon ne likha hai ke "Those people who emphasize on tadabbur, they say that there is no need to do tilawat except tadabbur."</w:t>
      </w:r>
    </w:p>
    <w:p>
      <w:pPr>
        <w:jc w:val="right"/>
      </w:pPr>
      <w:r>
        <w:t>مولانا، اگلا سوال مس عائشہ کا ہے، نئی دہلی سے۔ انہوں نے لکھا ہے کہ "Those people who emphasize on تدبر, they say that there is no need to do تلاوت except تدبر.</w:t>
      </w:r>
    </w:p>
    <w:p>
      <w:r>
        <w:rPr>
          <w:b/>
        </w:rPr>
        <w:t xml:space="preserve">[1:22:04] </w:t>
      </w:r>
      <w:r>
        <w:t>kindly explain what is the practical way of tilawat and tadabbur." woh bhi galat hai ke tilawat hi band kar di jaye.</w:t>
      </w:r>
    </w:p>
    <w:p>
      <w:pPr>
        <w:jc w:val="right"/>
      </w:pPr>
      <w:r>
        <w:t>Kindly explain what is the practical way of تلاوت and تدبر." وہ بھی غلط ہے کہ تلاوت ہی بند کر دی جائے۔</w:t>
      </w:r>
    </w:p>
    <w:p>
      <w:r>
        <w:rPr>
          <w:b/>
        </w:rPr>
        <w:t xml:space="preserve">[1:22:13] </w:t>
      </w:r>
      <w:r>
        <w:t>yeh matlab nahi hai. matlab tilawat karne dijiye aadmi ko. maryam batayen ke tilawat tadabbur ke sath hona chahiye.</w:t>
      </w:r>
    </w:p>
    <w:p>
      <w:pPr>
        <w:jc w:val="right"/>
      </w:pPr>
      <w:r>
        <w:t>یہ مطلب نہیں ہے۔ مطلب تلاوت کرنے دیجیے آدمی کو۔ مریم بتائیں کہ تلاوت تدبر کے ساتھ ہونا چاہیے۔</w:t>
      </w:r>
    </w:p>
    <w:p>
      <w:r>
        <w:rPr>
          <w:b/>
        </w:rPr>
        <w:t xml:space="preserve">[1:22:23] </w:t>
      </w:r>
      <w:r>
        <w:t>is ko band kar ke nahi. mera maslak yahi hai ke koi shakhs tilawat karta hai to hum yeh nahi kehte ke tilawat mat karo. mein kahoon ke tilawat karo to samajh boojh ke karo.</w:t>
      </w:r>
    </w:p>
    <w:p>
      <w:pPr>
        <w:jc w:val="right"/>
      </w:pPr>
      <w:r>
        <w:t>اس کو بند کر کے نہیں۔ میرا مسلک یہی ہے کہ کوئی شخص تلاوت کرتا ہے تو ہم یہ نہیں کہتے کہ تلاوت مت کرو۔ میں کہوں کہ تلاوت کرو تو سمجھ بوجھ کے کرو۔</w:t>
      </w:r>
    </w:p>
    <w:p>
      <w:r>
        <w:rPr>
          <w:b/>
        </w:rPr>
        <w:t xml:space="preserve">[1:22:34] </w:t>
      </w:r>
      <w:r>
        <w:t>kyun ke tilawat plus, tilawat plus ke taur par batata hoon mein. yahi sahi samajhta hoon mein is ko</w:t>
      </w:r>
    </w:p>
    <w:p>
      <w:pPr>
        <w:jc w:val="right"/>
      </w:pPr>
      <w:r>
        <w:t>کیونکہ تلاوت plus، تلاوت plus کے طور پر بتاتا ہوں میں۔ یہی صحیح سمجھتا ہوں میں اس کو</w:t>
      </w:r>
    </w:p>
    <w:p>
      <w:r>
        <w:rPr>
          <w:b/>
        </w:rPr>
        <w:t xml:space="preserve">[1:22:42] </w:t>
      </w:r>
      <w:r>
        <w:t>. mumbai se. in chapter 2 of the quran, the verse starts as, "this is the book; there is no doubt in it.</w:t>
      </w:r>
    </w:p>
    <w:p>
      <w:pPr>
        <w:jc w:val="right"/>
      </w:pPr>
      <w:r>
        <w:t>۔ मुंबई से। In Chapter 2 of the Quran, the verse starts as, "This is the Book; there is no doubt in it.</w:t>
      </w:r>
    </w:p>
    <w:p>
      <w:r>
        <w:rPr>
          <w:b/>
        </w:rPr>
        <w:t xml:space="preserve">[1:22:52] </w:t>
      </w:r>
      <w:r>
        <w:t>it is a guide for those who are mindful of god, who believe in the unseen and are steadfast in prayers, and spend out of what we have provided them with.</w:t>
      </w:r>
    </w:p>
    <w:p>
      <w:pPr>
        <w:jc w:val="right"/>
      </w:pPr>
      <w:r>
        <w:t>It is a guide for those who are mindful of God, who believe in the unseen and are steadfast in prayers, and spend out of what we have provided them with.</w:t>
      </w:r>
    </w:p>
    <w:p>
      <w:r>
        <w:rPr>
          <w:b/>
        </w:rPr>
        <w:t xml:space="preserve">[1:23:05] </w:t>
      </w:r>
      <w:r>
        <w:t>those who believe in the revelation sent down to you and in what was sent before you, and firmly believe in the life to come."</w:t>
      </w:r>
    </w:p>
    <w:p>
      <w:pPr>
        <w:jc w:val="right"/>
      </w:pPr>
      <w:r>
        <w:t>Those who believe in the revelation sent down to you and in what was sent before you, and firmly believe in the life to come."</w:t>
      </w:r>
    </w:p>
    <w:p>
      <w:r>
        <w:rPr>
          <w:b/>
        </w:rPr>
        <w:t xml:space="preserve">[1:23:15] </w:t>
      </w:r>
      <w:r>
        <w:t>maulana, these verses without any ambiguity proclaim that if one lacks in taqwa, there is no guidance for him in the quran.</w:t>
      </w:r>
    </w:p>
    <w:p>
      <w:pPr>
        <w:jc w:val="right"/>
      </w:pPr>
      <w:r>
        <w:t>मौलाना, these verses without any ambiguity proclaim that if one lacks in taqwa, there is no guidance for him in the Quran.</w:t>
      </w:r>
    </w:p>
    <w:p>
      <w:r>
        <w:rPr>
          <w:b/>
        </w:rPr>
        <w:t xml:space="preserve">[1:23:25] </w:t>
      </w:r>
      <w:r>
        <w:t>in other words, it can be said that taqwa is the starter to the quran. does this mean that the dava work does not begin with the quran but with the development of god-fearing thinking in people in terms of the quran and taqwa?</w:t>
      </w:r>
    </w:p>
    <w:p>
      <w:pPr>
        <w:jc w:val="right"/>
      </w:pPr>
      <w:r>
        <w:t>In other words, it can be said that taqwa is the starter to the Quran. Does this mean that the dava work does not begin with the Quran but with the development of God-fearing thinking in people in terms of the Quran and taqwa?</w:t>
      </w:r>
    </w:p>
    <w:p>
      <w:r>
        <w:rPr>
          <w:b/>
        </w:rPr>
        <w:t xml:space="preserve">[1:23:42] </w:t>
      </w:r>
      <w:r>
        <w:t>if it is so, how to work towards the development of god-fearing thinking in people?</w:t>
      </w:r>
    </w:p>
    <w:p>
      <w:pPr>
        <w:jc w:val="right"/>
      </w:pPr>
      <w:r>
        <w:t>If it is so, how to work towards the development of God-fearing thinking in people?</w:t>
      </w:r>
    </w:p>
    <w:p>
      <w:r>
        <w:rPr>
          <w:b/>
        </w:rPr>
        <w:t xml:space="preserve">[1:23:57] </w:t>
      </w:r>
      <w:r>
        <w:t>ab is ke liye koi technique to mujhe nahi maloom hai. study kijiye, study kijiye, study kijiye. study se woh baat develop ho jayegi.</w:t>
      </w:r>
    </w:p>
    <w:p>
      <w:pPr>
        <w:jc w:val="right"/>
      </w:pPr>
      <w:r>
        <w:t>اب اس کے لیے کوئی technique تو مجھے نہیں معلوم ہے۔ اسٹڈی کیجیے، اسٹڈی کیجیے، اسٹڈی کیجیے۔ اسٹڈی سے وہ بات develop ہو جائے گی۔</w:t>
      </w:r>
    </w:p>
    <w:p>
      <w:r>
        <w:rPr>
          <w:b/>
        </w:rPr>
        <w:t xml:space="preserve">[1:24:07] </w:t>
      </w:r>
      <w:r>
        <w:t>hamari literature bhi isi ke liye sab likha gaya hai.</w:t>
      </w:r>
    </w:p>
    <w:p>
      <w:pPr>
        <w:jc w:val="right"/>
      </w:pPr>
      <w:r>
        <w:t>ہماری literature بھی اسی کے لیے سب لکھا گیا ہے۔</w:t>
      </w:r>
    </w:p>
    <w:p>
      <w:r>
        <w:rPr>
          <w:b/>
        </w:rPr>
        <w:t xml:space="preserve">[1:24:12] </w:t>
      </w:r>
      <w:r>
        <w:t>mein samajhta hoon ke koi bhi dosra rasta nahi hai siwaye is ke ke aap zyada se zyada study karen aadmi.</w:t>
      </w:r>
    </w:p>
    <w:p>
      <w:pPr>
        <w:jc w:val="right"/>
      </w:pPr>
      <w:r>
        <w:t>میں سمجھتا ہوں کہ کوئی بھی دوسرا راستہ نہیں ہے سوائے اس کے کہ آپ زیادہ سے زیادہ study کریں آدمی۔</w:t>
      </w:r>
    </w:p>
    <w:p>
      <w:r>
        <w:rPr>
          <w:b/>
        </w:rPr>
        <w:t xml:space="preserve">[1:24:22] </w:t>
      </w:r>
      <w:r>
        <w:t>maulana, agla sawal maulana zakwan nadvi ka hai, dilli se. unhon ne likha hai ke "in chapter 38 of quran, verse number 29, there is a mention of word 'mubarak' and 'tadabbur.' he wants you to explain that verse."</w:t>
      </w:r>
    </w:p>
    <w:p>
      <w:pPr>
        <w:jc w:val="right"/>
      </w:pPr>
      <w:r>
        <w:t>मौलाना, अगला सवाल मौलाना ज़कवान नदवी का है, दिल्ली से। उन्होंने लिखा है कि "In Chapter 38 of Quran, verse number 29, there is a mention of word 'mubarak' and 'tadabbur.' He wants you to explain that verse."</w:t>
      </w:r>
    </w:p>
    <w:p>
      <w:r>
        <w:rPr>
          <w:b/>
        </w:rPr>
        <w:t xml:space="preserve">[1:24:41] </w:t>
      </w:r>
      <w:r>
        <w:t>mubarak ke dekhen, literal meaning hai barkat wala. barkat wala mein ke is ke bohat zyada is ke andar gehre maani hon, gehri meaning ho.</w:t>
      </w:r>
    </w:p>
    <w:p>
      <w:pPr>
        <w:jc w:val="right"/>
      </w:pPr>
      <w:r>
        <w:t>مبارک کے دیکھیں، literal meaning ہے برکت والا۔ برکت والا میں کہ اس کے بہت زیادہ اس کے اندر گہرے معنی ہوں، گہری meaning ہو۔</w:t>
      </w:r>
    </w:p>
    <w:p>
      <w:r>
        <w:rPr>
          <w:b/>
        </w:rPr>
        <w:t xml:space="preserve">[1:24:51] </w:t>
      </w:r>
      <w:r>
        <w:t>bohat si baaten is ke andar chupi hui hon. bohat si is ke andar cheezen hon. to woh khulen gi kaise? tadabbur se khulen gi.</w:t>
      </w:r>
    </w:p>
    <w:p>
      <w:pPr>
        <w:jc w:val="right"/>
      </w:pPr>
      <w:r>
        <w:t>بہت سی باتیں اس کے اندر چھپی ہوئی ہوں۔ بہت سی اس کے اندر چیزیں ہوں۔ تو وہ کھلیں گی کیسے؟ تدبر سے کھلیں گی۔</w:t>
      </w:r>
    </w:p>
    <w:p>
      <w:r>
        <w:rPr>
          <w:b/>
        </w:rPr>
        <w:t xml:space="preserve">[1:25:00] </w:t>
      </w:r>
      <w:r>
        <w:t>donon ek dusre se jure hue hain, donon lafz. ke tadabbur karen ge to jo barkat hai is ke andar hai, woh sab aap par khulti chali jayen gi.</w:t>
      </w:r>
    </w:p>
    <w:p>
      <w:pPr>
        <w:jc w:val="right"/>
      </w:pPr>
      <w:r>
        <w:t>دونوں ایک دوسرے سے جڑے ہوئے ہیں، دونوں لفظ۔ کہ تدبر کریں گے تو جو برکت ہے اس کے اندر ہے، وہ سب آپ پر کھلتی چلی جائیں گی۔</w:t>
      </w:r>
    </w:p>
    <w:p>
      <w:r>
        <w:rPr>
          <w:b/>
        </w:rPr>
        <w:t xml:space="preserve">[1:25:09] </w:t>
      </w:r>
      <w:r>
        <w:t>mein samajhta hoon yahi matlab hai is ka.</w:t>
      </w:r>
    </w:p>
    <w:p>
      <w:pPr>
        <w:jc w:val="right"/>
      </w:pPr>
      <w:r>
        <w:t>میں سمجھتا ہوں یہی مطلب ہے اس کا۔</w:t>
      </w:r>
    </w:p>
    <w:p>
      <w:r>
        <w:rPr>
          <w:b/>
        </w:rPr>
        <w:t xml:space="preserve">[1:25:14] </w:t>
      </w:r>
      <w:r>
        <w:t>maulana, agla sawal ah, mister owais siddiqui ka hai, new dilli se. unhon ne likha hai ke "quran always asks people to ponder over the signs of god scattered in the universe,</w:t>
      </w:r>
    </w:p>
    <w:p>
      <w:pPr>
        <w:jc w:val="right"/>
      </w:pPr>
      <w:r>
        <w:t>मौलाना, अगला सवाल آہ، مسٹر اویس صدیقی کا ہے، نیو دہلی سے۔ انہوں نے لکھا ہے کہ "Quran always asks people to ponder over the signs of God scattered in the universe,</w:t>
      </w:r>
    </w:p>
    <w:p>
      <w:r>
        <w:rPr>
          <w:b/>
        </w:rPr>
        <w:t xml:space="preserve">[1:25:27] </w:t>
      </w:r>
      <w:r>
        <w:t>whether it is rational level or intuitional level. what is the demarcation line between the two?"</w:t>
      </w:r>
    </w:p>
    <w:p>
      <w:pPr>
        <w:jc w:val="right"/>
      </w:pPr>
      <w:r>
        <w:t>whether it is rational level or intuitional level. What is the demarcation line between the two?"</w:t>
      </w:r>
    </w:p>
    <w:p>
      <w:r>
        <w:rPr>
          <w:b/>
        </w:rPr>
        <w:t xml:space="preserve">[1:25:38] </w:t>
      </w:r>
      <w:r>
        <w:t>ise pichli bar mein ne kaha tha ke rational level hum ko sirf probability aur probability tak pohanchata hai. rational thinking jo hai, ya rational argument jo hai, woh sirf pohanchata hai probability tak.</w:t>
      </w:r>
    </w:p>
    <w:p>
      <w:pPr>
        <w:jc w:val="right"/>
      </w:pPr>
      <w:r>
        <w:t>اسے پچھلی بار میں نے کہا تھا کہ rational level ہم کو صرف probability اور probability تک پہنچاتا ہے۔ rational thinking جو ہے، یا rational argument جو ہے، وہ صرف پہنچاتا ہے probability تک۔</w:t>
      </w:r>
    </w:p>
    <w:p>
      <w:r>
        <w:rPr>
          <w:b/>
        </w:rPr>
        <w:t xml:space="preserve">[1:25:53] </w:t>
      </w:r>
      <w:r>
        <w:t>lekin wahan jab pohanchne ke baad phir darwaza ek aur khul jata hai, us ko hum intuition kehte hain. jo yeh yeh na tay kare to agla darwaza bhi us ko nahi khule ga.</w:t>
      </w:r>
    </w:p>
    <w:p>
      <w:pPr>
        <w:jc w:val="right"/>
      </w:pPr>
      <w:r>
        <w:t>لیکن وہاں جب پہنچنے کے بعد پھر دروازہ ایک اور کھل جاتا ہے، اس کو ہم intuition کہتے ہیں۔ جو یہ یہ نہ طے کرے تو اگلا دروازہ بھی اس کو نہیں کھلے گا۔</w:t>
      </w:r>
    </w:p>
    <w:p>
      <w:r>
        <w:rPr>
          <w:b/>
        </w:rPr>
        <w:t xml:space="preserve">[1:26:07] </w:t>
      </w:r>
      <w:r>
        <w:t>is ko to is ki aik had hai. yani rational soch soch ki aik had hai. is ki aik limit hai. lekin jahan limit khatam hoti hai, wohin doosra had shuru ho jati hai.</w:t>
      </w:r>
    </w:p>
    <w:p>
      <w:pPr>
        <w:jc w:val="right"/>
      </w:pPr>
      <w:r>
        <w:t>اس کو تو اس کی ایک حد ہے۔ یعنی rational سوچ سوچ کی ایک حد ہے۔ اس کی ایک limit ہے۔ لیکن جہاں limit ختم ہوتی ہے، وہیں دوسرا حد شروع ہو جاتی ہے۔</w:t>
      </w:r>
    </w:p>
    <w:p>
      <w:r>
        <w:rPr>
          <w:b/>
        </w:rPr>
        <w:t xml:space="preserve">[1:26:19] </w:t>
      </w:r>
      <w:r>
        <w:t>jo aap yani woh prepared ho jata hai is baat ke liye ke is ke liye agla darwaza khule. mera tajurba to yahi hai.</w:t>
      </w:r>
    </w:p>
    <w:p>
      <w:pPr>
        <w:jc w:val="right"/>
      </w:pPr>
      <w:r>
        <w:t>جو آپ یعنی وہ prepared ہو جاتا ہے اس بات کے لیے کہ اس کے لیے اگلا دروازہ کھلے۔ میرا تجربہ تو یہی ہے۔</w:t>
      </w:r>
    </w:p>
    <w:p>
      <w:r>
        <w:rPr>
          <w:b/>
        </w:rPr>
        <w:t xml:space="preserve">[1:26:34] </w:t>
      </w:r>
      <w:r>
        <w:t>maulana, agla sawal aya hai ah rae pur se, miss shabana ka. woh pooch rahi hain "What is the method to do Talife Qalb?" hmm "What is the method to do Talife Qalb?" Method kya hai?</w:t>
      </w:r>
    </w:p>
    <w:p>
      <w:pPr>
        <w:jc w:val="right"/>
      </w:pPr>
      <w:r>
        <w:t>मौलाना, अगला सवाल آیا ہے آہ رائے پور سے، مس شبانہ کا۔ وہ پوچھ رہی ہیں "What is the method to do Talife Qalb?" ہمم "What is the method to do Talife Qalb?" Method کیا ہے؟</w:t>
      </w:r>
    </w:p>
    <w:p>
      <w:r>
        <w:rPr>
          <w:b/>
        </w:rPr>
        <w:t xml:space="preserve">[1:26:49] </w:t>
      </w:r>
      <w:r>
        <w:t>aap doosron ke khair khwah ban jaiye. yani woh well-wisher ban jaiye.</w:t>
      </w:r>
    </w:p>
    <w:p>
      <w:pPr>
        <w:jc w:val="right"/>
      </w:pPr>
      <w:r>
        <w:t>آپ دوسروں کے خیر خواہ بن جائیے۔ یعنی وہ well-wisher بن جائیے۔</w:t>
      </w:r>
    </w:p>
    <w:p>
      <w:r>
        <w:rPr>
          <w:b/>
        </w:rPr>
        <w:t xml:space="preserve">[1:26:59] </w:t>
      </w:r>
      <w:r>
        <w:t>bas yeh. yeh koi method to is ka hai hi nahin.</w:t>
      </w:r>
    </w:p>
    <w:p>
      <w:pPr>
        <w:jc w:val="right"/>
      </w:pPr>
      <w:r>
        <w:t>بس یہ۔ یہ کوئی method تو اس کا ہے ہی نہیں۔</w:t>
      </w:r>
    </w:p>
    <w:p>
      <w:r>
        <w:rPr>
          <w:b/>
        </w:rPr>
        <w:t xml:space="preserve">[1:27:02] </w:t>
      </w:r>
      <w:r>
        <w:t>jaise maa ka bachcha paida hota hai to koi bataye ke tum kaise bachche ki khair khwahi karo.</w:t>
      </w:r>
    </w:p>
    <w:p>
      <w:pPr>
        <w:jc w:val="right"/>
      </w:pPr>
      <w:r>
        <w:t>جیسے ماں کا بچہ پیدا ہوتا ہے تو کوئی بتائے کہ تم کیسے بچے کی خیر خواہی کرو۔</w:t>
      </w:r>
    </w:p>
    <w:p>
      <w:r>
        <w:rPr>
          <w:b/>
        </w:rPr>
        <w:t xml:space="preserve">[1:27:10] </w:t>
      </w:r>
      <w:r>
        <w:t>woh to khud hi is ka yani jo motherhood hai, woh batata hai. to logon ko asal mein koi dilchaspi nahin hai insaan se.</w:t>
      </w:r>
    </w:p>
    <w:p>
      <w:pPr>
        <w:jc w:val="right"/>
      </w:pPr>
      <w:r>
        <w:t>وہ تو خود ہی اس کا یعنی جو motherhood ہے، وہ بتاتا ہے۔ تو لوگوں کو اصل میں کوئی دلچسپی نہیں ہے انسان سے۔</w:t>
      </w:r>
    </w:p>
    <w:p>
      <w:r>
        <w:rPr>
          <w:b/>
        </w:rPr>
        <w:t xml:space="preserve">[1:27:20] </w:t>
      </w:r>
      <w:r>
        <w:t>apne apni family se dilchaspi hai logon ko. saare jo un ki dilchaspiyan hain, woh sab lagi rehti hain.</w:t>
      </w:r>
    </w:p>
    <w:p>
      <w:pPr>
        <w:jc w:val="right"/>
      </w:pPr>
      <w:r>
        <w:t>اپنے اپنی family سے دلچسپی ہے لوگوں کو۔ سارے جو ان کی دلچسپیاں ہیں، وہ سب لگی رہتی ہیں۔</w:t>
      </w:r>
    </w:p>
    <w:p>
      <w:r>
        <w:rPr>
          <w:b/>
        </w:rPr>
        <w:t xml:space="preserve">[1:27:29] </w:t>
      </w:r>
      <w:r>
        <w:t>family bhi lagi rehti hai.</w:t>
      </w:r>
    </w:p>
    <w:p>
      <w:pPr>
        <w:jc w:val="right"/>
      </w:pPr>
      <w:r>
        <w:t>family بھی لگی رہتی ہے۔</w:t>
      </w:r>
    </w:p>
    <w:p>
      <w:r>
        <w:rPr>
          <w:b/>
        </w:rPr>
        <w:t xml:space="preserve">[1:27:31] </w:t>
      </w:r>
      <w:r>
        <w:t>to koi method nahin hai. yeh distraction hai ke aap ki dilchaspiyan to family mein juri hui hain.</w:t>
      </w:r>
    </w:p>
    <w:p>
      <w:pPr>
        <w:jc w:val="right"/>
      </w:pPr>
      <w:r>
        <w:t>تو کوئی method نہیں ہے۔ یہ distraction ہے کہ آپ کی دلچسپیاں تو family میں جڑی ہوئی ہیں۔</w:t>
      </w:r>
    </w:p>
    <w:p>
      <w:r>
        <w:rPr>
          <w:b/>
        </w:rPr>
        <w:t xml:space="preserve">[1:27:41] </w:t>
      </w:r>
      <w:r>
        <w:t>aap soch kar ke yani apne mind mein yeh baat bithaiye ke hamein aik duty ada karna hai. woh duty ada karne ke liye hamein un ka well-wisher banna parega.</w:t>
      </w:r>
    </w:p>
    <w:p>
      <w:pPr>
        <w:jc w:val="right"/>
      </w:pPr>
      <w:r>
        <w:t>آپ سوچ کر کے یعنی اپنے mind میں یہ بات بٹھائیے کہ ہمیں ایک ڈیوٹی ادا کرنا ہے۔ وہ ڈیوٹی ادا کرنے کے لیے ہمیں ان کا well-wisher بننا پڑے گا۔</w:t>
      </w:r>
    </w:p>
    <w:p>
      <w:r>
        <w:rPr>
          <w:b/>
        </w:rPr>
        <w:t xml:space="preserve">[1:27:51] </w:t>
      </w:r>
      <w:r>
        <w:t>to apne aap aik madhu-friendly culture develop karta hai.</w:t>
      </w:r>
    </w:p>
    <w:p>
      <w:pPr>
        <w:jc w:val="right"/>
      </w:pPr>
      <w:r>
        <w:t>تو اپنے آپ ایک madhu-friendly culture develop کرتا ہے۔</w:t>
      </w:r>
    </w:p>
    <w:p>
      <w:r>
        <w:rPr>
          <w:b/>
        </w:rPr>
        <w:t xml:space="preserve">[1:27:58] </w:t>
      </w:r>
      <w:r>
        <w:t>sab kuch sochne par depend karta hai.</w:t>
      </w:r>
    </w:p>
    <w:p>
      <w:pPr>
        <w:jc w:val="right"/>
      </w:pPr>
      <w:r>
        <w:t>سب کچھ سوچنے پر depend کرتا ہے۔</w:t>
      </w:r>
    </w:p>
    <w:p>
      <w:r>
        <w:rPr>
          <w:b/>
        </w:rPr>
        <w:t xml:space="preserve">[1:28:03] </w:t>
      </w:r>
      <w:r>
        <w:t>maulana, agla sawal mister jaan muhammad bhatt ka hai, afghanistan se. unhon ne likha hai ke "In Afghanistan, when people see an English Quran, they tend to consider this a form of blasphemy,</w:t>
      </w:r>
    </w:p>
    <w:p>
      <w:pPr>
        <w:jc w:val="right"/>
      </w:pPr>
      <w:r>
        <w:t>मौलाना, अगला सवाल مسٹر جان محمد بھٹ کا ہے، افغانستان سے۔ انہوں نے لکھا ہے کہ "In Afghanistan, when people see an English Quran, they tend to consider this a form of blasphemy,</w:t>
      </w:r>
    </w:p>
    <w:p>
      <w:r>
        <w:rPr>
          <w:b/>
        </w:rPr>
        <w:t xml:space="preserve">[1:28:18] </w:t>
      </w:r>
      <w:r>
        <w:t>since the Quran can only be in Arabic, and the word Quran applies to both the Arabic text and the meaning of the Quran.</w:t>
      </w:r>
    </w:p>
    <w:p>
      <w:pPr>
        <w:jc w:val="right"/>
      </w:pPr>
      <w:r>
        <w:t>since the Quran can only be in Arabic, and the word Quran applies to both the Arabic text and the meaning of the Quran.</w:t>
      </w:r>
    </w:p>
    <w:p>
      <w:r>
        <w:rPr>
          <w:b/>
        </w:rPr>
        <w:t xml:space="preserve">[1:28:27] </w:t>
      </w:r>
      <w:r>
        <w:t>Do they have a point here</w:t>
      </w:r>
    </w:p>
    <w:p>
      <w:pPr>
        <w:jc w:val="right"/>
      </w:pPr>
      <w:r>
        <w:t>Do they have a point here</w:t>
      </w:r>
    </w:p>
    <w:p>
      <w:r>
        <w:rPr>
          <w:b/>
        </w:rPr>
        <w:t xml:space="preserve">[1:28:30] </w:t>
      </w:r>
      <w:r>
        <w:t>?" dekhen, yeh hamare ulama ki bohat bari ghalti hai. bohat bari ghalti hai. ke unhon ne yeh keh diya ke jab tak matan saaf aur naik kiya jaye, sirf tarjuma nahin hona chahiye.</w:t>
      </w:r>
    </w:p>
    <w:p>
      <w:pPr>
        <w:jc w:val="right"/>
      </w:pPr>
      <w:r>
        <w:t>?" دیکھیں، یہ ہمارے علماء کی بہت بڑی غلطی ہے۔ بہت بڑی غلطی ہے۔ کہ انہوں نے یہ کہہ دیا کہ جب تک متن صاف اور نیک کیا جائے، صرف ترجمہ نہیں ہونا چاہیے۔</w:t>
      </w:r>
    </w:p>
    <w:p>
      <w:r>
        <w:rPr>
          <w:b/>
        </w:rPr>
        <w:t xml:space="preserve">[1:28:45] </w:t>
      </w:r>
      <w:r>
        <w:t>yeh bilkul galat hai. yeh aisa fatwa bhi galat hai. aisi soch bhi galat hai. is ki koi base nahin hai.</w:t>
      </w:r>
    </w:p>
    <w:p>
      <w:pPr>
        <w:jc w:val="right"/>
      </w:pPr>
      <w:r>
        <w:t>یہ بالکل غلط ہے۔ یہ ایسا فتویٰ بھی غلط ہے۔ ایسی سوچ بھی غلط ہے۔ اس کی کوئی base نہیں ہے۔</w:t>
      </w:r>
    </w:p>
    <w:p>
      <w:r>
        <w:rPr>
          <w:b/>
        </w:rPr>
        <w:t xml:space="preserve">[1:28:53] </w:t>
      </w:r>
      <w:r>
        <w:t>kaise aap quran ko phailayenge?</w:t>
      </w:r>
    </w:p>
    <w:p>
      <w:pPr>
        <w:jc w:val="right"/>
      </w:pPr>
      <w:r>
        <w:t>کیسے آپ قرآن کو پھیلائیں گے؟</w:t>
      </w:r>
    </w:p>
    <w:p>
      <w:r>
        <w:rPr>
          <w:b/>
        </w:rPr>
        <w:t xml:space="preserve">[1:28:57] </w:t>
      </w:r>
      <w:r>
        <w:t>yani zaroorat ke tehat dekhen. imam abu hanifa ne no musalmanon ke liye zaroorat ke tehat ijazat di thi ke woh farsi mein namaz padhen.</w:t>
      </w:r>
    </w:p>
    <w:p>
      <w:pPr>
        <w:jc w:val="right"/>
      </w:pPr>
      <w:r>
        <w:t>یعنی ضرورت کے تحت دیکھیں۔ امام ابو حنیفہ نے نو مسلموں کے لیے ضرورت کے تحت اجازت دی تھی کہ وہ فارسی میں نماز پڑھیں۔</w:t>
      </w:r>
    </w:p>
    <w:p>
      <w:r>
        <w:rPr>
          <w:b/>
        </w:rPr>
        <w:t xml:space="preserve">[1:29:09] </w:t>
      </w:r>
      <w:r>
        <w:t>zahir hai ke namaz arabi mein padhi jati hai. lekin imam abu hanifa ne kaha ke jo no musalman hain, jo arabi nahin padh sakte, woh farsi mein namaz padh len. waqti taur par.</w:t>
      </w:r>
    </w:p>
    <w:p>
      <w:pPr>
        <w:jc w:val="right"/>
      </w:pPr>
      <w:r>
        <w:t>ظاہر ہے کہ نماز عربی میں پڑھی جاتی ہے۔ لیکن امام ابو حنیفہ نے کہا کہ جو نو مسلم ہیں، جو عربی نہیں پڑھ سکتے، وہ فارسی میں نماز پڑھ لیں۔ وقتی طور پر۔</w:t>
      </w:r>
    </w:p>
    <w:p>
      <w:r>
        <w:rPr>
          <w:b/>
        </w:rPr>
        <w:t xml:space="preserve">[1:29:18] </w:t>
      </w:r>
      <w:r>
        <w:t>wa-al-zarooratu tawbee'u al-mahzooraat aik hai kaam allah. aik hai law of necessity.</w:t>
      </w:r>
    </w:p>
    <w:p>
      <w:pPr>
        <w:jc w:val="right"/>
      </w:pPr>
      <w:r>
        <w:t>وَالضَّرُورَاتُ تَوْبِيعُ الْمَحْضُورَاتِ ایک ہے کام اللہ۔ ایک ہے law of necessity۔</w:t>
      </w:r>
    </w:p>
    <w:p>
      <w:r>
        <w:rPr>
          <w:b/>
        </w:rPr>
        <w:t xml:space="preserve">[1:29:28] </w:t>
      </w:r>
      <w:r>
        <w:t>jab hamein pahunchana hai dawat to aur konsa doosra tareeqa hai? koi doosra tareeqa nahin. to yeh ulama ne galat aik cheez phaila rakhi hai logon ke andar.</w:t>
      </w:r>
    </w:p>
    <w:p>
      <w:pPr>
        <w:jc w:val="right"/>
      </w:pPr>
      <w:r>
        <w:t>جب ہمیں پہنچانا ہے دعوت تو اور کون سا دوسرا طریقہ ہے؟ کوئی دوسرا طریقہ نہیں۔ تو یہ علماء نے غلط ایک چیز پھیلا رکھی ہے لوگوں کے اندر۔</w:t>
      </w:r>
    </w:p>
    <w:p>
      <w:r>
        <w:rPr>
          <w:b/>
        </w:rPr>
        <w:t xml:space="preserve">[1:29:40] </w:t>
      </w:r>
      <w:r>
        <w:t>ulama ko apni rai wapas lena chahiye. aur dawat ka darwaza band kar rakha hai logon ne. yani yeh ulama hain jinhon ne dawat ka darwaza band kar rakha hai.</w:t>
      </w:r>
    </w:p>
    <w:p>
      <w:pPr>
        <w:jc w:val="right"/>
      </w:pPr>
      <w:r>
        <w:t>علماء کو اپنی رائے واپس لینا چاہیے۔ اور دعوت کا دروازہ بند کر رکھا ہے لوگوں نے۔ یعنی یہ علماء ہیں جنہوں نے دعوت کا دروازہ بند کر رکھا ہے۔</w:t>
      </w:r>
    </w:p>
    <w:p>
      <w:r>
        <w:rPr>
          <w:b/>
        </w:rPr>
        <w:t xml:space="preserve">[1:29:49] </w:t>
      </w:r>
      <w:r>
        <w:t>yeh khwamkhwah ke aik fatwa de rakha hai ke matan ke sath chhapa jaye. matan alag rahega, woh alag rahega.</w:t>
      </w:r>
    </w:p>
    <w:p>
      <w:pPr>
        <w:jc w:val="right"/>
      </w:pPr>
      <w:r>
        <w:t>یہ خوامخواہ کے ایک فتویٰ دے رکھا ہے کہ متن کے ساتھ چھاپا جائے۔ متن الگ رہے گا، وہ الگ رہے گا۔</w:t>
      </w:r>
    </w:p>
    <w:p>
      <w:r>
        <w:rPr>
          <w:b/>
        </w:rPr>
        <w:t xml:space="preserve">[1:29:56] </w:t>
      </w:r>
      <w:r>
        <w:t>matan itna zyada aam ho chuka hai ke har masjid mein, har library mein, har ghar mein, har jagah maujood hai woh. to woh daur khatm hoga jab quran ki hifazat khatre mein thi.</w:t>
      </w:r>
    </w:p>
    <w:p>
      <w:pPr>
        <w:jc w:val="right"/>
      </w:pPr>
      <w:r>
        <w:t>متن اتنا زیادہ عام ہو چکا ہے کہ ہر مسجد میں، ہر لائبریری میں، ہر گھر میں، ہر جگہ موجود ہے وہ۔ تو وہ دور ختم ہوگا جب قرآن کی حفاظت خطرے میں تھی۔</w:t>
      </w:r>
    </w:p>
    <w:p>
      <w:r>
        <w:rPr>
          <w:b/>
        </w:rPr>
        <w:t xml:space="preserve">[1:30:09] </w:t>
      </w:r>
      <w:r>
        <w:t>ab ab quran ki hifazat khatre mein hai hi nahin. quran already preserve ho chuka hai, mehfooz ho chuka hai. to ab jitne bhi tareeqe hain, is ke message ko phailane ke liye ikhtiyar kijiye.</w:t>
      </w:r>
    </w:p>
    <w:p>
      <w:pPr>
        <w:jc w:val="right"/>
      </w:pPr>
      <w:r>
        <w:t>اب اب قرآن کی حفاظت خطرے میں ہے ہی نہیں۔ قرآن already preserve ہو چکا ہے، محفوظ ہو چکا ہے۔ تو اب جتنے بھی طریقے ہیں، اس کے message کو پھیلانے کے لیے اختیار کیجیے۔</w:t>
      </w:r>
    </w:p>
    <w:p>
      <w:r>
        <w:rPr>
          <w:b/>
        </w:rPr>
        <w:t xml:space="preserve">[1:30:20] </w:t>
      </w:r>
      <w:r>
        <w:t>isi wajah se ek hai translation.</w:t>
      </w:r>
    </w:p>
    <w:p>
      <w:pPr>
        <w:jc w:val="right"/>
      </w:pPr>
      <w:r>
        <w:t>اسی وجہ سے ایک ہے translation۔</w:t>
      </w:r>
    </w:p>
    <w:p>
      <w:r>
        <w:rPr>
          <w:b/>
        </w:rPr>
        <w:t xml:space="preserve">[1:30:24] </w:t>
      </w:r>
      <w:r>
        <w:t>yaani translation jo hai, matan ki jagah par ho jayega. woh daur hi khatm ho gaya. jaise bible jo hai, asal zaban mein nahin hai. kyun?</w:t>
      </w:r>
    </w:p>
    <w:p>
      <w:pPr>
        <w:jc w:val="right"/>
      </w:pPr>
      <w:r>
        <w:t>یعنی translation جو ہے، متن کی جگہ پر ہو جائے گا۔ وہ دور ہی ختم ہوگیا۔ جیسے بائبل جو ہے، اصل زبان میں نہیں ہے۔ کیوں؟</w:t>
      </w:r>
    </w:p>
    <w:p>
      <w:r>
        <w:rPr>
          <w:b/>
        </w:rPr>
        <w:t xml:space="preserve">[1:30:33] </w:t>
      </w:r>
      <w:r>
        <w:t>printing press tha nahin is zamane mein. ab ab kaun aisa kar sakta hai ke arabi ghayab ho jaye aur sirf tarjuma rahe? bilashuba yeh galat fatwa hai.</w:t>
      </w:r>
    </w:p>
    <w:p>
      <w:pPr>
        <w:jc w:val="right"/>
      </w:pPr>
      <w:r>
        <w:t>پرنٹنگ پریس تھا نہیں اس زمانے میں۔ اب اب کون ایسا کر سکتا ہے کہ عربی غائب ہو جائے اور صرف ترجمہ رہے؟ بلاشبہ یہ غلط فتویٰ ہے۔</w:t>
      </w:r>
    </w:p>
    <w:p>
      <w:r>
        <w:rPr>
          <w:b/>
        </w:rPr>
        <w:t xml:space="preserve">[1:30:44] </w:t>
      </w:r>
      <w:r>
        <w:t>aur is ki wajah se dawat ka kaam yaani mein rukawat hai yeh is ke fatwe.</w:t>
      </w:r>
    </w:p>
    <w:p>
      <w:pPr>
        <w:jc w:val="right"/>
      </w:pPr>
      <w:r>
        <w:t>اور اس کی وجہ سے دعوت کا کام یعنی میں رکاوٹ ہے یہ اس کے فتوٰی۔</w:t>
      </w:r>
    </w:p>
    <w:p>
      <w:r>
        <w:rPr>
          <w:b/>
        </w:rPr>
        <w:t xml:space="preserve">[1:30:51] </w:t>
      </w:r>
      <w:r>
        <w:t>maulana, we received a comment from mr. nafees shiraz from delhi. he has written: "itne behtareen dhang se tarjume o maani ke sath quran o hadith ko bayan karne wala wahiduddin khan jaisa koi bhi doosra aalim aaj ke zamane mein maujood nahin.</w:t>
      </w:r>
    </w:p>
    <w:p>
      <w:pPr>
        <w:jc w:val="right"/>
      </w:pPr>
      <w:r>
        <w:t>मौलाना, we received a comment from Mr. Nafees Shiraz from Delhi. He has written: "اتنے بہترین ڈھنگ سے ترجمے و معنی کے ساتھ قرآن و حدیث کو بیان کرنے والا وحید الدین خان جیسا کوئی بھی دوسرا عالم آج کے زمانے میں موجود نہیں۔</w:t>
      </w:r>
    </w:p>
    <w:p>
      <w:r>
        <w:rPr>
          <w:b/>
        </w:rPr>
        <w:t xml:space="preserve">[1:31:10] </w:t>
      </w:r>
      <w:r>
        <w:t>is liye main allah se har roz dua karta hoon ke aye allah, maulana ko kam se kam 120 saal ki aayu de taake un ke daura-e-islam ka real message zyada se zyada logon tak phailta rahe."</w:t>
      </w:r>
    </w:p>
    <w:p>
      <w:pPr>
        <w:jc w:val="right"/>
      </w:pPr>
      <w:r>
        <w:t>اس لیے میں اللہ سے ہر روز دعا کرتا ہوں کہ اے اللہ، مولانا کو کم سے کم 120 سال کی آयु دے تاکہ ان کے دورہ اسلام کا real message زیادہ سے زیادہ لوگوں تک پہنچتا رہے۔"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