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Importance of Dua (Part 2) December 15, 2006</w:t>
      </w:r>
    </w:p>
    <w:p>
      <w:r>
        <w:t>https://www.youtube.com/watch?v=Y4-yjKi4WwI</w:t>
      </w:r>
    </w:p>
    <w:p>
      <w:r>
        <w:rPr>
          <w:b/>
        </w:rPr>
        <w:t xml:space="preserve">[00:14] </w:t>
      </w:r>
      <w:r>
        <w:t>ab yeh ghor kijiyey,</w:t>
      </w:r>
    </w:p>
    <w:p>
      <w:pPr>
        <w:jc w:val="right"/>
      </w:pPr>
      <w:r>
        <w:t>اب یہ غور کیجئے،</w:t>
      </w:r>
    </w:p>
    <w:p>
      <w:r>
        <w:rPr>
          <w:b/>
        </w:rPr>
        <w:t xml:space="preserve">[00:18] </w:t>
      </w:r>
      <w:r>
        <w:t>kijiyey yeh dua maine arz ki</w:t>
      </w:r>
    </w:p>
    <w:p>
      <w:pPr>
        <w:jc w:val="right"/>
      </w:pPr>
      <w:r>
        <w:t>کیجیے یہ دعا میں نے عرض کی</w:t>
      </w:r>
    </w:p>
    <w:p>
      <w:r>
        <w:rPr>
          <w:b/>
        </w:rPr>
        <w:t xml:space="preserve">[00:22] </w:t>
      </w:r>
      <w:r>
        <w:t>keh jo rehmat ke darwazey khol deti hai,</w:t>
      </w:r>
    </w:p>
    <w:p>
      <w:pPr>
        <w:jc w:val="right"/>
      </w:pPr>
      <w:r>
        <w:t>کہ جو رحمت کے دروازے کھول دیتی ہے،</w:t>
      </w:r>
    </w:p>
    <w:p>
      <w:r>
        <w:rPr>
          <w:b/>
        </w:rPr>
        <w:t xml:space="preserve">[00:29] </w:t>
      </w:r>
      <w:r>
        <w:t>woh kaise hasil hoti hai aur kis ko hasil hoti hai.</w:t>
      </w:r>
    </w:p>
    <w:p>
      <w:pPr>
        <w:jc w:val="right"/>
      </w:pPr>
      <w:r>
        <w:t>وہ کیسے حاصل ہوتی ہے اور کس کو حاصل ہوتی ہے۔</w:t>
      </w:r>
    </w:p>
    <w:p>
      <w:r>
        <w:rPr>
          <w:b/>
        </w:rPr>
        <w:t xml:space="preserve">[00:36] </w:t>
      </w:r>
      <w:r>
        <w:t>dekhiyey, is ki</w:t>
      </w:r>
    </w:p>
    <w:p>
      <w:pPr>
        <w:jc w:val="right"/>
      </w:pPr>
      <w:r>
        <w:t>دیکھیں، اس کی</w:t>
      </w:r>
    </w:p>
    <w:p>
      <w:r>
        <w:rPr>
          <w:b/>
        </w:rPr>
        <w:t xml:space="preserve">[00:40] </w:t>
      </w:r>
      <w:r>
        <w:t>sab se bari</w:t>
      </w:r>
    </w:p>
    <w:p>
      <w:pPr>
        <w:jc w:val="right"/>
      </w:pPr>
      <w:r>
        <w:t>سب سے بڑی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