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(Prophetic Wisdom)</w:t>
      </w:r>
    </w:p>
    <w:p>
      <w:r>
        <w:t>https://www.youtube.com/watch?v=aqw6nIwrhHw</w:t>
      </w:r>
    </w:p>
    <w:p>
      <w:r>
        <w:rPr>
          <w:b/>
        </w:rPr>
        <w:t xml:space="preserve">[00:11] </w:t>
      </w:r>
      <w:r>
        <w:t>bismillah rahman rahim.</w:t>
      </w:r>
    </w:p>
    <w:p>
      <w:pPr>
        <w:jc w:val="right"/>
      </w:pPr>
      <w:r>
        <w:t>بسم اللہ الرحمن الرحیم۔</w:t>
      </w:r>
    </w:p>
    <w:p>
      <w:r>
        <w:rPr>
          <w:b/>
        </w:rPr>
        <w:t xml:space="preserve">[00:26] </w:t>
      </w:r>
      <w:r>
        <w:t>ek hadith hai: paighambar-e-Islam sal-lal-lahu alaihi wasallam ne farmaya ke— dekhiye, hadithon mein do qism ki hadithain hain:</w:t>
      </w:r>
    </w:p>
    <w:p>
      <w:pPr>
        <w:jc w:val="right"/>
      </w:pPr>
      <w:r>
        <w:t>ایک حدیث ہے: پیغمبر اسلام صلی اللہ علیہ وسلم نے فرمایا کہ— دیکھیے، حدیثوں میں دو قسم کی حدیثیں ہیں:</w:t>
      </w:r>
    </w:p>
    <w:p>
      <w:r>
        <w:rPr>
          <w:b/>
        </w:rPr>
        <w:t xml:space="preserve">[00:41] </w:t>
      </w:r>
      <w:r>
        <w:t>ek woh jin ko hum hadith-e-qudsi kehte hain, ek woh jin ko hadith-e-rasool kaha jata hai.</w:t>
      </w:r>
    </w:p>
    <w:p>
      <w:pPr>
        <w:jc w:val="right"/>
      </w:pPr>
      <w:r>
        <w:t>ایک وہ جن کو ہم حدیث قدسی کہتے ہیں، ایک وہ جن کو حدیث رسول کہا جاتا ہے۔</w:t>
      </w:r>
    </w:p>
    <w:p>
      <w:r>
        <w:rPr>
          <w:b/>
        </w:rPr>
        <w:t xml:space="preserve">[00:46] </w:t>
      </w:r>
      <w:r>
        <w:t>to rasool Allah sal-lal-lahu alaihi wasallam ne bohat si baatein apni zuban se kahi hain, yani zameer</w:t>
      </w:r>
    </w:p>
    <w:p>
      <w:pPr>
        <w:jc w:val="right"/>
      </w:pPr>
      <w:r>
        <w:t>تو رسول اللہ صلی اللہ علیہ وسلم نے بہت سی باتیں اپنی زبان سے کہی ہیں، یعنی ضمیر</w:t>
      </w:r>
    </w:p>
    <w:p>
      <w:r>
        <w:rPr>
          <w:b/>
        </w:rPr>
        <w:t xml:space="preserve">[00:51] </w:t>
      </w:r>
      <w:r>
        <w:t>mutakallim ke sath kahi hain.</w:t>
      </w:r>
    </w:p>
    <w:p>
      <w:pPr>
        <w:jc w:val="right"/>
      </w:pPr>
      <w:r>
        <w:t>متکلم کے ساتھ کہی ہیں۔</w:t>
      </w:r>
    </w:p>
    <w:p>
      <w:r>
        <w:rPr>
          <w:b/>
        </w:rPr>
        <w:t xml:space="preserve">[00:57] </w:t>
      </w:r>
      <w:r>
        <w:t>kuch aisi hain jo aap ne Allah taala ki taraf se kahi hain, ke Allah taala aisa— Allah</w:t>
      </w:r>
    </w:p>
    <w:p>
      <w:pPr>
        <w:jc w:val="right"/>
      </w:pPr>
      <w:r>
        <w:t>کچھ ایسی ہیں جو آپ نے اللہ تعالیٰ کی طرف سے کہی ہیں، کہ اللہ تعالیٰ ایسا— اللہ</w:t>
      </w:r>
    </w:p>
    <w:p>
      <w:r>
        <w:rPr>
          <w:b/>
        </w:rPr>
        <w:t xml:space="preserve">[01:02] </w:t>
      </w:r>
      <w:r>
        <w:t>taala aisa farmaya.</w:t>
      </w:r>
    </w:p>
    <w:p>
      <w:pPr>
        <w:jc w:val="right"/>
      </w:pPr>
      <w:r>
        <w:t>تعالیٰ ایسا فرمایا۔</w:t>
      </w:r>
    </w:p>
    <w:p>
      <w:r>
        <w:rPr>
          <w:b/>
        </w:rPr>
        <w:t xml:space="preserve">[01:07] </w:t>
      </w:r>
      <w:r>
        <w:t>to apni taraf se nahi, balkeh Khuda ki</w:t>
      </w:r>
    </w:p>
    <w:p>
      <w:pPr>
        <w:jc w:val="right"/>
      </w:pPr>
      <w:r>
        <w:t>تو اپنی طرف سے نہیں، بلکہ خدا کی</w:t>
      </w:r>
    </w:p>
    <w:p>
      <w:r>
        <w:rPr>
          <w:b/>
        </w:rPr>
        <w:t xml:space="preserve">[01:12] </w:t>
      </w:r>
      <w:r>
        <w:t>taraf se.</w:t>
      </w:r>
    </w:p>
    <w:p>
      <w:pPr>
        <w:jc w:val="right"/>
      </w:pPr>
      <w:r>
        <w:t>طرف سے۔</w:t>
      </w:r>
    </w:p>
    <w:p>
      <w:r>
        <w:rPr>
          <w:b/>
        </w:rPr>
        <w:t xml:space="preserve">[01:20] </w:t>
      </w:r>
      <w:r>
        <w:t>to is ko kaha jata hai hadith-e-qudsi, yani Khuda ki baat rasool ki zuban se.</w:t>
      </w:r>
    </w:p>
    <w:p>
      <w:pPr>
        <w:jc w:val="right"/>
      </w:pPr>
      <w:r>
        <w:t>تو اس کو کہا جاتا ہے حدیث قدسی، یعنی خدا کی بات رسول کی زبان سے۔</w:t>
      </w:r>
    </w:p>
    <w:p>
      <w:r>
        <w:rPr>
          <w:b/>
        </w:rPr>
        <w:t xml:space="preserve">[01:28] </w:t>
      </w:r>
      <w:r>
        <w:t>to isi qism ki ek hadith hai, hadith-e-qudsi: "ana ma abdi idha dhakarani".</w:t>
      </w:r>
    </w:p>
    <w:p>
      <w:pPr>
        <w:jc w:val="right"/>
      </w:pPr>
      <w:r>
        <w:t>تو اسی قسم کی ایک حدیث ہے، حدیث قدسی: "أنا ما عبدي إذا ذكرني"۔</w:t>
      </w:r>
    </w:p>
    <w:p>
      <w:r>
        <w:rPr>
          <w:b/>
        </w:rPr>
        <w:t xml:space="preserve">[01:36] </w:t>
      </w:r>
      <w:r>
        <w:t>"ana ma abdi idha dhakarani".</w:t>
      </w:r>
    </w:p>
    <w:p>
      <w:pPr>
        <w:jc w:val="right"/>
      </w:pPr>
      <w:r>
        <w:t>"أنا ما عبدي إذا ذكرني"۔</w:t>
      </w:r>
    </w:p>
    <w:p>
      <w:r>
        <w:rPr>
          <w:b/>
        </w:rPr>
        <w:t xml:space="preserve">[01:44] </w:t>
      </w:r>
      <w:r>
        <w:t>main apne bande ke sath hota hoon jabke woh mujh ko yaad karta hai.</w:t>
      </w:r>
    </w:p>
    <w:p>
      <w:pPr>
        <w:jc w:val="right"/>
      </w:pPr>
      <w:r>
        <w:t>میں اپنے بندے کے ساتھ ہوتا ہوں جبکہ وہ مجھ کو یاد کرتا ہے۔</w:t>
      </w:r>
    </w:p>
    <w:p>
      <w:r>
        <w:rPr>
          <w:b/>
        </w:rPr>
        <w:t xml:space="preserve">[01:54] </w:t>
      </w:r>
      <w:r>
        <w:t>yahan bande ka matlab insan, koi insan jo— jis ne Khuda ko discover kiya ho.</w:t>
      </w:r>
    </w:p>
    <w:p>
      <w:pPr>
        <w:jc w:val="right"/>
      </w:pPr>
      <w:r>
        <w:t>یہاں بندہ کا مطلب انسان، کوئی انسان جو— جس نے خدا کو ڈسکور کیا ہو۔</w:t>
      </w:r>
    </w:p>
    <w:p>
      <w:r>
        <w:rPr>
          <w:b/>
        </w:rPr>
        <w:t xml:space="preserve">[02:05] </w:t>
      </w:r>
      <w:r>
        <w:t>to woh jab yaad karta hai apne Rab ko, to farmaya ke main is ke sath ho jata hoon.</w:t>
      </w:r>
    </w:p>
    <w:p>
      <w:pPr>
        <w:jc w:val="right"/>
      </w:pPr>
      <w:r>
        <w:t>تو وہ جب یاد کرتا ہے اپنے رب کو، تو فرمایا کہ میں اس کے ساتھ ہو جاتا ہوں۔</w:t>
      </w:r>
    </w:p>
    <w:p>
      <w:r>
        <w:rPr>
          <w:b/>
        </w:rPr>
        <w:t xml:space="preserve">[02:15] </w:t>
      </w:r>
      <w:r>
        <w:t>yahan par dekhein, dhikr ka lafz hai. dhikr ka matlab yeh nahin ke aap tasbeeh le kar ke jo ginte hain alfaaz ko, ya ungliyon par ginte hain. yeh dhikr nahin hai. woh toh ek alag koi cheez hai, jo bhi ho. dhikr ma'ni wird nahin hai, recitation nahin hai. dhikr ma'ni hai remembrance, yaad karna, sochna</w:t>
      </w:r>
    </w:p>
    <w:p>
      <w:pPr>
        <w:jc w:val="right"/>
      </w:pPr>
      <w:r>
        <w:t>یہاں پر دیکھیں، ذکر کا لفظ ہے۔ ذکر کا مطلب یہ نہیں کہ آپ تسبیح لے کر کے جو گنتے ہیں الفاظ کو، یا انگلیوں پر گنتے ہیں۔ یہ ذکر نہیں ہے۔ وہ تو ایک الگ کوئی چیز ہے، جو بھی ہو۔ ذکر معنی ورد نہیں ہے، ریزیٹیشن نہیں ہے۔ ذکر معنی ہے ریممبرنس، یاد کرنا، سوچنا</w:t>
      </w:r>
    </w:p>
    <w:p>
      <w:r>
        <w:rPr>
          <w:b/>
        </w:rPr>
        <w:t xml:space="preserve">[02:45] </w:t>
      </w:r>
      <w:r>
        <w:t>۔ yaani yeh wird jo hai, woh hota hai ungliyon ke zariye se. ek physical ginti hoti hai. woh dhikr ka underestimation hai. sachcha dhikr woh hai jis mein aadmi ka mind involve ho jaye. aap kisi cheez ko— aap ka ek mehboob</w:t>
      </w:r>
    </w:p>
    <w:p>
      <w:pPr>
        <w:jc w:val="right"/>
      </w:pPr>
      <w:r>
        <w:t>۔ یعنی یہ ورد جو ہے، وہ ہوتا ہے انگلیوں کے ذریعے سے۔ ایک فزیکل گنتی ہوتی ہے۔ وہ ذکر کا انڈر اسٹیمیشن ہے۔ سچا ذکر وہ ہے جس میں آدمی کا مائنڈ انوالو ہو جائے۔ آپ کسی چیز کو— آپ کا ایک محب</w:t>
      </w:r>
    </w:p>
    <w:p>
      <w:r>
        <w:rPr>
          <w:b/>
        </w:rPr>
        <w:t xml:space="preserve">[03:15] </w:t>
      </w:r>
      <w:r>
        <w:t>woh beta hai, woh London mein rehta hai, to aap kya aisa karenge us ki yaad ke</w:t>
      </w:r>
    </w:p>
    <w:p>
      <w:pPr>
        <w:jc w:val="right"/>
      </w:pPr>
      <w:r>
        <w:t>وب بیٹا ہے، وہ لندن میں رہتا ہے، تو آپ کیا ایسا کریں گے اس کی یاد کے</w:t>
      </w:r>
    </w:p>
    <w:p>
      <w:r>
        <w:rPr>
          <w:b/>
        </w:rPr>
        <w:t xml:space="preserve">[03:19] </w:t>
      </w:r>
      <w:r>
        <w:t>liye? ke zuban— ke ungli par kahein: mera beta, mera beta, mera beta, mera beta, mera beta.</w:t>
      </w:r>
    </w:p>
    <w:p>
      <w:pPr>
        <w:jc w:val="right"/>
      </w:pPr>
      <w:r>
        <w:t>لیے؟ کہ زبان— کہ انگلی پر کہیں: میرا بیٹا، میرا بیٹا، میرا بیٹا، میرا بیٹا، میرا بیٹا۔</w:t>
      </w:r>
    </w:p>
    <w:p>
      <w:r>
        <w:rPr>
          <w:b/>
        </w:rPr>
        <w:t xml:space="preserve">[03:23] </w:t>
      </w:r>
      <w:r>
        <w:t>aisa to koi bhi nahi karega.</w:t>
      </w:r>
    </w:p>
    <w:p>
      <w:pPr>
        <w:jc w:val="right"/>
      </w:pPr>
      <w:r>
        <w:t>ایسا تو کوئی بھی نہیں کرے گا۔</w:t>
      </w:r>
    </w:p>
    <w:p>
      <w:r>
        <w:rPr>
          <w:b/>
        </w:rPr>
        <w:t xml:space="preserve">[03:28] </w:t>
      </w:r>
      <w:r>
        <w:t>aur Khuda ke liye aise hi kar rahe hain.</w:t>
      </w:r>
    </w:p>
    <w:p>
      <w:pPr>
        <w:jc w:val="right"/>
      </w:pPr>
      <w:r>
        <w:t>اور خدا کے لیے ایسے ہی کر رہے ہیں۔</w:t>
      </w:r>
    </w:p>
    <w:p>
      <w:r>
        <w:rPr>
          <w:b/>
        </w:rPr>
        <w:t xml:space="preserve">[03:32] </w:t>
      </w:r>
      <w:r>
        <w:t>aap ghor kijiye ke itna bhi ta'alluq logon ko nahi hai Khuda se, jitna apne bete se hai.</w:t>
      </w:r>
    </w:p>
    <w:p>
      <w:pPr>
        <w:jc w:val="right"/>
      </w:pPr>
      <w:r>
        <w:t>آپ غور کیجیے کہ اتنا بھی تعلق لوگوں کو نہیں ہے خدا سے، جتنا اپنے بیٹے سے ہے۔</w:t>
      </w:r>
    </w:p>
    <w:p>
      <w:r>
        <w:rPr>
          <w:b/>
        </w:rPr>
        <w:t xml:space="preserve">[03:36] </w:t>
      </w:r>
      <w:r>
        <w:t>apne bete ke maamle mein aap janenge ke us ko mind se sochna hai.</w:t>
      </w:r>
    </w:p>
    <w:p>
      <w:pPr>
        <w:jc w:val="right"/>
      </w:pPr>
      <w:r>
        <w:t>اپنے بیٹے کے معاملے میں آپ جانیں گے کہ اس کو مائنڈ سے سوچنا ہے۔</w:t>
      </w:r>
    </w:p>
    <w:p>
      <w:r>
        <w:rPr>
          <w:b/>
        </w:rPr>
        <w:t xml:space="preserve">[03:41] </w:t>
      </w:r>
      <w:r>
        <w:t>lekin Khuda ke</w:t>
      </w:r>
    </w:p>
    <w:p>
      <w:pPr>
        <w:jc w:val="right"/>
      </w:pPr>
      <w:r>
        <w:t>لیکن خدا کے</w:t>
      </w:r>
    </w:p>
    <w:p>
      <w:r>
        <w:rPr>
          <w:b/>
        </w:rPr>
        <w:t xml:space="preserve">[03:45] </w:t>
      </w:r>
      <w:r>
        <w:t>maamle mein aap samajhte hain ke bas ungliyon par gin lo us ko: ya Allah, ya Allah, ya Allah, ya Allah. yeh bilkul ek ridiculous baat hai. dhikr ka yeh matlab lena ek ridiculous baat hai. highest level jo insan ka hai, woh mind hai. toh is level par sochna, is level par khuda ko yaad karna, yeh hai dhikr. toh فرم</w:t>
      </w:r>
    </w:p>
    <w:p>
      <w:pPr>
        <w:jc w:val="right"/>
      </w:pPr>
      <w:r>
        <w:t>معاملے میں آپ سمجھتے ہیں کہ بس انگلیوں پر گن لو اس کو: یا اللہ، یا اللہ، یا اللہ، یا اللہ۔ یہ بالکل ایک ریٹیکولس بات ہے۔ ذکر کا یہ مطلب لینا ایک ریٹیکولس بات ہے۔ ہائیسٹ لیول جو انسان کا ہے، وہ مائنڈ ہے۔ تو اس لیول پر سوچنا، اس لیول پر خدا کو یاد کرنا، یہ ہے ذکر۔ تو فرم</w:t>
      </w:r>
    </w:p>
    <w:p>
      <w:r>
        <w:rPr>
          <w:b/>
        </w:rPr>
        <w:t xml:space="preserve">[04:15] </w:t>
      </w:r>
      <w:r>
        <w:t>aya allah taala ne ke main apne bande ke saath hota hoon jabke woh mujhe yaad karta hai.</w:t>
      </w:r>
    </w:p>
    <w:p>
      <w:pPr>
        <w:jc w:val="right"/>
      </w:pPr>
      <w:r>
        <w:t>ایا اللہ تعالیٰ نے کہ میں اپنے بندے کے ساتھ ہوتا ہوں جبکہ وہ مجھے یاد کرتا ہے۔</w:t>
      </w:r>
    </w:p>
    <w:p>
      <w:r>
        <w:rPr>
          <w:b/>
        </w:rPr>
        <w:t xml:space="preserve">[04:22] </w:t>
      </w:r>
      <w:r>
        <w:t>yaad karne ke muamle ko, aur yaad karne ke baad khuda kis tarah mil jata hai, is ko</w:t>
      </w:r>
    </w:p>
    <w:p>
      <w:pPr>
        <w:jc w:val="right"/>
      </w:pPr>
      <w:r>
        <w:t>یاد کرنے کے معاملے کو، اور یاد کرنے کے بعد خدا کس طرح مل جاتا ہے، اس کو</w:t>
      </w:r>
    </w:p>
    <w:p>
      <w:r>
        <w:rPr>
          <w:b/>
        </w:rPr>
        <w:t xml:space="preserve">[04:30] </w:t>
      </w:r>
      <w:r>
        <w:t>is tarah samjhiye ke hadith mein aata hai ke allah taala har roz aasman se awaz dete hain</w:t>
      </w:r>
    </w:p>
    <w:p>
      <w:pPr>
        <w:jc w:val="right"/>
      </w:pPr>
      <w:r>
        <w:t>اس طرح سمجھیے کہ حدیث میں آتا ہے کہ اللہ تعالیٰ ہر روز آسمان سے آواز دیتے ہیں</w:t>
      </w:r>
    </w:p>
    <w:p>
      <w:r>
        <w:rPr>
          <w:b/>
        </w:rPr>
        <w:t xml:space="preserve">[04:37] </w:t>
      </w:r>
      <w:r>
        <w:t>ke kya koi hai jo mujh se mange aur</w:t>
      </w:r>
    </w:p>
    <w:p>
      <w:pPr>
        <w:jc w:val="right"/>
      </w:pPr>
      <w:r>
        <w:t>کہ کیا کوئی ہے جو مجھ سے مانگے اور</w:t>
      </w:r>
    </w:p>
    <w:p>
      <w:r>
        <w:rPr>
          <w:b/>
        </w:rPr>
        <w:t xml:space="preserve">[04:45] </w:t>
      </w:r>
      <w:r>
        <w:t>main use doon? kya koi hai jo meri yaad kare aur main us ko sunoon? to yeh kya</w:t>
      </w:r>
    </w:p>
    <w:p>
      <w:pPr>
        <w:jc w:val="right"/>
      </w:pPr>
      <w:r>
        <w:t>میں اسے دوں؟ کیا کوئی ہے جو میری یاد کرے اور میں اس کو سنوں؟ تو یہ کیا</w:t>
      </w:r>
    </w:p>
    <w:p>
      <w:r>
        <w:rPr>
          <w:b/>
        </w:rPr>
        <w:t xml:space="preserve">[04:51] </w:t>
      </w:r>
      <w:r>
        <w:t>cheez hai? is muamle ko aap power house ki misaal samajh sakte hain.</w:t>
      </w:r>
    </w:p>
    <w:p>
      <w:pPr>
        <w:jc w:val="right"/>
      </w:pPr>
      <w:r>
        <w:t>چیز ہے؟ اس معاملے کو آپ پاور ہاؤس کی مثال سمجھ سکتے ہیں۔</w:t>
      </w:r>
    </w:p>
    <w:p>
      <w:r>
        <w:rPr>
          <w:b/>
        </w:rPr>
        <w:t xml:space="preserve">[04:57] </w:t>
      </w:r>
      <w:r>
        <w:t>aap jante hain ke power house mein bijli ka zakheera hota hai, wahan bijli generate hoti hai, phir</w:t>
      </w:r>
    </w:p>
    <w:p>
      <w:pPr>
        <w:jc w:val="right"/>
      </w:pPr>
      <w:r>
        <w:t>آپ جانتے ہیں کہ پاور ہاؤس میں بجلی کا ذخیرہ ہوتا ہے، وہاں بجلی جنریٹ ہوتی ہے، پھر</w:t>
      </w:r>
    </w:p>
    <w:p>
      <w:r>
        <w:rPr>
          <w:b/>
        </w:rPr>
        <w:t xml:space="preserve">[05:03] </w:t>
      </w:r>
      <w:r>
        <w:t>gharon gharon mein pohnchti hai.</w:t>
      </w:r>
    </w:p>
    <w:p>
      <w:pPr>
        <w:jc w:val="right"/>
      </w:pPr>
      <w:r>
        <w:t>گھروں گھروں میں پہنچتی ہے۔</w:t>
      </w:r>
    </w:p>
    <w:p>
      <w:r>
        <w:rPr>
          <w:b/>
        </w:rPr>
        <w:t xml:space="preserve">[05:09] </w:t>
      </w:r>
      <w:r>
        <w:t>aap apne ghar mein taar lagate hain, is taar se</w:t>
      </w:r>
    </w:p>
    <w:p>
      <w:pPr>
        <w:jc w:val="right"/>
      </w:pPr>
      <w:r>
        <w:t>آپ اپنے گھر میں تار لگاتے ہیں، اس تار سے</w:t>
      </w:r>
    </w:p>
    <w:p>
      <w:r>
        <w:rPr>
          <w:b/>
        </w:rPr>
        <w:t xml:space="preserve">[05:16] </w:t>
      </w:r>
      <w:r>
        <w:t>power house ko jorte hain.</w:t>
      </w:r>
    </w:p>
    <w:p>
      <w:pPr>
        <w:jc w:val="right"/>
      </w:pPr>
      <w:r>
        <w:t>پاور ہاؤس کو جوڑتے ہیں۔</w:t>
      </w:r>
    </w:p>
    <w:p>
      <w:r>
        <w:rPr>
          <w:b/>
        </w:rPr>
        <w:t xml:space="preserve">[05:22] </w:t>
      </w:r>
      <w:r>
        <w:t>to power house mein jo bijli generate ho rahi hai, woh aap ke ghar tak pohnch jati hai.</w:t>
      </w:r>
    </w:p>
    <w:p>
      <w:pPr>
        <w:jc w:val="right"/>
      </w:pPr>
      <w:r>
        <w:t>تو پاور ہاؤس میں جو بجلی جنریٹ ہو رہی ہے، وہ آپ کے گھر تک پہنچ جاتی ہے۔</w:t>
      </w:r>
    </w:p>
    <w:p>
      <w:r>
        <w:rPr>
          <w:b/>
        </w:rPr>
        <w:t xml:space="preserve">[05:28] </w:t>
      </w:r>
      <w:r>
        <w:t>ab yahan aap sochiye ke jo connecting point hai, yani aap ke ghar ka wire, aap ke ghar</w:t>
      </w:r>
    </w:p>
    <w:p>
      <w:pPr>
        <w:jc w:val="right"/>
      </w:pPr>
      <w:r>
        <w:t>اب یہاں آپ سوچیے کہ جو کنیکٹنگ پوائنٹ ہے، یعنی آپ کے گھر کا وائر، آپ کے گھر</w:t>
      </w:r>
    </w:p>
    <w:p>
      <w:r>
        <w:rPr>
          <w:b/>
        </w:rPr>
        <w:t xml:space="preserve">[05:34] </w:t>
      </w:r>
      <w:r>
        <w:t>ka wire aur power house ka wire jahan milta hai, to woh connecting point jo hai, wahan par</w:t>
      </w:r>
    </w:p>
    <w:p>
      <w:pPr>
        <w:jc w:val="right"/>
      </w:pPr>
      <w:r>
        <w:t>کا وائر اور پاور ہاؤس کا وائر جہاں ملتا ہے، تو وہ کنیکٹنگ پوائنٹ جو ہے، وہاں پر</w:t>
      </w:r>
    </w:p>
    <w:p>
      <w:r>
        <w:rPr>
          <w:b/>
        </w:rPr>
        <w:t xml:space="preserve">[05:40] </w:t>
      </w:r>
      <w:r>
        <w:t>agar bad cond</w:t>
      </w:r>
    </w:p>
    <w:p>
      <w:pPr>
        <w:jc w:val="right"/>
      </w:pPr>
      <w:r>
        <w:t>اگر بیڈ کنڈ</w:t>
      </w:r>
    </w:p>
    <w:p>
      <w:r>
        <w:rPr>
          <w:b/>
        </w:rPr>
        <w:t xml:space="preserve">[05:46] </w:t>
      </w:r>
      <w:r>
        <w:t>ductor ho to aap ke ghar ke bulb roshan nahi honge.</w:t>
      </w:r>
    </w:p>
    <w:p>
      <w:pPr>
        <w:jc w:val="right"/>
      </w:pPr>
      <w:r>
        <w:t>کٹر ہو تو آپ کے گھر کے بلب روشن نہیں ہوں گے۔</w:t>
      </w:r>
    </w:p>
    <w:p>
      <w:r>
        <w:rPr>
          <w:b/>
        </w:rPr>
        <w:t xml:space="preserve">[05:52] </w:t>
      </w:r>
      <w:r>
        <w:t>aap jante hain ke do qism ke hote hain waseele: good conductor aur bad conductor.</w:t>
      </w:r>
    </w:p>
    <w:p>
      <w:pPr>
        <w:jc w:val="right"/>
      </w:pPr>
      <w:r>
        <w:t>آپ جانتے ہیں کہ دو قسم کے ہوتے ہیں وسیلے: گڈ کنڈکٹر اور بیڈ کنڈکٹر۔</w:t>
      </w:r>
    </w:p>
    <w:p>
      <w:r>
        <w:rPr>
          <w:b/>
        </w:rPr>
        <w:t xml:space="preserve">[05:58] </w:t>
      </w:r>
      <w:r>
        <w:t>misalan lakri hai, to lakri se bijli ka current pass nahi hoga.</w:t>
      </w:r>
    </w:p>
    <w:p>
      <w:pPr>
        <w:jc w:val="right"/>
      </w:pPr>
      <w:r>
        <w:t>مثلاً لکڑی ہے، تو لکڑی سے بجلی کا کرنٹ پاس نہیں ہوگا۔</w:t>
      </w:r>
    </w:p>
    <w:p>
      <w:r>
        <w:rPr>
          <w:b/>
        </w:rPr>
        <w:t xml:space="preserve">[06:04] </w:t>
      </w:r>
      <w:r>
        <w:t>ya rubber hai, rubber se bijli ka current pass nahi hoga.</w:t>
      </w:r>
    </w:p>
    <w:p>
      <w:pPr>
        <w:jc w:val="right"/>
      </w:pPr>
      <w:r>
        <w:t>یا ربر ہے، ربر سے بجلی کا کرنٹ پاس نہیں ہوگا۔</w:t>
      </w:r>
    </w:p>
    <w:p>
      <w:r>
        <w:rPr>
          <w:b/>
        </w:rPr>
        <w:t xml:space="preserve">[06:10] </w:t>
      </w:r>
      <w:r>
        <w:t>to is ko kehte hain</w:t>
      </w:r>
    </w:p>
    <w:p>
      <w:pPr>
        <w:jc w:val="right"/>
      </w:pPr>
      <w:r>
        <w:t>تو اس کو کہتے ہیں</w:t>
      </w:r>
    </w:p>
    <w:p>
      <w:r>
        <w:rPr>
          <w:b/>
        </w:rPr>
        <w:t xml:space="preserve">[06:16] </w:t>
      </w:r>
      <w:r>
        <w:t>bad conductor.</w:t>
      </w:r>
    </w:p>
    <w:p>
      <w:pPr>
        <w:jc w:val="right"/>
      </w:pPr>
      <w:r>
        <w:t>بیڈ کنڈکٹر۔</w:t>
      </w:r>
    </w:p>
    <w:p>
      <w:r>
        <w:rPr>
          <w:b/>
        </w:rPr>
        <w:t xml:space="preserve">[06:22] </w:t>
      </w:r>
      <w:r>
        <w:t>to connecting point jo hai, wahan agar rubber laga hua ho to power house se bijli aayegi,</w:t>
      </w:r>
    </w:p>
    <w:p>
      <w:pPr>
        <w:jc w:val="right"/>
      </w:pPr>
      <w:r>
        <w:t>تو کنیکٹنگ پوائنٹ جو ہے، وہاں اگر ربر لگا ہوا ہو تو پاور ہاؤس سے بجلی آئے گی،</w:t>
      </w:r>
    </w:p>
    <w:p>
      <w:r>
        <w:rPr>
          <w:b/>
        </w:rPr>
        <w:t xml:space="preserve">[06:28] </w:t>
      </w:r>
      <w:r>
        <w:t>lekin aap ke ghar tak woh nahi pohnche gi.</w:t>
      </w:r>
    </w:p>
    <w:p>
      <w:pPr>
        <w:jc w:val="right"/>
      </w:pPr>
      <w:r>
        <w:t>لیکن آپ کے گھر تک وہ نہیں پہنچے گی۔</w:t>
      </w:r>
    </w:p>
    <w:p>
      <w:r>
        <w:rPr>
          <w:b/>
        </w:rPr>
        <w:t xml:space="preserve">[06:34] </w:t>
      </w:r>
      <w:r>
        <w:t>power house ki bijli ko apne ghar tak pohnchanay ke liye, yani apne bulb ko roshan karne ke</w:t>
      </w:r>
    </w:p>
    <w:p>
      <w:pPr>
        <w:jc w:val="right"/>
      </w:pPr>
      <w:r>
        <w:t>پاور ہاؤس کی بجلی کو اپنے گھر تک پہنچانے کے لیے، یعنی اپنے بلب کو روشن کرنے کے</w:t>
      </w:r>
    </w:p>
    <w:p>
      <w:r>
        <w:rPr>
          <w:b/>
        </w:rPr>
        <w:t xml:space="preserve">[06:40] </w:t>
      </w:r>
      <w:r>
        <w:t>liye, zaroori hai ke connecting point par good conductor laga hua ho</w:t>
      </w:r>
    </w:p>
    <w:p>
      <w:pPr>
        <w:jc w:val="right"/>
      </w:pPr>
      <w:r>
        <w:t>لیے، ضروری ہے کہ کنیکٹنگ پوائنٹ پر گڈ کنڈکٹر لگا ہوا ہو</w:t>
      </w:r>
    </w:p>
    <w:p>
      <w:r>
        <w:rPr>
          <w:b/>
        </w:rPr>
        <w:t xml:space="preserve">[06:46] </w:t>
      </w:r>
      <w:r>
        <w:t>.</w:t>
      </w:r>
    </w:p>
    <w:p>
      <w:pPr>
        <w:jc w:val="right"/>
      </w:pPr>
      <w:r>
        <w:t>۔</w:t>
      </w:r>
    </w:p>
    <w:p>
      <w:r>
        <w:rPr>
          <w:b/>
        </w:rPr>
        <w:t xml:space="preserve">[06:53] </w:t>
      </w:r>
      <w:r>
        <w:t>isi misaal se aap is maamle ko samajh sakte hain ke khuda ki taraf se to barabar light</w:t>
      </w:r>
    </w:p>
    <w:p>
      <w:pPr>
        <w:jc w:val="right"/>
      </w:pPr>
      <w:r>
        <w:t>اسی مثال سے آپ اس معاملے کو سمجھ سکتے ہیں کہ خدا کی طرف سے تو برابر لائٹ</w:t>
      </w:r>
    </w:p>
    <w:p>
      <w:r>
        <w:rPr>
          <w:b/>
        </w:rPr>
        <w:t xml:space="preserve">[07:01] </w:t>
      </w:r>
      <w:r>
        <w:t>aa rahi hai, barabar inspiration aa raha hai, khuda ki taraf se barabar blessing aa rahi hai, lekin</w:t>
      </w:r>
    </w:p>
    <w:p>
      <w:pPr>
        <w:jc w:val="right"/>
      </w:pPr>
      <w:r>
        <w:t>آ رہی ہے، برابر انسپیریشن آ رہا ہے، خدا کی طرف سے برابر بلیسنگ آ رہی ہے، لیکن</w:t>
      </w:r>
    </w:p>
    <w:p>
      <w:r>
        <w:rPr>
          <w:b/>
        </w:rPr>
        <w:t xml:space="preserve">[07:09] </w:t>
      </w:r>
      <w:r>
        <w:t>hum receive kar payenge is waqt jabke connecting point par good conductor laga hua ho.</w:t>
      </w:r>
    </w:p>
    <w:p>
      <w:pPr>
        <w:jc w:val="right"/>
      </w:pPr>
      <w:r>
        <w:t>ہم ریسیو کر پائیں گے اس وقت جبکہ کنیکٹنگ پوائنٹ پر گڈ کنڈکٹر لگا ہوا ہو۔</w:t>
      </w:r>
    </w:p>
    <w:p>
      <w:r>
        <w:rPr>
          <w:b/>
        </w:rPr>
        <w:t xml:space="preserve">[07:16] </w:t>
      </w:r>
      <w:r>
        <w:t>toh is maamle mein good conductor kya hai? woh yeh hai ke mera mind bohat hi confusion se pak ho. meri soul jo hai, meri rooh jo hai, woh purified soul ho. mera jo andar ka jo personality hai, woh ek pak personality ho, purified personality ho. toh sirf ek purifi</w:t>
      </w:r>
    </w:p>
    <w:p>
      <w:pPr>
        <w:jc w:val="right"/>
      </w:pPr>
      <w:r>
        <w:t>تو اس معاملے میں گڈ کنڈکٹر کیا ہے؟ وہ یہ ہے کہ میرا مائنڈ بہت ہی کنفیوژن سے پاک ہو۔ میری سول جو ہے، میری روح جو ہے، وہ پیوریفائیڈ سول ہو۔ میرا جو اندر کا جو پرسنالٹی ہے، وہ ایک پاک پرسنالٹی ہو، پیوریفائیڈ پرسنالٹی ہو۔ تو صرف ایک پیوریف</w:t>
      </w:r>
    </w:p>
    <w:p>
      <w:r>
        <w:rPr>
          <w:b/>
        </w:rPr>
        <w:t xml:space="preserve">[07:46] </w:t>
      </w:r>
      <w:r>
        <w:t>ideal personality se connection qaim hota hai khuda ki blessing ka.</w:t>
      </w:r>
    </w:p>
    <w:p>
      <w:pPr>
        <w:jc w:val="right"/>
      </w:pPr>
      <w:r>
        <w:t>ائیڈ پرسنالٹی سے کنیکشن قائم ہوتا ہے خدا کی بلیسنگ کا۔</w:t>
      </w:r>
    </w:p>
    <w:p>
      <w:r>
        <w:rPr>
          <w:b/>
        </w:rPr>
        <w:t xml:space="preserve">[07:54] </w:t>
      </w:r>
      <w:r>
        <w:t>to yeh bohat acha example hai yeh samajhne ke liye.</w:t>
      </w:r>
    </w:p>
    <w:p>
      <w:pPr>
        <w:jc w:val="right"/>
      </w:pPr>
      <w:r>
        <w:t>تو یہ بہت اچھا ایگزامپل ہے یہ سمجھنے کے لیے۔</w:t>
      </w:r>
    </w:p>
    <w:p>
      <w:r>
        <w:rPr>
          <w:b/>
        </w:rPr>
        <w:t xml:space="preserve">[08:01] </w:t>
      </w:r>
      <w:r>
        <w:t>power house ka jo maamla hai, woh illustrate karta hai khuda se ta'alluq ke maamle ko.</w:t>
      </w:r>
    </w:p>
    <w:p>
      <w:pPr>
        <w:jc w:val="right"/>
      </w:pPr>
      <w:r>
        <w:t>پاور ہاؤس کا جو معاملہ ہے، وہ اللسٹریٹ کرتا ہے خدا سے تعلق کے معاملے کو۔</w:t>
      </w:r>
    </w:p>
    <w:p>
      <w:r>
        <w:rPr>
          <w:b/>
        </w:rPr>
        <w:t xml:space="preserve">[08:09] </w:t>
      </w:r>
      <w:r>
        <w:t>to yeh jo farmaya ke main apne bande</w:t>
      </w:r>
    </w:p>
    <w:p>
      <w:pPr>
        <w:jc w:val="right"/>
      </w:pPr>
      <w:r>
        <w:t>تو یہ جو فرمایا کہ میں اپنے بندے</w:t>
      </w:r>
    </w:p>
    <w:p>
      <w:r>
        <w:rPr>
          <w:b/>
        </w:rPr>
        <w:t xml:space="preserve">[08:16] </w:t>
      </w:r>
      <w:r>
        <w:t>ke saath hota hoon jabke woh mujhe zikr kare, zikr ma'ani sachi yaad, sacha remembrance, sachi soch.</w:t>
      </w:r>
    </w:p>
    <w:p>
      <w:pPr>
        <w:jc w:val="right"/>
      </w:pPr>
      <w:r>
        <w:t>کے ساتھ ہوتا ہوں جبکہ وہ مجھے ذکر کرے، ذکر معنی سچی یاد، سچا ریممبرنس، سچی سوچ۔</w:t>
      </w:r>
    </w:p>
    <w:p>
      <w:r>
        <w:rPr>
          <w:b/>
        </w:rPr>
        <w:t xml:space="preserve">[08:26] </w:t>
      </w:r>
      <w:r>
        <w:t>agar sachi soch nahi hai to phir wahan to phir bad conductor laga hua hai.</w:t>
      </w:r>
    </w:p>
    <w:p>
      <w:pPr>
        <w:jc w:val="right"/>
      </w:pPr>
      <w:r>
        <w:t>اگر سچی سوچ نہیں ہے تو پھر وہاں تو پھر بیڈ کنڈکٹر لگا ہوا ہے۔</w:t>
      </w:r>
    </w:p>
    <w:p>
      <w:r>
        <w:rPr>
          <w:b/>
        </w:rPr>
        <w:t xml:space="preserve">[08:36] </w:t>
      </w:r>
      <w:r>
        <w:t>jaise aap agar ya allah, ya allah, ya allah keh rahe hain, to wahan par bad conductor laga hua hai.</w:t>
      </w:r>
    </w:p>
    <w:p>
      <w:pPr>
        <w:jc w:val="right"/>
      </w:pPr>
      <w:r>
        <w:t>جیسے آپ اگر یا اللہ، یا اللہ، یا اللہ کہہ رہے ہیں، تو وہاں پر بیڈ کنڈکٹر لگا ہوا ہے۔</w:t>
      </w:r>
    </w:p>
    <w:p>
      <w:r>
        <w:rPr>
          <w:b/>
        </w:rPr>
        <w:t xml:space="preserve">[08:47] </w:t>
      </w:r>
      <w:r>
        <w:t>kabhi bhi blessing nahi pahunchegi.</w:t>
      </w:r>
    </w:p>
    <w:p>
      <w:pPr>
        <w:jc w:val="right"/>
      </w:pPr>
      <w:r>
        <w:t>کبھی بھی بلیسنگ نہیں پہنچے گی۔</w:t>
      </w:r>
    </w:p>
    <w:p>
      <w:r>
        <w:rPr>
          <w:b/>
        </w:rPr>
        <w:t xml:space="preserve">[08:54] </w:t>
      </w:r>
      <w:r>
        <w:t>yaani kuch shabdon ko le kar aap is ka wird kar rahe hon, ungliyon par ya tasbeeh par</w:t>
      </w:r>
    </w:p>
    <w:p>
      <w:pPr>
        <w:jc w:val="right"/>
      </w:pPr>
      <w:r>
        <w:t>یعنی کچھ शब्दوں کو لے کر آپ اس کا ورد کر رہے ہوں، انگلیوں پر یا تسبیح پر</w:t>
      </w:r>
    </w:p>
    <w:p>
      <w:r>
        <w:rPr>
          <w:b/>
        </w:rPr>
        <w:t xml:space="preserve">[09:02] </w:t>
      </w:r>
      <w:r>
        <w:t>ya kankri par, to aap ne to apne connecting point mein bad conductor laga rakha hai.</w:t>
      </w:r>
    </w:p>
    <w:p>
      <w:pPr>
        <w:jc w:val="right"/>
      </w:pPr>
      <w:r>
        <w:t>یا کنکری پر، تو آپ نے تو اپنے کنیکٹنگ پوائنٹ میں بیڈ کنڈکٹر لگا رکھا ہے۔</w:t>
      </w:r>
    </w:p>
    <w:p>
      <w:r>
        <w:rPr>
          <w:b/>
        </w:rPr>
        <w:t xml:space="preserve">[09:09] </w:t>
      </w:r>
      <w:r>
        <w:t>to khuda ki blessing kaise pahunchegi? good conductor lagana connecting point par yeh hai ke aap ka dil</w:t>
      </w:r>
    </w:p>
    <w:p>
      <w:pPr>
        <w:jc w:val="right"/>
      </w:pPr>
      <w:r>
        <w:t>تو خدا کی بلیسنگ کیسے پہنچے گی؟ گڈ کنڈکٹر لگانا کنیکٹنگ پوائنٹ پر یہ ہے کہ آپ کا دل</w:t>
      </w:r>
    </w:p>
    <w:p>
      <w:r>
        <w:rPr>
          <w:b/>
        </w:rPr>
        <w:t xml:space="preserve">[09:17] </w:t>
      </w:r>
      <w:r>
        <w:t>saaf ho.</w:t>
      </w:r>
    </w:p>
    <w:p>
      <w:pPr>
        <w:jc w:val="right"/>
      </w:pPr>
      <w:r>
        <w:t>صاف ہو۔</w:t>
      </w:r>
    </w:p>
    <w:p>
      <w:r>
        <w:rPr>
          <w:b/>
        </w:rPr>
        <w:t xml:space="preserve">[09:23] </w:t>
      </w:r>
      <w:r>
        <w:t>khuda hi ko aap ne apna supreme concern bana rakha ho.</w:t>
      </w:r>
    </w:p>
    <w:p>
      <w:pPr>
        <w:jc w:val="right"/>
      </w:pPr>
      <w:r>
        <w:t>خدا ہی کو آپ نے اپنا سپریم کنسرن بنا رکھا ہو۔</w:t>
      </w:r>
    </w:p>
    <w:p>
      <w:r>
        <w:rPr>
          <w:b/>
        </w:rPr>
        <w:t xml:space="preserve">[09:29] </w:t>
      </w:r>
      <w:r>
        <w:t>aap ke dil aur dimaagh mein pakizgi ho, aap ke andar purified soul ho.</w:t>
      </w:r>
    </w:p>
    <w:p>
      <w:pPr>
        <w:jc w:val="right"/>
      </w:pPr>
      <w:r>
        <w:t>آپ کے دل اور دماغ میں پاکیزگی ہو، آپ کے اندر پیوریفائیڈ سول ہو۔</w:t>
      </w:r>
    </w:p>
    <w:p>
      <w:r>
        <w:rPr>
          <w:b/>
        </w:rPr>
        <w:t xml:space="preserve">[09:35] </w:t>
      </w:r>
      <w:r>
        <w:t>khuda ke siwa kisi aur mein aap— jaise quran majeed mein hai ke momin woh hai jo sab</w:t>
      </w:r>
    </w:p>
    <w:p>
      <w:pPr>
        <w:jc w:val="right"/>
      </w:pPr>
      <w:r>
        <w:t>خدا کے سوا کسی اور میں آپ— جیسے قرآن مجید میں ہے کہ مومن وہ ہے جو سب</w:t>
      </w:r>
    </w:p>
    <w:p>
      <w:r>
        <w:rPr>
          <w:b/>
        </w:rPr>
        <w:t xml:space="preserve">[09:42] </w:t>
      </w:r>
      <w:r>
        <w:t>se zyada mohabbat khuda se kare, sab se zyada darr is ke andar khuda ke liye ho.</w:t>
      </w:r>
    </w:p>
    <w:p>
      <w:pPr>
        <w:jc w:val="right"/>
      </w:pPr>
      <w:r>
        <w:t>سے زیادہ محبت خدا سے کرے، سب سے زیادہ ڈر اس کے اندر خدا کے لیے ہو۔</w:t>
      </w:r>
    </w:p>
    <w:p>
      <w:r>
        <w:rPr>
          <w:b/>
        </w:rPr>
        <w:t xml:space="preserve">[09:48] </w:t>
      </w:r>
      <w:r>
        <w:t>to purified soul ka matlab yahi hai ke aap ke andar jo sentiments hain mohabbat wale, woh sab</w:t>
      </w:r>
    </w:p>
    <w:p>
      <w:pPr>
        <w:jc w:val="right"/>
      </w:pPr>
      <w:r>
        <w:t>تو پیوریفائیڈ سول کا مطلب یہی ہے کہ آپ کے اندر جو سینٹیمنٹ ہیں محبت والے، وہ سب</w:t>
      </w:r>
    </w:p>
    <w:p>
      <w:r>
        <w:rPr>
          <w:b/>
        </w:rPr>
        <w:t xml:space="preserve">[09:54] </w:t>
      </w:r>
      <w:r>
        <w:t>khuda se jud gaye hon.</w:t>
      </w:r>
    </w:p>
    <w:p>
      <w:pPr>
        <w:jc w:val="right"/>
      </w:pPr>
      <w:r>
        <w:t>خدا سے جڑ گئے ہوں۔</w:t>
      </w:r>
    </w:p>
    <w:p>
      <w:r>
        <w:rPr>
          <w:b/>
        </w:rPr>
        <w:t xml:space="preserve">[10:01] </w:t>
      </w:r>
      <w:r>
        <w:t>aap ke andar jo sentiments hain khauf wale, woh sab khuda se jud gaye hon.</w:t>
      </w:r>
    </w:p>
    <w:p>
      <w:pPr>
        <w:jc w:val="right"/>
      </w:pPr>
      <w:r>
        <w:t>آپ کے اندر جو سینٹیمنٹ ہیں خوف والے، وہ سب خدا سے جڑ گئے ہوں۔</w:t>
      </w:r>
    </w:p>
    <w:p>
      <w:r>
        <w:rPr>
          <w:b/>
        </w:rPr>
        <w:t xml:space="preserve">[10:07] </w:t>
      </w:r>
      <w:r>
        <w:t>aisi soul jo hai, woh goya ke good conductor hai.</w:t>
      </w:r>
    </w:p>
    <w:p>
      <w:pPr>
        <w:jc w:val="right"/>
      </w:pPr>
      <w:r>
        <w:t>ایسی سول جو ہے، وہ گویا کہ گڈ کنڈکٹر ہے۔</w:t>
      </w:r>
    </w:p>
    <w:p>
      <w:r>
        <w:rPr>
          <w:b/>
        </w:rPr>
        <w:t xml:space="preserve">[10:14] </w:t>
      </w:r>
      <w:r>
        <w:t>aur khuda ki taraf se jo blessing aayegi, woh seedhi aap tak pahunch jayegi.</w:t>
      </w:r>
    </w:p>
    <w:p>
      <w:pPr>
        <w:jc w:val="right"/>
      </w:pPr>
      <w:r>
        <w:t>اور خدا کی طرف سے جو بلیسنگ آئے گی، وہ سیدھی آپ تک پہنچ جائے گی۔</w:t>
      </w:r>
    </w:p>
    <w:p>
      <w:r>
        <w:rPr>
          <w:b/>
        </w:rPr>
        <w:t xml:space="preserve">[10:20] </w:t>
      </w:r>
      <w:r>
        <w:t>yeh matlab hai is hadees ka: "أنا ما عبدي إذا ذكرني".</w:t>
      </w:r>
    </w:p>
    <w:p>
      <w:pPr>
        <w:jc w:val="right"/>
      </w:pPr>
      <w:r>
        <w:t>یہ مطلب ہے اس حدیث کا: "أنا ما عبدي إذا ذكرني"۔</w:t>
      </w:r>
    </w:p>
    <w:p>
      <w:r>
        <w:rPr>
          <w:b/>
        </w:rPr>
        <w:t xml:space="preserve">[10:28] </w:t>
      </w:r>
      <w:r>
        <w:t>dekhiye, is duniya mein sab se bari cheez yahi hai ke Khuda se aap ka contact ho jaye,</w:t>
      </w:r>
    </w:p>
    <w:p>
      <w:pPr>
        <w:jc w:val="right"/>
      </w:pPr>
      <w:r>
        <w:t>دیکھیے، اس دنیا میں سب سے بڑی چیز یہی ہے کہ خدا سے آپ کا کنٹیکٹ ہو جائے،</w:t>
      </w:r>
    </w:p>
    <w:p>
      <w:r>
        <w:rPr>
          <w:b/>
        </w:rPr>
        <w:t xml:space="preserve">[10:35] </w:t>
      </w:r>
      <w:r>
        <w:t>Khuda se aap jud jayein.</w:t>
      </w:r>
    </w:p>
    <w:p>
      <w:pPr>
        <w:jc w:val="right"/>
      </w:pPr>
      <w:r>
        <w:t>خدا سے آپ جڑ جائیں۔</w:t>
      </w:r>
    </w:p>
    <w:p>
      <w:r>
        <w:rPr>
          <w:b/>
        </w:rPr>
        <w:t xml:space="preserve">[10:43] </w:t>
      </w:r>
      <w:r>
        <w:t>sab se b</w:t>
      </w:r>
    </w:p>
    <w:p>
      <w:pPr>
        <w:jc w:val="right"/>
      </w:pPr>
      <w:r>
        <w:t>سب سے ب</w:t>
      </w:r>
    </w:p>
    <w:p>
      <w:r>
        <w:rPr>
          <w:b/>
        </w:rPr>
        <w:t xml:space="preserve">[10:50] </w:t>
      </w:r>
      <w:r>
        <w:t>ari cheez yahi hai.</w:t>
      </w:r>
    </w:p>
    <w:p>
      <w:pPr>
        <w:jc w:val="right"/>
      </w:pPr>
      <w:r>
        <w:t>ڑی چیز یہی ہے۔</w:t>
      </w:r>
    </w:p>
    <w:p>
      <w:r>
        <w:rPr>
          <w:b/>
        </w:rPr>
        <w:t xml:space="preserve">[10:55] </w:t>
      </w:r>
      <w:r>
        <w:t>kyunke is duniya mein jo sab kuch jo hai, woh Khuda ke hath mein hai.</w:t>
      </w:r>
    </w:p>
    <w:p>
      <w:pPr>
        <w:jc w:val="right"/>
      </w:pPr>
      <w:r>
        <w:t>کیونکہ اس دنیا میں جو سب کچھ جو ہے، وہ خدا کے ہاتھ میں ہے۔</w:t>
      </w:r>
    </w:p>
    <w:p>
      <w:r>
        <w:rPr>
          <w:b/>
        </w:rPr>
        <w:t xml:space="preserve">[11:00] </w:t>
      </w:r>
      <w:r>
        <w:t>Khuda jo hai, woh giver hai, hum jo hain, woh taker hain.</w:t>
      </w:r>
    </w:p>
    <w:p>
      <w:pPr>
        <w:jc w:val="right"/>
      </w:pPr>
      <w:r>
        <w:t>خدا جو ہے، وہ گیور ہے، ہم جو ہیں، وہ ٹیکر ہیں۔</w:t>
      </w:r>
    </w:p>
    <w:p>
      <w:r>
        <w:rPr>
          <w:b/>
        </w:rPr>
        <w:t xml:space="preserve">[11:05] </w:t>
      </w:r>
      <w:r>
        <w:t>hum taker hain, Khuda giver hai.</w:t>
      </w:r>
    </w:p>
    <w:p>
      <w:pPr>
        <w:jc w:val="right"/>
      </w:pPr>
      <w:r>
        <w:t>ہم ٹیکر ہیں، خدا گیور ہے۔</w:t>
      </w:r>
    </w:p>
    <w:p>
      <w:r>
        <w:rPr>
          <w:b/>
        </w:rPr>
        <w:t xml:space="preserve">[11:10] </w:t>
      </w:r>
      <w:r>
        <w:t>hum panay walay hain, woh denay wala hai.</w:t>
      </w:r>
    </w:p>
    <w:p>
      <w:pPr>
        <w:jc w:val="right"/>
      </w:pPr>
      <w:r>
        <w:t>ہم پانے والے ہیں، وہ دینے والا ہے۔</w:t>
      </w:r>
    </w:p>
    <w:p>
      <w:r>
        <w:rPr>
          <w:b/>
        </w:rPr>
        <w:t xml:space="preserve">[11:15] </w:t>
      </w:r>
      <w:r>
        <w:t>to agar hum Khuda se achi tarah jure hue na hon to hum khali</w:t>
      </w:r>
    </w:p>
    <w:p>
      <w:pPr>
        <w:jc w:val="right"/>
      </w:pPr>
      <w:r>
        <w:t>تو اگر ہم خدا سے اچھی طرح جڑے ہوئے نہ ہوں تو ہم خالی</w:t>
      </w:r>
    </w:p>
    <w:p>
      <w:r>
        <w:rPr>
          <w:b/>
        </w:rPr>
        <w:t xml:space="preserve">[11:20] </w:t>
      </w:r>
      <w:r>
        <w:t>hath reh jayenge. kuch bhi hamare paas nahi hoga. to yeh give and take ka jo dunya mein nizam qaim hai, ke Khuda se— Khuda se cheezon ka aana aur hamari taraf se cheezon ko paana, yeh jo hai, agar kisi ke liye bharpoor taur par na ho to iska misaal aise hi hai jaise ke aap ke shehar mein bohat achhe qism ka power hou</w:t>
      </w:r>
    </w:p>
    <w:p>
      <w:pPr>
        <w:jc w:val="right"/>
      </w:pPr>
      <w:r>
        <w:t>ہاتھ رہ جائیں گے۔ کچھ بھی ہمارے پاس نہیں ہوگا۔ تو یہ گیو اینڈ ٹیک کا جو دنیا میں نظام قائم ہے، کہ خدا سے— خدا سے چیزوں کا آنا اور ہماری طرف سے چیزوں کو پانا، یہ جو ہے، اگر کسی کے لیے بھرپور طور پر نہ ہو تو اس کا مثال ایسے ہی ہے جیسے کہ آپ کے شہر میں بہت اچھے قسم کا پاور ہا</w:t>
      </w:r>
    </w:p>
    <w:p>
      <w:r>
        <w:rPr>
          <w:b/>
        </w:rPr>
        <w:t xml:space="preserve">[11:50] </w:t>
      </w:r>
      <w:r>
        <w:t>ho, lekin aapne apne ghar mein wiring na ki ho ya bad conductor laga rakha ho.</w:t>
      </w:r>
    </w:p>
    <w:p>
      <w:pPr>
        <w:jc w:val="right"/>
      </w:pPr>
      <w:r>
        <w:t>ؤس ہو، لیکن آپ نے اپنے گھر میں وائرنگ نہ کی ہو یا بیڈ کنڈکٹر لگا رکھا ہو۔</w:t>
      </w:r>
    </w:p>
    <w:p>
      <w:r>
        <w:rPr>
          <w:b/>
        </w:rPr>
        <w:t xml:space="preserve">[11:58] </w:t>
      </w:r>
      <w:r>
        <w:t>to shehar mein aur cheezon mein ujala aa jaye ga, lekin aap ke ghar mein andhera rahe ga.</w:t>
      </w:r>
    </w:p>
    <w:p>
      <w:pPr>
        <w:jc w:val="right"/>
      </w:pPr>
      <w:r>
        <w:t>تو شہر میں اور چیزیں میں اجالا آ جائے گا، لیکن آپ کے گھر میں اندھیرا رہے گا۔</w:t>
      </w:r>
    </w:p>
    <w:p>
      <w:r>
        <w:rPr>
          <w:b/>
        </w:rPr>
        <w:t xml:space="preserve">[12:05] </w:t>
      </w:r>
      <w:r>
        <w:t>to Khuda se panay ke liye sab se ziyada jis cheez ki zaroorat hai, woh zikr hai. Yani yaad.</w:t>
      </w:r>
    </w:p>
    <w:p>
      <w:pPr>
        <w:jc w:val="right"/>
      </w:pPr>
      <w:r>
        <w:t>تو خدا سے پانے کے لیے سب سے زیادہ جس چیز کی ضرورت ہے، وہ ذکر ہے۔ یعنی یاد۔</w:t>
      </w:r>
    </w:p>
    <w:p>
      <w:r>
        <w:rPr>
          <w:b/>
        </w:rPr>
        <w:t xml:space="preserve">[12:13] </w:t>
      </w:r>
      <w:r>
        <w:t>yaad ke maani mein. jab</w:t>
      </w:r>
    </w:p>
    <w:p>
      <w:pPr>
        <w:jc w:val="right"/>
      </w:pPr>
      <w:r>
        <w:t>یاد کے معنی میں۔ جب</w:t>
      </w:r>
    </w:p>
    <w:p>
      <w:r>
        <w:rPr>
          <w:b/>
        </w:rPr>
        <w:t xml:space="preserve">[12:20] </w:t>
      </w:r>
      <w:r>
        <w:t>Khuda aadmi ke soch mein sama jaye, us ki yaadon mein sama jaye, us ki rooh mein sama jaye, us waqt Khuda se contact ho jata hai. aur phir woh silsila jari ho jata hai ke Khuda se cheezein aati hain aur aap ko milti hain. to aadmi ko hamesha yeh sochna chahiye ke kya mera rabt Khuda se qaim hai?</w:t>
      </w:r>
    </w:p>
    <w:p>
      <w:pPr>
        <w:jc w:val="right"/>
      </w:pPr>
      <w:r>
        <w:t>خدا آدمی کے سوچ میں سما جائے، اس کی یادوں میں سما جائے، اس کی روح میں سما جائے، اس وقت خدا سے کنٹیکٹ ہو جاتا ہے۔ اور پھر وہ سلسلہ جاری ہو جاتا ہے کہ خدا سے چیزیں آتی ہیں اور آپ کو ملتی ہیں۔ تو آدمی کو ہمیشہ یہ سوچنا چاہیے کہ کیا میرا ربط خدا سے قائم ہے؟</w:t>
      </w:r>
    </w:p>
    <w:p>
      <w:r>
        <w:rPr>
          <w:b/>
        </w:rPr>
        <w:t xml:space="preserve">[12:50] </w:t>
      </w:r>
      <w:r>
        <w:t>ya to aap ne apne ghar mein wiring na ki ho, yeh wiring kiya ho, lekin connecting point</w:t>
      </w:r>
    </w:p>
    <w:p>
      <w:pPr>
        <w:jc w:val="right"/>
      </w:pPr>
      <w:r>
        <w:t>یا تو آپ نے اپنے گھر میں وائرنگ نہ کی ہو، یہ وائرنگ کیا ہو، لیکن کنیکٹنگ پوائنٹ</w:t>
      </w:r>
    </w:p>
    <w:p>
      <w:r>
        <w:rPr>
          <w:b/>
        </w:rPr>
        <w:t xml:space="preserve">[12:56] </w:t>
      </w:r>
      <w:r>
        <w:t>But you have put a bad conductor, so in both cases it is useless.</w:t>
      </w:r>
    </w:p>
    <w:p>
      <w:pPr>
        <w:jc w:val="right"/>
      </w:pPr>
      <w:r>
        <w:t>پر آپ نے بیڈ کنڈکٹر لگا رکھا ہو، تو دونوں حالتوں میں بیکار ہے۔</w:t>
      </w:r>
    </w:p>
    <w:p>
      <w:r>
        <w:rPr>
          <w:b/>
        </w:rPr>
        <w:t xml:space="preserve">[13:02] </w:t>
      </w:r>
      <w:r>
        <w:t>yani matlab yeh hai ke ya to aap Khuda ko yaad hi na kar rahe hon.</w:t>
      </w:r>
    </w:p>
    <w:p>
      <w:pPr>
        <w:jc w:val="right"/>
      </w:pPr>
      <w:r>
        <w:t>یعنی مطلب یہ ہے کہ یا تو آپ خدا کو یاد ہی نہ کر رہے ہوں۔</w:t>
      </w:r>
    </w:p>
    <w:p>
      <w:r>
        <w:rPr>
          <w:b/>
        </w:rPr>
        <w:t xml:space="preserve">[13:08] </w:t>
      </w:r>
      <w:r>
        <w:t>Khuda ko yaad na kar rahe hon, tab bhi aap door hain Khuda se.</w:t>
      </w:r>
    </w:p>
    <w:p>
      <w:pPr>
        <w:jc w:val="right"/>
      </w:pPr>
      <w:r>
        <w:t>خدا کو یاد نہ کر رہے ہوں، تب بھی آپ دور ہیں خدا سے۔</w:t>
      </w:r>
    </w:p>
    <w:p>
      <w:r>
        <w:rPr>
          <w:b/>
        </w:rPr>
        <w:t xml:space="preserve">[13:14] </w:t>
      </w:r>
      <w:r>
        <w:t>اور اگر آپ یاد کر رہے ہیں تسبیح کے دانوں پر، انگلیوں پر، تو آپ نے bead</w:t>
      </w:r>
    </w:p>
    <w:p>
      <w:pPr>
        <w:jc w:val="right"/>
      </w:pPr>
      <w:r>
        <w:t>اور اگر آپ یاد کر رہے ہیں تسبیح کے دانوں پر، انگلیوں پر، تو آپ نے بیڈ</w:t>
      </w:r>
    </w:p>
    <w:p>
      <w:r>
        <w:rPr>
          <w:b/>
        </w:rPr>
        <w:t xml:space="preserve">[13:20] </w:t>
      </w:r>
      <w:r>
        <w:t>conductor laga rakha hai.</w:t>
      </w:r>
    </w:p>
    <w:p>
      <w:pPr>
        <w:jc w:val="right"/>
      </w:pPr>
      <w:r>
        <w:t>کنڈکٹر لگا رکھا ہے۔</w:t>
      </w:r>
    </w:p>
    <w:p>
      <w:r>
        <w:rPr>
          <w:b/>
        </w:rPr>
        <w:t xml:space="preserve">[13:26] </w:t>
      </w:r>
      <w:r>
        <w:t>to Khuda ko yaad na karna bhi hamein mehroom karta hai.</w:t>
      </w:r>
    </w:p>
    <w:p>
      <w:pPr>
        <w:jc w:val="right"/>
      </w:pPr>
      <w:r>
        <w:t>تو خدا کو یاد نہ کرنا بھی ہمیں محروم کرتا ہے۔</w:t>
      </w:r>
    </w:p>
    <w:p>
      <w:r>
        <w:rPr>
          <w:b/>
        </w:rPr>
        <w:t xml:space="preserve">[13:31] </w:t>
      </w:r>
      <w:r>
        <w:t>aur khuda ko yaad to karna, magar woh bad conductor ki shakal mein.</w:t>
      </w:r>
    </w:p>
    <w:p>
      <w:pPr>
        <w:jc w:val="right"/>
      </w:pPr>
      <w:r>
        <w:t>اور خدا کو یاد تو کرنا، مگر وہ بیڈ کنڈکٹر کی شکل میں۔</w:t>
      </w:r>
    </w:p>
    <w:p>
      <w:r>
        <w:rPr>
          <w:b/>
        </w:rPr>
        <w:t xml:space="preserve">[13:36] </w:t>
      </w:r>
      <w:r>
        <w:t>میں مطلب لفظوں کا اچان کرنا، وہ ہے bad conductor۔</w:t>
      </w:r>
    </w:p>
    <w:p>
      <w:pPr>
        <w:jc w:val="right"/>
      </w:pPr>
      <w:r>
        <w:t>میں مطلب शब्दوں کا اچان کرنا، وہ ہے بیڈ کنڈکٹر۔</w:t>
      </w:r>
    </w:p>
    <w:p>
      <w:r>
        <w:rPr>
          <w:b/>
        </w:rPr>
        <w:t xml:space="preserve">[13:42] </w:t>
      </w:r>
      <w:r>
        <w:t>to is se kuch bhi hone wala nahi hai.</w:t>
      </w:r>
    </w:p>
    <w:p>
      <w:pPr>
        <w:jc w:val="right"/>
      </w:pPr>
      <w:r>
        <w:t>تو اس سے کچھ بھی ہونے والا نہیں ہے۔</w:t>
      </w:r>
    </w:p>
    <w:p>
      <w:r>
        <w:rPr>
          <w:b/>
        </w:rPr>
        <w:t xml:space="preserve">[13:47] </w:t>
      </w:r>
      <w:r>
        <w:t>kuch bhi nahi hone wala hai. nahi hai.</w:t>
      </w:r>
    </w:p>
    <w:p>
      <w:pPr>
        <w:jc w:val="right"/>
      </w:pPr>
      <w:r>
        <w:t>کچھ بھی نہیں ہونے والا ہے۔ نہیں ہے۔</w:t>
      </w:r>
    </w:p>
    <w:p>
      <w:r>
        <w:rPr>
          <w:b/>
        </w:rPr>
        <w:t xml:space="preserve">[13:53] </w:t>
      </w:r>
      <w:r>
        <w:t>to sacha— sacha zikr jab tak nahi aye ga aadmi ke andar, sacha zikr yeh hai ke aap</w:t>
      </w:r>
    </w:p>
    <w:p>
      <w:pPr>
        <w:jc w:val="right"/>
      </w:pPr>
      <w:r>
        <w:t>تو سچا— سچا ذکر جب تک نہیں آئے گا آدمی کے اندر، سچا ذکر یہ ہے کہ آپ</w:t>
      </w:r>
    </w:p>
    <w:p>
      <w:r>
        <w:rPr>
          <w:b/>
        </w:rPr>
        <w:t xml:space="preserve">[13:59] </w:t>
      </w:r>
      <w:r>
        <w:t>ke dimagh mein, aap ke dil mein Khuda ka tasawwur sama jaye, Khuda ki yaad utar aye aap</w:t>
      </w:r>
    </w:p>
    <w:p>
      <w:pPr>
        <w:jc w:val="right"/>
      </w:pPr>
      <w:r>
        <w:t>کے دماغ میں، آپ کے دل میں خدا کا تصور سما جائے، خدا کی یاد اتر آئے آپ</w:t>
      </w:r>
    </w:p>
    <w:p>
      <w:r>
        <w:rPr>
          <w:b/>
        </w:rPr>
        <w:t xml:space="preserve">[14:05] </w:t>
      </w:r>
      <w:r>
        <w:t>ke rooh mein, tabhi Khuda se sahi rabt qaim hota hai, aur tabhi Khuda ki blessing aap ko</w:t>
      </w:r>
    </w:p>
    <w:p>
      <w:pPr>
        <w:jc w:val="right"/>
      </w:pPr>
      <w:r>
        <w:t>کے روح میں، تبھی خدا سے صحیح ربط قائم ہوتا ہے، اور تبھی خدا کی بلیسنگ آپ کو</w:t>
      </w:r>
    </w:p>
    <w:p>
      <w:r>
        <w:rPr>
          <w:b/>
        </w:rPr>
        <w:t xml:space="preserve">[14:12] </w:t>
      </w:r>
      <w:r>
        <w:t>milne lagti hai.</w:t>
      </w:r>
    </w:p>
    <w:p>
      <w:pPr>
        <w:jc w:val="right"/>
      </w:pPr>
      <w:r>
        <w:t>ملنے لگتی ہے۔</w:t>
      </w:r>
    </w:p>
    <w:p>
      <w:r>
        <w:rPr>
          <w:b/>
        </w:rPr>
        <w:t xml:space="preserve">[14:18] </w:t>
      </w:r>
      <w:r>
        <w:t>ek hadith hai ke "</w:t>
      </w:r>
    </w:p>
    <w:p>
      <w:pPr>
        <w:jc w:val="right"/>
      </w:pPr>
      <w:r>
        <w:t>ایک حدیث ہے کہ "</w:t>
      </w:r>
    </w:p>
    <w:p>
      <w:r>
        <w:rPr>
          <w:b/>
        </w:rPr>
        <w:t xml:space="preserve">[14:24] </w:t>
      </w:r>
      <w:r>
        <w:t>إن المؤمن إذا أذنب كانت نقطة سوداء في قلبه"۔ yeh lambi hadith hai. is ka matlab yeh hai ke jab koi momin ya koi insaan gunah ka ek kaam karta hai to us ke dil par ek kala dhabba pad jata hai. phir gunah karta hai, phir gunah kar</w:t>
      </w:r>
    </w:p>
    <w:p>
      <w:pPr>
        <w:jc w:val="right"/>
      </w:pPr>
      <w:r>
        <w:t>إن المؤمن إذا أذنب كانت نقطة سوداء في قلبه"۔ یہ لمبی حدیث ہے۔ اس کا مطلب یہ ہے کہ جب کوئی مومن یا کوئی انسان گناہ کا ایک کام کرتا ہے تو اس کے دل پر ایک کالا دھبہ پڑ جاتا ہے۔ پھر گناہ کرتا ہے، پھر گناہ کر</w:t>
      </w:r>
    </w:p>
    <w:p>
      <w:r>
        <w:rPr>
          <w:b/>
        </w:rPr>
        <w:t xml:space="preserve">[14:54] </w:t>
      </w:r>
      <w:r>
        <w:t>ta hai, to bar bar kala dhabba is ke har gunah is ke dil par kala dhabba dalta rehta hai.</w:t>
      </w:r>
    </w:p>
    <w:p>
      <w:pPr>
        <w:jc w:val="right"/>
      </w:pPr>
      <w:r>
        <w:t>تا ہے، تو بار بار کالا دھبہ اس کے ہر گناہ اس کے دل پر کالا دھبہ ڈالتا رہتا ہے۔</w:t>
      </w:r>
    </w:p>
    <w:p>
      <w:r>
        <w:rPr>
          <w:b/>
        </w:rPr>
        <w:t xml:space="preserve">[15:02] </w:t>
      </w:r>
      <w:r>
        <w:t>yahan tak ke pura dil is ka kala ho jata hai, pura dil black ho jata hai.</w:t>
      </w:r>
    </w:p>
    <w:p>
      <w:pPr>
        <w:jc w:val="right"/>
      </w:pPr>
      <w:r>
        <w:t>یہاں تک کہ پورا دل اس کا کالا ہو جاتا ہے، پورا دل بلیک ہو جاتا ہے۔</w:t>
      </w:r>
    </w:p>
    <w:p>
      <w:r>
        <w:rPr>
          <w:b/>
        </w:rPr>
        <w:t xml:space="preserve">[15:09] </w:t>
      </w:r>
      <w:r>
        <w:t>to is liye farmaya ke apne dil ki safai karte raho.</w:t>
      </w:r>
    </w:p>
    <w:p>
      <w:pPr>
        <w:jc w:val="right"/>
      </w:pPr>
      <w:r>
        <w:t>تو اس لیے فرمایا کہ اپنے دل کی صفائی کرتے رہو۔</w:t>
      </w:r>
    </w:p>
    <w:p>
      <w:r>
        <w:rPr>
          <w:b/>
        </w:rPr>
        <w:t xml:space="preserve">[15:17] </w:t>
      </w:r>
      <w:r>
        <w:t>yani Khuda se istighfar kar ke, Khuda ko yaad kar ke, Khuda se maafii mangte hue, aur</w:t>
      </w:r>
    </w:p>
    <w:p>
      <w:pPr>
        <w:jc w:val="right"/>
      </w:pPr>
      <w:r>
        <w:t>یعنی خدا سے استغفار کر کے، خدا کو یاد کر کے، خدا سے معافی مانگتے ہوئے، اور</w:t>
      </w:r>
    </w:p>
    <w:p>
      <w:r>
        <w:rPr>
          <w:b/>
        </w:rPr>
        <w:t xml:space="preserve">[15:24] </w:t>
      </w:r>
      <w:r>
        <w:t>apna introspection karte hue, apna introspection karte hue in dhabbon ko mitate raho.</w:t>
      </w:r>
    </w:p>
    <w:p>
      <w:pPr>
        <w:jc w:val="right"/>
      </w:pPr>
      <w:r>
        <w:t>اپنا انٹراسپیکشن کرتے ہوئے، اپنا انٹراسپیکشن کرتے ہوئے ان دھبوں کو مٹاتے رہو۔</w:t>
      </w:r>
    </w:p>
    <w:p>
      <w:r>
        <w:rPr>
          <w:b/>
        </w:rPr>
        <w:t xml:space="preserve">[15:32] </w:t>
      </w:r>
      <w:r>
        <w:t>warna sara dil kala ho jayega, aur phir kuch bhi baqi nahi rahega tumhare andar.</w:t>
      </w:r>
    </w:p>
    <w:p>
      <w:pPr>
        <w:jc w:val="right"/>
      </w:pPr>
      <w:r>
        <w:t>ورنہ سارا دل کالا ہو جائے گا، اور پھر کچھ بھی باقی نہیں رہے گا تمہارے اندر۔</w:t>
      </w:r>
    </w:p>
    <w:p>
      <w:r>
        <w:rPr>
          <w:b/>
        </w:rPr>
        <w:t xml:space="preserve">[15:40] </w:t>
      </w:r>
      <w:r>
        <w:t>koi rabbaniyat, koi spirituality, koi sachaa taqwa, wo sab khatam ho jayega.</w:t>
      </w:r>
    </w:p>
    <w:p>
      <w:pPr>
        <w:jc w:val="right"/>
      </w:pPr>
      <w:r>
        <w:t>کوئی ربانیت، کوئی سپریچولٹی، کوئی سچا تقویٰ، وہ سب ختم ہو جائے گا۔</w:t>
      </w:r>
    </w:p>
    <w:p>
      <w:r>
        <w:rPr>
          <w:b/>
        </w:rPr>
        <w:t xml:space="preserve">[15:47] </w:t>
      </w:r>
      <w:r>
        <w:t>dekhiye, ye jo hai kala dhabba, is ka matlab ye nahi hai</w:t>
      </w:r>
    </w:p>
    <w:p>
      <w:pPr>
        <w:jc w:val="right"/>
      </w:pPr>
      <w:r>
        <w:t>دیکھیے، یہ جو ہے کالا دھبہ، اس کا مطلب یہ نہیں ہے</w:t>
      </w:r>
    </w:p>
    <w:p>
      <w:r>
        <w:rPr>
          <w:b/>
        </w:rPr>
        <w:t xml:space="preserve">[15:55] </w:t>
      </w:r>
      <w:r>
        <w:t>ke sach much hi black color ka koi wahan par dhabba pad jata hai.</w:t>
      </w:r>
    </w:p>
    <w:p>
      <w:pPr>
        <w:jc w:val="right"/>
      </w:pPr>
      <w:r>
        <w:t>کہ سچ مچ ہی بلیک کلر کا کوئی وہاں پر دھبہ پڑ جاتا ہے۔</w:t>
      </w:r>
    </w:p>
    <w:p>
      <w:r>
        <w:rPr>
          <w:b/>
        </w:rPr>
        <w:t xml:space="preserve">[16:00] </w:t>
      </w:r>
      <w:r>
        <w:t>ye hai psychological dhabba, ye physical dhabba nahi hai.</w:t>
      </w:r>
    </w:p>
    <w:p>
      <w:pPr>
        <w:jc w:val="right"/>
      </w:pPr>
      <w:r>
        <w:t>یہ ہے سائیکلوجیکل دھبہ، یہ فزیکل دھبہ نہیں ہے۔</w:t>
      </w:r>
    </w:p>
    <w:p>
      <w:r>
        <w:rPr>
          <w:b/>
        </w:rPr>
        <w:t xml:space="preserve">[16:05] </w:t>
      </w:r>
      <w:r>
        <w:t>is ka matlab physical dhabba nahi hai, is se murad hai psychological dhabba.</w:t>
      </w:r>
    </w:p>
    <w:p>
      <w:pPr>
        <w:jc w:val="right"/>
      </w:pPr>
      <w:r>
        <w:t>اس کا مطلب فزیکل دھبہ نہیں ہے، اس سے مراد ہے سائیکلوجیکل دھبہ۔</w:t>
      </w:r>
    </w:p>
    <w:p>
      <w:r>
        <w:rPr>
          <w:b/>
        </w:rPr>
        <w:t xml:space="preserve">[16:10] </w:t>
      </w:r>
      <w:r>
        <w:t>yani insensitivity.</w:t>
      </w:r>
    </w:p>
    <w:p>
      <w:pPr>
        <w:jc w:val="right"/>
      </w:pPr>
      <w:r>
        <w:t>یعنی ان سینسٹیوٹی۔</w:t>
      </w:r>
    </w:p>
    <w:p>
      <w:r>
        <w:rPr>
          <w:b/>
        </w:rPr>
        <w:t xml:space="preserve">[16:15] </w:t>
      </w:r>
      <w:r>
        <w:t>میں سمجھتا ہوں اس کا مطلب insensitivity. Insensitivity.</w:t>
      </w:r>
    </w:p>
    <w:p>
      <w:pPr>
        <w:jc w:val="right"/>
      </w:pPr>
      <w:r>
        <w:t>میں سمجھتا ہوں اس کا مطلب ان سینسٹیوٹی۔ ان سینسٹیوٹی۔</w:t>
      </w:r>
    </w:p>
    <w:p>
      <w:r>
        <w:rPr>
          <w:b/>
        </w:rPr>
        <w:t xml:space="preserve">[16:20] </w:t>
      </w:r>
      <w:r>
        <w:t>ہر بار جب ایک گناہ کرتا ہے آدمی تو in sense</w:t>
      </w:r>
    </w:p>
    <w:p>
      <w:pPr>
        <w:jc w:val="right"/>
      </w:pPr>
      <w:r>
        <w:t>ہر بار جب ایک گناہ کرتا ہے آدمی تو ان سینس</w:t>
      </w:r>
    </w:p>
    <w:p>
      <w:r>
        <w:rPr>
          <w:b/>
        </w:rPr>
        <w:t xml:space="preserve">[16:25] </w:t>
      </w:r>
      <w:r>
        <w:t>tivity ka, yani be-hisi ka, ek dhabba pad jata hai.</w:t>
      </w:r>
    </w:p>
    <w:p>
      <w:pPr>
        <w:jc w:val="right"/>
      </w:pPr>
      <w:r>
        <w:t>ٹیوٹی کا، یعنی بے حسی کا، ایک دھبہ پڑ جاتا ہے۔</w:t>
      </w:r>
    </w:p>
    <w:p>
      <w:r>
        <w:rPr>
          <w:b/>
        </w:rPr>
        <w:t xml:space="preserve">[16:31] </w:t>
      </w:r>
      <w:r>
        <w:t>یہاں تک کہ پورے معنوں میں وہ insensitive بن جاتا ہے۔</w:t>
      </w:r>
    </w:p>
    <w:p>
      <w:pPr>
        <w:jc w:val="right"/>
      </w:pPr>
      <w:r>
        <w:t>یہاں تک کہ پورے معنوں میں وہ ان سینسٹیو بن جاتا ہے۔</w:t>
      </w:r>
    </w:p>
    <w:p>
      <w:r>
        <w:rPr>
          <w:b/>
        </w:rPr>
        <w:t xml:space="preserve">[16:37] </w:t>
      </w:r>
      <w:r>
        <w:t>to phir is ke siwa kuch baat nahi aati.</w:t>
      </w:r>
    </w:p>
    <w:p>
      <w:pPr>
        <w:jc w:val="right"/>
      </w:pPr>
      <w:r>
        <w:t>تو پھر اس کے سوا کچھ بات نہیں آتی۔</w:t>
      </w:r>
    </w:p>
    <w:p>
      <w:r>
        <w:rPr>
          <w:b/>
        </w:rPr>
        <w:t xml:space="preserve">[16:43] </w:t>
      </w:r>
      <w:r>
        <w:t>میں سمجھتا ہوں اس معاملے کو آپ جو ماڈرن کانسیپٹ ہے conditioning کا، اس سے آپ سمجھ سکتے</w:t>
      </w:r>
    </w:p>
    <w:p>
      <w:pPr>
        <w:jc w:val="right"/>
      </w:pPr>
      <w:r>
        <w:t>میں سمجھتا ہوں اس معاملے کو آپ جو ماڈرن کانسیپٹ ہے کنڈیشننگ کا، اس سے آپ سمجھ سکتے</w:t>
      </w:r>
    </w:p>
    <w:p>
      <w:r>
        <w:rPr>
          <w:b/>
        </w:rPr>
        <w:t xml:space="preserve">[16:49] </w:t>
      </w:r>
      <w:r>
        <w:t>hain ke aadmi paida hota hai to bilkul pure halat mein hota hai, wo is ka dil saaf hota hai.</w:t>
      </w:r>
    </w:p>
    <w:p>
      <w:pPr>
        <w:jc w:val="right"/>
      </w:pPr>
      <w:r>
        <w:t>ہیں کہ آدمی پیدا ہوتا ہے تو بالکل پیور حالت میں ہوتا ہے، وہ اس کا دل صاف ہوتا ہے۔</w:t>
      </w:r>
    </w:p>
    <w:p>
      <w:r>
        <w:rPr>
          <w:b/>
        </w:rPr>
        <w:t xml:space="preserve">[16:56] </w:t>
      </w:r>
      <w:r>
        <w:t>lekin sath sath mahol ke asar se is ki conditioning hoti rehti hai.</w:t>
      </w:r>
    </w:p>
    <w:p>
      <w:pPr>
        <w:jc w:val="right"/>
      </w:pPr>
      <w:r>
        <w:t>لیکن ساتھ ساتھ ماحول کے اثر سے اس کی کنڈیشننگ ہوتی رہتی ہے۔</w:t>
      </w:r>
    </w:p>
    <w:p>
      <w:r>
        <w:rPr>
          <w:b/>
        </w:rPr>
        <w:t xml:space="preserve">[17:03] </w:t>
      </w:r>
      <w:r>
        <w:t>kuch bhi wo galat bola, koi baat, koi bhi galat kaam kiya, koi mahol mein suna, us ne</w:t>
      </w:r>
    </w:p>
    <w:p>
      <w:pPr>
        <w:jc w:val="right"/>
      </w:pPr>
      <w:r>
        <w:t>کچھ بھی وہ غلط بولا، کوئی بات، کوئی بھی غلط کام کیا، کوئی ماحول میں سنا، اس نے</w:t>
      </w:r>
    </w:p>
    <w:p>
      <w:r>
        <w:rPr>
          <w:b/>
        </w:rPr>
        <w:t xml:space="preserve">[17:11] </w:t>
      </w:r>
      <w:r>
        <w:t>idhar udhar ki baatein us ke dimagh mein aayin, ye sab us ke mind ka part banti chali jati hain.</w:t>
      </w:r>
    </w:p>
    <w:p>
      <w:pPr>
        <w:jc w:val="right"/>
      </w:pPr>
      <w:r>
        <w:t>ادھر ادھر کی باتیں اس کے دماغ میں آئیں، یہ سب اس کے مائنڈ کا پارٹ بنتی چلی جاتی ہیں۔</w:t>
      </w:r>
    </w:p>
    <w:p>
      <w:r>
        <w:rPr>
          <w:b/>
        </w:rPr>
        <w:t xml:space="preserve">[17:19] </w:t>
      </w:r>
      <w:r>
        <w:t>us ke mind mein preserve hoti rehti hain.</w:t>
      </w:r>
    </w:p>
    <w:p>
      <w:pPr>
        <w:jc w:val="right"/>
      </w:pPr>
      <w:r>
        <w:t>اس کے مائنڈ میں پریزرو ہوتی رہتی ہیں۔</w:t>
      </w:r>
    </w:p>
    <w:p>
      <w:r>
        <w:rPr>
          <w:b/>
        </w:rPr>
        <w:t xml:space="preserve">[17:27] </w:t>
      </w:r>
      <w:r>
        <w:t>to isi se us ka mind banta hai.</w:t>
      </w:r>
    </w:p>
    <w:p>
      <w:pPr>
        <w:jc w:val="right"/>
      </w:pPr>
      <w:r>
        <w:t>تو اسی سے اس کا مائنڈ بنتا ہے۔</w:t>
      </w:r>
    </w:p>
    <w:p>
      <w:r>
        <w:rPr>
          <w:b/>
        </w:rPr>
        <w:t xml:space="preserve">[17:31] </w:t>
      </w:r>
      <w:r>
        <w:t>اسی کو میں کہہ رہا ہوں conditioning. Conditioning.</w:t>
      </w:r>
    </w:p>
    <w:p>
      <w:pPr>
        <w:jc w:val="right"/>
      </w:pPr>
      <w:r>
        <w:t>اسی کو میں کہہ رہا ہوں کنڈیشننگ۔ کنڈیشننگ۔</w:t>
      </w:r>
    </w:p>
    <w:p>
      <w:r>
        <w:rPr>
          <w:b/>
        </w:rPr>
        <w:t xml:space="preserve">[17:35] </w:t>
      </w:r>
      <w:r>
        <w:t>yani mahol ke asar se sochna.</w:t>
      </w:r>
    </w:p>
    <w:p>
      <w:pPr>
        <w:jc w:val="right"/>
      </w:pPr>
      <w:r>
        <w:t>یعنی ماحول کے اثر سے سوچنا۔</w:t>
      </w:r>
    </w:p>
    <w:p>
      <w:r>
        <w:rPr>
          <w:b/>
        </w:rPr>
        <w:t xml:space="preserve">[17:40] </w:t>
      </w:r>
      <w:r>
        <w:t>to mahol ke asar se sochte sochte pura mind is ko cover ho jata hai.</w:t>
      </w:r>
    </w:p>
    <w:p>
      <w:pPr>
        <w:jc w:val="right"/>
      </w:pPr>
      <w:r>
        <w:t>تو ماحول کے اثر سے سوچتے سوچتے پورا مائنڈ اس کو کور ہو جاتا ہے۔</w:t>
      </w:r>
    </w:p>
    <w:p>
      <w:r>
        <w:rPr>
          <w:b/>
        </w:rPr>
        <w:t xml:space="preserve">[17:44] </w:t>
      </w:r>
      <w:r>
        <w:t>just like pyaz.</w:t>
      </w:r>
    </w:p>
    <w:p>
      <w:pPr>
        <w:jc w:val="right"/>
      </w:pPr>
      <w:r>
        <w:t>جسٹ لائک پیاز۔</w:t>
      </w:r>
    </w:p>
    <w:p>
      <w:r>
        <w:rPr>
          <w:b/>
        </w:rPr>
        <w:t xml:space="preserve">[17:48] </w:t>
      </w:r>
      <w:r>
        <w:t>pyaz jo hai, jis ko aap onion kehte hain.</w:t>
      </w:r>
    </w:p>
    <w:p>
      <w:pPr>
        <w:jc w:val="right"/>
      </w:pPr>
      <w:r>
        <w:t>پیاز جو ہے، جس کو آپ انین کہتے ہیں۔</w:t>
      </w:r>
    </w:p>
    <w:p>
      <w:r>
        <w:rPr>
          <w:b/>
        </w:rPr>
        <w:t xml:space="preserve">[17:52] </w:t>
      </w:r>
      <w:r>
        <w:t>aap jante hain ke onion ek khaas tarah ka, yani</w:t>
      </w:r>
    </w:p>
    <w:p>
      <w:pPr>
        <w:jc w:val="right"/>
      </w:pPr>
      <w:r>
        <w:t>آپ جانتے ہیں کہ انین ایک خاص طرح کا، یعنی</w:t>
      </w:r>
    </w:p>
    <w:p>
      <w:r>
        <w:rPr>
          <w:b/>
        </w:rPr>
        <w:t xml:space="preserve">[17:57] </w:t>
      </w:r>
      <w:r>
        <w:t>nabatat hai.</w:t>
      </w:r>
    </w:p>
    <w:p>
      <w:pPr>
        <w:jc w:val="right"/>
      </w:pPr>
      <w:r>
        <w:t>نباتات ہے۔</w:t>
      </w:r>
    </w:p>
    <w:p>
      <w:r>
        <w:rPr>
          <w:b/>
        </w:rPr>
        <w:t xml:space="preserve">[18:02] </w:t>
      </w:r>
      <w:r>
        <w:t>is ke andar ek cover hota hai.</w:t>
      </w:r>
    </w:p>
    <w:p>
      <w:pPr>
        <w:jc w:val="right"/>
      </w:pPr>
      <w:r>
        <w:t>اس کے اندر ایک کور ہوتا ہے۔</w:t>
      </w:r>
    </w:p>
    <w:p>
      <w:r>
        <w:rPr>
          <w:b/>
        </w:rPr>
        <w:t xml:space="preserve">[18:07] </w:t>
      </w:r>
      <w:r>
        <w:t>aur phir is ke upar layer, layer, layer, yaani bohat saare layer is ke upar ho jaate hain.</w:t>
      </w:r>
    </w:p>
    <w:p>
      <w:pPr>
        <w:jc w:val="right"/>
      </w:pPr>
      <w:r>
        <w:t>اور پھر اس کے اوپر لیئر، لیئر، لیئر، یعنی بہت سارے لیئر اس کے اوپر ہو جاتے ہیں۔</w:t>
      </w:r>
    </w:p>
    <w:p>
      <w:r>
        <w:rPr>
          <w:b/>
        </w:rPr>
        <w:t xml:space="preserve">[18:12] </w:t>
      </w:r>
      <w:r>
        <w:t>to piaz ke layer ko aap hatayein, hatayein, hatayein, to hatate hatate aap wahan pohnchenge jahan is</w:t>
      </w:r>
    </w:p>
    <w:p>
      <w:pPr>
        <w:jc w:val="right"/>
      </w:pPr>
      <w:r>
        <w:t>تو پیاز کے لیئر کو آپ ہٹائیں، ہٹائیں، ہٹائیں، تو ہٹاتے ہٹاتے آپ وہاں پہنچیں گے جہاں اس</w:t>
      </w:r>
    </w:p>
    <w:p>
      <w:r>
        <w:rPr>
          <w:b/>
        </w:rPr>
        <w:t xml:space="preserve">[18:17] </w:t>
      </w:r>
      <w:r>
        <w:t>ka andar ka cover, andar ka magz hai.</w:t>
      </w:r>
    </w:p>
    <w:p>
      <w:pPr>
        <w:jc w:val="right"/>
      </w:pPr>
      <w:r>
        <w:t>کا اندر کا کور، اندر کا مغز ہے۔</w:t>
      </w:r>
    </w:p>
    <w:p>
      <w:r>
        <w:rPr>
          <w:b/>
        </w:rPr>
        <w:t xml:space="preserve">[18:22] </w:t>
      </w:r>
      <w:r>
        <w:t>yeh maamla insaan ke mind ka hai. Insaan</w:t>
      </w:r>
    </w:p>
    <w:p>
      <w:pPr>
        <w:jc w:val="right"/>
      </w:pPr>
      <w:r>
        <w:t>یہ معاملہ انسان کے مائنڈ کا ہے۔ انسان</w:t>
      </w:r>
    </w:p>
    <w:p>
      <w:r>
        <w:rPr>
          <w:b/>
        </w:rPr>
        <w:t xml:space="preserve">[18:27] </w:t>
      </w:r>
      <w:r>
        <w:t>کے مائنڈ کی کنڈیشننگ ہوتی رہتی ہے۔ conditioning.</w:t>
      </w:r>
    </w:p>
    <w:p>
      <w:pPr>
        <w:jc w:val="right"/>
      </w:pPr>
      <w:r>
        <w:t>کے مائنڈ کی کنڈیشننگ ہوتی رہتی ہے۔ کنڈیشننگ۔</w:t>
      </w:r>
    </w:p>
    <w:p>
      <w:r>
        <w:rPr>
          <w:b/>
        </w:rPr>
        <w:t xml:space="preserve">[18:32] </w:t>
      </w:r>
      <w:r>
        <w:t>yaani layer charhta rehta hai.</w:t>
      </w:r>
    </w:p>
    <w:p>
      <w:pPr>
        <w:jc w:val="right"/>
      </w:pPr>
      <w:r>
        <w:t>یعنی لیئر چڑھتا رہتا ہے۔</w:t>
      </w:r>
    </w:p>
    <w:p>
      <w:r>
        <w:rPr>
          <w:b/>
        </w:rPr>
        <w:t xml:space="preserve">[18:37] </w:t>
      </w:r>
      <w:r>
        <w:t>to is conditioning ki deconditioning karni hai.</w:t>
      </w:r>
    </w:p>
    <w:p>
      <w:pPr>
        <w:jc w:val="right"/>
      </w:pPr>
      <w:r>
        <w:t>تو اس کنڈیشننگ کی ڈی کنڈیشننگ کرنی ہے۔</w:t>
      </w:r>
    </w:p>
    <w:p>
      <w:r>
        <w:rPr>
          <w:b/>
        </w:rPr>
        <w:t xml:space="preserve">[18:42] </w:t>
      </w:r>
      <w:r>
        <w:t>yeh matlab hai is hadith ka ke dhabbe padte rahenge tumhare dil par, to tumhein is ko</w:t>
      </w:r>
    </w:p>
    <w:p>
      <w:pPr>
        <w:jc w:val="right"/>
      </w:pPr>
      <w:r>
        <w:t>یہ مطلب ہے اس حدیث کا کہ دھبے پڑتے رہیں گے تمہارے دل پر، تو تمہیں اس کو</w:t>
      </w:r>
    </w:p>
    <w:p>
      <w:r>
        <w:rPr>
          <w:b/>
        </w:rPr>
        <w:t xml:space="preserve">[18:47] </w:t>
      </w:r>
      <w:r>
        <w:t>mitana parega.</w:t>
      </w:r>
    </w:p>
    <w:p>
      <w:pPr>
        <w:jc w:val="right"/>
      </w:pPr>
      <w:r>
        <w:t>مٹانا پڑے گا۔</w:t>
      </w:r>
    </w:p>
    <w:p>
      <w:r>
        <w:rPr>
          <w:b/>
        </w:rPr>
        <w:t xml:space="preserve">[18:52] </w:t>
      </w:r>
      <w:r>
        <w:t>tauba se, istighfar se, Khuda ko yaad kar ke, Khuda se maafi mang kar ke.</w:t>
      </w:r>
    </w:p>
    <w:p>
      <w:pPr>
        <w:jc w:val="right"/>
      </w:pPr>
      <w:r>
        <w:t>توبہ سے، استغفار سے، خدا کو یاد کر کے، خدا سے معافی مانگ کر کے۔</w:t>
      </w:r>
    </w:p>
    <w:p>
      <w:r>
        <w:rPr>
          <w:b/>
        </w:rPr>
        <w:t xml:space="preserve">[18:57] </w:t>
      </w:r>
      <w:r>
        <w:t>to conditioning ki deconditioning karni hai aap ko.</w:t>
      </w:r>
    </w:p>
    <w:p>
      <w:pPr>
        <w:jc w:val="right"/>
      </w:pPr>
      <w:r>
        <w:t>تو کنڈیشننگ کی ڈی کنڈیشننگ کرنی ہے آپ کو۔</w:t>
      </w:r>
    </w:p>
    <w:p>
      <w:r>
        <w:rPr>
          <w:b/>
        </w:rPr>
        <w:t xml:space="preserve">[19:05] </w:t>
      </w:r>
      <w:r>
        <w:t>ڈی کنڈیشننگ کیسے ہوتی ہے؟ وہ ہوتی ہے repentance، سوچنا، introspection کرنا۔</w:t>
      </w:r>
    </w:p>
    <w:p>
      <w:pPr>
        <w:jc w:val="right"/>
      </w:pPr>
      <w:r>
        <w:t>ڈی کنڈیشننگ کیسے ہوتی ہے؟ وہ ہوتی ہے ریپنٹنس، سوچنا، انٹراسپیکشن کرنا۔</w:t>
      </w:r>
    </w:p>
    <w:p>
      <w:r>
        <w:rPr>
          <w:b/>
        </w:rPr>
        <w:t xml:space="preserve">[19:12] </w:t>
      </w:r>
      <w:r>
        <w:t>introspection ka matlab hota hai apni galtiyon ko dhoondna, apne gunahon ko dhoondna.</w:t>
      </w:r>
    </w:p>
    <w:p>
      <w:pPr>
        <w:jc w:val="right"/>
      </w:pPr>
      <w:r>
        <w:t>انٹراسپیکشن کا مطلب ہوتا ہے اپنی غلطیوں کو ڈھونڈنا، اپنے گناہوں کو ڈھونڈنا۔</w:t>
      </w:r>
    </w:p>
    <w:p>
      <w:r>
        <w:rPr>
          <w:b/>
        </w:rPr>
        <w:t xml:space="preserve">[19:20] </w:t>
      </w:r>
      <w:r>
        <w:t>to dhoond dhoond kar woh saare item nikalna jo aap ke mind mein bharte ja rahe hain. To</w:t>
      </w:r>
    </w:p>
    <w:p>
      <w:pPr>
        <w:jc w:val="right"/>
      </w:pPr>
      <w:r>
        <w:t>تو ڈھونڈ ڈھونڈ کر وہ سارے آئٹم نکالنا جو آپ کے مائنڈ میں بھرتے جا رہے ہیں۔ تو</w:t>
      </w:r>
    </w:p>
    <w:p>
      <w:r>
        <w:rPr>
          <w:b/>
        </w:rPr>
        <w:t xml:space="preserve">[19:27] </w:t>
      </w:r>
      <w:r>
        <w:t>conditioning ki deconditioning hoti hai through introspection. aap keh sakein ke I was wrong, yeh mujh se ghalti ho gayi. to jaise hi aap yeh consciously kehte hain ke I was wrong, to woh dhabba aap ke mind se nikal jata hai. aap ka woh dhabba dil se nikal jata hai. woh dejective item jo hai, aap ke mind se nikal jate hain. to jitna zyada aap karenge</w:t>
      </w:r>
    </w:p>
    <w:p>
      <w:pPr>
        <w:jc w:val="right"/>
      </w:pPr>
      <w:r>
        <w:t>کنڈیشننگ کی ڈی کنڈیشننگ ہوتی ہے تھرو انٹراسپیکشن۔ آپ کہہ سکیں کہ آئی واز رونگ، یہ مجھ سے غلطی ہو گئی۔ تو جیسے ہی آپ یہ کانشسلی کہتے ہیں کہ آئی واز رونگ، تو وہ دھبہ آپ کے مائنڈ سے نکل جاتا ہے۔ آپ کا وہ دھبہ دل سے نکل جاتا ہے۔ وہ ڈیکیٹیو آئٹم جو ہے، آپ کے مائنڈ سے نکل جاتے ہیں۔ تو جتنا زیادہ آپ کریں گے</w:t>
      </w:r>
    </w:p>
    <w:p>
      <w:r>
        <w:rPr>
          <w:b/>
        </w:rPr>
        <w:t xml:space="preserve">[19:57] </w:t>
      </w:r>
      <w:r>
        <w:t>introspection, jitna zyada manenge apni ghalti ko, jitna zyada Khuda se istighfar karenge, utna hi zyada aap ke conditioning ki deconditioning hoti rahegi. is hadith ka matlab meri samajh mein yahi aaya hai ke is dunya mein ghalti karna to bilkul part of life hai. to err is human kaha</w:t>
      </w:r>
    </w:p>
    <w:p>
      <w:pPr>
        <w:jc w:val="right"/>
      </w:pPr>
      <w:r>
        <w:t>انٹراسپیکشن، جتنا زیادہ مانیں گے اپنی غلطی کو، جتنا زیادہ خدا سے استغفار کریں گے، اتنا ہی زیادہ آپ کے کنڈیشننگ کی ڈی کنڈیشننگ ہوتی رہے گی۔ اس حدیث کا مطلب میری سمجھ میں یہی آیا ہے کہ اس دنیا میں غلطی کرنا تو بالکل پارٹ آف لائف ہے۔ ٹویر ایز ہیومن کہا</w:t>
      </w:r>
    </w:p>
    <w:p>
      <w:r>
        <w:rPr>
          <w:b/>
        </w:rPr>
        <w:t xml:space="preserve">[20:27] </w:t>
      </w:r>
      <w:r>
        <w:t>jata hai.</w:t>
      </w:r>
    </w:p>
    <w:p>
      <w:pPr>
        <w:jc w:val="right"/>
      </w:pPr>
      <w:r>
        <w:t>جاتا ہے۔</w:t>
      </w:r>
    </w:p>
    <w:p>
      <w:r>
        <w:rPr>
          <w:b/>
        </w:rPr>
        <w:t xml:space="preserve">[20:31] </w:t>
      </w:r>
      <w:r>
        <w:t>to galti to hoti rehti hai insaan se.</w:t>
      </w:r>
    </w:p>
    <w:p>
      <w:pPr>
        <w:jc w:val="right"/>
      </w:pPr>
      <w:r>
        <w:t>تو غلطی تو ہوتی رہتی ہے انسان سے۔</w:t>
      </w:r>
    </w:p>
    <w:p>
      <w:r>
        <w:rPr>
          <w:b/>
        </w:rPr>
        <w:t xml:space="preserve">[20:35] </w:t>
      </w:r>
      <w:r>
        <w:t>is ka maani hai ke har waqt is ki conditioning hoti rehti hai.</w:t>
      </w:r>
    </w:p>
    <w:p>
      <w:pPr>
        <w:jc w:val="right"/>
      </w:pPr>
      <w:r>
        <w:t>اس کا معنی ہے کہ ہر وقت اس کی کنڈیشننگ ہوتی رہتی ہے۔</w:t>
      </w:r>
    </w:p>
    <w:p>
      <w:r>
        <w:rPr>
          <w:b/>
        </w:rPr>
        <w:t xml:space="preserve">[20:39] </w:t>
      </w:r>
      <w:r>
        <w:t>lekin aadmi ko alert rehna chahiye.</w:t>
      </w:r>
    </w:p>
    <w:p>
      <w:pPr>
        <w:jc w:val="right"/>
      </w:pPr>
      <w:r>
        <w:t>لیکن آدمی کو الرٹ رہنا چاہیے۔</w:t>
      </w:r>
    </w:p>
    <w:p>
      <w:r>
        <w:rPr>
          <w:b/>
        </w:rPr>
        <w:t xml:space="preserve">[20:43] </w:t>
      </w:r>
      <w:r>
        <w:t>jaise hi koi galti ho, foran chaukana ho jaye woh.</w:t>
      </w:r>
    </w:p>
    <w:p>
      <w:pPr>
        <w:jc w:val="right"/>
      </w:pPr>
      <w:r>
        <w:t>جیسے ہی کوئی غلطی ہو، فوراً چوکنا ہو جائے وہ۔</w:t>
      </w:r>
    </w:p>
    <w:p>
      <w:r>
        <w:rPr>
          <w:b/>
        </w:rPr>
        <w:t xml:space="preserve">[20:46] </w:t>
      </w:r>
      <w:r>
        <w:t>foran is ka is ke baray mein sochne lage.</w:t>
      </w:r>
    </w:p>
    <w:p>
      <w:pPr>
        <w:jc w:val="right"/>
      </w:pPr>
      <w:r>
        <w:t>فوراً اس کا اس کے بارے میں سوچنے لگے۔</w:t>
      </w:r>
    </w:p>
    <w:p>
      <w:r>
        <w:rPr>
          <w:b/>
        </w:rPr>
        <w:t xml:space="preserve">[20:50] </w:t>
      </w:r>
      <w:r>
        <w:t>فوراً اپنا introspection کرنے لگے۔</w:t>
      </w:r>
    </w:p>
    <w:p>
      <w:pPr>
        <w:jc w:val="right"/>
      </w:pPr>
      <w:r>
        <w:t>فوراً اپنا انٹراسپیکشن کرنے لگے۔</w:t>
      </w:r>
    </w:p>
    <w:p>
      <w:r>
        <w:rPr>
          <w:b/>
        </w:rPr>
        <w:t xml:space="preserve">[20:54] </w:t>
      </w:r>
      <w:r>
        <w:t>jab aisa hoga to is ka maani ke woh is ke andar</w:t>
      </w:r>
    </w:p>
    <w:p>
      <w:pPr>
        <w:jc w:val="right"/>
      </w:pPr>
      <w:r>
        <w:t>جب ایسا ہوگا تو اس کا معنی کہ وہ اس کے اندر</w:t>
      </w:r>
    </w:p>
    <w:p>
      <w:r>
        <w:rPr>
          <w:b/>
        </w:rPr>
        <w:t xml:space="preserve">[20:58] </w:t>
      </w:r>
      <w:r>
        <w:t>Deconditioning ka process shuru ho gaya.</w:t>
      </w:r>
    </w:p>
    <w:p>
      <w:pPr>
        <w:jc w:val="right"/>
      </w:pPr>
      <w:r>
        <w:t>ڈی کنڈیشننگ کا پراسیس شروع ہو گیا۔</w:t>
      </w:r>
    </w:p>
    <w:p>
      <w:r>
        <w:rPr>
          <w:b/>
        </w:rPr>
        <w:t xml:space="preserve">[21:04] </w:t>
      </w:r>
      <w:r>
        <w:t>jab bhi aadmi apne khilaf sochega, apni galti ko manega, Khuda se maafi chahega, Khuda</w:t>
      </w:r>
    </w:p>
    <w:p>
      <w:pPr>
        <w:jc w:val="right"/>
      </w:pPr>
      <w:r>
        <w:t>جب بھی آدمی اپنے خلاف سوچے گا، اپنی غلطی کو مانے گا، خدا سے معافی چاہے گا، خدا</w:t>
      </w:r>
    </w:p>
    <w:p>
      <w:r>
        <w:rPr>
          <w:b/>
        </w:rPr>
        <w:t xml:space="preserve">[21:10] </w:t>
      </w:r>
      <w:r>
        <w:t>se istighfar karega, to deconditioning ka process is ke andar shuru ho jayega.</w:t>
      </w:r>
    </w:p>
    <w:p>
      <w:pPr>
        <w:jc w:val="right"/>
      </w:pPr>
      <w:r>
        <w:t>سے استغفار کرے گا، تو ڈی کنڈیشننگ کا پراسیس اس کے اندر شروع ہو جائے گا۔</w:t>
      </w:r>
    </w:p>
    <w:p>
      <w:r>
        <w:rPr>
          <w:b/>
        </w:rPr>
        <w:t xml:space="preserve">[21:16] </w:t>
      </w:r>
      <w:r>
        <w:t>وہ اس وقت تک جاری رہے گا جب تک آپ introspection کر رہے ہوں۔</w:t>
      </w:r>
    </w:p>
    <w:p>
      <w:pPr>
        <w:jc w:val="right"/>
      </w:pPr>
      <w:r>
        <w:t>وہ اس وقت تک جاری رہے گا جب تک آپ انٹراسپیکشن کر رہے ہوں۔</w:t>
      </w:r>
    </w:p>
    <w:p>
      <w:r>
        <w:rPr>
          <w:b/>
        </w:rPr>
        <w:t xml:space="preserve">[21:22] </w:t>
      </w:r>
      <w:r>
        <w:t>to yeh bohat hi zyada zaroori</w:t>
      </w:r>
    </w:p>
    <w:p>
      <w:pPr>
        <w:jc w:val="right"/>
      </w:pPr>
      <w:r>
        <w:t>تو یہ بہت ہی زیادہ ضروری</w:t>
      </w:r>
    </w:p>
    <w:p>
      <w:r>
        <w:rPr>
          <w:b/>
        </w:rPr>
        <w:t xml:space="preserve">[21:28] </w:t>
      </w:r>
      <w:r>
        <w:t>hai. apni de conditioning karna. yaad rakhiye, de conditioning ka jo process hai, aadmi khud hi chala sakta hai apne andar. kyunke yeh physical cheez to koi hai nahi. aap ke kapde par mitti lag jaye, ek doosra aadmi is ko saaf kar sakta hai. lekin dil mein jo negative thought aa gaye, is ko doosra aadmi kaise saaf karega? doosre aadmi ke hath to aap pahunch nahi sakta. aap ke</w:t>
      </w:r>
    </w:p>
    <w:p>
      <w:pPr>
        <w:jc w:val="right"/>
      </w:pPr>
      <w:r>
        <w:t>ہے۔ اپنی ڈی کنڈیشننگ کرنا۔ یاد رکھیے، ڈی کنڈیشننگ کا جو پراسیس ہے، آدمی خود ہی چلا سکتا ہے اپنے اندر۔ کیونکہ یہ فزیکل چیز تو کوئی ہے نہیں۔ آپ کے کپڑے پر مٹی لگ جائے، ایک دوسرا آدمی اس کو صاف کر سکتا ہے۔ لیکن دل میں جو نیگیٹیو تھاٹ آ گئے، اس کو دوسرا آدمی کیسے صاف کرے گا؟ دوسرے آدمی کے ہاتھ تو آپ پہنچ نہیں سکتا۔ آپ کے</w:t>
      </w:r>
    </w:p>
    <w:p>
      <w:r>
        <w:rPr>
          <w:b/>
        </w:rPr>
        <w:t xml:space="preserve">[21:58] </w:t>
      </w:r>
      <w:r>
        <w:t>kapde par jo mitti lagi hai, wahan tak mera haath pahunch sakta hai.</w:t>
      </w:r>
    </w:p>
    <w:p>
      <w:pPr>
        <w:jc w:val="right"/>
      </w:pPr>
      <w:r>
        <w:t>کپڑے پر جو مٹی لگی ہے، وہاں تک میرا ہاتھ پہنچ سکتا ہے۔</w:t>
      </w:r>
    </w:p>
    <w:p>
      <w:r>
        <w:rPr>
          <w:b/>
        </w:rPr>
        <w:t xml:space="preserve">[22:02] </w:t>
      </w:r>
      <w:r>
        <w:t>lekin dil mein jo negative thought aa gaye, wahan tak mera haath nahi pahunch sakta.</w:t>
      </w:r>
    </w:p>
    <w:p>
      <w:pPr>
        <w:jc w:val="right"/>
      </w:pPr>
      <w:r>
        <w:t>لیکن دل میں جو نیگیٹیو تھاٹ آ گئے، وہاں تک میرا ہاتھ نہیں پہنچ سکتا۔</w:t>
      </w:r>
    </w:p>
    <w:p>
      <w:r>
        <w:rPr>
          <w:b/>
        </w:rPr>
        <w:t xml:space="preserve">[22:06] </w:t>
      </w:r>
      <w:r>
        <w:t>وہاں تو آپ کے introspection ہی کی پہنچ ہے، وہاں تک۔</w:t>
      </w:r>
    </w:p>
    <w:p>
      <w:pPr>
        <w:jc w:val="right"/>
      </w:pPr>
      <w:r>
        <w:t>وہاں تو آپ کے انٹراسپیکشن ہی کی پہنچ ہے، وہاں تک۔</w:t>
      </w:r>
    </w:p>
    <w:p>
      <w:r>
        <w:rPr>
          <w:b/>
        </w:rPr>
        <w:t xml:space="preserve">[22:11] </w:t>
      </w:r>
      <w:r>
        <w:t>to kaha ke de conditioning ka jo mamla hai, woh aadmi khud kar sakta hai.</w:t>
      </w:r>
    </w:p>
    <w:p>
      <w:pPr>
        <w:jc w:val="right"/>
      </w:pPr>
      <w:r>
        <w:t>تو کہا کہ ڈی کنڈیشننگ کا جو معاملہ ہے، وہ آدمی خود کر سکتا ہے۔</w:t>
      </w:r>
    </w:p>
    <w:p>
      <w:r>
        <w:rPr>
          <w:b/>
        </w:rPr>
        <w:t xml:space="preserve">[22:15] </w:t>
      </w:r>
      <w:r>
        <w:t>koi aur aadmi sirf tawajjuh dila sakta hai.</w:t>
      </w:r>
    </w:p>
    <w:p>
      <w:pPr>
        <w:jc w:val="right"/>
      </w:pPr>
      <w:r>
        <w:t>کوئی اور آدمی صرف توجہ دلا سکتا ہے۔</w:t>
      </w:r>
    </w:p>
    <w:p>
      <w:r>
        <w:rPr>
          <w:b/>
        </w:rPr>
        <w:t xml:space="preserve">[22:19] </w:t>
      </w:r>
      <w:r>
        <w:t>baqi karna to aadmi ko khud karna parega.</w:t>
      </w:r>
    </w:p>
    <w:p>
      <w:pPr>
        <w:jc w:val="right"/>
      </w:pPr>
      <w:r>
        <w:t>باقی کرنا تو آدمی کو خود کرنا پڑے گا۔</w:t>
      </w:r>
    </w:p>
    <w:p>
      <w:r>
        <w:rPr>
          <w:b/>
        </w:rPr>
        <w:t xml:space="preserve">[22:24] </w:t>
      </w:r>
      <w:r>
        <w:t>to yeh bohat</w:t>
      </w:r>
    </w:p>
    <w:p>
      <w:pPr>
        <w:jc w:val="right"/>
      </w:pPr>
      <w:r>
        <w:t>تو یہ بہت</w:t>
      </w:r>
    </w:p>
    <w:p>
      <w:r>
        <w:rPr>
          <w:b/>
        </w:rPr>
        <w:t xml:space="preserve">[22:28] </w:t>
      </w:r>
      <w:r>
        <w:t>hi important baat hai. bohat important baat hai. kyunke conditioning to lazman insan ki hoti hai. lazman. jaisa ke hadith mein aata hai ke kul mauludina yuladu al fitra fawaah yubaddani aw yujassani aw yusarrani. to aadmi ki</w:t>
      </w:r>
    </w:p>
    <w:p>
      <w:pPr>
        <w:jc w:val="right"/>
      </w:pPr>
      <w:r>
        <w:t>ہی امپورٹنٹ بات ہے۔ بہت امپورٹنٹ بات ہے۔ کیونکہ کنڈیشننگ تو لازماً انسان کی ہوتی ہے۔ لازماً۔ جیسا کہ حدیث میں آتا ہے کہ کل مولودین یولد الفطرہ فواہ یبدانی او یجسانی او یسرانی۔ تو آدمی کی</w:t>
      </w:r>
    </w:p>
    <w:p>
      <w:r>
        <w:rPr>
          <w:b/>
        </w:rPr>
        <w:t xml:space="preserve">[22:58] </w:t>
      </w:r>
      <w:r>
        <w:t>conditioning to hoti hi hoti hai hamesha.</w:t>
      </w:r>
    </w:p>
    <w:p>
      <w:pPr>
        <w:jc w:val="right"/>
      </w:pPr>
      <w:r>
        <w:t>کنڈیشننگ تو ہوتی ہی ہوتی ہے ہمیشہ۔</w:t>
      </w:r>
    </w:p>
    <w:p>
      <w:r>
        <w:rPr>
          <w:b/>
        </w:rPr>
        <w:t xml:space="preserve">[23:04] </w:t>
      </w:r>
      <w:r>
        <w:t>koi aadmi conditioning ke amal se bach nahi sakta hai.</w:t>
      </w:r>
    </w:p>
    <w:p>
      <w:pPr>
        <w:jc w:val="right"/>
      </w:pPr>
      <w:r>
        <w:t>کوئی آدمی کنڈیشننگ کے عمل سے بچ نہیں سکتا ہے۔</w:t>
      </w:r>
    </w:p>
    <w:p>
      <w:r>
        <w:rPr>
          <w:b/>
        </w:rPr>
        <w:t xml:space="preserve">[23:11] </w:t>
      </w:r>
      <w:r>
        <w:t>is liye de conditioning bhi zaroori hai.</w:t>
      </w:r>
    </w:p>
    <w:p>
      <w:pPr>
        <w:jc w:val="right"/>
      </w:pPr>
      <w:r>
        <w:t>اس لیے ڈی کنڈیشننگ بھی ضروری ہے۔</w:t>
      </w:r>
    </w:p>
    <w:p>
      <w:r>
        <w:rPr>
          <w:b/>
        </w:rPr>
        <w:t xml:space="preserve">[23:17] </w:t>
      </w:r>
      <w:r>
        <w:t>agar aap de condition nahi karenge to isi condition halat mein waqe rahenge aap.</w:t>
      </w:r>
    </w:p>
    <w:p>
      <w:pPr>
        <w:jc w:val="right"/>
      </w:pPr>
      <w:r>
        <w:t>اگر آپ ڈی کنڈیشن نہیں کریں گے تو اسی کنڈیشن حالت میں واقع رہیں گے آپ۔</w:t>
      </w:r>
    </w:p>
    <w:p>
      <w:r>
        <w:rPr>
          <w:b/>
        </w:rPr>
        <w:t xml:space="preserve">[23:23] </w:t>
      </w:r>
      <w:r>
        <w:t>har aadmi ko chahiye ke woh har waqt apne bare mein soche, apni ghaltiyon ko dhonde,</w:t>
      </w:r>
    </w:p>
    <w:p>
      <w:pPr>
        <w:jc w:val="right"/>
      </w:pPr>
      <w:r>
        <w:t>ہر آدمی کو چاہیے کہ وہ ہر وقت اپنے بارے میں سوچے، اپنی غلطیوں کو ڈھونڈے،</w:t>
      </w:r>
    </w:p>
    <w:p>
      <w:r>
        <w:rPr>
          <w:b/>
        </w:rPr>
        <w:t xml:space="preserve">[23:30] </w:t>
      </w:r>
      <w:r>
        <w:t>apne andar jo dhabbe pad gaye hain un ko dho dho kar saaf kare, apne ko purify kare.</w:t>
      </w:r>
    </w:p>
    <w:p>
      <w:pPr>
        <w:jc w:val="right"/>
      </w:pPr>
      <w:r>
        <w:t>اپنے اندر جو دھبے پڑ گئے ہیں ان کو دھو دھو کر صاف کرے، اپنے کو پیوریفائی کرے۔</w:t>
      </w:r>
    </w:p>
    <w:p>
      <w:r>
        <w:rPr>
          <w:b/>
        </w:rPr>
        <w:t xml:space="preserve">[23:36] </w:t>
      </w:r>
      <w:r>
        <w:t>قرآن میں ہے کہ ذالک جزا منتزک یعنی صرف purified soul ہی جائیں گے جنت میں۔</w:t>
      </w:r>
    </w:p>
    <w:p>
      <w:pPr>
        <w:jc w:val="right"/>
      </w:pPr>
      <w:r>
        <w:t>قرآن میں ہے کہ ذالک جزا منتزک یعنی صرف پیوریفائیڈ سول ہی جائیں گے جنت میں۔</w:t>
      </w:r>
    </w:p>
    <w:p>
      <w:r>
        <w:rPr>
          <w:b/>
        </w:rPr>
        <w:t xml:space="preserve">[23:42] </w:t>
      </w:r>
      <w:r>
        <w:t>sirf purified soul hi jannat mein jayegi.</w:t>
      </w:r>
    </w:p>
    <w:p>
      <w:pPr>
        <w:jc w:val="right"/>
      </w:pPr>
      <w:r>
        <w:t>صرف پیوریفائیڈ سول ہی جنت میں جائیں گی۔</w:t>
      </w:r>
    </w:p>
    <w:p>
      <w:r>
        <w:rPr>
          <w:b/>
        </w:rPr>
        <w:t xml:space="preserve">[23:48] </w:t>
      </w:r>
      <w:r>
        <w:t>is ka matlab kya hua? ke sirf woh log jannat mein jayenge jinhone apne aap ko,</w:t>
      </w:r>
    </w:p>
    <w:p>
      <w:pPr>
        <w:jc w:val="right"/>
      </w:pPr>
      <w:r>
        <w:t>اس کا مطلب کیا ہوا؟ کہ صرف وہ لوگ جنت میں جائیں گے جنہوں نے اپنے آپ کو،</w:t>
      </w:r>
    </w:p>
    <w:p>
      <w:r>
        <w:rPr>
          <w:b/>
        </w:rPr>
        <w:t xml:space="preserve">[23:54] </w:t>
      </w:r>
      <w:r>
        <w:t>jinhone apni de conditioning</w:t>
      </w:r>
    </w:p>
    <w:p>
      <w:pPr>
        <w:jc w:val="right"/>
      </w:pPr>
      <w:r>
        <w:t>جنہوں نے اپنی ڈی کنڈیشننگ</w:t>
      </w:r>
    </w:p>
    <w:p>
      <w:r>
        <w:rPr>
          <w:b/>
        </w:rPr>
        <w:t xml:space="preserve">[24:00] </w:t>
      </w:r>
      <w:r>
        <w:t>ki, jinhon ne apni de conditioning ki. is ka matlab yeh hai ke jo log condition halat mein mar gaye, jo conditioning un ki hui thi, usi halat mein mar gaye to woh bohat bara risk le rahe hain. koi unhein paradise mein entry nahi milti. to zalika jaza mun tazzaka jo kaha gaya hai, is ko doosre la</w:t>
      </w:r>
    </w:p>
    <w:p>
      <w:pPr>
        <w:jc w:val="right"/>
      </w:pPr>
      <w:r>
        <w:t>کی، جنہوں نے اپنی ڈی کنڈیشننگ کی۔ اس کا مطلب یہ ہے کہ جو لوگ کنڈیشن حالت میں مر گئے، جو کنڈیشننگ ان کی ہوئی تھی، اسی حالت میں مر گئے تو وہ بہت بڑا رسک لے رہے ہیں۔ کوئی انہیں پیراڈائز میں انٹری نہیں ملے۔ تو ذالک جزا منتزک جو کہا گیا ہے، اس کو دوسرے ل</w:t>
      </w:r>
    </w:p>
    <w:p>
      <w:r>
        <w:rPr>
          <w:b/>
        </w:rPr>
        <w:t xml:space="preserve">[24:30] </w:t>
      </w:r>
      <w:r>
        <w:t>fazon mein hum yeh keh sakte hain ke jannat un logon ko milegi jinhone apne aap</w:t>
      </w:r>
    </w:p>
    <w:p>
      <w:pPr>
        <w:jc w:val="right"/>
      </w:pPr>
      <w:r>
        <w:t>فظوں میں ہم یہ کہہ سکتے ہیں کہ جنت ان لوگوں کو ملے گی جنہوں نے اپنے آپ</w:t>
      </w:r>
    </w:p>
    <w:p>
      <w:r>
        <w:rPr>
          <w:b/>
        </w:rPr>
        <w:t xml:space="preserve">[24:39] </w:t>
      </w:r>
      <w:r>
        <w:t>ko de conditioning ki ho.</w:t>
      </w:r>
    </w:p>
    <w:p>
      <w:pPr>
        <w:jc w:val="right"/>
      </w:pPr>
      <w:r>
        <w:t>کو ڈی کنڈیشننگ کی ہو۔</w:t>
      </w:r>
    </w:p>
    <w:p>
      <w:r>
        <w:rPr>
          <w:b/>
        </w:rPr>
        <w:t xml:space="preserve">[24:47] </w:t>
      </w:r>
      <w:r>
        <w:t>اپنے اندر deconditioning کا process چلا کر اپنے کو purified soul بنایا ہو۔</w:t>
      </w:r>
    </w:p>
    <w:p>
      <w:pPr>
        <w:jc w:val="right"/>
      </w:pPr>
      <w:r>
        <w:t>اپنے اندر ڈی کنڈیشننگ کا پراسیس چلا کر اپنے کو پیوریفائیڈ سول بنایا ہو۔</w:t>
      </w:r>
    </w:p>
    <w:p>
      <w:r>
        <w:rPr>
          <w:b/>
        </w:rPr>
        <w:t xml:space="preserve">[24:56] </w:t>
      </w:r>
      <w:r>
        <w:t>isi tarah se ek hadith hai</w:t>
      </w:r>
    </w:p>
    <w:p>
      <w:pPr>
        <w:jc w:val="right"/>
      </w:pPr>
      <w:r>
        <w:t>اسی طرح سے ایک حدیث ہے</w:t>
      </w:r>
    </w:p>
    <w:p>
      <w:r>
        <w:rPr>
          <w:b/>
        </w:rPr>
        <w:t xml:space="preserve">[25:05] </w:t>
      </w:r>
      <w:r>
        <w:t>ke al birr husn al khuluq wa ism mahak fi sadrk.</w:t>
      </w:r>
    </w:p>
    <w:p>
      <w:pPr>
        <w:jc w:val="right"/>
      </w:pPr>
      <w:r>
        <w:t>کہ البر حسن الخلق واسم محاک فی صدرک۔</w:t>
      </w:r>
    </w:p>
    <w:p>
      <w:r>
        <w:rPr>
          <w:b/>
        </w:rPr>
        <w:t xml:space="preserve">[25:13] </w:t>
      </w:r>
      <w:r>
        <w:t>neki neki achhe character ka naam hai.</w:t>
      </w:r>
    </w:p>
    <w:p>
      <w:pPr>
        <w:jc w:val="right"/>
      </w:pPr>
      <w:r>
        <w:t>نیکی نیکی اچھے کریکٹر کا نام ہے۔</w:t>
      </w:r>
    </w:p>
    <w:p>
      <w:r>
        <w:rPr>
          <w:b/>
        </w:rPr>
        <w:t xml:space="preserve">[25:21] </w:t>
      </w:r>
      <w:r>
        <w:t>neki achhe akhlaq ka naam hai.</w:t>
      </w:r>
    </w:p>
    <w:p>
      <w:pPr>
        <w:jc w:val="right"/>
      </w:pPr>
      <w:r>
        <w:t>نیکی اچھے اخلاق کا نام ہے۔</w:t>
      </w:r>
    </w:p>
    <w:p>
      <w:r>
        <w:rPr>
          <w:b/>
        </w:rPr>
        <w:t xml:space="preserve">[25:29] </w:t>
      </w:r>
      <w:r>
        <w:t>aur burai yeh hai, aur burai woh hai jo tumhare dil mein khatke.</w:t>
      </w:r>
    </w:p>
    <w:p>
      <w:pPr>
        <w:jc w:val="right"/>
      </w:pPr>
      <w:r>
        <w:t>اور برائی یہ ہے، اور برائی وہ ہے جو تمہارے دل میں کھٹکے۔</w:t>
      </w:r>
    </w:p>
    <w:p>
      <w:r>
        <w:rPr>
          <w:b/>
        </w:rPr>
        <w:t xml:space="preserve">[25:37] </w:t>
      </w:r>
      <w:r>
        <w:t>neki achhe akhlaq ka naam hai, aur burai woh hai jo tumhare dil mein khatke.</w:t>
      </w:r>
    </w:p>
    <w:p>
      <w:pPr>
        <w:jc w:val="right"/>
      </w:pPr>
      <w:r>
        <w:t>نیکی اچھے اخلاق کا نام ہے، اور برائی وہ ہے جو تمہارے دل میں کھٹکے۔</w:t>
      </w:r>
    </w:p>
    <w:p>
      <w:r>
        <w:rPr>
          <w:b/>
        </w:rPr>
        <w:t xml:space="preserve">[25:48] </w:t>
      </w:r>
      <w:r>
        <w:t>yeh achhai aur burai ki ek definition di gayi hai is hadith mein.</w:t>
      </w:r>
    </w:p>
    <w:p>
      <w:pPr>
        <w:jc w:val="right"/>
      </w:pPr>
      <w:r>
        <w:t>یہ اچھائی اور برائی کی ایک ڈیفینیشن دی گئی ہے اس حدیث میں۔</w:t>
      </w:r>
    </w:p>
    <w:p>
      <w:r>
        <w:rPr>
          <w:b/>
        </w:rPr>
        <w:t xml:space="preserve">[25:59] </w:t>
      </w:r>
      <w:r>
        <w:t>dekhen, aadmi agar kisi island mein ho akele to kis kis ke khilaf woh burai karega?</w:t>
      </w:r>
    </w:p>
    <w:p>
      <w:pPr>
        <w:jc w:val="right"/>
      </w:pPr>
      <w:r>
        <w:t>دیکھیں، آدمی اگر کسی آئی لینڈ میں ہو اکیلے تو کس کس کے خلاف وہ برائی کرے گا؟</w:t>
      </w:r>
    </w:p>
    <w:p>
      <w:r>
        <w:rPr>
          <w:b/>
        </w:rPr>
        <w:t xml:space="preserve">[26:10] </w:t>
      </w:r>
      <w:r>
        <w:t>jo test diya gaya hai ke dunya mein aadmi achha ban kar rahe, dunya mein aadmi bur ke rastay par chale, dunya mein aadmi neki ke rastay par chale, jis ko kehte hain amal salih. to amal salih kahan karega aadmi? jab woh society mein hoga, jab logon ke darmiyan hoga, woh akele agar hai island mein to wahan</w:t>
      </w:r>
    </w:p>
    <w:p>
      <w:pPr>
        <w:jc w:val="right"/>
      </w:pPr>
      <w:r>
        <w:t>جو ٹیسٹ دیا گیا ہے کہ دنیا میں آدمی اچھا بن کر رہے، دنیا میں آدمی بر کے راستے پر چلے، دنیا میں آدمی نیکی کے راستے پر چلے، جس کو کہتے ہیں عمل صالح۔ تو عمل صالح کہاں کرے گا آدمی؟ جب وہ سوسائٹی میں ہوگا، جب لوگوں کے درمیان ہوگا، وہ اکیلے اگر ہے آئی لینڈ میں تو وہاں</w:t>
      </w:r>
    </w:p>
    <w:p>
      <w:r>
        <w:rPr>
          <w:b/>
        </w:rPr>
        <w:t xml:space="preserve">[26:40] </w:t>
      </w:r>
      <w:r>
        <w:t>amal saleh kya karega? kuch bhi nahi.</w:t>
      </w:r>
    </w:p>
    <w:p>
      <w:pPr>
        <w:jc w:val="right"/>
      </w:pPr>
      <w:r>
        <w:t>عمل صالح کیا کرے گا؟ کچھ بھی نہیں۔</w:t>
      </w:r>
    </w:p>
    <w:p>
      <w:r>
        <w:rPr>
          <w:b/>
        </w:rPr>
        <w:t xml:space="preserve">[26:46] </w:t>
      </w:r>
      <w:r>
        <w:t>to logon ke sath rehte hue woh apne aap ko saleh amal par qaim rakhe.</w:t>
      </w:r>
    </w:p>
    <w:p>
      <w:pPr>
        <w:jc w:val="right"/>
      </w:pPr>
      <w:r>
        <w:t>تو لوگوں کے ساتھ رہتے ہوئے وہ اپنے آپ کو صالح عمل پر قائم رکھے۔</w:t>
      </w:r>
    </w:p>
    <w:p>
      <w:r>
        <w:rPr>
          <w:b/>
        </w:rPr>
        <w:t xml:space="preserve">[26:52] </w:t>
      </w:r>
      <w:r>
        <w:t>neki yahi hai.</w:t>
      </w:r>
    </w:p>
    <w:p>
      <w:pPr>
        <w:jc w:val="right"/>
      </w:pPr>
      <w:r>
        <w:t>نیکی یہی ہے۔</w:t>
      </w:r>
    </w:p>
    <w:p>
      <w:r>
        <w:rPr>
          <w:b/>
        </w:rPr>
        <w:t xml:space="preserve">[26:59] </w:t>
      </w:r>
      <w:r>
        <w:t>neki yahi hai.</w:t>
      </w:r>
    </w:p>
    <w:p>
      <w:pPr>
        <w:jc w:val="right"/>
      </w:pPr>
      <w:r>
        <w:t>نیکی یہی ہے۔</w:t>
      </w:r>
    </w:p>
    <w:p>
      <w:r>
        <w:rPr>
          <w:b/>
        </w:rPr>
        <w:t xml:space="preserve">[27:05] </w:t>
      </w:r>
      <w:r>
        <w:t>kyunke logon ki taraf se is ko tarah tarah ke experience honge, sad experience honge, tarah tarah ke</w:t>
      </w:r>
    </w:p>
    <w:p>
      <w:pPr>
        <w:jc w:val="right"/>
      </w:pPr>
      <w:r>
        <w:t>کیونکہ لوگوں کی طرف سے اس کو طرح طرح کے ایکسپیرینس ہوں گے، سیڈ ایکسپیرینس ہوں گے، طرح طرح کے</w:t>
      </w:r>
    </w:p>
    <w:p>
      <w:r>
        <w:rPr>
          <w:b/>
        </w:rPr>
        <w:t xml:space="preserve">[27:11] </w:t>
      </w:r>
      <w:r>
        <w:t>problem logon ki taraf se pesh ayenge.</w:t>
      </w:r>
    </w:p>
    <w:p>
      <w:pPr>
        <w:jc w:val="right"/>
      </w:pPr>
      <w:r>
        <w:t>پرابلم لوگوں کی طرف سے پیش آئیں گے۔</w:t>
      </w:r>
    </w:p>
    <w:p>
      <w:r>
        <w:rPr>
          <w:b/>
        </w:rPr>
        <w:t xml:space="preserve">[27:17] </w:t>
      </w:r>
      <w:r>
        <w:t>log aisi baat karenge jis se is ke andar provocation paida hoga, hate paida hoga.</w:t>
      </w:r>
    </w:p>
    <w:p>
      <w:pPr>
        <w:jc w:val="right"/>
      </w:pPr>
      <w:r>
        <w:t>لوگ ایسی بات کریں گے جس سے اس کے اندر پروووکیشن پیدا ہوگا، ہیٹ پیدا ہوگا۔</w:t>
      </w:r>
    </w:p>
    <w:p>
      <w:r>
        <w:rPr>
          <w:b/>
        </w:rPr>
        <w:t xml:space="preserve">[27:23] </w:t>
      </w:r>
      <w:r>
        <w:t>to logon ke beech mein rehte hue bhi, rehte hue hi aadmi ka test liya jata hai.</w:t>
      </w:r>
    </w:p>
    <w:p>
      <w:pPr>
        <w:jc w:val="right"/>
      </w:pPr>
      <w:r>
        <w:t>تو لوگوں کے بیچ میں رہتے ہوئے بھی، رہتے ہوئے ہی آدمی کا ٹیسٹ لیا جاتا ہے۔</w:t>
      </w:r>
    </w:p>
    <w:p>
      <w:r>
        <w:rPr>
          <w:b/>
        </w:rPr>
        <w:t xml:space="preserve">[27:29] </w:t>
      </w:r>
      <w:r>
        <w:t>aur isi waqt pata chalta hai ke aadmi sach much saleh hai ya nahi, nek hai ya nahi,</w:t>
      </w:r>
    </w:p>
    <w:p>
      <w:pPr>
        <w:jc w:val="right"/>
      </w:pPr>
      <w:r>
        <w:t>اور اسی وقت پتہ چلتا ہے کہ آدمی سچ مچ صالح ہے یا نہیں، نیک ہے یا نہیں،</w:t>
      </w:r>
    </w:p>
    <w:p>
      <w:r>
        <w:rPr>
          <w:b/>
        </w:rPr>
        <w:t xml:space="preserve">[27:35] </w:t>
      </w:r>
      <w:r>
        <w:t>achha hai ya nahi. to farma</w:t>
      </w:r>
    </w:p>
    <w:p>
      <w:pPr>
        <w:jc w:val="right"/>
      </w:pPr>
      <w:r>
        <w:t>اچھا ہے یا نہیں۔ تو فرم</w:t>
      </w:r>
    </w:p>
    <w:p>
      <w:r>
        <w:rPr>
          <w:b/>
        </w:rPr>
        <w:t xml:space="preserve">[27:41] </w:t>
      </w:r>
      <w:r>
        <w:t>aya ke nek woh hai jo logon ke andar rehte hue achhe kirdaar par qaim rahe, achhe character par qaim rahe. is ka mani yeh hua ke achhe kirdaar ke khilaf halaat hon tab bhi woh achhe kirdaar par qaim rahe. yani logon ki taraf se dushmani ka tajurba ho tab bhi woh unhein dost samjhe. log</w:t>
      </w:r>
    </w:p>
    <w:p>
      <w:pPr>
        <w:jc w:val="right"/>
      </w:pPr>
      <w:r>
        <w:t>ایا کہ نیک وہ ہے جو لوگوں کے اندر رہتے ہوئے اچھے کردار پر قائم رہے، اچھے کریکٹر پر قائم رہے۔ اس کا معنی یہ ہوا کہ اچھے کردار کے خلاف حالات ہوں تب بھی وہ اچھے کردار پر قائم رہے۔ یعنی لوگوں کی طرف سے دشمنی کا تجربہ ہو تب بھی وہ انہیں دوست سمجھے۔ لوگ</w:t>
      </w:r>
    </w:p>
    <w:p>
      <w:r>
        <w:rPr>
          <w:b/>
        </w:rPr>
        <w:t xml:space="preserve">[28:11] </w:t>
      </w:r>
      <w:r>
        <w:t>is ko bharkayen tab bhi wo na bharkay.</w:t>
      </w:r>
    </w:p>
    <w:p>
      <w:pPr>
        <w:jc w:val="right"/>
      </w:pPr>
      <w:r>
        <w:t>اس کو بھڑکائیں تب بھی وہ نہ بھڑکے۔</w:t>
      </w:r>
    </w:p>
    <w:p>
      <w:r>
        <w:rPr>
          <w:b/>
        </w:rPr>
        <w:t xml:space="preserve">[28:19] </w:t>
      </w:r>
      <w:r>
        <w:t>log is ko bura kahin tab bhi wo doosron ko bura na kahe.</w:t>
      </w:r>
    </w:p>
    <w:p>
      <w:pPr>
        <w:jc w:val="right"/>
      </w:pPr>
      <w:r>
        <w:t>لوگ اس کو برا کہیں تب بھی وہ دوسروں کو برا نہ کہے۔</w:t>
      </w:r>
    </w:p>
    <w:p>
      <w:r>
        <w:rPr>
          <w:b/>
        </w:rPr>
        <w:t xml:space="preserve">[28:26] </w:t>
      </w:r>
      <w:r>
        <w:t>ye matlab hua is ka.</w:t>
      </w:r>
    </w:p>
    <w:p>
      <w:pPr>
        <w:jc w:val="right"/>
      </w:pPr>
      <w:r>
        <w:t>یہ مطلب ہوا اس کا۔</w:t>
      </w:r>
    </w:p>
    <w:p>
      <w:r>
        <w:rPr>
          <w:b/>
        </w:rPr>
        <w:t xml:space="preserve">[28:34] </w:t>
      </w:r>
      <w:r>
        <w:t>baghair is sifat ke aap sachay maanon mein saleh aadmi nahi ban sakte.</w:t>
      </w:r>
    </w:p>
    <w:p>
      <w:pPr>
        <w:jc w:val="right"/>
      </w:pPr>
      <w:r>
        <w:t>بغیر اس صفت کے آپ سچے معنوں میں صالح آدمی نہیں بن سکتے۔</w:t>
      </w:r>
    </w:p>
    <w:p>
      <w:r>
        <w:rPr>
          <w:b/>
        </w:rPr>
        <w:t xml:space="preserve">[28:41] </w:t>
      </w:r>
      <w:r>
        <w:t>aur ye jo farmaya ke walasm muhakk fi sadri, burai wo hai jo tumhare dil mein khatke.</w:t>
      </w:r>
    </w:p>
    <w:p>
      <w:pPr>
        <w:jc w:val="right"/>
      </w:pPr>
      <w:r>
        <w:t>اور یہ جو فرمایا کہ والاسم محاک فی صدری، برائی وہ ہے جو تمہارے دل میں کھٹکے۔</w:t>
      </w:r>
    </w:p>
    <w:p>
      <w:r>
        <w:rPr>
          <w:b/>
        </w:rPr>
        <w:t xml:space="preserve">[28:47] </w:t>
      </w:r>
      <w:r>
        <w:t>to asal ye hai ke Allah taala ne insaan ke andar zamir rakh diya hai jis ko hum</w:t>
      </w:r>
    </w:p>
    <w:p>
      <w:pPr>
        <w:jc w:val="right"/>
      </w:pPr>
      <w:r>
        <w:t>تو اصل یہ ہے کہ اللہ تعالی نے انسان کے اندر ضمیر رکھ دیا ہے جس کو ہم</w:t>
      </w:r>
    </w:p>
    <w:p>
      <w:r>
        <w:rPr>
          <w:b/>
        </w:rPr>
        <w:t xml:space="preserve">[28:54] </w:t>
      </w:r>
      <w:r>
        <w:t>consciousness kehte hain.</w:t>
      </w:r>
    </w:p>
    <w:p>
      <w:pPr>
        <w:jc w:val="right"/>
      </w:pPr>
      <w:r>
        <w:t>کانشس کہتے ہیں۔</w:t>
      </w:r>
    </w:p>
    <w:p>
      <w:r>
        <w:rPr>
          <w:b/>
        </w:rPr>
        <w:t xml:space="preserve">[29:00] </w:t>
      </w:r>
      <w:r>
        <w:t>quran mein is ko nafs-ul-lawwamah kaha gaya hai.</w:t>
      </w:r>
    </w:p>
    <w:p>
      <w:pPr>
        <w:jc w:val="right"/>
      </w:pPr>
      <w:r>
        <w:t>قرآن میں اس کو النفس اللوامہ کہا گیا ہے۔</w:t>
      </w:r>
    </w:p>
    <w:p>
      <w:r>
        <w:rPr>
          <w:b/>
        </w:rPr>
        <w:t xml:space="preserve">[29:06] </w:t>
      </w:r>
      <w:r>
        <w:t>yani har aadmi ke andar ek ek faculty hai jo</w:t>
      </w:r>
    </w:p>
    <w:p>
      <w:pPr>
        <w:jc w:val="right"/>
      </w:pPr>
      <w:r>
        <w:t>یعنی ہر آدمی کے اندر ایک ایک فیکلٹی ہے جو</w:t>
      </w:r>
    </w:p>
    <w:p>
      <w:r>
        <w:rPr>
          <w:b/>
        </w:rPr>
        <w:t xml:space="preserve">[29:12] </w:t>
      </w:r>
      <w:r>
        <w:t>discriminate karti hai cheezon ko, alag alag dikhati hai.</w:t>
      </w:r>
    </w:p>
    <w:p>
      <w:pPr>
        <w:jc w:val="right"/>
      </w:pPr>
      <w:r>
        <w:t>ڈسکریمینیٹ کرتی ہے چیزوں کو، الگ الگ دکھاتی ہے۔</w:t>
      </w:r>
    </w:p>
    <w:p>
      <w:r>
        <w:rPr>
          <w:b/>
        </w:rPr>
        <w:t xml:space="preserve">[29:17] </w:t>
      </w:r>
      <w:r>
        <w:t>yani achha aap amal karenge to wo khush hoga.</w:t>
      </w:r>
    </w:p>
    <w:p>
      <w:pPr>
        <w:jc w:val="right"/>
      </w:pPr>
      <w:r>
        <w:t>یعنی اچھا آپ عمل کریں گے تو وہ خوش ہوگا۔</w:t>
      </w:r>
    </w:p>
    <w:p>
      <w:r>
        <w:rPr>
          <w:b/>
        </w:rPr>
        <w:t xml:space="preserve">[29:22] </w:t>
      </w:r>
      <w:r>
        <w:t>aap ka andar ka jo zamir hai.</w:t>
      </w:r>
    </w:p>
    <w:p>
      <w:pPr>
        <w:jc w:val="right"/>
      </w:pPr>
      <w:r>
        <w:t>آپ کا اندر کا جو ضمیر ہے۔</w:t>
      </w:r>
    </w:p>
    <w:p>
      <w:r>
        <w:rPr>
          <w:b/>
        </w:rPr>
        <w:t xml:space="preserve">[29:28] </w:t>
      </w:r>
      <w:r>
        <w:t>bura karenge to is ko pasand na aayega.</w:t>
      </w:r>
    </w:p>
    <w:p>
      <w:pPr>
        <w:jc w:val="right"/>
      </w:pPr>
      <w:r>
        <w:t>برا کریں گے تو اس کو پسند نہ آئے گا۔</w:t>
      </w:r>
    </w:p>
    <w:p>
      <w:r>
        <w:rPr>
          <w:b/>
        </w:rPr>
        <w:t xml:space="preserve">[29:33] </w:t>
      </w:r>
      <w:r>
        <w:t>andar se wo aap ko toke ga.</w:t>
      </w:r>
    </w:p>
    <w:p>
      <w:pPr>
        <w:jc w:val="right"/>
      </w:pPr>
      <w:r>
        <w:t>اندر سے وہ آپ کو ٹوکے گا۔</w:t>
      </w:r>
    </w:p>
    <w:p>
      <w:r>
        <w:rPr>
          <w:b/>
        </w:rPr>
        <w:t xml:space="preserve">[29:38] </w:t>
      </w:r>
      <w:r>
        <w:t>to burai wo hai jis jis par tumhara dil toke, jo tumhare dil mein khatke.</w:t>
      </w:r>
    </w:p>
    <w:p>
      <w:pPr>
        <w:jc w:val="right"/>
      </w:pPr>
      <w:r>
        <w:t>تو برائی وہ ہے جس جس پر تمہارا دل ٹوکے، جو تمہارے دل میں کھٹکے۔</w:t>
      </w:r>
    </w:p>
    <w:p>
      <w:r>
        <w:rPr>
          <w:b/>
        </w:rPr>
        <w:t xml:space="preserve">[29:44] </w:t>
      </w:r>
      <w:r>
        <w:t>to is tarah se Allah taala ne har aadmi ke andar hi ek kasoti rakh di ke har</w:t>
      </w:r>
    </w:p>
    <w:p>
      <w:pPr>
        <w:jc w:val="right"/>
      </w:pPr>
      <w:r>
        <w:t>تو اس طرح سے اللہ تعالی نے ہر آدمی کے اندر ہی ایک کسوٹی رکھ دی کہ ہر</w:t>
      </w:r>
    </w:p>
    <w:p>
      <w:r>
        <w:rPr>
          <w:b/>
        </w:rPr>
        <w:t xml:space="preserve">[29:49] </w:t>
      </w:r>
      <w:r>
        <w:t>har waqt aadmi janta rahe ke maine jo kiya hai wo sach theek kiya hai, be theek kiya hai.</w:t>
      </w:r>
    </w:p>
    <w:p>
      <w:pPr>
        <w:jc w:val="right"/>
      </w:pPr>
      <w:r>
        <w:t>ہر وقت آدمی جانتا رہے کہ میں نے جو کیا ہے وہ سچ ٹھیک کیا ہے، بے ٹھیک کیا ہے۔</w:t>
      </w:r>
    </w:p>
    <w:p>
      <w:r>
        <w:rPr>
          <w:b/>
        </w:rPr>
        <w:t xml:space="preserve">[29:54] </w:t>
      </w:r>
      <w:r>
        <w:t>khud aadmi ka andar saath saath laga hua hai.</w:t>
      </w:r>
    </w:p>
    <w:p>
      <w:pPr>
        <w:jc w:val="right"/>
      </w:pPr>
      <w:r>
        <w:t>خود آدمی کا اندر ساتھ ساتھ لگا ہوا ہے۔</w:t>
      </w:r>
    </w:p>
    <w:p>
      <w:r>
        <w:rPr>
          <w:b/>
        </w:rPr>
        <w:t xml:space="preserve">[29:59] </w:t>
      </w:r>
      <w:r>
        <w:t>to kitni bari nemat hai yeh.</w:t>
      </w:r>
    </w:p>
    <w:p>
      <w:pPr>
        <w:jc w:val="right"/>
      </w:pPr>
      <w:r>
        <w:t>تو کتنی بڑی نعمت ہے یہ۔</w:t>
      </w:r>
    </w:p>
    <w:p>
      <w:r>
        <w:rPr>
          <w:b/>
        </w:rPr>
        <w:t xml:space="preserve">[30:04] </w:t>
      </w:r>
      <w:r>
        <w:t>aap door kahin ja ke poochne ki zaroorat nahi ke yeh galat hai ke yeh sahi hai.</w:t>
      </w:r>
    </w:p>
    <w:p>
      <w:pPr>
        <w:jc w:val="right"/>
      </w:pPr>
      <w:r>
        <w:t>آپ دور کہیں جا کے پوچھنے کی ضرورت نہیں کہ یہ غلط ہے کہ یہ صحیح ہے۔</w:t>
      </w:r>
    </w:p>
    <w:p>
      <w:r>
        <w:rPr>
          <w:b/>
        </w:rPr>
        <w:t xml:space="preserve">[30:09] </w:t>
      </w:r>
      <w:r>
        <w:t>aap ke dil ka conscious, aap</w:t>
      </w:r>
    </w:p>
    <w:p>
      <w:pPr>
        <w:jc w:val="right"/>
      </w:pPr>
      <w:r>
        <w:t>آپ کے دل کا کانشس، آپ</w:t>
      </w:r>
    </w:p>
    <w:p>
      <w:r>
        <w:rPr>
          <w:b/>
        </w:rPr>
        <w:t xml:space="preserve">[30:14] </w:t>
      </w:r>
      <w:r>
        <w:t>ke dil ka zameer khud hi har waqt batata rehta hai.</w:t>
      </w:r>
    </w:p>
    <w:p>
      <w:pPr>
        <w:jc w:val="right"/>
      </w:pPr>
      <w:r>
        <w:t>کے دل کا ضمیر خود ہی ہر وقت بتاتا رہتا ہے۔</w:t>
      </w:r>
    </w:p>
    <w:p>
      <w:r>
        <w:rPr>
          <w:b/>
        </w:rPr>
        <w:t xml:space="preserve">[30:19] </w:t>
      </w:r>
      <w:r>
        <w:t>aap acha kaam karenge to andar khushi mehsoos hogi.</w:t>
      </w:r>
    </w:p>
    <w:p>
      <w:pPr>
        <w:jc w:val="right"/>
      </w:pPr>
      <w:r>
        <w:t>آپ اچھا کام کریں گے تو اندر خوشی محسوس ہوگی۔</w:t>
      </w:r>
    </w:p>
    <w:p>
      <w:r>
        <w:rPr>
          <w:b/>
        </w:rPr>
        <w:t xml:space="preserve">[30:24] </w:t>
      </w:r>
      <w:r>
        <w:t>bara kaam karenge to andar jo hai khatak aa jayegi.</w:t>
      </w:r>
    </w:p>
    <w:p>
      <w:pPr>
        <w:jc w:val="right"/>
      </w:pPr>
      <w:r>
        <w:t>برا کام کریں گے تو اندر جو ہے کھٹک آ جائے گی۔</w:t>
      </w:r>
    </w:p>
    <w:p>
      <w:r>
        <w:rPr>
          <w:b/>
        </w:rPr>
        <w:t xml:space="preserve">[30:28] </w:t>
      </w:r>
      <w:r>
        <w:t>is se acha kya hota hai? ho sakta hai ke aap ka teacher, aap ka moral teacher aap</w:t>
      </w:r>
    </w:p>
    <w:p>
      <w:pPr>
        <w:jc w:val="right"/>
      </w:pPr>
      <w:r>
        <w:t>اس سے اچھا کیا ہوتا ہے؟ ہو سکتا ہے کہ آپ کا ٹیچر، آپ کا مورل ٹیچر آپ</w:t>
      </w:r>
    </w:p>
    <w:p>
      <w:r>
        <w:rPr>
          <w:b/>
        </w:rPr>
        <w:t xml:space="preserve">[30:33] </w:t>
      </w:r>
      <w:r>
        <w:t>ke andar hi maujood ho.</w:t>
      </w:r>
    </w:p>
    <w:p>
      <w:pPr>
        <w:jc w:val="right"/>
      </w:pPr>
      <w:r>
        <w:t>کے اندر ہی موجود ہو۔</w:t>
      </w:r>
    </w:p>
    <w:p>
      <w:r>
        <w:rPr>
          <w:b/>
        </w:rPr>
        <w:t xml:space="preserve">[30:38] </w:t>
      </w:r>
      <w:r>
        <w:t>moral teacher ke liye aap ko kahin door ja kar dhoondna na pare.</w:t>
      </w:r>
    </w:p>
    <w:p>
      <w:pPr>
        <w:jc w:val="right"/>
      </w:pPr>
      <w:r>
        <w:t>مورل ٹیچر کے لیے آپ کو کہیں دور جا کر ڈھونڈنا نہ پڑے۔</w:t>
      </w:r>
    </w:p>
    <w:p>
      <w:r>
        <w:rPr>
          <w:b/>
        </w:rPr>
        <w:t xml:space="preserve">[30:43] </w:t>
      </w:r>
      <w:r>
        <w:t>is se achi kya baat ho sakti hai?</w:t>
      </w:r>
    </w:p>
    <w:p>
      <w:pPr>
        <w:jc w:val="right"/>
      </w:pPr>
      <w:r>
        <w:t>اس سے اچھی کیا بات ہو سکتی ہے؟</w:t>
      </w:r>
    </w:p>
    <w:p>
      <w:r>
        <w:rPr>
          <w:b/>
        </w:rPr>
        <w:t xml:space="preserve">[30:48] </w:t>
      </w:r>
      <w:r>
        <w:t>to aap ka moral teacher khud aap ke seene mein maujood hai.</w:t>
      </w:r>
    </w:p>
    <w:p>
      <w:pPr>
        <w:jc w:val="right"/>
      </w:pPr>
      <w:r>
        <w:t>تو آپ کا مورل ٹیچر خود آپ کے سینے میں موجود ہے۔</w:t>
      </w:r>
    </w:p>
    <w:p>
      <w:r>
        <w:rPr>
          <w:b/>
        </w:rPr>
        <w:t xml:space="preserve">[30:53] </w:t>
      </w:r>
      <w:r>
        <w:t>is moral teacher ki awaaz par dhyan dijiye.</w:t>
      </w:r>
    </w:p>
    <w:p>
      <w:pPr>
        <w:jc w:val="right"/>
      </w:pPr>
      <w:r>
        <w:t>اس مورل ٹیچر کی آواز پر دھیان دیجئے۔</w:t>
      </w:r>
    </w:p>
    <w:p>
      <w:r>
        <w:rPr>
          <w:b/>
        </w:rPr>
        <w:t xml:space="preserve">[30:58] </w:t>
      </w:r>
      <w:r>
        <w:t>jab woh aap ko warning de to us ko pakriye.</w:t>
      </w:r>
    </w:p>
    <w:p>
      <w:pPr>
        <w:jc w:val="right"/>
      </w:pPr>
      <w:r>
        <w:t>جب وہ آپ کو وارننگ دے تو اس کو پکڑیے۔</w:t>
      </w:r>
    </w:p>
    <w:p>
      <w:r>
        <w:rPr>
          <w:b/>
        </w:rPr>
        <w:t xml:space="preserve">[31:03] </w:t>
      </w:r>
      <w:r>
        <w:t>to aap ki nature mein jo aap ka moral teacher hai, aap ki fitrat mein jo aap ka</w:t>
      </w:r>
    </w:p>
    <w:p>
      <w:pPr>
        <w:jc w:val="right"/>
      </w:pPr>
      <w:r>
        <w:t>تو آپ کی نیچر میں جو آپ کا مورل ٹیچر ہے، آپ کی فطرت میں جو آپ کا</w:t>
      </w:r>
    </w:p>
    <w:p>
      <w:r>
        <w:rPr>
          <w:b/>
        </w:rPr>
        <w:t xml:space="preserve">[31:08] </w:t>
      </w:r>
      <w:r>
        <w:t>moral teacher hai, wahi aap ke liye sudhaar ke liye kafi ho jaye.</w:t>
      </w:r>
    </w:p>
    <w:p>
      <w:pPr>
        <w:jc w:val="right"/>
      </w:pPr>
      <w:r>
        <w:t>مورل ٹیچر ہے، وہی آپ کے لیے سدھار کے لیے کافی ہو جائے۔</w:t>
      </w:r>
    </w:p>
    <w:p>
      <w:r>
        <w:rPr>
          <w:b/>
        </w:rPr>
        <w:t xml:space="preserve">[31:13] </w:t>
      </w:r>
      <w:r>
        <w:t>aap ke sudhaar ke</w:t>
      </w:r>
    </w:p>
    <w:p>
      <w:pPr>
        <w:jc w:val="right"/>
      </w:pPr>
      <w:r>
        <w:t>آپ کے سدھار کے</w:t>
      </w:r>
    </w:p>
    <w:p>
      <w:r>
        <w:rPr>
          <w:b/>
        </w:rPr>
        <w:t xml:space="preserve">[31:18] </w:t>
      </w:r>
      <w:r>
        <w:t>liye wahi kafi ho jaye.</w:t>
      </w:r>
    </w:p>
    <w:p>
      <w:pPr>
        <w:jc w:val="right"/>
      </w:pPr>
      <w:r>
        <w:t>لیے وہی کافی ہو جائے۔</w:t>
      </w:r>
    </w:p>
    <w:p>
      <w:r>
        <w:rPr>
          <w:b/>
        </w:rPr>
        <w:t xml:space="preserve">[31:23] </w:t>
      </w:r>
      <w:r>
        <w:t>to yeh kitna bara intezam hai Khuda ke durust ke khud hamari nature hi mein hamara moral teacher</w:t>
      </w:r>
    </w:p>
    <w:p>
      <w:pPr>
        <w:jc w:val="right"/>
      </w:pPr>
      <w:r>
        <w:t>تو یہ کتنا بڑا انتظام ہے خدا کے درست کہ خود ہماری نیچر ہی میں ہمارا مورل ٹیچر</w:t>
      </w:r>
    </w:p>
    <w:p>
      <w:r>
        <w:rPr>
          <w:b/>
        </w:rPr>
        <w:t xml:space="preserve">[31:28] </w:t>
      </w:r>
      <w:r>
        <w:t>rakh diya Khuda ne.</w:t>
      </w:r>
    </w:p>
    <w:p>
      <w:pPr>
        <w:jc w:val="right"/>
      </w:pPr>
      <w:r>
        <w:t>رکھ دیا خدا نے۔</w:t>
      </w:r>
    </w:p>
    <w:p>
      <w:r>
        <w:rPr>
          <w:b/>
        </w:rPr>
        <w:t xml:space="preserve">[31:33] </w:t>
      </w:r>
      <w:r>
        <w:t>jo har waqt hum ko batata rehta hai.</w:t>
      </w:r>
    </w:p>
    <w:p>
      <w:pPr>
        <w:jc w:val="right"/>
      </w:pPr>
      <w:r>
        <w:t>جو ہر وقت ہم کو بتاتا رہتا ہے۔</w:t>
      </w:r>
    </w:p>
    <w:p>
      <w:r>
        <w:rPr>
          <w:b/>
        </w:rPr>
        <w:t xml:space="preserve">[31:38] </w:t>
      </w:r>
      <w:r>
        <w:t>Rasool Allah ne ek baar logon ko naseehat ki ke tum bhai bhai bankar raho.</w:t>
      </w:r>
    </w:p>
    <w:p>
      <w:pPr>
        <w:jc w:val="right"/>
      </w:pPr>
      <w:r>
        <w:t>رسول اللہ نے ایک بار لوگوں کو نصیحت کی کہ تم بھائی بھائی بن کر رہو۔</w:t>
      </w:r>
    </w:p>
    <w:p>
      <w:r>
        <w:rPr>
          <w:b/>
        </w:rPr>
        <w:t xml:space="preserve">[31:43] </w:t>
      </w:r>
      <w:r>
        <w:t>to naseehat kar ke aap</w:t>
      </w:r>
    </w:p>
    <w:p>
      <w:pPr>
        <w:jc w:val="right"/>
      </w:pPr>
      <w:r>
        <w:t>تو نصیحت کر کے آپ</w:t>
      </w:r>
    </w:p>
    <w:p>
      <w:r>
        <w:rPr>
          <w:b/>
        </w:rPr>
        <w:t xml:space="preserve">[31:48] </w:t>
      </w:r>
      <w:r>
        <w:t>ne Quran ki ayat padhi: kon abaad Allah ikhwanah, Allah ke bande bano aur aapas mein bhai bhai ho jao.</w:t>
      </w:r>
    </w:p>
    <w:p>
      <w:pPr>
        <w:jc w:val="right"/>
      </w:pPr>
      <w:r>
        <w:t>نے قرآن کی آیت پڑھی: کون عباد اللہ اخوانہ، اللہ کے بندے بنو اور آپس میں بھائی بھائی ہو جاؤ۔</w:t>
      </w:r>
    </w:p>
    <w:p>
      <w:r>
        <w:rPr>
          <w:b/>
        </w:rPr>
        <w:t xml:space="preserve">[31:54] </w:t>
      </w:r>
      <w:r>
        <w:t>agar hum yeh sochein ke hum mein se har shakhs Khuda ka banda hai, Khuda ka creation hai,</w:t>
      </w:r>
    </w:p>
    <w:p>
      <w:pPr>
        <w:jc w:val="right"/>
      </w:pPr>
      <w:r>
        <w:t>اگر ہم یہ سوچیں کہ ہم میں سے ہر شخص خدا کا بندہ ہے، خدا کا کرییشن ہے،</w:t>
      </w:r>
    </w:p>
    <w:p>
      <w:r>
        <w:rPr>
          <w:b/>
        </w:rPr>
        <w:t xml:space="preserve">[32:00] </w:t>
      </w:r>
      <w:r>
        <w:t>aik hi khuda jis ne sab ko paida kiya hai, yeh dil mein aa jaye ke aik hi</w:t>
      </w:r>
    </w:p>
    <w:p>
      <w:pPr>
        <w:jc w:val="right"/>
      </w:pPr>
      <w:r>
        <w:t>ایک ہی خدا جس نے سب کو پیدا کیا ہے، یہ دل میں آ جائے کہ ایک ہی</w:t>
      </w:r>
    </w:p>
    <w:p>
      <w:r>
        <w:rPr>
          <w:b/>
        </w:rPr>
        <w:t xml:space="preserve">[32:06] </w:t>
      </w:r>
      <w:r>
        <w:t>khuda hai jis ne sab ko paida kiya hai, to kiya aaye ga is se? koi difference nahi</w:t>
      </w:r>
    </w:p>
    <w:p>
      <w:pPr>
        <w:jc w:val="right"/>
      </w:pPr>
      <w:r>
        <w:t>خدا ہے جس نے سب کو پیدا کیا ہے، تو کیا آئے گا اس سے؟ کوئی ڈفرنس نہیں</w:t>
      </w:r>
    </w:p>
    <w:p>
      <w:r>
        <w:rPr>
          <w:b/>
        </w:rPr>
        <w:t xml:space="preserve">[32:12] </w:t>
      </w:r>
      <w:r>
        <w:t>aik mein doosre mein</w:t>
      </w:r>
    </w:p>
    <w:p>
      <w:pPr>
        <w:jc w:val="right"/>
      </w:pPr>
      <w:r>
        <w:t>ایک میں دوسرے میں</w:t>
      </w:r>
    </w:p>
    <w:p>
      <w:r>
        <w:rPr>
          <w:b/>
        </w:rPr>
        <w:t xml:space="preserve">[32:18] </w:t>
      </w:r>
      <w:r>
        <w:t>, koi farq farq nahi aik aik mein aur doosre mein.</w:t>
      </w:r>
    </w:p>
    <w:p>
      <w:pPr>
        <w:jc w:val="right"/>
      </w:pPr>
      <w:r>
        <w:t>، کوئی فرق فرق نہیں ایک ایک میں اور دوسرے میں۔</w:t>
      </w:r>
    </w:p>
    <w:p>
      <w:r>
        <w:rPr>
          <w:b/>
        </w:rPr>
        <w:t xml:space="preserve">[32:27] </w:t>
      </w:r>
      <w:r>
        <w:t>sab ke sab ekwali khuda ki makhlooq hain, khuda ke paida ki hui hain.</w:t>
      </w:r>
    </w:p>
    <w:p>
      <w:pPr>
        <w:jc w:val="right"/>
      </w:pPr>
      <w:r>
        <w:t>سب کے سب ایکولی خدا کی مخلوق ہیں، خدا کے پیدا کی ہوئی ہیں۔</w:t>
      </w:r>
    </w:p>
    <w:p>
      <w:r>
        <w:rPr>
          <w:b/>
        </w:rPr>
        <w:t xml:space="preserve">[32:35] </w:t>
      </w:r>
      <w:r>
        <w:t>to apne aap is mein khatm ho jati hai zehniyat ke aap kisi ko apna samjhein, kisi ko ghair samjhein.</w:t>
      </w:r>
    </w:p>
    <w:p>
      <w:pPr>
        <w:jc w:val="right"/>
      </w:pPr>
      <w:r>
        <w:t>تو اپنے آپ اس میں ختم ہو جاتی ہے ذہنیت کہ آپ کسی کو اپنا سمجھیں، کسی کو غیر سمجھیں۔</w:t>
      </w:r>
    </w:p>
    <w:p>
      <w:r>
        <w:rPr>
          <w:b/>
        </w:rPr>
        <w:t xml:space="preserve">[32:43] </w:t>
      </w:r>
      <w:r>
        <w:t>sab aap ke liye sisters and brothers ban jate hain.</w:t>
      </w:r>
    </w:p>
    <w:p>
      <w:pPr>
        <w:jc w:val="right"/>
      </w:pPr>
      <w:r>
        <w:t>سب آپ کے لیے سسٹرز اینڈ برادرز بن جاتے ہیں۔</w:t>
      </w:r>
    </w:p>
    <w:p>
      <w:r>
        <w:rPr>
          <w:b/>
        </w:rPr>
        <w:t xml:space="preserve">[32:52] </w:t>
      </w:r>
      <w:r>
        <w:t>aur woh shakal paida ho jati hai jis ko hadith mein aaya hai ke al khalq ayal Allah, sare</w:t>
      </w:r>
    </w:p>
    <w:p>
      <w:pPr>
        <w:jc w:val="right"/>
      </w:pPr>
      <w:r>
        <w:t>اور وہ شکل پیدا ہو جاتی ہے جس کو حدیث میں آیا ہے کہ الخلق عیال اللہ، سارے</w:t>
      </w:r>
    </w:p>
    <w:p>
      <w:r>
        <w:rPr>
          <w:b/>
        </w:rPr>
        <w:t xml:space="preserve">[32:57] </w:t>
      </w:r>
      <w:r>
        <w:t>insan aik aik family ke member jaise hain.</w:t>
      </w:r>
    </w:p>
    <w:p>
      <w:pPr>
        <w:jc w:val="right"/>
      </w:pPr>
      <w:r>
        <w:t>انسان ایک ایک فیملی کے ممبر جیسے ہیں۔</w:t>
      </w:r>
    </w:p>
    <w:p>
      <w:r>
        <w:rPr>
          <w:b/>
        </w:rPr>
        <w:t xml:space="preserve">[33:02] </w:t>
      </w:r>
      <w:r>
        <w:t>khuda ki khuda ke ayal hain, khuda ka kunba hai.</w:t>
      </w:r>
    </w:p>
    <w:p>
      <w:pPr>
        <w:jc w:val="right"/>
      </w:pPr>
      <w:r>
        <w:t>خدا کی خدا کے عیال ہیں، خدا کا کنبہ ہے۔</w:t>
      </w:r>
    </w:p>
    <w:p>
      <w:r>
        <w:rPr>
          <w:b/>
        </w:rPr>
        <w:t xml:space="preserve">[33:07] </w:t>
      </w:r>
      <w:r>
        <w:t>aik hi kunba hai, is ke sare member hain yeh log.</w:t>
      </w:r>
    </w:p>
    <w:p>
      <w:pPr>
        <w:jc w:val="right"/>
      </w:pPr>
      <w:r>
        <w:t>ایک ہی کنبہ ہے، اس کے سارے ممبر ہیں یہ لوگ۔</w:t>
      </w:r>
    </w:p>
    <w:p>
      <w:r>
        <w:rPr>
          <w:b/>
        </w:rPr>
        <w:t xml:space="preserve">[33:12] </w:t>
      </w:r>
      <w:r>
        <w:t>to is mein dekhiye kitna apna pan paida hota hai.</w:t>
      </w:r>
    </w:p>
    <w:p>
      <w:pPr>
        <w:jc w:val="right"/>
      </w:pPr>
      <w:r>
        <w:t>تو اس میں دیکھیے کتنا اپنا پن پیدا ہوتا ہے۔</w:t>
      </w:r>
    </w:p>
    <w:p>
      <w:r>
        <w:rPr>
          <w:b/>
        </w:rPr>
        <w:t xml:space="preserve">[33:17] </w:t>
      </w:r>
      <w:r>
        <w:t>we and they ka jo kan</w:t>
      </w:r>
    </w:p>
    <w:p>
      <w:pPr>
        <w:jc w:val="right"/>
      </w:pPr>
      <w:r>
        <w:t>وی اینڈ دے کا جو کان</w:t>
      </w:r>
    </w:p>
    <w:p>
      <w:r>
        <w:rPr>
          <w:b/>
        </w:rPr>
        <w:t xml:space="preserve">[33:22] </w:t>
      </w:r>
      <w:r>
        <w:t>sept hai, woh bilkul khatm ho jata hai.</w:t>
      </w:r>
    </w:p>
    <w:p>
      <w:pPr>
        <w:jc w:val="right"/>
      </w:pPr>
      <w:r>
        <w:t>سیپٹ ہے، وہ بالکل ختم ہو جاتا ہے۔</w:t>
      </w:r>
    </w:p>
    <w:p>
      <w:r>
        <w:rPr>
          <w:b/>
        </w:rPr>
        <w:t xml:space="preserve">[33:28] </w:t>
      </w:r>
      <w:r>
        <w:t>"We and they" ke concept ke liye is tasavvur mein koi jagah nahin.</w:t>
      </w:r>
    </w:p>
    <w:p>
      <w:pPr>
        <w:jc w:val="right"/>
      </w:pPr>
      <w:r>
        <w:t>وی اینڈ دے کے کانسیپٹ کے لیے اس تصور میں کوئی جگہ نہیں۔</w:t>
      </w:r>
    </w:p>
    <w:p>
      <w:r>
        <w:rPr>
          <w:b/>
        </w:rPr>
        <w:t xml:space="preserve">[33:34] </w:t>
      </w:r>
      <w:r>
        <w:t>sare insan ko aik hi khuda ne paida kiya hai.</w:t>
      </w:r>
    </w:p>
    <w:p>
      <w:pPr>
        <w:jc w:val="right"/>
      </w:pPr>
      <w:r>
        <w:t>سارے انسان کو ایک ہی خدا نے پیدا کیا ہے۔</w:t>
      </w:r>
    </w:p>
    <w:p>
      <w:r>
        <w:rPr>
          <w:b/>
        </w:rPr>
        <w:t xml:space="preserve">[33:40] </w:t>
      </w:r>
      <w:r>
        <w:t>sare insan khuda ka jo kunba hai, is kunbe ke member hain.</w:t>
      </w:r>
    </w:p>
    <w:p>
      <w:pPr>
        <w:jc w:val="right"/>
      </w:pPr>
      <w:r>
        <w:t>سارے انسان خدا کا جو کنبہ ہے، اس کنبے کے ممبر ہیں۔</w:t>
      </w:r>
    </w:p>
    <w:p>
      <w:r>
        <w:rPr>
          <w:b/>
        </w:rPr>
        <w:t xml:space="preserve">[33:46] </w:t>
      </w:r>
      <w:r>
        <w:t>sab mere liye brothers and sister hain, brothers hain aur sisters hain. yeh jo</w:t>
      </w:r>
    </w:p>
    <w:p>
      <w:pPr>
        <w:jc w:val="right"/>
      </w:pPr>
      <w:r>
        <w:t>سب میرے لیے برادرز اینڈ سسٹر ہیں، برادرز ہیں اور سسٹرز ہیں۔ یہ جو</w:t>
      </w:r>
    </w:p>
    <w:p>
      <w:r>
        <w:rPr>
          <w:b/>
        </w:rPr>
        <w:t xml:space="preserve">[33:52] </w:t>
      </w:r>
      <w:r>
        <w:t>یہ جو کانسیپٹ ہے، یہ اگر mind میں بیٹھ جائے تو پھر اس کے بعد کیا ہوگا؟ سب</w:t>
      </w:r>
    </w:p>
    <w:p>
      <w:pPr>
        <w:jc w:val="right"/>
      </w:pPr>
      <w:r>
        <w:t>یہ جو کانسیپٹ ہے، یہ اگر مائنڈ میں بیٹھ جائے تو پھر اس کے بعد کیا ہوگا؟ سب</w:t>
      </w:r>
    </w:p>
    <w:p>
      <w:r>
        <w:rPr>
          <w:b/>
        </w:rPr>
        <w:t xml:space="preserve">[34:00] </w:t>
      </w:r>
      <w:r>
        <w:t>ke liye mohabbat, sab ke liye pyar, sab ke liye humdardi, sab ke liye compassion.</w:t>
      </w:r>
    </w:p>
    <w:p>
      <w:pPr>
        <w:jc w:val="right"/>
      </w:pPr>
      <w:r>
        <w:t>کے لیے محبت، سب کے لیے پیار، سب کے لیے ہمدردی، سب کے لیے کمپیشن۔</w:t>
      </w:r>
    </w:p>
    <w:p>
      <w:r>
        <w:rPr>
          <w:b/>
        </w:rPr>
        <w:t xml:space="preserve">[34:07] </w:t>
      </w:r>
      <w:r>
        <w:t>to sari insaniyat jo hai, is mein aik family ban jati hai.</w:t>
      </w:r>
    </w:p>
    <w:p>
      <w:pPr>
        <w:jc w:val="right"/>
      </w:pPr>
      <w:r>
        <w:t>تو ساری انسانیت جو ہے، اس میں ایک فیملی بن جاتی ہے۔</w:t>
      </w:r>
    </w:p>
    <w:p>
      <w:r>
        <w:rPr>
          <w:b/>
        </w:rPr>
        <w:t xml:space="preserve">[34:15] </w:t>
      </w:r>
      <w:r>
        <w:t>yeh hai universal brotherhood.</w:t>
      </w:r>
    </w:p>
    <w:p>
      <w:pPr>
        <w:jc w:val="right"/>
      </w:pPr>
      <w:r>
        <w:t>یہ ہے یونیورسل برادرہڈ۔</w:t>
      </w:r>
    </w:p>
    <w:p>
      <w:r>
        <w:rPr>
          <w:b/>
        </w:rPr>
        <w:t xml:space="preserve">[34:23] </w:t>
      </w:r>
      <w:r>
        <w:t>yeh universal brotherhood ki taleem hai.</w:t>
      </w:r>
    </w:p>
    <w:p>
      <w:pPr>
        <w:jc w:val="right"/>
      </w:pPr>
      <w:r>
        <w:t>یہ یونیورسل برادرہڈ کی تعلیم ہے۔</w:t>
      </w:r>
    </w:p>
    <w:p>
      <w:r>
        <w:rPr>
          <w:b/>
        </w:rPr>
        <w:t xml:space="preserve">[34:30] </w:t>
      </w:r>
      <w:r>
        <w:t>aur is se equality ka concept aata hai, barabari ka concept aata hai.</w:t>
      </w:r>
    </w:p>
    <w:p>
      <w:pPr>
        <w:jc w:val="right"/>
      </w:pPr>
      <w:r>
        <w:t>اور اس سے ایکولٹی کا کانسیپٹ آتا ہے، برابری کا کانسیپٹ آتا ہے۔</w:t>
      </w:r>
    </w:p>
    <w:p>
      <w:r>
        <w:rPr>
          <w:b/>
        </w:rPr>
        <w:t xml:space="preserve">[34:38] </w:t>
      </w:r>
      <w:r>
        <w:t>aap jante hain ke family mein koi ooncha necha, koi farq nahi rehta.</w:t>
      </w:r>
    </w:p>
    <w:p>
      <w:pPr>
        <w:jc w:val="right"/>
      </w:pPr>
      <w:r>
        <w:t>آپ جانتے ہیں کہ فیملی میں کوئی اونچا نیچا، کوئی فرق نہیں رہتا۔</w:t>
      </w:r>
    </w:p>
    <w:p>
      <w:r>
        <w:rPr>
          <w:b/>
        </w:rPr>
        <w:t xml:space="preserve">[34:46] </w:t>
      </w:r>
      <w:r>
        <w:t>sare family ke member apne aap ko barabar samajhte hain.</w:t>
      </w:r>
    </w:p>
    <w:p>
      <w:pPr>
        <w:jc w:val="right"/>
      </w:pPr>
      <w:r>
        <w:t>سارے فیملی کے ممبر اپنے آپ کو برابر سمجھتے ہیں۔</w:t>
      </w:r>
    </w:p>
    <w:p>
      <w:r>
        <w:rPr>
          <w:b/>
        </w:rPr>
        <w:t xml:space="preserve">[34:54] </w:t>
      </w:r>
      <w:r>
        <w:t>isi ko kaha jata hai masawat, isi ko kaha jata hai equality.</w:t>
      </w:r>
    </w:p>
    <w:p>
      <w:pPr>
        <w:jc w:val="right"/>
      </w:pPr>
      <w:r>
        <w:t>اسی کو کہا جاتا ہے مساوات، اسی کو کہا جاتا ہے ایکولٹی۔</w:t>
      </w:r>
    </w:p>
    <w:p>
      <w:r>
        <w:rPr>
          <w:b/>
        </w:rPr>
        <w:t xml:space="preserve">[35:00] </w:t>
      </w:r>
      <w:r>
        <w:t>yeh baat quran mein bohat zor shor se kahi gayi hai, hadith mein bohat zor shor se kahi</w:t>
      </w:r>
    </w:p>
    <w:p>
      <w:pPr>
        <w:jc w:val="right"/>
      </w:pPr>
      <w:r>
        <w:t>یہ بات قرآن میں بہت زور شور سے کہی گئی ہے، حدیث میں بہت زور شور سے کہی</w:t>
      </w:r>
    </w:p>
    <w:p>
      <w:r>
        <w:rPr>
          <w:b/>
        </w:rPr>
        <w:t xml:space="preserve">[35:07] </w:t>
      </w:r>
      <w:r>
        <w:t>gayi hai, aur rasool allah salallaho alaihe wasallam ne isi tarah ka samajh banaya.</w:t>
      </w:r>
    </w:p>
    <w:p>
      <w:pPr>
        <w:jc w:val="right"/>
      </w:pPr>
      <w:r>
        <w:t>گئی ہے، اور رسول اللہ صلی اللہ علیہ وسلم نے اسی طرح کا سماج بنایا۔</w:t>
      </w:r>
    </w:p>
    <w:p>
      <w:r>
        <w:rPr>
          <w:b/>
        </w:rPr>
        <w:t xml:space="preserve">[35:13] </w:t>
      </w:r>
      <w:r>
        <w:t>aur is ko jo historian hain, unhon ne is ko acknowledge kiya hai.</w:t>
      </w:r>
    </w:p>
    <w:p>
      <w:pPr>
        <w:jc w:val="right"/>
      </w:pPr>
      <w:r>
        <w:t>اور اس کو جو ہسٹورین ہیں، انہوں نے اس کو ایکنالج کیا ہے۔</w:t>
      </w:r>
    </w:p>
    <w:p>
      <w:r>
        <w:rPr>
          <w:b/>
        </w:rPr>
        <w:t xml:space="preserve">[35:19] </w:t>
      </w:r>
      <w:r>
        <w:t>jaise ke india ke swami vivekanand,</w:t>
      </w:r>
    </w:p>
    <w:p>
      <w:pPr>
        <w:jc w:val="right"/>
      </w:pPr>
      <w:r>
        <w:t>جیسے کہ انڈیا کے سوامی ویوکانند،</w:t>
      </w:r>
    </w:p>
    <w:p>
      <w:r>
        <w:rPr>
          <w:b/>
        </w:rPr>
        <w:t xml:space="preserve">[35:25] </w:t>
      </w:r>
      <w:r>
        <w:t>jo bohat bare vidwan bhi thay aur bohat bare yani mazhabi shakhsiyat bhi thay, to unhon ne kaha</w:t>
      </w:r>
    </w:p>
    <w:p>
      <w:pPr>
        <w:jc w:val="right"/>
      </w:pPr>
      <w:r>
        <w:t>جو بہت بڑے ودوان بھی تھے اور بہت بڑے یعنی مذہبی شخصیت بھی تھے، تو انہوں نے کہا</w:t>
      </w:r>
    </w:p>
    <w:p>
      <w:r>
        <w:rPr>
          <w:b/>
        </w:rPr>
        <w:t xml:space="preserve">[35:36] </w:t>
      </w:r>
      <w:r>
        <w:t>کہ if ever any religion approached to this equality, it is Islam and Islam alone.</w:t>
      </w:r>
    </w:p>
    <w:p>
      <w:pPr>
        <w:jc w:val="right"/>
      </w:pPr>
      <w:r>
        <w:t>کہ اف ایور اینی ریلیجن اپروچ ٹو دس ایکولٹی، اٹ از اسلام اینڈ اسلام الون۔</w:t>
      </w:r>
    </w:p>
    <w:p>
      <w:r>
        <w:rPr>
          <w:b/>
        </w:rPr>
        <w:t xml:space="preserve">[35:46] </w:t>
      </w:r>
      <w:r>
        <w:t>yeh jo universal brotherhood hai, is ko le kar agar koi samajh bana hai to woh islami</w:t>
      </w:r>
    </w:p>
    <w:p>
      <w:pPr>
        <w:jc w:val="right"/>
      </w:pPr>
      <w:r>
        <w:t>یہ جو یونیورسل برادرہڈ ہے، اس کو لے کر اگر کوئی سماج بنا ہے تو وہ اسلامی</w:t>
      </w:r>
    </w:p>
    <w:p>
      <w:r>
        <w:rPr>
          <w:b/>
        </w:rPr>
        <w:t xml:space="preserve">[35:56] </w:t>
      </w:r>
      <w:r>
        <w:t>samajh.</w:t>
      </w:r>
    </w:p>
    <w:p>
      <w:pPr>
        <w:jc w:val="right"/>
      </w:pPr>
      <w:r>
        <w:t>سماج۔</w:t>
      </w:r>
    </w:p>
    <w:p>
      <w:r>
        <w:rPr>
          <w:b/>
        </w:rPr>
        <w:t xml:space="preserve">[36:02] </w:t>
      </w:r>
      <w:r>
        <w:t>to yeh jo concept hai, woh itna taqatwar hai, itna strong hai ke jab mind mein aa jaye</w:t>
      </w:r>
    </w:p>
    <w:p>
      <w:pPr>
        <w:jc w:val="right"/>
      </w:pPr>
      <w:r>
        <w:t>تو یہ جو کانسیپٹ ہے، وہ اتنا طاقتور ہے، اتنا سٹرانگ ہے کہ جب مائنڈ میں آ جائے</w:t>
      </w:r>
    </w:p>
    <w:p>
      <w:r>
        <w:rPr>
          <w:b/>
        </w:rPr>
        <w:t xml:space="preserve">[36:08] </w:t>
      </w:r>
      <w:r>
        <w:t>ga to yahi hoga ke sab ke log barabar ho jayenge.</w:t>
      </w:r>
    </w:p>
    <w:p>
      <w:pPr>
        <w:jc w:val="right"/>
      </w:pPr>
      <w:r>
        <w:t>گا تو یہی ہوگا کہ سب کے لوگ برابر ہو جائیں گے۔</w:t>
      </w:r>
    </w:p>
    <w:p>
      <w:r>
        <w:rPr>
          <w:b/>
        </w:rPr>
        <w:t xml:space="preserve">[36:14] </w:t>
      </w:r>
      <w:r>
        <w:t>to yeh universal universal brotherhood ka concept hai, aalami bhai chara, universal brotherhood.</w:t>
      </w:r>
    </w:p>
    <w:p>
      <w:pPr>
        <w:jc w:val="right"/>
      </w:pPr>
      <w:r>
        <w:t>تو یہ یونیورسل یونیورسل برادرہڈ کا کانسیپٹ ہے، عالمی بھائی چارہ، یونیورسل برادرہڈ۔</w:t>
      </w:r>
    </w:p>
    <w:p>
      <w:r>
        <w:rPr>
          <w:b/>
        </w:rPr>
        <w:t xml:space="preserve">[36:20] </w:t>
      </w:r>
      <w:r>
        <w:t>mein samajhta hoon ke insanon ke mamle mein jo jo islam ki taleemat hain,</w:t>
      </w:r>
    </w:p>
    <w:p>
      <w:pPr>
        <w:jc w:val="right"/>
      </w:pPr>
      <w:r>
        <w:t>میں سمجھتا ہوں کہ انسانوں کے معاملے میں جو جو اسلام کی تعلیمات ہیں،</w:t>
      </w:r>
    </w:p>
    <w:p>
      <w:r>
        <w:rPr>
          <w:b/>
        </w:rPr>
        <w:t xml:space="preserve">[36:26] </w:t>
      </w:r>
      <w:r>
        <w:t>un ka yeh khulasa hai ke sare log sisters and brothers hain, sare log ek hi divine family ke member hain.</w:t>
      </w:r>
    </w:p>
    <w:p>
      <w:pPr>
        <w:jc w:val="right"/>
      </w:pPr>
      <w:r>
        <w:t>ان کا یہ خلاصہ ہے کہ سارے لوگ سسٹرز اینڈ برادرز ہیں، سارے لوگ ایک ہی ڈیوائن فیملی کے ممبر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